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BB39DE" w14:textId="77777777" w:rsidR="00F06EAA" w:rsidRDefault="00F06EAA" w:rsidP="001D0A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ED21E79" wp14:editId="1ECDE537">
            <wp:extent cx="9864090" cy="6280150"/>
            <wp:effectExtent l="0" t="0" r="381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64090" cy="628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0AF0" w:rsidRPr="00AB5B5B">
        <w:rPr>
          <w:rFonts w:ascii="Times New Roman" w:hAnsi="Times New Roman" w:cs="Times New Roman"/>
          <w:b/>
          <w:sz w:val="24"/>
          <w:szCs w:val="24"/>
        </w:rPr>
        <w:tab/>
      </w:r>
      <w:r w:rsidR="001D0AF0" w:rsidRPr="00AB5B5B">
        <w:rPr>
          <w:rFonts w:ascii="Times New Roman" w:hAnsi="Times New Roman" w:cs="Times New Roman"/>
          <w:b/>
          <w:sz w:val="24"/>
          <w:szCs w:val="24"/>
        </w:rPr>
        <w:tab/>
      </w:r>
    </w:p>
    <w:p w14:paraId="45C586F7" w14:textId="77777777" w:rsidR="00F06EAA" w:rsidRDefault="00F06E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801579A" w14:textId="3EA7C88C" w:rsidR="001D0AF0" w:rsidRPr="00AB5B5B" w:rsidRDefault="001D0AF0" w:rsidP="001D0AF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  <w:r w:rsidRPr="00AB5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учебному предмету «Государственный язык Республики Татарстан</w:t>
      </w:r>
      <w:r w:rsidR="00AB5B5B" w:rsidRPr="00AB5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(татарский)</w:t>
      </w:r>
      <w:r w:rsidRPr="00AB5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на уровне основного общего образования разработана в соответствии с  приказами Министерства просвещения Российской Федерации от 31.05.2021 г. №287 «Об утверждении Федерального государственного образовательного стандарта основного общего образования»,  от 18.07.2022 г. №568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 от 31 мая 2021 года №287», от 18.05.2023 № 370 "Об утверждении федеральной образовательной программы основного общего образования" (Зарегистрирован 12.07.2023 № 74223), Основной образовательной программой основного общего образования Муниципального бюджетного общеобразовательного учреждения средней общеобразовательной школы №3 имени </w:t>
      </w:r>
      <w:proofErr w:type="spellStart"/>
      <w:r w:rsidRPr="00AB5B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Тази</w:t>
      </w:r>
      <w:proofErr w:type="spellEnd"/>
      <w:r w:rsidRPr="00AB5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B5B5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Гиззата</w:t>
      </w:r>
      <w:proofErr w:type="spellEnd"/>
      <w:r w:rsidRPr="00AB5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Агрыз </w:t>
      </w:r>
      <w:proofErr w:type="spellStart"/>
      <w:r w:rsidRPr="00AB5B5B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Агрызского</w:t>
      </w:r>
      <w:proofErr w:type="spellEnd"/>
      <w:r w:rsidRPr="00AB5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 основного и среднего общего  образования, об утверждении годового календарного графика, годового плана работы», рабочей программы воспитания,  введенной в действие приказом  школы от 29.08.2022 г. № 289 «О»  «О введении в действие рабочей программы воспитания»</w:t>
      </w:r>
    </w:p>
    <w:p w14:paraId="39960913" w14:textId="77777777" w:rsidR="00515B72" w:rsidRPr="00AB5B5B" w:rsidRDefault="00515B72" w:rsidP="001D0AF0">
      <w:pPr>
        <w:pStyle w:val="24"/>
        <w:tabs>
          <w:tab w:val="left" w:pos="1711"/>
        </w:tabs>
        <w:spacing w:before="0" w:after="166" w:line="360" w:lineRule="auto"/>
        <w:ind w:left="780" w:firstLine="921"/>
        <w:rPr>
          <w:sz w:val="24"/>
          <w:szCs w:val="24"/>
        </w:rPr>
      </w:pPr>
      <w:r w:rsidRPr="00AB5B5B">
        <w:rPr>
          <w:sz w:val="24"/>
          <w:szCs w:val="24"/>
        </w:rPr>
        <w:t>Программа по государственному (татарскому) языку разработана с целью оказания методической помощи учителю в создании рабочей программы по учебному предмету.</w:t>
      </w:r>
    </w:p>
    <w:p w14:paraId="4BE6FB6A" w14:textId="77777777" w:rsidR="00515B72" w:rsidRPr="00AB5B5B" w:rsidRDefault="00515B72" w:rsidP="001D0AF0">
      <w:pPr>
        <w:pStyle w:val="24"/>
        <w:tabs>
          <w:tab w:val="left" w:pos="1711"/>
        </w:tabs>
        <w:spacing w:before="0" w:after="166" w:line="360" w:lineRule="auto"/>
        <w:ind w:left="780" w:firstLine="921"/>
        <w:rPr>
          <w:sz w:val="24"/>
          <w:szCs w:val="24"/>
        </w:rPr>
      </w:pPr>
      <w:r w:rsidRPr="00AB5B5B">
        <w:rPr>
          <w:sz w:val="24"/>
          <w:szCs w:val="24"/>
        </w:rPr>
        <w:t>Программа по государственному (татарскому) языку обеспечивает преемственность между уровнями общего образования. Концентрический принцип подачи материала позволяет повторить и закрепить освоенные на определённом этапе грамматические формы и конструкции на новом лексическом материале и расширяющемся тематическом содержании речи. В каждом классе даются новые элементы содержания, предъявляются новые требования к коммуникативным умениям обучающихся.</w:t>
      </w:r>
    </w:p>
    <w:p w14:paraId="7747DF5B" w14:textId="77777777" w:rsidR="00515B72" w:rsidRPr="00AB5B5B" w:rsidRDefault="00515B72" w:rsidP="001D0AF0">
      <w:pPr>
        <w:pStyle w:val="24"/>
        <w:tabs>
          <w:tab w:val="left" w:pos="1711"/>
        </w:tabs>
        <w:spacing w:before="0" w:after="166" w:line="360" w:lineRule="auto"/>
        <w:ind w:left="780" w:firstLine="921"/>
        <w:rPr>
          <w:sz w:val="24"/>
          <w:szCs w:val="24"/>
        </w:rPr>
      </w:pPr>
      <w:r w:rsidRPr="00AB5B5B">
        <w:rPr>
          <w:sz w:val="24"/>
          <w:szCs w:val="24"/>
        </w:rPr>
        <w:t>В содержании программы по государственному (татарскому) языку выделяются следующие содержательные линии: «Языковые знания и навыки», «Социокультурные знания и умения», «Компенсаторные умения», «Умения по видам речевой деятельности», «Тематическое содержание речи» (представлено темами: «Мир моего "Я"», «Мир моих увлечений», «Мир вокруг меня», «Моя Родина»),</w:t>
      </w:r>
    </w:p>
    <w:p w14:paraId="1B509BB3" w14:textId="77777777" w:rsidR="00515B72" w:rsidRPr="00AB5B5B" w:rsidRDefault="00515B72" w:rsidP="001D0AF0">
      <w:pPr>
        <w:pStyle w:val="24"/>
        <w:tabs>
          <w:tab w:val="left" w:pos="1711"/>
        </w:tabs>
        <w:spacing w:before="0" w:after="166" w:line="360" w:lineRule="auto"/>
        <w:ind w:left="780" w:firstLine="921"/>
        <w:rPr>
          <w:b/>
          <w:sz w:val="24"/>
          <w:szCs w:val="24"/>
        </w:rPr>
      </w:pPr>
      <w:r w:rsidRPr="00AB5B5B">
        <w:rPr>
          <w:sz w:val="24"/>
          <w:szCs w:val="24"/>
        </w:rPr>
        <w:t xml:space="preserve">Изучение государственного (татарского) языка направлено на достижение следующих </w:t>
      </w:r>
      <w:r w:rsidRPr="00AB5B5B">
        <w:rPr>
          <w:b/>
          <w:sz w:val="24"/>
          <w:szCs w:val="24"/>
        </w:rPr>
        <w:t>целей:</w:t>
      </w:r>
    </w:p>
    <w:p w14:paraId="7E71DC65" w14:textId="77777777" w:rsidR="00515B72" w:rsidRPr="00AB5B5B" w:rsidRDefault="00515B72" w:rsidP="001D0AF0">
      <w:pPr>
        <w:pStyle w:val="24"/>
        <w:tabs>
          <w:tab w:val="left" w:pos="1711"/>
        </w:tabs>
        <w:spacing w:before="0" w:after="166" w:line="360" w:lineRule="auto"/>
        <w:ind w:left="780" w:firstLine="921"/>
        <w:rPr>
          <w:sz w:val="24"/>
          <w:szCs w:val="24"/>
        </w:rPr>
      </w:pPr>
      <w:r w:rsidRPr="00AB5B5B">
        <w:rPr>
          <w:sz w:val="24"/>
          <w:szCs w:val="24"/>
        </w:rPr>
        <w:t>формирование у обучающихся коммуникативных умений в основных видах речевой деятельности с учетом речевых возможностей и потребностей в рамках изученных тем;</w:t>
      </w:r>
    </w:p>
    <w:p w14:paraId="7120FBA2" w14:textId="77777777" w:rsidR="00515B72" w:rsidRPr="00AB5B5B" w:rsidRDefault="00515B72" w:rsidP="001D0AF0">
      <w:pPr>
        <w:pStyle w:val="24"/>
        <w:tabs>
          <w:tab w:val="left" w:pos="1711"/>
        </w:tabs>
        <w:spacing w:before="0" w:after="166" w:line="360" w:lineRule="auto"/>
        <w:ind w:left="780" w:firstLine="921"/>
        <w:rPr>
          <w:sz w:val="24"/>
          <w:szCs w:val="24"/>
        </w:rPr>
      </w:pPr>
      <w:r w:rsidRPr="00AB5B5B">
        <w:rPr>
          <w:sz w:val="24"/>
          <w:szCs w:val="24"/>
        </w:rPr>
        <w:t xml:space="preserve">формирование умений использовать изучаемый язык как инструмент межкультурного общения в современном поликультурном мире, </w:t>
      </w:r>
      <w:r w:rsidRPr="00AB5B5B">
        <w:rPr>
          <w:sz w:val="24"/>
          <w:szCs w:val="24"/>
        </w:rPr>
        <w:lastRenderedPageBreak/>
        <w:t>необходимый для успешной социализации и самореализации;</w:t>
      </w:r>
    </w:p>
    <w:p w14:paraId="19627A41" w14:textId="77777777" w:rsidR="00515B72" w:rsidRPr="00AB5B5B" w:rsidRDefault="00515B72" w:rsidP="001D0AF0">
      <w:pPr>
        <w:pStyle w:val="24"/>
        <w:tabs>
          <w:tab w:val="left" w:pos="1711"/>
        </w:tabs>
        <w:spacing w:before="0" w:after="166" w:line="360" w:lineRule="auto"/>
        <w:ind w:left="780" w:firstLine="921"/>
        <w:rPr>
          <w:sz w:val="24"/>
          <w:szCs w:val="24"/>
        </w:rPr>
      </w:pPr>
      <w:r w:rsidRPr="00AB5B5B">
        <w:rPr>
          <w:sz w:val="24"/>
          <w:szCs w:val="24"/>
        </w:rPr>
        <w:t>формирование функциональной грамотности обучающихся, включающей овладение ключевыми компетенциями, составляющими основу дальнейшего успешного образования;</w:t>
      </w:r>
    </w:p>
    <w:p w14:paraId="71F8C196" w14:textId="77777777" w:rsidR="00515B72" w:rsidRPr="00AB5B5B" w:rsidRDefault="00515B72" w:rsidP="001D0AF0">
      <w:pPr>
        <w:pStyle w:val="24"/>
        <w:tabs>
          <w:tab w:val="left" w:pos="1711"/>
        </w:tabs>
        <w:spacing w:before="0" w:after="166" w:line="360" w:lineRule="auto"/>
        <w:ind w:left="780" w:firstLine="921"/>
        <w:rPr>
          <w:sz w:val="24"/>
          <w:szCs w:val="24"/>
        </w:rPr>
      </w:pPr>
      <w:r w:rsidRPr="00AB5B5B">
        <w:rPr>
          <w:sz w:val="24"/>
          <w:szCs w:val="24"/>
        </w:rPr>
        <w:t>развитие мотивации к дальнейшему овладению татарским языком как государственным языком Республики Татарстан;</w:t>
      </w:r>
    </w:p>
    <w:p w14:paraId="6F279D9C" w14:textId="77777777" w:rsidR="00515B72" w:rsidRPr="00AB5B5B" w:rsidRDefault="00515B72" w:rsidP="001D0AF0">
      <w:pPr>
        <w:pStyle w:val="24"/>
        <w:tabs>
          <w:tab w:val="left" w:pos="1711"/>
        </w:tabs>
        <w:spacing w:before="0" w:after="166" w:line="360" w:lineRule="auto"/>
        <w:ind w:left="780" w:firstLine="921"/>
        <w:rPr>
          <w:sz w:val="24"/>
          <w:szCs w:val="24"/>
        </w:rPr>
      </w:pPr>
      <w:r w:rsidRPr="00AB5B5B">
        <w:rPr>
          <w:sz w:val="24"/>
          <w:szCs w:val="24"/>
        </w:rPr>
        <w:t>формирование российской гражданской идентичности обучающихся как составляющей их социальной идентичности.</w:t>
      </w:r>
    </w:p>
    <w:p w14:paraId="5DD66F44" w14:textId="77777777" w:rsidR="00515B72" w:rsidRPr="00AB5B5B" w:rsidRDefault="00515B72" w:rsidP="001D0AF0">
      <w:pPr>
        <w:pStyle w:val="24"/>
        <w:tabs>
          <w:tab w:val="left" w:pos="1711"/>
        </w:tabs>
        <w:spacing w:before="0" w:after="166" w:line="360" w:lineRule="auto"/>
        <w:ind w:left="780" w:firstLine="921"/>
        <w:rPr>
          <w:sz w:val="24"/>
          <w:szCs w:val="24"/>
        </w:rPr>
      </w:pPr>
      <w:r w:rsidRPr="00AB5B5B">
        <w:rPr>
          <w:sz w:val="24"/>
          <w:szCs w:val="24"/>
        </w:rPr>
        <w:t>Содержание программы по государственному (татарскому) языку интегрировано с курсом родной (татарской) литературы и являет собой единое этноязыковое образовательное пространство.</w:t>
      </w:r>
    </w:p>
    <w:p w14:paraId="7F9D631A" w14:textId="0F248C4F" w:rsidR="00BB0794" w:rsidRPr="00AB5B5B" w:rsidRDefault="00BB0794" w:rsidP="00BB0794">
      <w:pPr>
        <w:pStyle w:val="24"/>
        <w:shd w:val="clear" w:color="auto" w:fill="auto"/>
        <w:tabs>
          <w:tab w:val="left" w:pos="1428"/>
        </w:tabs>
        <w:spacing w:before="0" w:after="0" w:line="360" w:lineRule="auto"/>
        <w:rPr>
          <w:b/>
          <w:sz w:val="24"/>
          <w:szCs w:val="24"/>
        </w:rPr>
      </w:pPr>
      <w:r w:rsidRPr="00AB5B5B">
        <w:rPr>
          <w:b/>
          <w:sz w:val="24"/>
          <w:szCs w:val="24"/>
          <w:lang w:val="tt-RU"/>
        </w:rPr>
        <w:t xml:space="preserve">            </w:t>
      </w:r>
      <w:r w:rsidRPr="00AB5B5B">
        <w:rPr>
          <w:b/>
          <w:sz w:val="24"/>
          <w:szCs w:val="24"/>
        </w:rPr>
        <w:t>Содержание обучения в 5 классе.</w:t>
      </w:r>
    </w:p>
    <w:p w14:paraId="0D82C159" w14:textId="77777777" w:rsidR="0014233B" w:rsidRPr="00AB5B5B" w:rsidRDefault="0014233B" w:rsidP="001D0AF0">
      <w:pPr>
        <w:pStyle w:val="24"/>
        <w:shd w:val="clear" w:color="auto" w:fill="auto"/>
        <w:tabs>
          <w:tab w:val="left" w:pos="1918"/>
        </w:tabs>
        <w:spacing w:before="0" w:after="10" w:line="360" w:lineRule="auto"/>
        <w:ind w:left="780"/>
        <w:rPr>
          <w:sz w:val="24"/>
          <w:szCs w:val="24"/>
        </w:rPr>
      </w:pPr>
      <w:r w:rsidRPr="00AB5B5B">
        <w:rPr>
          <w:sz w:val="24"/>
          <w:szCs w:val="24"/>
        </w:rPr>
        <w:t>1.Мир моего «Я».</w:t>
      </w:r>
    </w:p>
    <w:p w14:paraId="6C402203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Я и моя семья. Домашние обязанности. Семейные праздники, традиции. Подарки. Поздравления. В гостях.</w:t>
      </w:r>
    </w:p>
    <w:p w14:paraId="7365AD25" w14:textId="77777777" w:rsidR="0014233B" w:rsidRPr="00AB5B5B" w:rsidRDefault="0014233B" w:rsidP="001D0AF0">
      <w:pPr>
        <w:pStyle w:val="24"/>
        <w:shd w:val="clear" w:color="auto" w:fill="auto"/>
        <w:tabs>
          <w:tab w:val="left" w:pos="1923"/>
        </w:tabs>
        <w:spacing w:before="0" w:after="0" w:line="360" w:lineRule="auto"/>
        <w:ind w:left="780"/>
        <w:rPr>
          <w:sz w:val="24"/>
          <w:szCs w:val="24"/>
        </w:rPr>
      </w:pPr>
      <w:r w:rsidRPr="00AB5B5B">
        <w:rPr>
          <w:sz w:val="24"/>
          <w:szCs w:val="24"/>
        </w:rPr>
        <w:t>2.Мир вокруг меня.</w:t>
      </w:r>
    </w:p>
    <w:p w14:paraId="1EB05F8D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Мы в школе. Учебные занятия. С друзьями интересно. В мире животных. На транспорте.</w:t>
      </w:r>
    </w:p>
    <w:p w14:paraId="6F4E687B" w14:textId="77777777" w:rsidR="0014233B" w:rsidRPr="00AB5B5B" w:rsidRDefault="0014233B" w:rsidP="001D0AF0">
      <w:pPr>
        <w:pStyle w:val="24"/>
        <w:shd w:val="clear" w:color="auto" w:fill="auto"/>
        <w:tabs>
          <w:tab w:val="left" w:pos="1923"/>
        </w:tabs>
        <w:spacing w:before="0" w:after="0" w:line="360" w:lineRule="auto"/>
        <w:ind w:left="780"/>
        <w:rPr>
          <w:sz w:val="24"/>
          <w:szCs w:val="24"/>
        </w:rPr>
      </w:pPr>
      <w:r w:rsidRPr="00AB5B5B">
        <w:rPr>
          <w:sz w:val="24"/>
          <w:szCs w:val="24"/>
        </w:rPr>
        <w:t>3.Мир моих увлечений.</w:t>
      </w:r>
    </w:p>
    <w:p w14:paraId="2E0B22BB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Здоровье и спорт. Мои любимые занятия на досуге.</w:t>
      </w:r>
    </w:p>
    <w:p w14:paraId="7C403712" w14:textId="77777777" w:rsidR="0014233B" w:rsidRPr="00AB5B5B" w:rsidRDefault="0014233B" w:rsidP="001D0AF0">
      <w:pPr>
        <w:pStyle w:val="24"/>
        <w:shd w:val="clear" w:color="auto" w:fill="auto"/>
        <w:tabs>
          <w:tab w:val="left" w:pos="1923"/>
        </w:tabs>
        <w:spacing w:before="0" w:after="0" w:line="360" w:lineRule="auto"/>
        <w:ind w:left="780"/>
        <w:rPr>
          <w:sz w:val="24"/>
          <w:szCs w:val="24"/>
        </w:rPr>
      </w:pPr>
      <w:r w:rsidRPr="00AB5B5B">
        <w:rPr>
          <w:sz w:val="24"/>
          <w:szCs w:val="24"/>
        </w:rPr>
        <w:t>4.Моя Родина.</w:t>
      </w:r>
    </w:p>
    <w:p w14:paraId="468DB742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Моя Родина. Мой город (моё село). Природа родного края. Национальный праздник Сабантуй. Детский фольклор (рифмовки, считалки, скороговорки, загадки, сказки).</w:t>
      </w:r>
    </w:p>
    <w:p w14:paraId="45BC336C" w14:textId="77777777" w:rsidR="0014233B" w:rsidRPr="00AB5B5B" w:rsidRDefault="0014233B" w:rsidP="001D0AF0">
      <w:pPr>
        <w:pStyle w:val="24"/>
        <w:shd w:val="clear" w:color="auto" w:fill="auto"/>
        <w:tabs>
          <w:tab w:val="left" w:pos="1711"/>
        </w:tabs>
        <w:spacing w:before="0" w:after="0" w:line="360" w:lineRule="auto"/>
        <w:ind w:left="780"/>
        <w:jc w:val="center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Умения по видам речевой деятельности.</w:t>
      </w:r>
    </w:p>
    <w:p w14:paraId="600D84E8" w14:textId="77777777" w:rsidR="0014233B" w:rsidRPr="00AB5B5B" w:rsidRDefault="0014233B" w:rsidP="001D0AF0">
      <w:pPr>
        <w:pStyle w:val="24"/>
        <w:shd w:val="clear" w:color="auto" w:fill="auto"/>
        <w:tabs>
          <w:tab w:val="left" w:pos="1923"/>
        </w:tabs>
        <w:spacing w:before="0" w:after="0" w:line="360" w:lineRule="auto"/>
        <w:ind w:left="780"/>
        <w:rPr>
          <w:b/>
          <w:sz w:val="24"/>
          <w:szCs w:val="24"/>
        </w:rPr>
      </w:pPr>
      <w:proofErr w:type="spellStart"/>
      <w:r w:rsidRPr="00AB5B5B">
        <w:rPr>
          <w:b/>
          <w:sz w:val="24"/>
          <w:szCs w:val="24"/>
        </w:rPr>
        <w:t>Аудирование</w:t>
      </w:r>
      <w:proofErr w:type="spellEnd"/>
      <w:r w:rsidRPr="00AB5B5B">
        <w:rPr>
          <w:b/>
          <w:sz w:val="24"/>
          <w:szCs w:val="24"/>
        </w:rPr>
        <w:t>.</w:t>
      </w:r>
    </w:p>
    <w:p w14:paraId="01B0ADD9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 xml:space="preserve">Развитие умений </w:t>
      </w:r>
      <w:proofErr w:type="spellStart"/>
      <w:r w:rsidRPr="00AB5B5B">
        <w:rPr>
          <w:sz w:val="24"/>
          <w:szCs w:val="24"/>
        </w:rPr>
        <w:t>аудирования</w:t>
      </w:r>
      <w:proofErr w:type="spellEnd"/>
      <w:r w:rsidRPr="00AB5B5B">
        <w:rPr>
          <w:sz w:val="24"/>
          <w:szCs w:val="24"/>
        </w:rPr>
        <w:t xml:space="preserve"> на базе умений, сформированных на уровне начального общего образования: понимание на слух речи учителя и одноклассников и вербальная или невербальная реакция на услышанное при непосредственном общении, понимание на слух несложных адаптированных аутентичных текстов, содержащих отдельные незнакомые слова, грамматические явления.</w:t>
      </w:r>
    </w:p>
    <w:p w14:paraId="720A1115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 xml:space="preserve">Тексты для </w:t>
      </w:r>
      <w:proofErr w:type="spellStart"/>
      <w:r w:rsidRPr="00AB5B5B">
        <w:rPr>
          <w:sz w:val="24"/>
          <w:szCs w:val="24"/>
        </w:rPr>
        <w:t>аудирования</w:t>
      </w:r>
      <w:proofErr w:type="spellEnd"/>
      <w:r w:rsidRPr="00AB5B5B">
        <w:rPr>
          <w:sz w:val="24"/>
          <w:szCs w:val="24"/>
        </w:rPr>
        <w:t xml:space="preserve">: диалог (беседа), высказывания собеседников в ситуациях повседневного общения, рассказ, сообщение </w:t>
      </w:r>
      <w:r w:rsidRPr="00AB5B5B">
        <w:rPr>
          <w:sz w:val="24"/>
          <w:szCs w:val="24"/>
        </w:rPr>
        <w:lastRenderedPageBreak/>
        <w:t>информационного характера.</w:t>
      </w:r>
    </w:p>
    <w:p w14:paraId="073E35C4" w14:textId="77777777" w:rsidR="0014233B" w:rsidRPr="00AB5B5B" w:rsidRDefault="0014233B" w:rsidP="001D0AF0">
      <w:pPr>
        <w:pStyle w:val="24"/>
        <w:shd w:val="clear" w:color="auto" w:fill="auto"/>
        <w:tabs>
          <w:tab w:val="left" w:pos="1923"/>
        </w:tabs>
        <w:spacing w:before="0" w:after="0" w:line="360" w:lineRule="auto"/>
        <w:ind w:left="780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Говорение.</w:t>
      </w:r>
    </w:p>
    <w:p w14:paraId="78A1503B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Развитие диалогической речи на базе умений, сформированных на уровне начального общего образования: вести диалог этикетного характера (начинать,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благодарность; вежливо соглашаться на предложение или отказываться от предложения собеседника),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собеседника), вести диалог-расспрос (сообщать фактическую информацию, отвечая на вопросы, запрашивать интересующую информацию).</w:t>
      </w:r>
    </w:p>
    <w:p w14:paraId="5F8FD1D5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Развитие монологической речи на базе умений, сформированных на уровне начального общего образования: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использованием ключевых слов, вопросов или иллюстраций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 с учебной ситуацией в пределах программного языкового материала.</w:t>
      </w:r>
    </w:p>
    <w:p w14:paraId="2B71AF86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14:paraId="436764AC" w14:textId="77777777" w:rsidR="0014233B" w:rsidRPr="00AB5B5B" w:rsidRDefault="0014233B" w:rsidP="001D0AF0">
      <w:pPr>
        <w:pStyle w:val="24"/>
        <w:shd w:val="clear" w:color="auto" w:fill="auto"/>
        <w:tabs>
          <w:tab w:val="left" w:pos="1846"/>
        </w:tabs>
        <w:spacing w:before="0" w:after="0" w:line="360" w:lineRule="auto"/>
        <w:ind w:left="760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Чтение.</w:t>
      </w:r>
    </w:p>
    <w:p w14:paraId="708DEEC7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Развитие сформированных на уровне начального общего образования умений читать про себя учебные и несложные адаптированные аутентичные тексты разных жанров и стилей, содержащие отдельные незнакомые слова, с пониманием основного содержания или запрашиваемой информации; чтение с пониманием основного содержания текста с определением основной темы и главных фактов или событий в прочитанном тексте, чтение </w:t>
      </w:r>
      <w:proofErr w:type="spellStart"/>
      <w:r w:rsidRPr="00AB5B5B">
        <w:rPr>
          <w:sz w:val="24"/>
          <w:szCs w:val="24"/>
        </w:rPr>
        <w:t>несплошных</w:t>
      </w:r>
      <w:proofErr w:type="spellEnd"/>
      <w:r w:rsidRPr="00AB5B5B">
        <w:rPr>
          <w:sz w:val="24"/>
          <w:szCs w:val="24"/>
        </w:rPr>
        <w:t xml:space="preserve"> текстов (таблиц) и понимание представленной в них информации.</w:t>
      </w:r>
    </w:p>
    <w:p w14:paraId="100E2F66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Тексты для чтения: беседа или диалог, рассказ, сказка, стихотворение; </w:t>
      </w:r>
      <w:proofErr w:type="spellStart"/>
      <w:r w:rsidRPr="00AB5B5B">
        <w:rPr>
          <w:sz w:val="24"/>
          <w:szCs w:val="24"/>
        </w:rPr>
        <w:t>несплошной</w:t>
      </w:r>
      <w:proofErr w:type="spellEnd"/>
      <w:r w:rsidRPr="00AB5B5B">
        <w:rPr>
          <w:sz w:val="24"/>
          <w:szCs w:val="24"/>
        </w:rPr>
        <w:t xml:space="preserve"> текст (таблица).</w:t>
      </w:r>
    </w:p>
    <w:p w14:paraId="0B3D0D23" w14:textId="77777777" w:rsidR="0014233B" w:rsidRPr="00AB5B5B" w:rsidRDefault="0014233B" w:rsidP="001D0AF0">
      <w:pPr>
        <w:pStyle w:val="24"/>
        <w:shd w:val="clear" w:color="auto" w:fill="auto"/>
        <w:tabs>
          <w:tab w:val="left" w:pos="1846"/>
        </w:tabs>
        <w:spacing w:before="0" w:after="0" w:line="360" w:lineRule="auto"/>
        <w:ind w:left="760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Письмо.</w:t>
      </w:r>
    </w:p>
    <w:p w14:paraId="402DAA38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Развитие умений письменной речи на базе умений, сформированных на уровне начального общего образования: правильное написание изученных слов, заполнение пропусков словами, дописывание предложений, выписывание из текста слов, словосочетаний, </w:t>
      </w:r>
      <w:proofErr w:type="spellStart"/>
      <w:r w:rsidRPr="00AB5B5B">
        <w:rPr>
          <w:sz w:val="24"/>
          <w:szCs w:val="24"/>
        </w:rPr>
        <w:t>предложениий</w:t>
      </w:r>
      <w:proofErr w:type="spellEnd"/>
      <w:r w:rsidRPr="00AB5B5B">
        <w:rPr>
          <w:sz w:val="24"/>
          <w:szCs w:val="24"/>
        </w:rPr>
        <w:t xml:space="preserve"> в соответствии с решаемой коммуникативной задачей, постановка вопросов с использованием определённого лексического и грамматического </w:t>
      </w:r>
      <w:r w:rsidRPr="00AB5B5B">
        <w:rPr>
          <w:sz w:val="24"/>
          <w:szCs w:val="24"/>
        </w:rPr>
        <w:lastRenderedPageBreak/>
        <w:t>материала, письменные ответы на вопросы с использованием пройденного лексико-грамматического материала, самостоятельное составление и написание небольших текстов по изучаемой теме, написание реплик в соответствии с ситуацией.</w:t>
      </w:r>
    </w:p>
    <w:p w14:paraId="32E7EA28" w14:textId="77777777" w:rsidR="0014233B" w:rsidRPr="00AB5B5B" w:rsidRDefault="0014233B" w:rsidP="001D0AF0">
      <w:pPr>
        <w:pStyle w:val="24"/>
        <w:shd w:val="clear" w:color="auto" w:fill="auto"/>
        <w:tabs>
          <w:tab w:val="left" w:pos="1639"/>
        </w:tabs>
        <w:spacing w:before="0" w:after="0" w:line="360" w:lineRule="auto"/>
        <w:ind w:left="760"/>
        <w:jc w:val="center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Языковые знания и навыки.</w:t>
      </w:r>
    </w:p>
    <w:p w14:paraId="060EC2C6" w14:textId="77777777" w:rsidR="0014233B" w:rsidRPr="00AB5B5B" w:rsidRDefault="0014233B" w:rsidP="001D0AF0">
      <w:pPr>
        <w:pStyle w:val="24"/>
        <w:shd w:val="clear" w:color="auto" w:fill="auto"/>
        <w:tabs>
          <w:tab w:val="left" w:pos="1850"/>
        </w:tabs>
        <w:spacing w:before="0" w:after="0" w:line="360" w:lineRule="auto"/>
        <w:ind w:left="760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Фонетика.</w:t>
      </w:r>
    </w:p>
    <w:p w14:paraId="7F52C8EB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Произношение слов с твёрдыми и мягкими гласными, а также слов, не подчиняющихся закону сингармонизма, разновидности закона сингармонизма (гармония гласных по ряду): </w:t>
      </w:r>
      <w:proofErr w:type="spellStart"/>
      <w:r w:rsidRPr="00AB5B5B">
        <w:rPr>
          <w:sz w:val="24"/>
          <w:szCs w:val="24"/>
        </w:rPr>
        <w:t>укучы</w:t>
      </w:r>
      <w:proofErr w:type="spellEnd"/>
      <w:r w:rsidRPr="00AB5B5B">
        <w:rPr>
          <w:sz w:val="24"/>
          <w:szCs w:val="24"/>
        </w:rPr>
        <w:t xml:space="preserve"> [</w:t>
      </w:r>
      <w:proofErr w:type="spellStart"/>
      <w:r w:rsidRPr="00AB5B5B">
        <w:rPr>
          <w:sz w:val="24"/>
          <w:szCs w:val="24"/>
        </w:rPr>
        <w:t>укъучы</w:t>
      </w:r>
      <w:proofErr w:type="spellEnd"/>
      <w:r w:rsidRPr="00AB5B5B">
        <w:rPr>
          <w:sz w:val="24"/>
          <w:szCs w:val="24"/>
        </w:rPr>
        <w:t>], д</w:t>
      </w:r>
      <w:r w:rsidR="002A7A76" w:rsidRPr="00AB5B5B">
        <w:rPr>
          <w:sz w:val="24"/>
          <w:szCs w:val="24"/>
          <w:lang w:val="tt-RU"/>
        </w:rPr>
        <w:t>ә</w:t>
      </w:r>
      <w:proofErr w:type="spellStart"/>
      <w:r w:rsidRPr="00AB5B5B">
        <w:rPr>
          <w:sz w:val="24"/>
          <w:szCs w:val="24"/>
        </w:rPr>
        <w:t>рес</w:t>
      </w:r>
      <w:proofErr w:type="spellEnd"/>
      <w:r w:rsidRPr="00AB5B5B">
        <w:rPr>
          <w:sz w:val="24"/>
          <w:szCs w:val="24"/>
        </w:rPr>
        <w:t xml:space="preserve"> [д</w:t>
      </w:r>
      <w:r w:rsidR="002A7A76" w:rsidRPr="00AB5B5B">
        <w:rPr>
          <w:sz w:val="24"/>
          <w:szCs w:val="24"/>
          <w:lang w:val="tt-RU"/>
        </w:rPr>
        <w:t>ә</w:t>
      </w:r>
      <w:r w:rsidRPr="00AB5B5B">
        <w:rPr>
          <w:sz w:val="24"/>
          <w:szCs w:val="24"/>
        </w:rPr>
        <w:t>р</w:t>
      </w:r>
      <w:r w:rsidR="002A7A76" w:rsidRPr="00AB5B5B">
        <w:rPr>
          <w:sz w:val="24"/>
          <w:szCs w:val="24"/>
          <w:lang w:val="tt-RU"/>
        </w:rPr>
        <w:t>э</w:t>
      </w:r>
      <w:r w:rsidRPr="00AB5B5B">
        <w:rPr>
          <w:sz w:val="24"/>
          <w:szCs w:val="24"/>
        </w:rPr>
        <w:t>с], губная гармония т</w:t>
      </w:r>
      <w:r w:rsidR="002A7A76" w:rsidRPr="00AB5B5B">
        <w:rPr>
          <w:sz w:val="24"/>
          <w:szCs w:val="24"/>
          <w:lang w:val="tt-RU"/>
        </w:rPr>
        <w:t>ө</w:t>
      </w:r>
      <w:proofErr w:type="spellStart"/>
      <w:r w:rsidRPr="00AB5B5B">
        <w:rPr>
          <w:sz w:val="24"/>
          <w:szCs w:val="24"/>
        </w:rPr>
        <w:t>лке</w:t>
      </w:r>
      <w:proofErr w:type="spellEnd"/>
      <w:r w:rsidRPr="00AB5B5B">
        <w:rPr>
          <w:sz w:val="24"/>
          <w:szCs w:val="24"/>
        </w:rPr>
        <w:t xml:space="preserve"> [т</w:t>
      </w:r>
      <w:r w:rsidR="002A7A76" w:rsidRPr="00AB5B5B">
        <w:rPr>
          <w:sz w:val="24"/>
          <w:szCs w:val="24"/>
          <w:lang w:val="tt-RU"/>
        </w:rPr>
        <w:t>ө</w:t>
      </w:r>
      <w:proofErr w:type="spellStart"/>
      <w:r w:rsidRPr="00AB5B5B">
        <w:rPr>
          <w:sz w:val="24"/>
          <w:szCs w:val="24"/>
        </w:rPr>
        <w:t>лк</w:t>
      </w:r>
      <w:proofErr w:type="spellEnd"/>
      <w:r w:rsidR="002A7A76" w:rsidRPr="00AB5B5B">
        <w:rPr>
          <w:sz w:val="24"/>
          <w:szCs w:val="24"/>
          <w:lang w:val="tt-RU"/>
        </w:rPr>
        <w:t>ө</w:t>
      </w:r>
      <w:r w:rsidRPr="00AB5B5B">
        <w:rPr>
          <w:sz w:val="24"/>
          <w:szCs w:val="24"/>
        </w:rPr>
        <w:t xml:space="preserve">], </w:t>
      </w:r>
      <w:proofErr w:type="spellStart"/>
      <w:r w:rsidRPr="00AB5B5B">
        <w:rPr>
          <w:sz w:val="24"/>
          <w:szCs w:val="24"/>
        </w:rPr>
        <w:t>борын</w:t>
      </w:r>
      <w:proofErr w:type="spellEnd"/>
      <w:r w:rsidRPr="00AB5B5B">
        <w:rPr>
          <w:sz w:val="24"/>
          <w:szCs w:val="24"/>
        </w:rPr>
        <w:t xml:space="preserve"> [борон], произношение парных, сложных слов, составных слов, произношение слов с соблюдением правильного ударения и фраз с соблюдением их ритмико-интонационных особенностей.</w:t>
      </w:r>
    </w:p>
    <w:p w14:paraId="25F2D8E8" w14:textId="77777777" w:rsidR="0014233B" w:rsidRPr="00AB5B5B" w:rsidRDefault="0014233B" w:rsidP="001D0AF0">
      <w:pPr>
        <w:pStyle w:val="24"/>
        <w:shd w:val="clear" w:color="auto" w:fill="auto"/>
        <w:tabs>
          <w:tab w:val="left" w:pos="1850"/>
        </w:tabs>
        <w:spacing w:before="0" w:after="0" w:line="360" w:lineRule="auto"/>
        <w:ind w:left="760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Графика. Орфография. Пунктуация.</w:t>
      </w:r>
    </w:p>
    <w:p w14:paraId="707807BB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 и обращении).</w:t>
      </w:r>
    </w:p>
    <w:p w14:paraId="47CD8DC4" w14:textId="77777777" w:rsidR="0014233B" w:rsidRPr="00AB5B5B" w:rsidRDefault="0014233B" w:rsidP="001D0AF0">
      <w:pPr>
        <w:pStyle w:val="24"/>
        <w:shd w:val="clear" w:color="auto" w:fill="auto"/>
        <w:tabs>
          <w:tab w:val="left" w:pos="1850"/>
        </w:tabs>
        <w:spacing w:before="0" w:after="0" w:line="360" w:lineRule="auto"/>
        <w:ind w:left="760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Лексика.</w:t>
      </w:r>
    </w:p>
    <w:p w14:paraId="33C4635B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слов-названий предметов, их признаков, действий предметов; заимствованных слов, синонимов и антонимов изученных слов, производных (</w:t>
      </w:r>
      <w:proofErr w:type="spellStart"/>
      <w:r w:rsidRPr="00AB5B5B">
        <w:rPr>
          <w:sz w:val="24"/>
          <w:szCs w:val="24"/>
        </w:rPr>
        <w:t>урманчы</w:t>
      </w:r>
      <w:proofErr w:type="spellEnd"/>
      <w:r w:rsidRPr="00AB5B5B">
        <w:rPr>
          <w:sz w:val="24"/>
          <w:szCs w:val="24"/>
        </w:rPr>
        <w:t>), (карлы), парных (бала-чага), сложных (</w:t>
      </w:r>
      <w:proofErr w:type="spellStart"/>
      <w:r w:rsidRPr="00AB5B5B">
        <w:rPr>
          <w:sz w:val="24"/>
          <w:szCs w:val="24"/>
        </w:rPr>
        <w:t>китапхан</w:t>
      </w:r>
      <w:proofErr w:type="spellEnd"/>
      <w:r w:rsidR="002A7A76" w:rsidRPr="00AB5B5B">
        <w:rPr>
          <w:sz w:val="24"/>
          <w:szCs w:val="24"/>
          <w:lang w:val="tt-RU"/>
        </w:rPr>
        <w:t>ә</w:t>
      </w:r>
      <w:r w:rsidRPr="00AB5B5B">
        <w:rPr>
          <w:sz w:val="24"/>
          <w:szCs w:val="24"/>
        </w:rPr>
        <w:t xml:space="preserve">), составных (кура </w:t>
      </w:r>
      <w:r w:rsidR="002A7A76" w:rsidRPr="00AB5B5B">
        <w:rPr>
          <w:sz w:val="24"/>
          <w:szCs w:val="24"/>
          <w:lang w:val="tt-RU"/>
        </w:rPr>
        <w:t>җ</w:t>
      </w:r>
      <w:r w:rsidRPr="00AB5B5B">
        <w:rPr>
          <w:sz w:val="24"/>
          <w:szCs w:val="24"/>
        </w:rPr>
        <w:t>ил</w:t>
      </w:r>
      <w:r w:rsidR="002A7A76" w:rsidRPr="00AB5B5B">
        <w:rPr>
          <w:sz w:val="24"/>
          <w:szCs w:val="24"/>
          <w:lang w:val="tt-RU"/>
        </w:rPr>
        <w:t>ә</w:t>
      </w:r>
      <w:proofErr w:type="spellStart"/>
      <w:r w:rsidRPr="00AB5B5B">
        <w:rPr>
          <w:sz w:val="24"/>
          <w:szCs w:val="24"/>
        </w:rPr>
        <w:t>ге</w:t>
      </w:r>
      <w:proofErr w:type="spellEnd"/>
      <w:r w:rsidRPr="00AB5B5B">
        <w:rPr>
          <w:sz w:val="24"/>
          <w:szCs w:val="24"/>
        </w:rPr>
        <w:t>) слов.</w:t>
      </w:r>
    </w:p>
    <w:p w14:paraId="10247B05" w14:textId="77777777" w:rsidR="0014233B" w:rsidRPr="00AB5B5B" w:rsidRDefault="0014233B" w:rsidP="001D0AF0">
      <w:pPr>
        <w:pStyle w:val="24"/>
        <w:shd w:val="clear" w:color="auto" w:fill="auto"/>
        <w:tabs>
          <w:tab w:val="left" w:pos="1850"/>
        </w:tabs>
        <w:spacing w:before="0" w:after="0" w:line="360" w:lineRule="auto"/>
        <w:ind w:left="760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Морфология. Синтаксис.</w:t>
      </w:r>
    </w:p>
    <w:p w14:paraId="629023F0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Распознавание и употребление в устной и письменной речи изученных морфологических форм и синтаксических конструкций татарского языка: имена существительные единственного и множественного числа в разных падежах, имена существительные с аффиксами принадлежности </w:t>
      </w:r>
      <w:r w:rsidRPr="00AB5B5B">
        <w:rPr>
          <w:sz w:val="24"/>
          <w:szCs w:val="24"/>
          <w:lang w:val="en-US" w:bidi="en-US"/>
        </w:rPr>
        <w:t>I</w:t>
      </w:r>
      <w:r w:rsidRPr="00AB5B5B">
        <w:rPr>
          <w:sz w:val="24"/>
          <w:szCs w:val="24"/>
          <w:lang w:bidi="en-US"/>
        </w:rPr>
        <w:t xml:space="preserve">, </w:t>
      </w:r>
      <w:r w:rsidRPr="00AB5B5B">
        <w:rPr>
          <w:sz w:val="24"/>
          <w:szCs w:val="24"/>
        </w:rPr>
        <w:t>II, III лица единственного и множественного числа, наречия времени (</w:t>
      </w:r>
      <w:proofErr w:type="spellStart"/>
      <w:r w:rsidRPr="00AB5B5B">
        <w:rPr>
          <w:sz w:val="24"/>
          <w:szCs w:val="24"/>
        </w:rPr>
        <w:t>былтыр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быел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ирт</w:t>
      </w:r>
      <w:proofErr w:type="spellEnd"/>
      <w:r w:rsidR="002A7A76" w:rsidRPr="00AB5B5B">
        <w:rPr>
          <w:sz w:val="24"/>
          <w:szCs w:val="24"/>
          <w:lang w:val="tt-RU"/>
        </w:rPr>
        <w:t>ә</w:t>
      </w:r>
      <w:r w:rsidRPr="00AB5B5B">
        <w:rPr>
          <w:sz w:val="24"/>
          <w:szCs w:val="24"/>
        </w:rPr>
        <w:t>н, к</w:t>
      </w:r>
      <w:r w:rsidR="002A7A76" w:rsidRPr="00AB5B5B">
        <w:rPr>
          <w:sz w:val="24"/>
          <w:szCs w:val="24"/>
          <w:lang w:val="tt-RU"/>
        </w:rPr>
        <w:t>ө</w:t>
      </w:r>
      <w:proofErr w:type="spellStart"/>
      <w:r w:rsidRPr="00AB5B5B">
        <w:rPr>
          <w:sz w:val="24"/>
          <w:szCs w:val="24"/>
        </w:rPr>
        <w:t>ндез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кичен</w:t>
      </w:r>
      <w:proofErr w:type="spellEnd"/>
      <w:r w:rsidRPr="00AB5B5B">
        <w:rPr>
          <w:sz w:val="24"/>
          <w:szCs w:val="24"/>
        </w:rPr>
        <w:t>), сравнения-уподобления (</w:t>
      </w:r>
      <w:proofErr w:type="spellStart"/>
      <w:r w:rsidRPr="00AB5B5B">
        <w:rPr>
          <w:sz w:val="24"/>
          <w:szCs w:val="24"/>
        </w:rPr>
        <w:t>татарча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русча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инглизч</w:t>
      </w:r>
      <w:proofErr w:type="spellEnd"/>
      <w:r w:rsidR="002A7A76" w:rsidRPr="00AB5B5B">
        <w:rPr>
          <w:sz w:val="24"/>
          <w:szCs w:val="24"/>
          <w:lang w:val="tt-RU"/>
        </w:rPr>
        <w:t>ә</w:t>
      </w:r>
      <w:r w:rsidRPr="00AB5B5B">
        <w:rPr>
          <w:sz w:val="24"/>
          <w:szCs w:val="24"/>
        </w:rPr>
        <w:t xml:space="preserve">), глаголы повелительного наклонения II лица единственного и множественного числа в утвердительной и отрицательной формах: бар! - </w:t>
      </w:r>
      <w:proofErr w:type="spellStart"/>
      <w:r w:rsidRPr="00AB5B5B">
        <w:rPr>
          <w:sz w:val="24"/>
          <w:szCs w:val="24"/>
        </w:rPr>
        <w:t>барыгыз</w:t>
      </w:r>
      <w:proofErr w:type="spellEnd"/>
      <w:r w:rsidRPr="00AB5B5B">
        <w:rPr>
          <w:sz w:val="24"/>
          <w:szCs w:val="24"/>
        </w:rPr>
        <w:t>! (</w:t>
      </w:r>
      <w:proofErr w:type="spellStart"/>
      <w:r w:rsidRPr="00AB5B5B">
        <w:rPr>
          <w:sz w:val="24"/>
          <w:szCs w:val="24"/>
        </w:rPr>
        <w:t>ба'рма</w:t>
      </w:r>
      <w:proofErr w:type="spellEnd"/>
      <w:r w:rsidRPr="00AB5B5B">
        <w:rPr>
          <w:sz w:val="24"/>
          <w:szCs w:val="24"/>
        </w:rPr>
        <w:t xml:space="preserve">! - </w:t>
      </w:r>
      <w:proofErr w:type="spellStart"/>
      <w:r w:rsidRPr="00AB5B5B">
        <w:rPr>
          <w:sz w:val="24"/>
          <w:szCs w:val="24"/>
        </w:rPr>
        <w:t>ба'рмагыз</w:t>
      </w:r>
      <w:proofErr w:type="spellEnd"/>
      <w:r w:rsidRPr="00AB5B5B">
        <w:rPr>
          <w:sz w:val="24"/>
          <w:szCs w:val="24"/>
        </w:rPr>
        <w:t xml:space="preserve">!), глаголы прошедшего определённого времени </w:t>
      </w:r>
      <w:r w:rsidRPr="00AB5B5B">
        <w:rPr>
          <w:sz w:val="24"/>
          <w:szCs w:val="24"/>
          <w:lang w:val="en-US" w:bidi="en-US"/>
        </w:rPr>
        <w:t>I</w:t>
      </w:r>
      <w:r w:rsidRPr="00AB5B5B">
        <w:rPr>
          <w:sz w:val="24"/>
          <w:szCs w:val="24"/>
          <w:lang w:bidi="en-US"/>
        </w:rPr>
        <w:t xml:space="preserve">, </w:t>
      </w:r>
      <w:r w:rsidRPr="00AB5B5B">
        <w:rPr>
          <w:sz w:val="24"/>
          <w:szCs w:val="24"/>
        </w:rPr>
        <w:t xml:space="preserve">II, III лица единственного и множественного числа в утвердительной и отрицательной формах, глаголы прошедшего неопределённого времени в III лице единственного числа, инфинитив с модальными словами </w:t>
      </w:r>
      <w:proofErr w:type="spellStart"/>
      <w:r w:rsidRPr="00AB5B5B">
        <w:rPr>
          <w:sz w:val="24"/>
          <w:szCs w:val="24"/>
        </w:rPr>
        <w:t>кир</w:t>
      </w:r>
      <w:proofErr w:type="spellEnd"/>
      <w:r w:rsidR="002A7A76" w:rsidRPr="00AB5B5B">
        <w:rPr>
          <w:sz w:val="24"/>
          <w:szCs w:val="24"/>
          <w:lang w:val="tt-RU"/>
        </w:rPr>
        <w:t>ә</w:t>
      </w:r>
      <w:r w:rsidRPr="00AB5B5B">
        <w:rPr>
          <w:sz w:val="24"/>
          <w:szCs w:val="24"/>
        </w:rPr>
        <w:t>к (</w:t>
      </w:r>
      <w:proofErr w:type="spellStart"/>
      <w:r w:rsidRPr="00AB5B5B">
        <w:rPr>
          <w:sz w:val="24"/>
          <w:szCs w:val="24"/>
        </w:rPr>
        <w:t>кир</w:t>
      </w:r>
      <w:proofErr w:type="spellEnd"/>
      <w:r w:rsidR="002A7A76" w:rsidRPr="00AB5B5B">
        <w:rPr>
          <w:sz w:val="24"/>
          <w:szCs w:val="24"/>
          <w:lang w:val="tt-RU"/>
        </w:rPr>
        <w:t>ә</w:t>
      </w:r>
      <w:proofErr w:type="spellStart"/>
      <w:r w:rsidRPr="00AB5B5B">
        <w:rPr>
          <w:sz w:val="24"/>
          <w:szCs w:val="24"/>
        </w:rPr>
        <w:t>кми</w:t>
      </w:r>
      <w:proofErr w:type="spellEnd"/>
      <w:r w:rsidRPr="00AB5B5B">
        <w:rPr>
          <w:sz w:val="24"/>
          <w:szCs w:val="24"/>
        </w:rPr>
        <w:t>), ярый (</w:t>
      </w:r>
      <w:proofErr w:type="spellStart"/>
      <w:r w:rsidRPr="00AB5B5B">
        <w:rPr>
          <w:sz w:val="24"/>
          <w:szCs w:val="24"/>
        </w:rPr>
        <w:t>ярамый</w:t>
      </w:r>
      <w:proofErr w:type="spellEnd"/>
      <w:r w:rsidRPr="00AB5B5B">
        <w:rPr>
          <w:sz w:val="24"/>
          <w:szCs w:val="24"/>
        </w:rPr>
        <w:t xml:space="preserve">), послелоги </w:t>
      </w:r>
      <w:r w:rsidR="002A7A76" w:rsidRPr="00AB5B5B">
        <w:rPr>
          <w:sz w:val="24"/>
          <w:szCs w:val="24"/>
          <w:lang w:val="tt-RU"/>
        </w:rPr>
        <w:t>ө</w:t>
      </w:r>
      <w:proofErr w:type="spellStart"/>
      <w:r w:rsidRPr="00AB5B5B">
        <w:rPr>
          <w:sz w:val="24"/>
          <w:szCs w:val="24"/>
        </w:rPr>
        <w:t>чен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аша</w:t>
      </w:r>
      <w:proofErr w:type="spellEnd"/>
      <w:r w:rsidRPr="00AB5B5B">
        <w:rPr>
          <w:sz w:val="24"/>
          <w:szCs w:val="24"/>
        </w:rPr>
        <w:t xml:space="preserve"> с существительными и местоимениями, послеложные слова </w:t>
      </w:r>
      <w:proofErr w:type="spellStart"/>
      <w:r w:rsidRPr="00AB5B5B">
        <w:rPr>
          <w:sz w:val="24"/>
          <w:szCs w:val="24"/>
        </w:rPr>
        <w:t>янында</w:t>
      </w:r>
      <w:proofErr w:type="spellEnd"/>
      <w:r w:rsidRPr="00AB5B5B">
        <w:rPr>
          <w:sz w:val="24"/>
          <w:szCs w:val="24"/>
        </w:rPr>
        <w:t xml:space="preserve">, </w:t>
      </w:r>
      <w:r w:rsidR="002A7A76" w:rsidRPr="00AB5B5B">
        <w:rPr>
          <w:sz w:val="24"/>
          <w:szCs w:val="24"/>
          <w:lang w:val="tt-RU"/>
        </w:rPr>
        <w:t>ө</w:t>
      </w:r>
      <w:r w:rsidRPr="00AB5B5B">
        <w:rPr>
          <w:sz w:val="24"/>
          <w:szCs w:val="24"/>
        </w:rPr>
        <w:t>стенд</w:t>
      </w:r>
      <w:r w:rsidR="002A7A76" w:rsidRPr="00AB5B5B">
        <w:rPr>
          <w:sz w:val="24"/>
          <w:szCs w:val="24"/>
          <w:lang w:val="tt-RU"/>
        </w:rPr>
        <w:t>ә</w:t>
      </w:r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астында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эченд</w:t>
      </w:r>
      <w:proofErr w:type="spellEnd"/>
      <w:r w:rsidR="002A7A76" w:rsidRPr="00AB5B5B">
        <w:rPr>
          <w:sz w:val="24"/>
          <w:szCs w:val="24"/>
          <w:lang w:val="tt-RU"/>
        </w:rPr>
        <w:t>ә</w:t>
      </w:r>
      <w:r w:rsidRPr="00AB5B5B">
        <w:rPr>
          <w:sz w:val="24"/>
          <w:szCs w:val="24"/>
        </w:rPr>
        <w:t xml:space="preserve">, сочинительные союзы, вводные слова </w:t>
      </w:r>
      <w:proofErr w:type="spellStart"/>
      <w:r w:rsidRPr="00AB5B5B">
        <w:rPr>
          <w:sz w:val="24"/>
          <w:szCs w:val="24"/>
        </w:rPr>
        <w:t>минемч</w:t>
      </w:r>
      <w:proofErr w:type="spellEnd"/>
      <w:r w:rsidR="002A7A76" w:rsidRPr="00AB5B5B">
        <w:rPr>
          <w:sz w:val="24"/>
          <w:szCs w:val="24"/>
          <w:lang w:val="tt-RU"/>
        </w:rPr>
        <w:t>ә</w:t>
      </w:r>
      <w:r w:rsidRPr="00AB5B5B">
        <w:rPr>
          <w:sz w:val="24"/>
          <w:szCs w:val="24"/>
        </w:rPr>
        <w:t>, сине</w:t>
      </w:r>
      <w:r w:rsidR="002A7A76" w:rsidRPr="00AB5B5B">
        <w:rPr>
          <w:sz w:val="24"/>
          <w:szCs w:val="24"/>
          <w:lang w:val="tt-RU"/>
        </w:rPr>
        <w:t>ң</w:t>
      </w:r>
      <w:r w:rsidRPr="00AB5B5B">
        <w:rPr>
          <w:sz w:val="24"/>
          <w:szCs w:val="24"/>
        </w:rPr>
        <w:t>ч</w:t>
      </w:r>
      <w:r w:rsidR="002A7A76" w:rsidRPr="00AB5B5B">
        <w:rPr>
          <w:sz w:val="24"/>
          <w:szCs w:val="24"/>
          <w:lang w:val="tt-RU"/>
        </w:rPr>
        <w:t>ә</w:t>
      </w:r>
      <w:r w:rsidRPr="00AB5B5B">
        <w:rPr>
          <w:sz w:val="24"/>
          <w:szCs w:val="24"/>
        </w:rPr>
        <w:t>.</w:t>
      </w:r>
    </w:p>
    <w:p w14:paraId="4EBFA612" w14:textId="77777777" w:rsidR="0014233B" w:rsidRPr="00AB5B5B" w:rsidRDefault="0014233B" w:rsidP="001D0AF0">
      <w:pPr>
        <w:pStyle w:val="24"/>
        <w:shd w:val="clear" w:color="auto" w:fill="auto"/>
        <w:tabs>
          <w:tab w:val="left" w:pos="1642"/>
        </w:tabs>
        <w:spacing w:before="0" w:after="0" w:line="360" w:lineRule="auto"/>
        <w:ind w:left="760"/>
        <w:jc w:val="center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lastRenderedPageBreak/>
        <w:t>Социокультурные знания и умения.</w:t>
      </w:r>
    </w:p>
    <w:p w14:paraId="2952F25B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Знание и использование социокультурных элементов речевого поведенческого этикета татарского языка в рамках тематического содержания, написание имён собственных на татарском языке, правильное оформление своего адреса на татарском языке (в анкете), знакомство с доступными в языковом отношении образцами детской поэзии и прозы на татарском языке, краткое представление России и Республики Татарстан (основные национальные праздники, наиболее известные достопримечательности, традиции в проведении досуга и питании), кратко рассказывать о выдающихся людях родной страны и Республики Татарстан (учёных, писателях, поэтах, спортсменах).</w:t>
      </w:r>
    </w:p>
    <w:p w14:paraId="6E286386" w14:textId="77777777" w:rsidR="0014233B" w:rsidRPr="00AB5B5B" w:rsidRDefault="0014233B" w:rsidP="001D0AF0">
      <w:pPr>
        <w:pStyle w:val="24"/>
        <w:shd w:val="clear" w:color="auto" w:fill="auto"/>
        <w:tabs>
          <w:tab w:val="left" w:pos="1802"/>
        </w:tabs>
        <w:spacing w:before="0" w:after="0" w:line="360" w:lineRule="auto"/>
        <w:ind w:left="760"/>
        <w:jc w:val="center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Компенсаторные умения.</w:t>
      </w:r>
    </w:p>
    <w:p w14:paraId="1E7EFD0C" w14:textId="77777777" w:rsidR="0014233B" w:rsidRPr="00AB5B5B" w:rsidRDefault="0014233B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Использование при чтении и </w:t>
      </w:r>
      <w:proofErr w:type="spellStart"/>
      <w:r w:rsidRPr="00AB5B5B">
        <w:rPr>
          <w:sz w:val="24"/>
          <w:szCs w:val="24"/>
        </w:rPr>
        <w:t>аудировании</w:t>
      </w:r>
      <w:proofErr w:type="spellEnd"/>
      <w:r w:rsidRPr="00AB5B5B">
        <w:rPr>
          <w:sz w:val="24"/>
          <w:szCs w:val="24"/>
        </w:rPr>
        <w:t xml:space="preserve"> языковой, в том числе контекстуальной догадки, умение переспрашивать, просить повторить, уточняя значение незнакомых слов, использование при формулировании собственных высказываний ключевых слов, плана.</w:t>
      </w:r>
    </w:p>
    <w:p w14:paraId="08BE8875" w14:textId="77777777" w:rsidR="00515B72" w:rsidRPr="00AB5B5B" w:rsidRDefault="00515B72" w:rsidP="001D0AF0">
      <w:pPr>
        <w:pStyle w:val="24"/>
        <w:shd w:val="clear" w:color="auto" w:fill="auto"/>
        <w:tabs>
          <w:tab w:val="left" w:pos="1534"/>
        </w:tabs>
        <w:spacing w:before="0" w:after="0" w:line="360" w:lineRule="auto"/>
        <w:ind w:left="760"/>
        <w:rPr>
          <w:sz w:val="24"/>
          <w:szCs w:val="24"/>
        </w:rPr>
      </w:pPr>
      <w:r w:rsidRPr="00AB5B5B">
        <w:rPr>
          <w:b/>
          <w:sz w:val="24"/>
          <w:szCs w:val="24"/>
        </w:rPr>
        <w:t>Планируемые результаты</w:t>
      </w:r>
      <w:r w:rsidRPr="00AB5B5B">
        <w:rPr>
          <w:sz w:val="24"/>
          <w:szCs w:val="24"/>
        </w:rPr>
        <w:t xml:space="preserve"> освоения программы по государственному (татарскому) языку на уровне основного общего образования.</w:t>
      </w:r>
    </w:p>
    <w:p w14:paraId="1085B4D7" w14:textId="77777777" w:rsidR="00515B72" w:rsidRPr="00AB5B5B" w:rsidRDefault="00515B72" w:rsidP="001D0AF0">
      <w:pPr>
        <w:pStyle w:val="24"/>
        <w:shd w:val="clear" w:color="auto" w:fill="auto"/>
        <w:tabs>
          <w:tab w:val="left" w:pos="1760"/>
        </w:tabs>
        <w:spacing w:before="0" w:after="0" w:line="360" w:lineRule="auto"/>
        <w:ind w:left="760"/>
        <w:rPr>
          <w:sz w:val="24"/>
          <w:szCs w:val="24"/>
        </w:rPr>
      </w:pPr>
      <w:r w:rsidRPr="00AB5B5B">
        <w:rPr>
          <w:sz w:val="24"/>
          <w:szCs w:val="24"/>
        </w:rPr>
        <w:t xml:space="preserve">В результате изучения государственного (татарского) языка на уровне основного общего образования у обучающегося будут сформированы следующие </w:t>
      </w:r>
      <w:r w:rsidRPr="00AB5B5B">
        <w:rPr>
          <w:b/>
          <w:sz w:val="24"/>
          <w:szCs w:val="24"/>
        </w:rPr>
        <w:t>личностные результаты</w:t>
      </w:r>
      <w:r w:rsidRPr="00AB5B5B">
        <w:rPr>
          <w:sz w:val="24"/>
          <w:szCs w:val="24"/>
        </w:rPr>
        <w:t>:</w:t>
      </w:r>
    </w:p>
    <w:p w14:paraId="747768C1" w14:textId="77777777" w:rsidR="00515B72" w:rsidRPr="00AB5B5B" w:rsidRDefault="00515B72" w:rsidP="001D0AF0">
      <w:pPr>
        <w:pStyle w:val="24"/>
        <w:numPr>
          <w:ilvl w:val="0"/>
          <w:numId w:val="1"/>
        </w:numPr>
        <w:shd w:val="clear" w:color="auto" w:fill="auto"/>
        <w:tabs>
          <w:tab w:val="left" w:pos="1104"/>
        </w:tabs>
        <w:spacing w:before="0" w:after="0" w:line="360" w:lineRule="auto"/>
        <w:ind w:firstLine="760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гражданского воспитания:</w:t>
      </w:r>
    </w:p>
    <w:p w14:paraId="23FAAD59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татарском языке;</w:t>
      </w:r>
    </w:p>
    <w:p w14:paraId="62D90546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неприятие любых форм экстремизма, дискриминации;</w:t>
      </w:r>
    </w:p>
    <w:p w14:paraId="3AAC3562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понимание роли различных социальных институтов в жизни человека;</w:t>
      </w:r>
    </w:p>
    <w:p w14:paraId="7B88BA1A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татарском языке;</w:t>
      </w:r>
    </w:p>
    <w:p w14:paraId="47587EEA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14:paraId="2909C06F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AB5B5B">
        <w:rPr>
          <w:sz w:val="24"/>
          <w:szCs w:val="24"/>
        </w:rPr>
        <w:t>волонтёрство</w:t>
      </w:r>
      <w:proofErr w:type="spellEnd"/>
      <w:r w:rsidRPr="00AB5B5B">
        <w:rPr>
          <w:sz w:val="24"/>
          <w:szCs w:val="24"/>
        </w:rPr>
        <w:t>);</w:t>
      </w:r>
    </w:p>
    <w:p w14:paraId="76282B9A" w14:textId="77777777" w:rsidR="00515B72" w:rsidRPr="00AB5B5B" w:rsidRDefault="00515B72" w:rsidP="001D0AF0">
      <w:pPr>
        <w:pStyle w:val="24"/>
        <w:numPr>
          <w:ilvl w:val="0"/>
          <w:numId w:val="1"/>
        </w:numPr>
        <w:shd w:val="clear" w:color="auto" w:fill="auto"/>
        <w:tabs>
          <w:tab w:val="left" w:pos="1132"/>
        </w:tabs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патриотического воспитания:</w:t>
      </w:r>
    </w:p>
    <w:p w14:paraId="7E1DA582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lastRenderedPageBreak/>
        <w:t>осознание российской гражданской идентичности в поликультурном и многоконфессиональном обществе, понимание роли государственного (татарского) языка в жизни народа, проявление интереса к познанию государственного (татарского) языка, к истории и культуре своего народа, края, страны, других народов России, ценностное отношение к государственному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2636217" w14:textId="77777777" w:rsidR="00515B72" w:rsidRPr="00AB5B5B" w:rsidRDefault="00515B72" w:rsidP="001D0AF0">
      <w:pPr>
        <w:pStyle w:val="24"/>
        <w:numPr>
          <w:ilvl w:val="0"/>
          <w:numId w:val="1"/>
        </w:numPr>
        <w:shd w:val="clear" w:color="auto" w:fill="auto"/>
        <w:tabs>
          <w:tab w:val="left" w:pos="1121"/>
        </w:tabs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духовно-нравственного воспитания:</w:t>
      </w:r>
    </w:p>
    <w:p w14:paraId="49B6DB8E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0711B034" w14:textId="77777777" w:rsidR="00515B72" w:rsidRPr="00AB5B5B" w:rsidRDefault="00515B72" w:rsidP="001D0AF0">
      <w:pPr>
        <w:pStyle w:val="24"/>
        <w:numPr>
          <w:ilvl w:val="0"/>
          <w:numId w:val="1"/>
        </w:numPr>
        <w:shd w:val="clear" w:color="auto" w:fill="auto"/>
        <w:tabs>
          <w:tab w:val="left" w:pos="1121"/>
        </w:tabs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эстетического воспитания:</w:t>
      </w:r>
    </w:p>
    <w:p w14:paraId="4CA177A8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69784DC8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474CE51F" w14:textId="77777777" w:rsidR="00515B72" w:rsidRPr="00AB5B5B" w:rsidRDefault="00515B72" w:rsidP="001D0AF0">
      <w:pPr>
        <w:pStyle w:val="24"/>
        <w:numPr>
          <w:ilvl w:val="0"/>
          <w:numId w:val="1"/>
        </w:numPr>
        <w:shd w:val="clear" w:color="auto" w:fill="auto"/>
        <w:tabs>
          <w:tab w:val="left" w:pos="1076"/>
        </w:tabs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6BFEAC94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242F8D33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4F489280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E292273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умение принимать себя и других, не осуждая;</w:t>
      </w:r>
    </w:p>
    <w:p w14:paraId="7B1B6978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языковые средства для выражения своего </w:t>
      </w:r>
      <w:r w:rsidRPr="00AB5B5B">
        <w:rPr>
          <w:sz w:val="24"/>
          <w:szCs w:val="24"/>
        </w:rPr>
        <w:lastRenderedPageBreak/>
        <w:t xml:space="preserve">состояния, в том числе опираясь на примеры из литературных произведений, написанных на татарском языке, </w:t>
      </w:r>
      <w:proofErr w:type="spellStart"/>
      <w:r w:rsidRPr="00AB5B5B">
        <w:rPr>
          <w:sz w:val="24"/>
          <w:szCs w:val="24"/>
        </w:rPr>
        <w:t>сформированность</w:t>
      </w:r>
      <w:proofErr w:type="spellEnd"/>
      <w:r w:rsidRPr="00AB5B5B">
        <w:rPr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14:paraId="65AA1CAC" w14:textId="77777777" w:rsidR="00515B72" w:rsidRPr="00AB5B5B" w:rsidRDefault="00515B72" w:rsidP="001D0AF0">
      <w:pPr>
        <w:pStyle w:val="24"/>
        <w:numPr>
          <w:ilvl w:val="0"/>
          <w:numId w:val="1"/>
        </w:numPr>
        <w:shd w:val="clear" w:color="auto" w:fill="auto"/>
        <w:tabs>
          <w:tab w:val="left" w:pos="1116"/>
        </w:tabs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трудового воспитания:</w:t>
      </w:r>
    </w:p>
    <w:p w14:paraId="4A1AEAE5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5B22910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EDE046F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умение рассказать о своих планах на будущее;</w:t>
      </w:r>
    </w:p>
    <w:p w14:paraId="465CE3F3" w14:textId="77777777" w:rsidR="00515B72" w:rsidRPr="00AB5B5B" w:rsidRDefault="00515B72" w:rsidP="001D0AF0">
      <w:pPr>
        <w:pStyle w:val="24"/>
        <w:numPr>
          <w:ilvl w:val="0"/>
          <w:numId w:val="1"/>
        </w:numPr>
        <w:shd w:val="clear" w:color="auto" w:fill="auto"/>
        <w:tabs>
          <w:tab w:val="left" w:pos="1116"/>
        </w:tabs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экологического воспитания:</w:t>
      </w:r>
    </w:p>
    <w:p w14:paraId="74A1C202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7C9CB3AB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22A5AB86" w14:textId="77777777" w:rsidR="00515B72" w:rsidRPr="00AB5B5B" w:rsidRDefault="00515B72" w:rsidP="001D0AF0">
      <w:pPr>
        <w:pStyle w:val="24"/>
        <w:numPr>
          <w:ilvl w:val="0"/>
          <w:numId w:val="1"/>
        </w:numPr>
        <w:shd w:val="clear" w:color="auto" w:fill="auto"/>
        <w:tabs>
          <w:tab w:val="left" w:pos="1116"/>
        </w:tabs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ценности научного познания:</w:t>
      </w:r>
    </w:p>
    <w:p w14:paraId="48B1E5A8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6BC43DCA" w14:textId="77777777" w:rsidR="00515B72" w:rsidRPr="00AB5B5B" w:rsidRDefault="00515B72" w:rsidP="001D0AF0">
      <w:pPr>
        <w:pStyle w:val="24"/>
        <w:numPr>
          <w:ilvl w:val="0"/>
          <w:numId w:val="1"/>
        </w:numPr>
        <w:shd w:val="clear" w:color="auto" w:fill="auto"/>
        <w:tabs>
          <w:tab w:val="left" w:pos="1066"/>
        </w:tabs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адаптации обучающегося к изменяющимся условиям социальной и природной среды:</w:t>
      </w:r>
    </w:p>
    <w:p w14:paraId="62834D77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</w:t>
      </w:r>
      <w:r w:rsidRPr="00AB5B5B">
        <w:rPr>
          <w:sz w:val="24"/>
          <w:szCs w:val="24"/>
        </w:rPr>
        <w:lastRenderedPageBreak/>
        <w:t>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23FBB66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способность обучающихся к взаимодействию в условиях неопределенности, открытость опыту и знаниям других;</w:t>
      </w:r>
    </w:p>
    <w:p w14:paraId="42052AD8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5B4984CC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14:paraId="2E786844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5C44D098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57033388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находить позитивное в сложившейся ситуации; быть готовым действовать в отсутствие гарантий успеха.</w:t>
      </w:r>
    </w:p>
    <w:p w14:paraId="30DCB9DB" w14:textId="77777777" w:rsidR="00515B72" w:rsidRPr="00AB5B5B" w:rsidRDefault="00515B72" w:rsidP="001D0AF0">
      <w:pPr>
        <w:pStyle w:val="24"/>
        <w:shd w:val="clear" w:color="auto" w:fill="auto"/>
        <w:tabs>
          <w:tab w:val="left" w:pos="1738"/>
        </w:tabs>
        <w:spacing w:before="0" w:after="0" w:line="360" w:lineRule="auto"/>
        <w:ind w:left="740"/>
        <w:rPr>
          <w:sz w:val="24"/>
          <w:szCs w:val="24"/>
        </w:rPr>
      </w:pPr>
      <w:r w:rsidRPr="00AB5B5B">
        <w:rPr>
          <w:sz w:val="24"/>
          <w:szCs w:val="24"/>
        </w:rPr>
        <w:t>В результате изучения государственного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1ED2CB0C" w14:textId="77777777" w:rsidR="00515B72" w:rsidRPr="00AB5B5B" w:rsidRDefault="00515B72" w:rsidP="001D0AF0">
      <w:pPr>
        <w:pStyle w:val="24"/>
        <w:shd w:val="clear" w:color="auto" w:fill="auto"/>
        <w:tabs>
          <w:tab w:val="left" w:pos="1945"/>
        </w:tabs>
        <w:spacing w:before="0" w:after="0" w:line="360" w:lineRule="auto"/>
        <w:ind w:left="740"/>
        <w:jc w:val="left"/>
        <w:rPr>
          <w:sz w:val="24"/>
          <w:szCs w:val="24"/>
        </w:rPr>
      </w:pPr>
      <w:r w:rsidRPr="00AB5B5B">
        <w:rPr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 выявлять и характеризовать существенные признаки языковых единиц, языковых явлений и процессов;</w:t>
      </w:r>
    </w:p>
    <w:p w14:paraId="17C43F96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5EC8281F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3FB803CE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выявлять в тексте дефициты информации, данных, необходимых для решения поставленной учебной задачи;</w:t>
      </w:r>
    </w:p>
    <w:p w14:paraId="1176C7D0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выявлять причинно-следственные связи при изучении языковых процессов, проводить выводы с использованием дедуктивных и индуктивных </w:t>
      </w:r>
      <w:r w:rsidRPr="00AB5B5B">
        <w:rPr>
          <w:sz w:val="24"/>
          <w:szCs w:val="24"/>
        </w:rPr>
        <w:lastRenderedPageBreak/>
        <w:t>умозаключений, умозаключений по аналогии, формулировать гипотезы о взаимосвязях;</w:t>
      </w:r>
    </w:p>
    <w:p w14:paraId="14DC1F1A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</w:t>
      </w:r>
      <w:proofErr w:type="spellStart"/>
      <w:r w:rsidRPr="00AB5B5B">
        <w:rPr>
          <w:sz w:val="24"/>
          <w:szCs w:val="24"/>
        </w:rPr>
        <w:t>выделённых</w:t>
      </w:r>
      <w:proofErr w:type="spellEnd"/>
      <w:r w:rsidRPr="00AB5B5B">
        <w:rPr>
          <w:sz w:val="24"/>
          <w:szCs w:val="24"/>
        </w:rPr>
        <w:t xml:space="preserve"> критериев.</w:t>
      </w:r>
    </w:p>
    <w:p w14:paraId="5BA1E62F" w14:textId="77777777" w:rsidR="00515B72" w:rsidRPr="00AB5B5B" w:rsidRDefault="00515B72" w:rsidP="001D0AF0">
      <w:pPr>
        <w:pStyle w:val="24"/>
        <w:shd w:val="clear" w:color="auto" w:fill="auto"/>
        <w:tabs>
          <w:tab w:val="left" w:pos="1945"/>
        </w:tabs>
        <w:spacing w:before="0" w:after="0" w:line="360" w:lineRule="auto"/>
        <w:ind w:left="760"/>
        <w:rPr>
          <w:b/>
          <w:sz w:val="24"/>
          <w:szCs w:val="24"/>
        </w:rPr>
      </w:pPr>
      <w:r w:rsidRPr="00AB5B5B">
        <w:rPr>
          <w:sz w:val="24"/>
          <w:szCs w:val="24"/>
        </w:rPr>
        <w:t xml:space="preserve">У обучающегося будут сформированы следующие базовые исследовательские действия как часть познавательных </w:t>
      </w:r>
      <w:r w:rsidRPr="00AB5B5B">
        <w:rPr>
          <w:b/>
          <w:sz w:val="24"/>
          <w:szCs w:val="24"/>
        </w:rPr>
        <w:t>универсальных учебных действий:</w:t>
      </w:r>
    </w:p>
    <w:p w14:paraId="6D088CB0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14:paraId="7C0A2030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2B81D324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E8DCFBD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составлять алгоритм действий и использовать его для решения учебных задач; проводить по самостоятельно составленному плану небольшое исследование по установлению особенностей языковых единиц, процессов, причинно- следственных связей и зависимостей объектов между собой; оценивать на применимость и достоверность информацию, полученную в ходе лингвистического исследования (эксперимента);</w:t>
      </w:r>
    </w:p>
    <w:p w14:paraId="11676054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45E721C0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F06952C" w14:textId="77777777" w:rsidR="00515B72" w:rsidRPr="00AB5B5B" w:rsidRDefault="00515B72" w:rsidP="001D0AF0">
      <w:pPr>
        <w:pStyle w:val="24"/>
        <w:shd w:val="clear" w:color="auto" w:fill="auto"/>
        <w:tabs>
          <w:tab w:val="left" w:pos="1940"/>
        </w:tabs>
        <w:spacing w:before="0" w:after="0" w:line="360" w:lineRule="auto"/>
        <w:ind w:left="760"/>
        <w:rPr>
          <w:sz w:val="24"/>
          <w:szCs w:val="24"/>
        </w:rPr>
      </w:pPr>
      <w:r w:rsidRPr="00AB5B5B">
        <w:rPr>
          <w:sz w:val="24"/>
          <w:szCs w:val="24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14:paraId="4A958B55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660F0741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69963E79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использовать различные виды </w:t>
      </w:r>
      <w:proofErr w:type="spellStart"/>
      <w:r w:rsidRPr="00AB5B5B">
        <w:rPr>
          <w:sz w:val="24"/>
          <w:szCs w:val="24"/>
        </w:rPr>
        <w:t>аудирования</w:t>
      </w:r>
      <w:proofErr w:type="spellEnd"/>
      <w:r w:rsidRPr="00AB5B5B">
        <w:rPr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43E79D72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278FF110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81FB3B3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lastRenderedPageBreak/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533DBF68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2E4C968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эффективно запоминать и систематизировать информацию.</w:t>
      </w:r>
    </w:p>
    <w:p w14:paraId="1E0F5F58" w14:textId="77777777" w:rsidR="00515B72" w:rsidRPr="00AB5B5B" w:rsidRDefault="00515B72" w:rsidP="001D0AF0">
      <w:pPr>
        <w:pStyle w:val="24"/>
        <w:shd w:val="clear" w:color="auto" w:fill="auto"/>
        <w:tabs>
          <w:tab w:val="left" w:pos="1971"/>
        </w:tabs>
        <w:spacing w:before="0" w:after="0" w:line="360" w:lineRule="auto"/>
        <w:ind w:left="760"/>
        <w:rPr>
          <w:sz w:val="24"/>
          <w:szCs w:val="24"/>
        </w:rPr>
      </w:pPr>
      <w:r w:rsidRPr="00AB5B5B">
        <w:rPr>
          <w:sz w:val="24"/>
          <w:szCs w:val="24"/>
        </w:rPr>
        <w:t xml:space="preserve">У обучающегося будут сформированы умения общения как часть </w:t>
      </w:r>
      <w:r w:rsidRPr="00AB5B5B">
        <w:rPr>
          <w:b/>
          <w:sz w:val="24"/>
          <w:szCs w:val="24"/>
        </w:rPr>
        <w:t>коммуникативных универсальных учебных действий</w:t>
      </w:r>
      <w:r w:rsidRPr="00AB5B5B">
        <w:rPr>
          <w:sz w:val="24"/>
          <w:szCs w:val="24"/>
        </w:rPr>
        <w:t>:</w:t>
      </w:r>
    </w:p>
    <w:p w14:paraId="4EC96E2A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 на татарском языке;</w:t>
      </w:r>
    </w:p>
    <w:p w14:paraId="20941EC5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14:paraId="6D6D396A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распознавать предпосылки конфликтных ситуаций и смягчать конфликты, вести переговоры;</w:t>
      </w:r>
    </w:p>
    <w:p w14:paraId="12408D26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5173A52C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C9475EE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67D0959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45DC65A9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334E56E" w14:textId="77777777" w:rsidR="00515B72" w:rsidRPr="00AB5B5B" w:rsidRDefault="00515B72" w:rsidP="001D0AF0">
      <w:pPr>
        <w:pStyle w:val="24"/>
        <w:shd w:val="clear" w:color="auto" w:fill="auto"/>
        <w:tabs>
          <w:tab w:val="left" w:pos="1958"/>
        </w:tabs>
        <w:spacing w:before="0" w:after="0" w:line="360" w:lineRule="auto"/>
        <w:ind w:left="760"/>
        <w:rPr>
          <w:sz w:val="24"/>
          <w:szCs w:val="24"/>
        </w:rPr>
      </w:pPr>
      <w:r w:rsidRPr="00AB5B5B">
        <w:rPr>
          <w:sz w:val="24"/>
          <w:szCs w:val="24"/>
        </w:rPr>
        <w:t xml:space="preserve">У обучающегося будут сформированы умения самоорганизации как части </w:t>
      </w:r>
      <w:r w:rsidRPr="00AB5B5B">
        <w:rPr>
          <w:b/>
          <w:sz w:val="24"/>
          <w:szCs w:val="24"/>
        </w:rPr>
        <w:t>регулятивных универсальных учебных действий</w:t>
      </w:r>
      <w:r w:rsidRPr="00AB5B5B">
        <w:rPr>
          <w:sz w:val="24"/>
          <w:szCs w:val="24"/>
        </w:rPr>
        <w:t>:</w:t>
      </w:r>
    </w:p>
    <w:p w14:paraId="0F52690F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jc w:val="left"/>
        <w:rPr>
          <w:sz w:val="24"/>
          <w:szCs w:val="24"/>
        </w:rPr>
      </w:pPr>
      <w:r w:rsidRPr="00AB5B5B">
        <w:rPr>
          <w:sz w:val="24"/>
          <w:szCs w:val="24"/>
        </w:rPr>
        <w:t>выявлять проблемы для решения в учебных и жизненных ситуациях; 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67950B7C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BE6863C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14:paraId="35B8A51B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проводить выбор и брать ответственность за решение.</w:t>
      </w:r>
    </w:p>
    <w:p w14:paraId="07A2D993" w14:textId="77777777" w:rsidR="00515B72" w:rsidRPr="00AB5B5B" w:rsidRDefault="00515B72" w:rsidP="001D0AF0">
      <w:pPr>
        <w:pStyle w:val="24"/>
        <w:shd w:val="clear" w:color="auto" w:fill="auto"/>
        <w:tabs>
          <w:tab w:val="left" w:pos="1968"/>
        </w:tabs>
        <w:spacing w:before="0" w:after="0" w:line="360" w:lineRule="auto"/>
        <w:ind w:left="760"/>
        <w:rPr>
          <w:sz w:val="24"/>
          <w:szCs w:val="24"/>
        </w:rPr>
      </w:pPr>
      <w:r w:rsidRPr="00AB5B5B">
        <w:rPr>
          <w:sz w:val="24"/>
          <w:szCs w:val="24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0D818AF0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lastRenderedPageBreak/>
        <w:t xml:space="preserve">владеть разными способами самоконтроля (в том числе речевого), </w:t>
      </w:r>
      <w:proofErr w:type="spellStart"/>
      <w:r w:rsidRPr="00AB5B5B">
        <w:rPr>
          <w:sz w:val="24"/>
          <w:szCs w:val="24"/>
        </w:rPr>
        <w:t>самомотивации</w:t>
      </w:r>
      <w:proofErr w:type="spellEnd"/>
      <w:r w:rsidRPr="00AB5B5B">
        <w:rPr>
          <w:sz w:val="24"/>
          <w:szCs w:val="24"/>
        </w:rPr>
        <w:t xml:space="preserve"> и рефлексии;</w:t>
      </w:r>
    </w:p>
    <w:p w14:paraId="3DBBC4F2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jc w:val="left"/>
        <w:rPr>
          <w:sz w:val="24"/>
          <w:szCs w:val="24"/>
        </w:rPr>
      </w:pPr>
      <w:r w:rsidRPr="00AB5B5B">
        <w:rPr>
          <w:sz w:val="24"/>
          <w:szCs w:val="24"/>
        </w:rPr>
        <w:t>давать оценку учебной ситуации и предлагать план её изменения; 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677F54C0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объяснять причины достижения (</w:t>
      </w:r>
      <w:proofErr w:type="spellStart"/>
      <w:r w:rsidRPr="00AB5B5B">
        <w:rPr>
          <w:sz w:val="24"/>
          <w:szCs w:val="24"/>
        </w:rPr>
        <w:t>недостижения</w:t>
      </w:r>
      <w:proofErr w:type="spellEnd"/>
      <w:r w:rsidRPr="00AB5B5B">
        <w:rPr>
          <w:sz w:val="24"/>
          <w:szCs w:val="24"/>
        </w:rPr>
        <w:t>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1AE3259D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развивать способность управлять собственными эмоциями и эмоциями других;</w:t>
      </w:r>
    </w:p>
    <w:p w14:paraId="1726C60A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14:paraId="4588247B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left="740" w:right="2720"/>
        <w:jc w:val="left"/>
        <w:rPr>
          <w:sz w:val="24"/>
          <w:szCs w:val="24"/>
        </w:rPr>
      </w:pPr>
      <w:r w:rsidRPr="00AB5B5B">
        <w:rPr>
          <w:sz w:val="24"/>
          <w:szCs w:val="24"/>
        </w:rPr>
        <w:t>регулировать способ выражения собственных эмоций; осознанно относиться к другому человеку и его мнению; признавать своё и чужое право на ошибку; принимать себя и других, не осуждая; проявлять открытость;</w:t>
      </w:r>
    </w:p>
    <w:p w14:paraId="12EC5B07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осознавать невозможность контролировать всё вокруг.</w:t>
      </w:r>
    </w:p>
    <w:p w14:paraId="106CD4F1" w14:textId="77777777" w:rsidR="00515B72" w:rsidRPr="00AB5B5B" w:rsidRDefault="00515B72" w:rsidP="001D0AF0">
      <w:pPr>
        <w:pStyle w:val="24"/>
        <w:shd w:val="clear" w:color="auto" w:fill="auto"/>
        <w:tabs>
          <w:tab w:val="left" w:pos="1940"/>
        </w:tabs>
        <w:spacing w:before="0" w:after="0" w:line="360" w:lineRule="auto"/>
        <w:ind w:firstLine="709"/>
        <w:rPr>
          <w:sz w:val="24"/>
          <w:szCs w:val="24"/>
        </w:rPr>
      </w:pPr>
      <w:r w:rsidRPr="00AB5B5B">
        <w:rPr>
          <w:sz w:val="24"/>
          <w:szCs w:val="24"/>
        </w:rPr>
        <w:t>У обучающегося будут сформированы умения совместной деятельности:</w:t>
      </w:r>
    </w:p>
    <w:p w14:paraId="3A31DA46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258F762A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0BB4EEB8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обобщать мнения нескольких человек, проявлять готовность руководить, выполнять поручения, подчиняться;</w:t>
      </w:r>
    </w:p>
    <w:p w14:paraId="3736CAEE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4C13EE3E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33A79BF0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35A6C7BE" w14:textId="55B4F53B" w:rsidR="001A7918" w:rsidRPr="00AB5B5B" w:rsidRDefault="00515B72" w:rsidP="001D0AF0">
      <w:pPr>
        <w:pStyle w:val="24"/>
        <w:shd w:val="clear" w:color="auto" w:fill="auto"/>
        <w:tabs>
          <w:tab w:val="left" w:pos="1743"/>
        </w:tabs>
        <w:spacing w:before="0" w:after="0" w:line="360" w:lineRule="auto"/>
        <w:ind w:left="709" w:firstLine="142"/>
        <w:rPr>
          <w:sz w:val="24"/>
          <w:szCs w:val="24"/>
        </w:rPr>
      </w:pPr>
      <w:r w:rsidRPr="00AB5B5B">
        <w:rPr>
          <w:b/>
          <w:sz w:val="24"/>
          <w:szCs w:val="24"/>
        </w:rPr>
        <w:lastRenderedPageBreak/>
        <w:t>Предметные результаты</w:t>
      </w:r>
      <w:r w:rsidRPr="00AB5B5B">
        <w:rPr>
          <w:sz w:val="24"/>
          <w:szCs w:val="24"/>
        </w:rPr>
        <w:t xml:space="preserve"> изучения государственного (татарского) языка.</w:t>
      </w:r>
    </w:p>
    <w:p w14:paraId="401610BE" w14:textId="537F4CDF" w:rsidR="00515B72" w:rsidRPr="00AB5B5B" w:rsidRDefault="00515B72" w:rsidP="001D0AF0">
      <w:pPr>
        <w:pStyle w:val="24"/>
        <w:shd w:val="clear" w:color="auto" w:fill="auto"/>
        <w:tabs>
          <w:tab w:val="left" w:pos="1743"/>
        </w:tabs>
        <w:spacing w:before="0" w:after="0" w:line="360" w:lineRule="auto"/>
        <w:ind w:left="709" w:firstLine="142"/>
        <w:rPr>
          <w:sz w:val="24"/>
          <w:szCs w:val="24"/>
        </w:rPr>
      </w:pPr>
      <w:r w:rsidRPr="00AB5B5B">
        <w:rPr>
          <w:sz w:val="24"/>
          <w:szCs w:val="24"/>
        </w:rPr>
        <w:t xml:space="preserve"> К концу обучения в 5 классе обучающийся научится:</w:t>
      </w:r>
    </w:p>
    <w:p w14:paraId="298D1899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воспринимать на слух и понимать звучащие не более 0,8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24F57BAD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разные виды диалога в стандартных ситуациях общения (диалог этикетного характера, диалог-побуждение к действию, диалог-расспрос) объёмом не менее 6-7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этикета;</w:t>
      </w:r>
    </w:p>
    <w:p w14:paraId="78966A5F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создавать устные связные монологические высказывания (описание, или характеристика, повествование, или сообщение) объёмом не менее 6-7 фраз с вербальными и (или) невербальными опорами или без них в рамках тематического содержания речи;</w:t>
      </w:r>
    </w:p>
    <w:p w14:paraId="3D7BA623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передавать основное содержание прочитанного или прослушанного текста;</w:t>
      </w:r>
    </w:p>
    <w:p w14:paraId="0B1E994B" w14:textId="2BBA20BF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представлять результаты выполненной проектной работы объёмом не менее</w:t>
      </w:r>
      <w:r w:rsidR="001A7918" w:rsidRPr="00AB5B5B">
        <w:rPr>
          <w:sz w:val="24"/>
          <w:szCs w:val="24"/>
        </w:rPr>
        <w:t xml:space="preserve"> 6-</w:t>
      </w:r>
      <w:r w:rsidRPr="00AB5B5B">
        <w:rPr>
          <w:sz w:val="24"/>
          <w:szCs w:val="24"/>
        </w:rPr>
        <w:t>7 фраз;</w:t>
      </w:r>
    </w:p>
    <w:p w14:paraId="2FEB948F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читать про себя и понимать несложные аутентичные тексты разного вида, жанра и стиля объёмом 130-140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7BAF0245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читать </w:t>
      </w:r>
      <w:proofErr w:type="spellStart"/>
      <w:r w:rsidRPr="00AB5B5B">
        <w:rPr>
          <w:sz w:val="24"/>
          <w:szCs w:val="24"/>
        </w:rPr>
        <w:t>несплошные</w:t>
      </w:r>
      <w:proofErr w:type="spellEnd"/>
      <w:r w:rsidRPr="00AB5B5B">
        <w:rPr>
          <w:sz w:val="24"/>
          <w:szCs w:val="24"/>
        </w:rPr>
        <w:t xml:space="preserve"> тексты (таблицы, диаграммы, схемы) и понимать представленную в них информацию;</w:t>
      </w:r>
    </w:p>
    <w:p w14:paraId="03F7067C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выполнять письменные творческие задания; составлять личное письмо с использованием образца (объём сообщения - до 30 слов);</w:t>
      </w:r>
    </w:p>
    <w:p w14:paraId="36C06870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диалог-расспрос о членах семьи, об их местах работы и о профессиях родителей, проводить сообщение о своем участии в домашних делах, вести диалог- расспрос о семейных праздниках, попросить помощи в домашних делах, выражать свое согласие или несогласие выполнить работу, благодарить, хвалить за труд, оценивать качества человека по его участию в труде, приглашать гостей за стол, угощать их, вести диалог-расспрос о подарках, о любимых блюдах;</w:t>
      </w:r>
    </w:p>
    <w:p w14:paraId="0E735CAB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диалог-расспрос о наличии и об отсутствии, о необходимости учебных принадлежностей, сообщать, спрашивать о расписании, о контрольных работах, об отметках, сообщать, спрашивать, о чем книга, рассказывать о своем друге (где и когда познакомились, какие черты характера, совместные интересы), вести диалог-расспрос о наличии и об отсутствии четвероногих друзей, о кличках, об их поводках, рассказывать о правилах поведения в общественном транспорте, на дороге;</w:t>
      </w:r>
    </w:p>
    <w:p w14:paraId="7AB6C6A3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диалог-расспрос о соблюдении режима дня, о занятиях физической культурой на досуге, приглашать друзей на игры;</w:t>
      </w:r>
    </w:p>
    <w:p w14:paraId="50EF5619" w14:textId="77777777" w:rsidR="00515B72" w:rsidRPr="00AB5B5B" w:rsidRDefault="00515B72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lastRenderedPageBreak/>
        <w:t>кратко представлять Россию и Республику Татарстан (основные национальные праздники, наиболее известные достопримечательности, традиции в проведении досуга и другое), кратко рассказывать о выдающихся людях родной страны и Республики Татарстан (учёных, писателях, поэтах, спортсменах), вести диалог- расспрос о природе родного края, о празднике Сабантуй.</w:t>
      </w:r>
    </w:p>
    <w:p w14:paraId="3F1BCB4F" w14:textId="77777777" w:rsidR="00A1151F" w:rsidRPr="00AB5B5B" w:rsidRDefault="00A1151F" w:rsidP="001D0AF0">
      <w:pPr>
        <w:pStyle w:val="24"/>
        <w:shd w:val="clear" w:color="auto" w:fill="auto"/>
        <w:tabs>
          <w:tab w:val="left" w:pos="1428"/>
        </w:tabs>
        <w:spacing w:before="0" w:after="0" w:line="360" w:lineRule="auto"/>
        <w:rPr>
          <w:sz w:val="24"/>
          <w:szCs w:val="24"/>
        </w:rPr>
      </w:pPr>
    </w:p>
    <w:p w14:paraId="4FD9891B" w14:textId="77777777" w:rsidR="00A1151F" w:rsidRPr="00AB5B5B" w:rsidRDefault="00A1151F" w:rsidP="001D0AF0">
      <w:pPr>
        <w:pStyle w:val="24"/>
        <w:shd w:val="clear" w:color="auto" w:fill="auto"/>
        <w:tabs>
          <w:tab w:val="left" w:pos="1428"/>
        </w:tabs>
        <w:spacing w:before="0" w:after="0" w:line="360" w:lineRule="auto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Содержание обучения в 6 классе.</w:t>
      </w:r>
    </w:p>
    <w:p w14:paraId="676DA5C6" w14:textId="77777777" w:rsidR="00A1151F" w:rsidRPr="00AB5B5B" w:rsidRDefault="00A1151F" w:rsidP="001D0AF0">
      <w:pPr>
        <w:pStyle w:val="24"/>
        <w:shd w:val="clear" w:color="auto" w:fill="auto"/>
        <w:tabs>
          <w:tab w:val="left" w:pos="1642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Тематическое содержание речи.</w:t>
      </w:r>
    </w:p>
    <w:p w14:paraId="747D9C61" w14:textId="24BCA95E" w:rsidR="00A1151F" w:rsidRPr="00AB5B5B" w:rsidRDefault="00A1151F" w:rsidP="001D0AF0">
      <w:pPr>
        <w:pStyle w:val="24"/>
        <w:numPr>
          <w:ilvl w:val="0"/>
          <w:numId w:val="8"/>
        </w:numPr>
        <w:shd w:val="clear" w:color="auto" w:fill="auto"/>
        <w:tabs>
          <w:tab w:val="left" w:pos="185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Мир моего «Я».</w:t>
      </w:r>
    </w:p>
    <w:p w14:paraId="11E53452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Помощь родителям. Общение с друзьями. Описание внешности и характера человека.</w:t>
      </w:r>
    </w:p>
    <w:p w14:paraId="2114E3AA" w14:textId="05DDB691" w:rsidR="00A1151F" w:rsidRPr="00AB5B5B" w:rsidRDefault="00A1151F" w:rsidP="001D0AF0">
      <w:pPr>
        <w:pStyle w:val="24"/>
        <w:numPr>
          <w:ilvl w:val="0"/>
          <w:numId w:val="8"/>
        </w:numPr>
        <w:shd w:val="clear" w:color="auto" w:fill="auto"/>
        <w:tabs>
          <w:tab w:val="left" w:pos="186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Мир вокруг меня.</w:t>
      </w:r>
    </w:p>
    <w:p w14:paraId="396EBB3D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Школьная жизнь. Книга - источник знаний. Мир Интернета.</w:t>
      </w:r>
    </w:p>
    <w:p w14:paraId="6811DBC3" w14:textId="77777777" w:rsidR="00A1151F" w:rsidRPr="00AB5B5B" w:rsidRDefault="00A1151F" w:rsidP="001D0AF0">
      <w:pPr>
        <w:pStyle w:val="24"/>
        <w:numPr>
          <w:ilvl w:val="0"/>
          <w:numId w:val="8"/>
        </w:numPr>
        <w:shd w:val="clear" w:color="auto" w:fill="auto"/>
        <w:tabs>
          <w:tab w:val="left" w:pos="186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Мир моих увлечений.</w:t>
      </w:r>
    </w:p>
    <w:p w14:paraId="1028C86C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Наши увлечения. Здоровье и спорт. Посещение кружков. Экскурсии. Походы. Виды отдыха.</w:t>
      </w:r>
    </w:p>
    <w:p w14:paraId="079D7F06" w14:textId="77777777" w:rsidR="00A1151F" w:rsidRPr="00AB5B5B" w:rsidRDefault="00A1151F" w:rsidP="001D0AF0">
      <w:pPr>
        <w:pStyle w:val="24"/>
        <w:numPr>
          <w:ilvl w:val="0"/>
          <w:numId w:val="8"/>
        </w:numPr>
        <w:shd w:val="clear" w:color="auto" w:fill="auto"/>
        <w:tabs>
          <w:tab w:val="left" w:pos="1871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Моя Родина.</w:t>
      </w:r>
    </w:p>
    <w:p w14:paraId="401ECDF7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Дружба народов Татарстана. 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14:paraId="78D04CD3" w14:textId="24AB84C0" w:rsidR="00A1151F" w:rsidRPr="00AB5B5B" w:rsidRDefault="00A1151F" w:rsidP="001D0AF0">
      <w:pPr>
        <w:pStyle w:val="24"/>
        <w:numPr>
          <w:ilvl w:val="0"/>
          <w:numId w:val="8"/>
        </w:numPr>
        <w:shd w:val="clear" w:color="auto" w:fill="auto"/>
        <w:tabs>
          <w:tab w:val="left" w:pos="166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Умения по видам речевой деятельности.</w:t>
      </w:r>
    </w:p>
    <w:p w14:paraId="6A204185" w14:textId="77777777" w:rsidR="00A1151F" w:rsidRPr="00AB5B5B" w:rsidRDefault="00A1151F" w:rsidP="001D0AF0">
      <w:pPr>
        <w:pStyle w:val="24"/>
        <w:shd w:val="clear" w:color="auto" w:fill="auto"/>
        <w:tabs>
          <w:tab w:val="left" w:pos="1866"/>
        </w:tabs>
        <w:spacing w:before="0" w:after="0" w:line="360" w:lineRule="auto"/>
        <w:rPr>
          <w:sz w:val="24"/>
          <w:szCs w:val="24"/>
        </w:rPr>
      </w:pPr>
      <w:proofErr w:type="spellStart"/>
      <w:r w:rsidRPr="00AB5B5B">
        <w:rPr>
          <w:sz w:val="24"/>
          <w:szCs w:val="24"/>
        </w:rPr>
        <w:t>Аудирование</w:t>
      </w:r>
      <w:proofErr w:type="spellEnd"/>
      <w:r w:rsidRPr="00AB5B5B">
        <w:rPr>
          <w:sz w:val="24"/>
          <w:szCs w:val="24"/>
        </w:rPr>
        <w:t>.</w:t>
      </w:r>
    </w:p>
    <w:p w14:paraId="727E89B8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При непосредственном общении: понимание на слух речи учителя и одноклассников и вербальная или невербальная реакция на услышанное, восприятие и понимание на слух несложных адаптированных аутентичных текстов и умение извлекать нужное содержание в зависимости от поставленной коммуникативной задачи, постановка уточняющих вопросов к прослушанному тексту.</w:t>
      </w:r>
    </w:p>
    <w:p w14:paraId="7B764217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Тексты для </w:t>
      </w:r>
      <w:proofErr w:type="spellStart"/>
      <w:r w:rsidRPr="00AB5B5B">
        <w:rPr>
          <w:sz w:val="24"/>
          <w:szCs w:val="24"/>
        </w:rPr>
        <w:t>аудирования</w:t>
      </w:r>
      <w:proofErr w:type="spellEnd"/>
      <w:r w:rsidRPr="00AB5B5B">
        <w:rPr>
          <w:sz w:val="24"/>
          <w:szCs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02D25C14" w14:textId="77777777" w:rsidR="00A1151F" w:rsidRPr="00AB5B5B" w:rsidRDefault="00A1151F" w:rsidP="001D0AF0">
      <w:pPr>
        <w:pStyle w:val="24"/>
        <w:shd w:val="clear" w:color="auto" w:fill="auto"/>
        <w:tabs>
          <w:tab w:val="left" w:pos="186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Говорение.</w:t>
      </w:r>
    </w:p>
    <w:p w14:paraId="5B231825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Диалогическая речь: диалог этикетного характера (умения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</w:t>
      </w:r>
      <w:r w:rsidRPr="00AB5B5B">
        <w:rPr>
          <w:sz w:val="24"/>
          <w:szCs w:val="24"/>
        </w:rPr>
        <w:lastRenderedPageBreak/>
        <w:t>предложение или отказываться от предложения собеседника),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вести диалог-расспрос (сообщать фактическую информацию, отвечая на вопросы).</w:t>
      </w:r>
    </w:p>
    <w:p w14:paraId="6C623C13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Монологическая речь: создание устных связных монологических высказываний с использованием основных коммуникативных типов речи: описание (предмета, внешности человека), в том числе характеристика реального человека или литературного персонажа), повествование (сообщение), пересказ основного содержания прочитанного, краткое изложение результатов выполненной проектной работы.</w:t>
      </w:r>
    </w:p>
    <w:p w14:paraId="0FA7A6AE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14:paraId="2DB22BC4" w14:textId="77777777" w:rsidR="00A1151F" w:rsidRPr="00AB5B5B" w:rsidRDefault="00A1151F" w:rsidP="001D0AF0">
      <w:pPr>
        <w:pStyle w:val="24"/>
        <w:shd w:val="clear" w:color="auto" w:fill="auto"/>
        <w:tabs>
          <w:tab w:val="left" w:pos="182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Чтение.</w:t>
      </w:r>
    </w:p>
    <w:p w14:paraId="2745CDC7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 xml:space="preserve">Смысловое чтение: чтение про себя с пониманием учебных и несложных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 главных фактов или событий в прочитанном тексте, игнорируя незнакомые слова, не существенные для понимания основного содержания, чтение </w:t>
      </w:r>
      <w:proofErr w:type="spellStart"/>
      <w:r w:rsidRPr="00AB5B5B">
        <w:rPr>
          <w:sz w:val="24"/>
          <w:szCs w:val="24"/>
        </w:rPr>
        <w:t>несплошных</w:t>
      </w:r>
      <w:proofErr w:type="spellEnd"/>
      <w:r w:rsidRPr="00AB5B5B">
        <w:rPr>
          <w:sz w:val="24"/>
          <w:szCs w:val="24"/>
        </w:rPr>
        <w:t xml:space="preserve"> текстов (таблиц) и понимание представленной в них информации.</w:t>
      </w:r>
    </w:p>
    <w:p w14:paraId="3BF42163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AB5B5B">
        <w:rPr>
          <w:sz w:val="24"/>
          <w:szCs w:val="24"/>
        </w:rPr>
        <w:t>несплошной</w:t>
      </w:r>
      <w:proofErr w:type="spellEnd"/>
      <w:r w:rsidRPr="00AB5B5B">
        <w:rPr>
          <w:sz w:val="24"/>
          <w:szCs w:val="24"/>
        </w:rPr>
        <w:t xml:space="preserve"> текст (таблица).</w:t>
      </w:r>
    </w:p>
    <w:p w14:paraId="1FB1A17E" w14:textId="77777777" w:rsidR="00A1151F" w:rsidRPr="00AB5B5B" w:rsidRDefault="00A1151F" w:rsidP="001D0AF0">
      <w:pPr>
        <w:pStyle w:val="24"/>
        <w:shd w:val="clear" w:color="auto" w:fill="auto"/>
        <w:tabs>
          <w:tab w:val="left" w:pos="182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Письмо.</w:t>
      </w:r>
    </w:p>
    <w:p w14:paraId="7C8D2008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 xml:space="preserve">Написание ответов на заданные вопросы с использованием изученного лексико-грамматического материала, письменная постановка вопросов по теме или к тексту для проверки понимания прочитанного, письменное составление </w:t>
      </w:r>
      <w:proofErr w:type="spellStart"/>
      <w:r w:rsidRPr="00AB5B5B">
        <w:rPr>
          <w:sz w:val="24"/>
          <w:szCs w:val="24"/>
        </w:rPr>
        <w:t>мини</w:t>
      </w:r>
      <w:r w:rsidRPr="00AB5B5B">
        <w:rPr>
          <w:sz w:val="24"/>
          <w:szCs w:val="24"/>
        </w:rPr>
        <w:softHyphen/>
        <w:t>диалога</w:t>
      </w:r>
      <w:proofErr w:type="spellEnd"/>
      <w:r w:rsidRPr="00AB5B5B">
        <w:rPr>
          <w:sz w:val="24"/>
          <w:szCs w:val="24"/>
        </w:rPr>
        <w:t xml:space="preserve"> по данному образцу, написание в соответствии с языковыми нормами основных сведений о себе, краткая письменная передача содержания текста, написание краткой характеристики литературного персонажа, написание поздравительных открыток, приглашений.</w:t>
      </w:r>
    </w:p>
    <w:p w14:paraId="4D12DB20" w14:textId="77777777" w:rsidR="00A1151F" w:rsidRPr="00AB5B5B" w:rsidRDefault="00A1151F" w:rsidP="001D0AF0">
      <w:pPr>
        <w:pStyle w:val="24"/>
        <w:shd w:val="clear" w:color="auto" w:fill="auto"/>
        <w:tabs>
          <w:tab w:val="left" w:pos="1659"/>
        </w:tabs>
        <w:spacing w:before="0" w:after="0" w:line="360" w:lineRule="auto"/>
        <w:ind w:left="1980"/>
        <w:jc w:val="center"/>
        <w:rPr>
          <w:sz w:val="24"/>
          <w:szCs w:val="24"/>
        </w:rPr>
      </w:pPr>
      <w:r w:rsidRPr="00AB5B5B">
        <w:rPr>
          <w:sz w:val="24"/>
          <w:szCs w:val="24"/>
        </w:rPr>
        <w:t>Языковые знания и навыки.</w:t>
      </w:r>
    </w:p>
    <w:p w14:paraId="676D3D27" w14:textId="7A9E44FB" w:rsidR="00A1151F" w:rsidRPr="00AB5B5B" w:rsidRDefault="00A1151F" w:rsidP="001D0AF0">
      <w:pPr>
        <w:pStyle w:val="24"/>
        <w:numPr>
          <w:ilvl w:val="0"/>
          <w:numId w:val="9"/>
        </w:numPr>
        <w:shd w:val="clear" w:color="auto" w:fill="auto"/>
        <w:tabs>
          <w:tab w:val="left" w:pos="187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Фонетика.</w:t>
      </w:r>
    </w:p>
    <w:p w14:paraId="64CFFBE6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 xml:space="preserve">Различение на слух и произнесение слов с соблюдением правильного ударения и фраз с соблюдением их ритмико-интонационных особенностей, чтение новых слов согласно основным правилам чтения, ударение в глаголах повелительного наклонения, чтение вслух небольших адаптированных аутентичных текстов, построенных на изученном языковом </w:t>
      </w:r>
      <w:proofErr w:type="spellStart"/>
      <w:proofErr w:type="gramStart"/>
      <w:r w:rsidRPr="00AB5B5B">
        <w:rPr>
          <w:sz w:val="24"/>
          <w:szCs w:val="24"/>
        </w:rPr>
        <w:t>материале,с</w:t>
      </w:r>
      <w:proofErr w:type="spellEnd"/>
      <w:proofErr w:type="gramEnd"/>
      <w:r w:rsidRPr="00AB5B5B">
        <w:rPr>
          <w:sz w:val="24"/>
          <w:szCs w:val="24"/>
        </w:rPr>
        <w:t xml:space="preserve"> соблюдением правил чтения и соответствующей интонации, </w:t>
      </w:r>
      <w:r w:rsidRPr="00AB5B5B">
        <w:rPr>
          <w:sz w:val="24"/>
          <w:szCs w:val="24"/>
        </w:rPr>
        <w:lastRenderedPageBreak/>
        <w:t>демонстрирующее понимание текста.</w:t>
      </w:r>
    </w:p>
    <w:p w14:paraId="19FF94A1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7CF59171" w14:textId="75CD36E8" w:rsidR="00A1151F" w:rsidRPr="00AB5B5B" w:rsidRDefault="00A1151F" w:rsidP="001D0AF0">
      <w:pPr>
        <w:pStyle w:val="24"/>
        <w:numPr>
          <w:ilvl w:val="0"/>
          <w:numId w:val="9"/>
        </w:numPr>
        <w:shd w:val="clear" w:color="auto" w:fill="auto"/>
        <w:tabs>
          <w:tab w:val="left" w:pos="187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Графика. Орфография. Пунктуация.</w:t>
      </w:r>
    </w:p>
    <w:p w14:paraId="73D99BA7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Правильное написание изученных слов, правильное использование знаков препинания: точки, вопросительного и восклицательного знаков в конце предложения, запятой при перечислении, обращении, при вводных словах,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14:paraId="7E353C64" w14:textId="77777777" w:rsidR="00A1151F" w:rsidRPr="00AB5B5B" w:rsidRDefault="00A1151F" w:rsidP="001D0AF0">
      <w:pPr>
        <w:pStyle w:val="24"/>
        <w:numPr>
          <w:ilvl w:val="0"/>
          <w:numId w:val="9"/>
        </w:numPr>
        <w:shd w:val="clear" w:color="auto" w:fill="auto"/>
        <w:tabs>
          <w:tab w:val="left" w:pos="187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Лексика.</w:t>
      </w:r>
    </w:p>
    <w:p w14:paraId="5B5AC9BA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Распознавание и употребление в устной и письменной речи не менее 600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1-5 классах;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r w:rsidRPr="00AB5B5B">
        <w:rPr>
          <w:sz w:val="24"/>
          <w:szCs w:val="24"/>
        </w:rPr>
        <w:t>сыйныфташ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дуслык</w:t>
      </w:r>
      <w:proofErr w:type="spellEnd"/>
      <w:r w:rsidRPr="00AB5B5B">
        <w:rPr>
          <w:sz w:val="24"/>
          <w:szCs w:val="24"/>
        </w:rPr>
        <w:t>), парных (эти-</w:t>
      </w:r>
      <w:proofErr w:type="spellStart"/>
      <w:r w:rsidRPr="00AB5B5B">
        <w:rPr>
          <w:sz w:val="24"/>
          <w:szCs w:val="24"/>
        </w:rPr>
        <w:t>эни</w:t>
      </w:r>
      <w:proofErr w:type="spellEnd"/>
      <w:r w:rsidRPr="00AB5B5B">
        <w:rPr>
          <w:sz w:val="24"/>
          <w:szCs w:val="24"/>
        </w:rPr>
        <w:t>), сложных (</w:t>
      </w:r>
      <w:proofErr w:type="spellStart"/>
      <w:r w:rsidRPr="00AB5B5B">
        <w:rPr>
          <w:sz w:val="24"/>
          <w:szCs w:val="24"/>
        </w:rPr>
        <w:t>даруханэ</w:t>
      </w:r>
      <w:proofErr w:type="spellEnd"/>
      <w:r w:rsidRPr="00AB5B5B">
        <w:rPr>
          <w:sz w:val="24"/>
          <w:szCs w:val="24"/>
        </w:rPr>
        <w:t>), составных (</w:t>
      </w:r>
      <w:proofErr w:type="spellStart"/>
      <w:proofErr w:type="gramStart"/>
      <w:r w:rsidRPr="00AB5B5B">
        <w:rPr>
          <w:sz w:val="24"/>
          <w:szCs w:val="24"/>
        </w:rPr>
        <w:t>ж;ир</w:t>
      </w:r>
      <w:proofErr w:type="spellEnd"/>
      <w:proofErr w:type="gram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жилэге</w:t>
      </w:r>
      <w:proofErr w:type="spellEnd"/>
      <w:r w:rsidRPr="00AB5B5B">
        <w:rPr>
          <w:sz w:val="24"/>
          <w:szCs w:val="24"/>
        </w:rPr>
        <w:t>) слов.</w:t>
      </w:r>
    </w:p>
    <w:p w14:paraId="44F9D915" w14:textId="77777777" w:rsidR="00A1151F" w:rsidRPr="00AB5B5B" w:rsidRDefault="00A1151F" w:rsidP="001D0AF0">
      <w:pPr>
        <w:pStyle w:val="24"/>
        <w:numPr>
          <w:ilvl w:val="0"/>
          <w:numId w:val="9"/>
        </w:numPr>
        <w:shd w:val="clear" w:color="auto" w:fill="auto"/>
        <w:tabs>
          <w:tab w:val="left" w:pos="187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Морфология. Синтаксис.</w:t>
      </w:r>
    </w:p>
    <w:p w14:paraId="4009E5C7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Распознавание и употребление в устной и письменной речи изученных морфологических форм и синтаксических конструкций татарского языка: личные местоимения множественного числа в притяжательном, направительном падежах (</w:t>
      </w:r>
      <w:proofErr w:type="spellStart"/>
      <w:r w:rsidRPr="00AB5B5B">
        <w:rPr>
          <w:sz w:val="24"/>
          <w:szCs w:val="24"/>
        </w:rPr>
        <w:t>безне</w:t>
      </w:r>
      <w:proofErr w:type="spellEnd"/>
      <w:r w:rsidRPr="00AB5B5B">
        <w:rPr>
          <w:sz w:val="24"/>
          <w:szCs w:val="24"/>
        </w:rPr>
        <w:t xml:space="preserve"> - </w:t>
      </w:r>
      <w:proofErr w:type="spellStart"/>
      <w:r w:rsidRPr="00AB5B5B">
        <w:rPr>
          <w:sz w:val="24"/>
          <w:szCs w:val="24"/>
        </w:rPr>
        <w:t>безгэ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сезнец</w:t>
      </w:r>
      <w:proofErr w:type="spellEnd"/>
      <w:r w:rsidRPr="00AB5B5B">
        <w:rPr>
          <w:sz w:val="24"/>
          <w:szCs w:val="24"/>
        </w:rPr>
        <w:t xml:space="preserve"> - </w:t>
      </w:r>
      <w:proofErr w:type="spellStart"/>
      <w:r w:rsidRPr="00AB5B5B">
        <w:rPr>
          <w:sz w:val="24"/>
          <w:szCs w:val="24"/>
        </w:rPr>
        <w:t>сезгэ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аларныц</w:t>
      </w:r>
      <w:proofErr w:type="spellEnd"/>
      <w:r w:rsidRPr="00AB5B5B">
        <w:rPr>
          <w:sz w:val="24"/>
          <w:szCs w:val="24"/>
        </w:rPr>
        <w:t xml:space="preserve"> - </w:t>
      </w:r>
      <w:proofErr w:type="spellStart"/>
      <w:r w:rsidRPr="00AB5B5B">
        <w:rPr>
          <w:sz w:val="24"/>
          <w:szCs w:val="24"/>
        </w:rPr>
        <w:t>аларга</w:t>
      </w:r>
      <w:proofErr w:type="spellEnd"/>
      <w:r w:rsidRPr="00AB5B5B">
        <w:rPr>
          <w:sz w:val="24"/>
          <w:szCs w:val="24"/>
        </w:rPr>
        <w:t>), производные имена существительные с аффиксами -лык (-лек), -</w:t>
      </w:r>
      <w:proofErr w:type="spellStart"/>
      <w:r w:rsidRPr="00AB5B5B">
        <w:rPr>
          <w:sz w:val="24"/>
          <w:szCs w:val="24"/>
        </w:rPr>
        <w:t>даш</w:t>
      </w:r>
      <w:proofErr w:type="spellEnd"/>
      <w:r w:rsidRPr="00AB5B5B">
        <w:rPr>
          <w:sz w:val="24"/>
          <w:szCs w:val="24"/>
        </w:rPr>
        <w:t xml:space="preserve"> (-</w:t>
      </w:r>
      <w:proofErr w:type="spellStart"/>
      <w:r w:rsidRPr="00AB5B5B">
        <w:rPr>
          <w:sz w:val="24"/>
          <w:szCs w:val="24"/>
        </w:rPr>
        <w:t>дэш</w:t>
      </w:r>
      <w:proofErr w:type="spellEnd"/>
      <w:r w:rsidRPr="00AB5B5B">
        <w:rPr>
          <w:sz w:val="24"/>
          <w:szCs w:val="24"/>
        </w:rPr>
        <w:t>), -</w:t>
      </w:r>
      <w:proofErr w:type="spellStart"/>
      <w:r w:rsidRPr="00AB5B5B">
        <w:rPr>
          <w:sz w:val="24"/>
          <w:szCs w:val="24"/>
        </w:rPr>
        <w:t>таш</w:t>
      </w:r>
      <w:proofErr w:type="spellEnd"/>
      <w:r w:rsidRPr="00AB5B5B">
        <w:rPr>
          <w:sz w:val="24"/>
          <w:szCs w:val="24"/>
        </w:rPr>
        <w:t xml:space="preserve"> (-</w:t>
      </w:r>
      <w:proofErr w:type="spellStart"/>
      <w:r w:rsidRPr="00AB5B5B">
        <w:rPr>
          <w:sz w:val="24"/>
          <w:szCs w:val="24"/>
        </w:rPr>
        <w:t>тэш</w:t>
      </w:r>
      <w:proofErr w:type="spellEnd"/>
      <w:r w:rsidRPr="00AB5B5B">
        <w:rPr>
          <w:sz w:val="24"/>
          <w:szCs w:val="24"/>
        </w:rPr>
        <w:t>) (</w:t>
      </w:r>
      <w:proofErr w:type="spellStart"/>
      <w:r w:rsidRPr="00AB5B5B">
        <w:rPr>
          <w:sz w:val="24"/>
          <w:szCs w:val="24"/>
        </w:rPr>
        <w:t>дуслык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сыйныфташ</w:t>
      </w:r>
      <w:proofErr w:type="spellEnd"/>
      <w:r w:rsidRPr="00AB5B5B">
        <w:rPr>
          <w:sz w:val="24"/>
          <w:szCs w:val="24"/>
        </w:rPr>
        <w:t>), парные, сложные и составные имена существительные (эти-</w:t>
      </w:r>
      <w:proofErr w:type="spellStart"/>
      <w:r w:rsidRPr="00AB5B5B">
        <w:rPr>
          <w:sz w:val="24"/>
          <w:szCs w:val="24"/>
        </w:rPr>
        <w:t>эни</w:t>
      </w:r>
      <w:proofErr w:type="spellEnd"/>
      <w:r w:rsidRPr="00AB5B5B">
        <w:rPr>
          <w:sz w:val="24"/>
          <w:szCs w:val="24"/>
        </w:rPr>
        <w:t xml:space="preserve">, бала- чага, </w:t>
      </w:r>
      <w:proofErr w:type="spellStart"/>
      <w:r w:rsidRPr="00AB5B5B">
        <w:rPr>
          <w:sz w:val="24"/>
          <w:szCs w:val="24"/>
        </w:rPr>
        <w:t>даруханэ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ящр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жцлэге</w:t>
      </w:r>
      <w:proofErr w:type="spellEnd"/>
      <w:r w:rsidRPr="00AB5B5B">
        <w:rPr>
          <w:sz w:val="24"/>
          <w:szCs w:val="24"/>
        </w:rPr>
        <w:t>), производные имена прилагательные с аффиксами -</w:t>
      </w:r>
      <w:proofErr w:type="spellStart"/>
      <w:r w:rsidRPr="00AB5B5B">
        <w:rPr>
          <w:sz w:val="24"/>
          <w:szCs w:val="24"/>
        </w:rPr>
        <w:t>гы</w:t>
      </w:r>
      <w:proofErr w:type="spellEnd"/>
      <w:r w:rsidRPr="00AB5B5B">
        <w:rPr>
          <w:sz w:val="24"/>
          <w:szCs w:val="24"/>
        </w:rPr>
        <w:t xml:space="preserve"> (-</w:t>
      </w:r>
      <w:proofErr w:type="spellStart"/>
      <w:r w:rsidRPr="00AB5B5B">
        <w:rPr>
          <w:sz w:val="24"/>
          <w:szCs w:val="24"/>
        </w:rPr>
        <w:t>ге</w:t>
      </w:r>
      <w:proofErr w:type="spellEnd"/>
      <w:r w:rsidRPr="00AB5B5B">
        <w:rPr>
          <w:sz w:val="24"/>
          <w:szCs w:val="24"/>
        </w:rPr>
        <w:t>), -</w:t>
      </w:r>
      <w:proofErr w:type="spellStart"/>
      <w:r w:rsidRPr="00AB5B5B">
        <w:rPr>
          <w:sz w:val="24"/>
          <w:szCs w:val="24"/>
        </w:rPr>
        <w:t>кы</w:t>
      </w:r>
      <w:proofErr w:type="spellEnd"/>
      <w:r w:rsidRPr="00AB5B5B">
        <w:rPr>
          <w:sz w:val="24"/>
          <w:szCs w:val="24"/>
        </w:rPr>
        <w:t xml:space="preserve"> (-</w:t>
      </w:r>
      <w:proofErr w:type="spellStart"/>
      <w:r w:rsidRPr="00AB5B5B">
        <w:rPr>
          <w:sz w:val="24"/>
          <w:szCs w:val="24"/>
        </w:rPr>
        <w:t>ке</w:t>
      </w:r>
      <w:proofErr w:type="spellEnd"/>
      <w:r w:rsidRPr="00AB5B5B">
        <w:rPr>
          <w:sz w:val="24"/>
          <w:szCs w:val="24"/>
        </w:rPr>
        <w:t>) (</w:t>
      </w:r>
      <w:proofErr w:type="spellStart"/>
      <w:r w:rsidRPr="00AB5B5B">
        <w:rPr>
          <w:sz w:val="24"/>
          <w:szCs w:val="24"/>
        </w:rPr>
        <w:t>ж;эйге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кышкы</w:t>
      </w:r>
      <w:proofErr w:type="spellEnd"/>
      <w:r w:rsidRPr="00AB5B5B">
        <w:rPr>
          <w:sz w:val="24"/>
          <w:szCs w:val="24"/>
        </w:rPr>
        <w:t xml:space="preserve">), глаголы прошедшего определённого и прошедшего неопределённого времени в утвердительной и отрицательной формах; глаголы будущего определённого времени </w:t>
      </w:r>
      <w:r w:rsidRPr="00AB5B5B">
        <w:rPr>
          <w:sz w:val="24"/>
          <w:szCs w:val="24"/>
          <w:lang w:val="en-US" w:bidi="en-US"/>
        </w:rPr>
        <w:t>I</w:t>
      </w:r>
      <w:r w:rsidRPr="00AB5B5B">
        <w:rPr>
          <w:sz w:val="24"/>
          <w:szCs w:val="24"/>
          <w:lang w:bidi="en-US"/>
        </w:rPr>
        <w:t xml:space="preserve">, </w:t>
      </w:r>
      <w:r w:rsidRPr="00AB5B5B">
        <w:rPr>
          <w:sz w:val="24"/>
          <w:szCs w:val="24"/>
        </w:rPr>
        <w:t xml:space="preserve">II, III лица единственного и множественного числа в утвердительной и отрицательной формах, глаголы повелительного наклонения II лица единственного и множественного числа в утвердительной и отрицательной формах (бар! - </w:t>
      </w:r>
      <w:proofErr w:type="spellStart"/>
      <w:r w:rsidRPr="00AB5B5B">
        <w:rPr>
          <w:sz w:val="24"/>
          <w:szCs w:val="24"/>
        </w:rPr>
        <w:t>барыгыз</w:t>
      </w:r>
      <w:proofErr w:type="spellEnd"/>
      <w:r w:rsidRPr="00AB5B5B">
        <w:rPr>
          <w:sz w:val="24"/>
          <w:szCs w:val="24"/>
        </w:rPr>
        <w:t xml:space="preserve">! - </w:t>
      </w:r>
      <w:proofErr w:type="spellStart"/>
      <w:r w:rsidRPr="00AB5B5B">
        <w:rPr>
          <w:sz w:val="24"/>
          <w:szCs w:val="24"/>
        </w:rPr>
        <w:t>ба'рма</w:t>
      </w:r>
      <w:proofErr w:type="spellEnd"/>
      <w:r w:rsidRPr="00AB5B5B">
        <w:rPr>
          <w:sz w:val="24"/>
          <w:szCs w:val="24"/>
        </w:rPr>
        <w:t xml:space="preserve">! - </w:t>
      </w:r>
      <w:proofErr w:type="spellStart"/>
      <w:r w:rsidRPr="00AB5B5B">
        <w:rPr>
          <w:sz w:val="24"/>
          <w:szCs w:val="24"/>
        </w:rPr>
        <w:t>ба'рмагыз</w:t>
      </w:r>
      <w:proofErr w:type="spellEnd"/>
      <w:r w:rsidRPr="00AB5B5B">
        <w:rPr>
          <w:sz w:val="24"/>
          <w:szCs w:val="24"/>
        </w:rPr>
        <w:t>!), конструкция «глагол повелительного наклонения II лица + частица эле» (</w:t>
      </w:r>
      <w:proofErr w:type="spellStart"/>
      <w:r w:rsidRPr="00AB5B5B">
        <w:rPr>
          <w:sz w:val="24"/>
          <w:szCs w:val="24"/>
        </w:rPr>
        <w:t>булыш</w:t>
      </w:r>
      <w:proofErr w:type="spellEnd"/>
      <w:r w:rsidRPr="00AB5B5B">
        <w:rPr>
          <w:sz w:val="24"/>
          <w:szCs w:val="24"/>
        </w:rPr>
        <w:t xml:space="preserve"> эле, </w:t>
      </w:r>
      <w:proofErr w:type="spellStart"/>
      <w:r w:rsidRPr="00AB5B5B">
        <w:rPr>
          <w:sz w:val="24"/>
          <w:szCs w:val="24"/>
        </w:rPr>
        <w:t>эйтегез</w:t>
      </w:r>
      <w:proofErr w:type="spellEnd"/>
      <w:r w:rsidRPr="00AB5B5B">
        <w:rPr>
          <w:sz w:val="24"/>
          <w:szCs w:val="24"/>
        </w:rPr>
        <w:t xml:space="preserve"> эле), наречия меры и степени (куп, аз), времени (</w:t>
      </w:r>
      <w:proofErr w:type="spellStart"/>
      <w:r w:rsidRPr="00AB5B5B">
        <w:rPr>
          <w:sz w:val="24"/>
          <w:szCs w:val="24"/>
        </w:rPr>
        <w:t>хэзер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башта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аннан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соц</w:t>
      </w:r>
      <w:proofErr w:type="spellEnd"/>
      <w:r w:rsidRPr="00AB5B5B">
        <w:rPr>
          <w:sz w:val="24"/>
          <w:szCs w:val="24"/>
        </w:rPr>
        <w:t>), места (</w:t>
      </w:r>
      <w:proofErr w:type="spellStart"/>
      <w:r w:rsidRPr="00AB5B5B">
        <w:rPr>
          <w:sz w:val="24"/>
          <w:szCs w:val="24"/>
        </w:rPr>
        <w:t>уцда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сулда</w:t>
      </w:r>
      <w:proofErr w:type="spellEnd"/>
      <w:r w:rsidRPr="00AB5B5B">
        <w:rPr>
          <w:sz w:val="24"/>
          <w:szCs w:val="24"/>
        </w:rPr>
        <w:t>), аналитическая форма глагола, выражающая желание (</w:t>
      </w:r>
      <w:proofErr w:type="spellStart"/>
      <w:r w:rsidRPr="00AB5B5B">
        <w:rPr>
          <w:sz w:val="24"/>
          <w:szCs w:val="24"/>
        </w:rPr>
        <w:t>барасым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килэ</w:t>
      </w:r>
      <w:proofErr w:type="spellEnd"/>
      <w:r w:rsidRPr="00AB5B5B">
        <w:rPr>
          <w:sz w:val="24"/>
          <w:szCs w:val="24"/>
        </w:rPr>
        <w:t xml:space="preserve"> (</w:t>
      </w:r>
      <w:proofErr w:type="spellStart"/>
      <w:r w:rsidRPr="00AB5B5B">
        <w:rPr>
          <w:sz w:val="24"/>
          <w:szCs w:val="24"/>
        </w:rPr>
        <w:t>килми</w:t>
      </w:r>
      <w:proofErr w:type="spellEnd"/>
      <w:r w:rsidRPr="00AB5B5B">
        <w:rPr>
          <w:sz w:val="24"/>
          <w:szCs w:val="24"/>
        </w:rPr>
        <w:t xml:space="preserve">), </w:t>
      </w:r>
      <w:proofErr w:type="spellStart"/>
      <w:r w:rsidRPr="00AB5B5B">
        <w:rPr>
          <w:sz w:val="24"/>
          <w:szCs w:val="24"/>
        </w:rPr>
        <w:t>уйныйсым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килэ</w:t>
      </w:r>
      <w:proofErr w:type="spellEnd"/>
      <w:r w:rsidRPr="00AB5B5B">
        <w:rPr>
          <w:sz w:val="24"/>
          <w:szCs w:val="24"/>
        </w:rPr>
        <w:t xml:space="preserve"> (</w:t>
      </w:r>
      <w:proofErr w:type="spellStart"/>
      <w:r w:rsidRPr="00AB5B5B">
        <w:rPr>
          <w:sz w:val="24"/>
          <w:szCs w:val="24"/>
        </w:rPr>
        <w:t>килми</w:t>
      </w:r>
      <w:proofErr w:type="spellEnd"/>
      <w:r w:rsidRPr="00AB5B5B">
        <w:rPr>
          <w:sz w:val="24"/>
          <w:szCs w:val="24"/>
        </w:rPr>
        <w:t xml:space="preserve">)), глаголы условного наклонения I, И, III лица единственного и множественного числа в утвердительной и отрицательной формах (барса - </w:t>
      </w:r>
      <w:proofErr w:type="spellStart"/>
      <w:r w:rsidRPr="00AB5B5B">
        <w:rPr>
          <w:sz w:val="24"/>
          <w:szCs w:val="24"/>
        </w:rPr>
        <w:t>бармаса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килсэ</w:t>
      </w:r>
      <w:proofErr w:type="spellEnd"/>
      <w:r w:rsidRPr="00AB5B5B">
        <w:rPr>
          <w:sz w:val="24"/>
          <w:szCs w:val="24"/>
        </w:rPr>
        <w:t xml:space="preserve"> - </w:t>
      </w:r>
      <w:proofErr w:type="spellStart"/>
      <w:r w:rsidRPr="00AB5B5B">
        <w:rPr>
          <w:sz w:val="24"/>
          <w:szCs w:val="24"/>
        </w:rPr>
        <w:t>килмэсэ</w:t>
      </w:r>
      <w:proofErr w:type="spellEnd"/>
      <w:r w:rsidRPr="00AB5B5B">
        <w:rPr>
          <w:sz w:val="24"/>
          <w:szCs w:val="24"/>
        </w:rPr>
        <w:t>), вводные слова (</w:t>
      </w:r>
      <w:proofErr w:type="spellStart"/>
      <w:r w:rsidRPr="00AB5B5B">
        <w:rPr>
          <w:sz w:val="24"/>
          <w:szCs w:val="24"/>
        </w:rPr>
        <w:t>элбэттэ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мэсэлэн</w:t>
      </w:r>
      <w:proofErr w:type="spellEnd"/>
      <w:r w:rsidRPr="00AB5B5B">
        <w:rPr>
          <w:sz w:val="24"/>
          <w:szCs w:val="24"/>
        </w:rPr>
        <w:t>).</w:t>
      </w:r>
    </w:p>
    <w:p w14:paraId="56C0D364" w14:textId="77777777" w:rsidR="00A1151F" w:rsidRPr="00AB5B5B" w:rsidRDefault="00A1151F" w:rsidP="001D0AF0">
      <w:pPr>
        <w:pStyle w:val="24"/>
        <w:shd w:val="clear" w:color="auto" w:fill="auto"/>
        <w:tabs>
          <w:tab w:val="left" w:pos="1619"/>
        </w:tabs>
        <w:spacing w:before="0" w:after="0" w:line="360" w:lineRule="auto"/>
        <w:ind w:left="1980"/>
        <w:rPr>
          <w:sz w:val="24"/>
          <w:szCs w:val="24"/>
        </w:rPr>
      </w:pPr>
      <w:r w:rsidRPr="00AB5B5B">
        <w:rPr>
          <w:sz w:val="24"/>
          <w:szCs w:val="24"/>
        </w:rPr>
        <w:t>Социокультурные знания и умения.</w:t>
      </w:r>
    </w:p>
    <w:p w14:paraId="3E7A83D6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 xml:space="preserve">Знание и использование социокультурных элементов речевого поведенческого этикета татарского языка в рамках тематического содержания в </w:t>
      </w:r>
      <w:r w:rsidRPr="00AB5B5B">
        <w:rPr>
          <w:sz w:val="24"/>
          <w:szCs w:val="24"/>
        </w:rPr>
        <w:lastRenderedPageBreak/>
        <w:t>ситуациях общения,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содержания, знание традиций и основных национальных праздников, известных достопримечательностей, выдающихся представителей татарского народа, знакомство с доступными в языковом отношении образцами татарской поэзии и прозы. Краткое представление России и Республики Татарстан (национальные праздники, традиции).</w:t>
      </w:r>
    </w:p>
    <w:p w14:paraId="7D2080C8" w14:textId="77777777" w:rsidR="00A1151F" w:rsidRPr="00AB5B5B" w:rsidRDefault="00A1151F" w:rsidP="001D0AF0">
      <w:pPr>
        <w:pStyle w:val="24"/>
        <w:shd w:val="clear" w:color="auto" w:fill="auto"/>
        <w:tabs>
          <w:tab w:val="left" w:pos="1619"/>
        </w:tabs>
        <w:spacing w:before="0" w:after="0" w:line="360" w:lineRule="auto"/>
        <w:ind w:left="1980"/>
        <w:rPr>
          <w:sz w:val="24"/>
          <w:szCs w:val="24"/>
        </w:rPr>
      </w:pPr>
      <w:r w:rsidRPr="00AB5B5B">
        <w:rPr>
          <w:sz w:val="24"/>
          <w:szCs w:val="24"/>
        </w:rPr>
        <w:t>Компенсаторные умения.</w:t>
      </w:r>
    </w:p>
    <w:p w14:paraId="62F962E7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40"/>
        <w:rPr>
          <w:sz w:val="24"/>
          <w:szCs w:val="24"/>
        </w:rPr>
      </w:pPr>
      <w:r w:rsidRPr="00AB5B5B">
        <w:rPr>
          <w:sz w:val="24"/>
          <w:szCs w:val="24"/>
        </w:rPr>
        <w:t xml:space="preserve">Использование при чтении и </w:t>
      </w:r>
      <w:proofErr w:type="spellStart"/>
      <w:r w:rsidRPr="00AB5B5B">
        <w:rPr>
          <w:sz w:val="24"/>
          <w:szCs w:val="24"/>
        </w:rPr>
        <w:t>аудировании</w:t>
      </w:r>
      <w:proofErr w:type="spellEnd"/>
      <w:r w:rsidRPr="00AB5B5B">
        <w:rPr>
          <w:sz w:val="24"/>
          <w:szCs w:val="24"/>
        </w:rPr>
        <w:t xml:space="preserve"> языковой, в том числе контекстуальной догадки, использование собеседником жестов и мимики при непосредственном общении, умение переспрашивать, просить повторить, уточняя значение незнакомых слов.</w:t>
      </w:r>
    </w:p>
    <w:p w14:paraId="145427A4" w14:textId="77777777" w:rsidR="00A1151F" w:rsidRPr="00AB5B5B" w:rsidRDefault="00A1151F" w:rsidP="001D0AF0">
      <w:pPr>
        <w:pStyle w:val="24"/>
        <w:shd w:val="clear" w:color="auto" w:fill="auto"/>
        <w:tabs>
          <w:tab w:val="left" w:pos="1408"/>
        </w:tabs>
        <w:spacing w:before="0" w:after="0" w:line="360" w:lineRule="auto"/>
        <w:ind w:left="1080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Содержание обучения в 7 классе.</w:t>
      </w:r>
    </w:p>
    <w:p w14:paraId="7B816B62" w14:textId="77777777" w:rsidR="00A1151F" w:rsidRPr="00AB5B5B" w:rsidRDefault="00A1151F" w:rsidP="001D0AF0">
      <w:pPr>
        <w:pStyle w:val="24"/>
        <w:shd w:val="clear" w:color="auto" w:fill="auto"/>
        <w:tabs>
          <w:tab w:val="left" w:pos="1689"/>
        </w:tabs>
        <w:spacing w:before="0" w:after="0" w:line="360" w:lineRule="auto"/>
        <w:ind w:left="2160"/>
        <w:rPr>
          <w:sz w:val="24"/>
          <w:szCs w:val="24"/>
        </w:rPr>
      </w:pPr>
      <w:r w:rsidRPr="00AB5B5B">
        <w:rPr>
          <w:sz w:val="24"/>
          <w:szCs w:val="24"/>
        </w:rPr>
        <w:t>Тематическое содержание речи.</w:t>
      </w:r>
    </w:p>
    <w:p w14:paraId="2F018045" w14:textId="585605D6" w:rsidR="00A1151F" w:rsidRPr="00AB5B5B" w:rsidRDefault="00A1151F" w:rsidP="001D0AF0">
      <w:pPr>
        <w:pStyle w:val="24"/>
        <w:numPr>
          <w:ilvl w:val="0"/>
          <w:numId w:val="10"/>
        </w:numPr>
        <w:shd w:val="clear" w:color="auto" w:fill="auto"/>
        <w:tabs>
          <w:tab w:val="left" w:pos="189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Мир моего «Я».</w:t>
      </w:r>
    </w:p>
    <w:p w14:paraId="67A29FAB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Я и мои ровесники. Свободное время. Здоровый образ жизни. Старшие и мы.</w:t>
      </w:r>
    </w:p>
    <w:p w14:paraId="64D463B2" w14:textId="30AD3C70" w:rsidR="00A1151F" w:rsidRPr="00AB5B5B" w:rsidRDefault="00A1151F" w:rsidP="001D0AF0">
      <w:pPr>
        <w:pStyle w:val="24"/>
        <w:numPr>
          <w:ilvl w:val="0"/>
          <w:numId w:val="10"/>
        </w:numPr>
        <w:shd w:val="clear" w:color="auto" w:fill="auto"/>
        <w:tabs>
          <w:tab w:val="left" w:pos="189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Мир моих увлечений.</w:t>
      </w:r>
    </w:p>
    <w:p w14:paraId="4301982D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Мои любимые занятия на досуге. Путешествия. Походы.</w:t>
      </w:r>
    </w:p>
    <w:p w14:paraId="2F37E17F" w14:textId="77777777" w:rsidR="00A1151F" w:rsidRPr="00AB5B5B" w:rsidRDefault="00A1151F" w:rsidP="001D0AF0">
      <w:pPr>
        <w:pStyle w:val="24"/>
        <w:numPr>
          <w:ilvl w:val="0"/>
          <w:numId w:val="10"/>
        </w:numPr>
        <w:shd w:val="clear" w:color="auto" w:fill="auto"/>
        <w:tabs>
          <w:tab w:val="left" w:pos="190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Мир вокруг меня.</w:t>
      </w:r>
    </w:p>
    <w:p w14:paraId="0DD2953D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Знание и жизнь. Школа. Секреты хорошей учебы.</w:t>
      </w:r>
    </w:p>
    <w:p w14:paraId="62B3FF4D" w14:textId="77777777" w:rsidR="00A1151F" w:rsidRPr="00AB5B5B" w:rsidRDefault="00A1151F" w:rsidP="001D0AF0">
      <w:pPr>
        <w:pStyle w:val="24"/>
        <w:numPr>
          <w:ilvl w:val="0"/>
          <w:numId w:val="10"/>
        </w:numPr>
        <w:shd w:val="clear" w:color="auto" w:fill="auto"/>
        <w:tabs>
          <w:tab w:val="left" w:pos="190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Моя Родина.</w:t>
      </w:r>
    </w:p>
    <w:p w14:paraId="2E562B61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Моя малая родина. Географическое положение, климат, природа. Исторические и памятные места. Казань - столица Татарстана. Выдающиеся представители татарского народа.</w:t>
      </w:r>
    </w:p>
    <w:p w14:paraId="3ACAEC20" w14:textId="77777777" w:rsidR="00A1151F" w:rsidRPr="00AB5B5B" w:rsidRDefault="00A1151F" w:rsidP="001D0AF0">
      <w:pPr>
        <w:pStyle w:val="24"/>
        <w:shd w:val="clear" w:color="auto" w:fill="auto"/>
        <w:tabs>
          <w:tab w:val="left" w:pos="1689"/>
        </w:tabs>
        <w:spacing w:before="0" w:after="0" w:line="360" w:lineRule="auto"/>
        <w:ind w:left="2160"/>
        <w:rPr>
          <w:sz w:val="24"/>
          <w:szCs w:val="24"/>
        </w:rPr>
      </w:pPr>
      <w:r w:rsidRPr="00AB5B5B">
        <w:rPr>
          <w:sz w:val="24"/>
          <w:szCs w:val="24"/>
        </w:rPr>
        <w:t>Умения по видам речевой деятельности.</w:t>
      </w:r>
    </w:p>
    <w:p w14:paraId="15D150D5" w14:textId="388C6D65" w:rsidR="00A1151F" w:rsidRPr="00AB5B5B" w:rsidRDefault="00A1151F" w:rsidP="001D0AF0">
      <w:pPr>
        <w:pStyle w:val="24"/>
        <w:numPr>
          <w:ilvl w:val="0"/>
          <w:numId w:val="11"/>
        </w:numPr>
        <w:shd w:val="clear" w:color="auto" w:fill="auto"/>
        <w:tabs>
          <w:tab w:val="left" w:pos="1900"/>
        </w:tabs>
        <w:spacing w:before="0" w:after="0" w:line="360" w:lineRule="auto"/>
        <w:rPr>
          <w:sz w:val="24"/>
          <w:szCs w:val="24"/>
        </w:rPr>
      </w:pPr>
      <w:proofErr w:type="spellStart"/>
      <w:r w:rsidRPr="00AB5B5B">
        <w:rPr>
          <w:sz w:val="24"/>
          <w:szCs w:val="24"/>
        </w:rPr>
        <w:t>Аудирование</w:t>
      </w:r>
      <w:proofErr w:type="spellEnd"/>
      <w:r w:rsidRPr="00AB5B5B">
        <w:rPr>
          <w:sz w:val="24"/>
          <w:szCs w:val="24"/>
        </w:rPr>
        <w:t>.</w:t>
      </w:r>
    </w:p>
    <w:p w14:paraId="1A16C09E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Восприятие и понимание на слух несложных адаптированных аутентичных текстов, умение выражать собственное отношение к прослушанному, восприятие и понимание на слух несложных адаптированных аутентичных текстов и умение извлекать содержание в зависимости от поставленной коммуникативной задачи, умение определять основную тему (идею) услышанного текста, восстановление прослушанного текста по принципу «снежного кома».</w:t>
      </w:r>
    </w:p>
    <w:p w14:paraId="75E81A94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Тексты для </w:t>
      </w:r>
      <w:proofErr w:type="spellStart"/>
      <w:r w:rsidRPr="00AB5B5B">
        <w:rPr>
          <w:sz w:val="24"/>
          <w:szCs w:val="24"/>
        </w:rPr>
        <w:t>аудирования</w:t>
      </w:r>
      <w:proofErr w:type="spellEnd"/>
      <w:r w:rsidRPr="00AB5B5B">
        <w:rPr>
          <w:sz w:val="24"/>
          <w:szCs w:val="24"/>
        </w:rPr>
        <w:t xml:space="preserve">: высказывания собеседников в ситуациях повседневного общения, диалог (беседа), рассказ, сообщение </w:t>
      </w:r>
      <w:r w:rsidRPr="00AB5B5B">
        <w:rPr>
          <w:sz w:val="24"/>
          <w:szCs w:val="24"/>
        </w:rPr>
        <w:lastRenderedPageBreak/>
        <w:t>информационного характера.</w:t>
      </w:r>
    </w:p>
    <w:p w14:paraId="64508DE9" w14:textId="05403CD9" w:rsidR="00A1151F" w:rsidRPr="00AB5B5B" w:rsidRDefault="00A1151F" w:rsidP="001D0AF0">
      <w:pPr>
        <w:pStyle w:val="24"/>
        <w:numPr>
          <w:ilvl w:val="0"/>
          <w:numId w:val="11"/>
        </w:numPr>
        <w:shd w:val="clear" w:color="auto" w:fill="auto"/>
        <w:tabs>
          <w:tab w:val="left" w:pos="190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  <w:lang w:val="tt-RU"/>
        </w:rPr>
        <w:t>3</w:t>
      </w:r>
      <w:r w:rsidRPr="00AB5B5B">
        <w:rPr>
          <w:sz w:val="24"/>
          <w:szCs w:val="24"/>
        </w:rPr>
        <w:t>Говорение.</w:t>
      </w:r>
    </w:p>
    <w:p w14:paraId="0160FE16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Диалогическая речь: диалог-побуждение к действию (умения 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диалог-расспрос (умения 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наоборот).</w:t>
      </w:r>
    </w:p>
    <w:p w14:paraId="01004EB0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Монологическая речь: создание устных связных монологических высказываний с использованием основных коммуникативных типов речи (описание (предмета, внешности и одежды человека), в том числе характеристика реального человека или литературного персонажа), повествование (сообщение), пересказ </w:t>
      </w:r>
      <w:proofErr w:type="gramStart"/>
      <w:r w:rsidRPr="00AB5B5B">
        <w:rPr>
          <w:sz w:val="24"/>
          <w:szCs w:val="24"/>
        </w:rPr>
        <w:t>основного содержания</w:t>
      </w:r>
      <w:proofErr w:type="gramEnd"/>
      <w:r w:rsidRPr="00AB5B5B">
        <w:rPr>
          <w:sz w:val="24"/>
          <w:szCs w:val="24"/>
        </w:rPr>
        <w:t xml:space="preserve"> прочитанного или прослушанного текста, краткое изложение результатов выполненной проектной работы.</w:t>
      </w:r>
    </w:p>
    <w:p w14:paraId="03D76E5D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14:paraId="7AB19C24" w14:textId="03401D77" w:rsidR="00A1151F" w:rsidRPr="00AB5B5B" w:rsidRDefault="00A1151F" w:rsidP="001D0AF0">
      <w:pPr>
        <w:pStyle w:val="24"/>
        <w:numPr>
          <w:ilvl w:val="0"/>
          <w:numId w:val="11"/>
        </w:numPr>
        <w:shd w:val="clear" w:color="auto" w:fill="auto"/>
        <w:tabs>
          <w:tab w:val="left" w:pos="184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Чтение</w:t>
      </w:r>
    </w:p>
    <w:p w14:paraId="0AC0050B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Чтение про себя учебных и несложных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 главных фактов 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AB5B5B">
        <w:rPr>
          <w:sz w:val="24"/>
          <w:szCs w:val="24"/>
        </w:rPr>
        <w:t>несплошных</w:t>
      </w:r>
      <w:proofErr w:type="spellEnd"/>
      <w:r w:rsidRPr="00AB5B5B">
        <w:rPr>
          <w:sz w:val="24"/>
          <w:szCs w:val="24"/>
        </w:rPr>
        <w:t xml:space="preserve"> текстов (таблиц) и понимание представленной в них информации.</w:t>
      </w:r>
    </w:p>
    <w:p w14:paraId="038E2A07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AB5B5B">
        <w:rPr>
          <w:sz w:val="24"/>
          <w:szCs w:val="24"/>
        </w:rPr>
        <w:t>несплошной</w:t>
      </w:r>
      <w:proofErr w:type="spellEnd"/>
      <w:r w:rsidRPr="00AB5B5B">
        <w:rPr>
          <w:sz w:val="24"/>
          <w:szCs w:val="24"/>
        </w:rPr>
        <w:t xml:space="preserve"> текст (таблица).</w:t>
      </w:r>
    </w:p>
    <w:p w14:paraId="7FEEF667" w14:textId="77777777" w:rsidR="00A1151F" w:rsidRPr="00AB5B5B" w:rsidRDefault="00A1151F" w:rsidP="001D0AF0">
      <w:pPr>
        <w:pStyle w:val="24"/>
        <w:numPr>
          <w:ilvl w:val="0"/>
          <w:numId w:val="11"/>
        </w:numPr>
        <w:shd w:val="clear" w:color="auto" w:fill="auto"/>
        <w:tabs>
          <w:tab w:val="left" w:pos="185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Письмо.</w:t>
      </w:r>
    </w:p>
    <w:p w14:paraId="0D6FBF8A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Написание словосочетаний, предложений, речевых клише в соответствии с решаемой коммуникативной задачей, письменное выражение своего отношения к поступкам героев, к проблеме прочитанного текста, написание краткой характеристики литературного персонажа, составление и написание небольших текстов по обсуждаемым нравственным проблемам прочитанных текстов, написание в соответствии с языковыми нормами основных сведений о себе, написание личного письма с применением образца и без применения образца (расспрашивать адресата о его жизни, делах, </w:t>
      </w:r>
      <w:r w:rsidRPr="00AB5B5B">
        <w:rPr>
          <w:sz w:val="24"/>
          <w:szCs w:val="24"/>
        </w:rPr>
        <w:lastRenderedPageBreak/>
        <w:t>сообщать то же самое о себе, выражать благодарность, давать совет, просить о чем-либо).</w:t>
      </w:r>
    </w:p>
    <w:p w14:paraId="1313B6D3" w14:textId="77777777" w:rsidR="00A1151F" w:rsidRPr="00AB5B5B" w:rsidRDefault="00A1151F" w:rsidP="001D0AF0">
      <w:pPr>
        <w:pStyle w:val="24"/>
        <w:shd w:val="clear" w:color="auto" w:fill="auto"/>
        <w:tabs>
          <w:tab w:val="left" w:pos="1644"/>
        </w:tabs>
        <w:spacing w:before="0" w:after="0" w:line="360" w:lineRule="auto"/>
        <w:ind w:left="1980"/>
        <w:rPr>
          <w:sz w:val="24"/>
          <w:szCs w:val="24"/>
        </w:rPr>
      </w:pPr>
      <w:r w:rsidRPr="00AB5B5B">
        <w:rPr>
          <w:sz w:val="24"/>
          <w:szCs w:val="24"/>
        </w:rPr>
        <w:t>Языковые знания и навыки.</w:t>
      </w:r>
    </w:p>
    <w:p w14:paraId="76597E23" w14:textId="04FDE99C" w:rsidR="00A1151F" w:rsidRPr="00AB5B5B" w:rsidRDefault="00A1151F" w:rsidP="001D0AF0">
      <w:pPr>
        <w:pStyle w:val="24"/>
        <w:shd w:val="clear" w:color="auto" w:fill="auto"/>
        <w:tabs>
          <w:tab w:val="left" w:pos="1855"/>
        </w:tabs>
        <w:spacing w:before="0" w:after="0" w:line="360" w:lineRule="auto"/>
        <w:ind w:left="360"/>
        <w:rPr>
          <w:sz w:val="24"/>
          <w:szCs w:val="24"/>
        </w:rPr>
      </w:pPr>
      <w:r w:rsidRPr="00AB5B5B">
        <w:rPr>
          <w:sz w:val="24"/>
          <w:szCs w:val="24"/>
        </w:rPr>
        <w:t>Фонетика.</w:t>
      </w:r>
    </w:p>
    <w:p w14:paraId="6248FB79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24E44D6A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657AAA08" w14:textId="77777777" w:rsidR="00A1151F" w:rsidRPr="00AB5B5B" w:rsidRDefault="00A1151F" w:rsidP="001D0AF0">
      <w:pPr>
        <w:pStyle w:val="24"/>
        <w:shd w:val="clear" w:color="auto" w:fill="auto"/>
        <w:tabs>
          <w:tab w:val="left" w:pos="1855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Графика. Орфография. Пунктуация.</w:t>
      </w:r>
    </w:p>
    <w:p w14:paraId="2DD9DC89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14:paraId="19EE2F44" w14:textId="77777777" w:rsidR="00A1151F" w:rsidRPr="00AB5B5B" w:rsidRDefault="00A1151F" w:rsidP="001D0AF0">
      <w:pPr>
        <w:pStyle w:val="24"/>
        <w:shd w:val="clear" w:color="auto" w:fill="auto"/>
        <w:tabs>
          <w:tab w:val="left" w:pos="1855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Лексика.</w:t>
      </w:r>
    </w:p>
    <w:p w14:paraId="6197FFB8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Распознавание и употребление в устной и письменной речи не менее 700 лексических единиц (слов, словосочетаний, речевых клише), обслуживающих ситуации общения в рамках тематического содержания речи для 7 класса, включая 600 лексических единиц, усвоенных в 1-6 классах, слов-названий предметов, их признаков, действий предметов; заимствованных слов, синонимов и антонимов изученных слов, производных (</w:t>
      </w:r>
      <w:proofErr w:type="spellStart"/>
      <w:r w:rsidRPr="00AB5B5B">
        <w:rPr>
          <w:sz w:val="24"/>
          <w:szCs w:val="24"/>
        </w:rPr>
        <w:t>сэламэтлек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максатчан</w:t>
      </w:r>
      <w:proofErr w:type="spellEnd"/>
      <w:r w:rsidRPr="00AB5B5B">
        <w:rPr>
          <w:sz w:val="24"/>
          <w:szCs w:val="24"/>
        </w:rPr>
        <w:t>), парных (</w:t>
      </w:r>
      <w:proofErr w:type="spellStart"/>
      <w:r w:rsidRPr="00AB5B5B">
        <w:rPr>
          <w:sz w:val="24"/>
          <w:szCs w:val="24"/>
        </w:rPr>
        <w:t>дус-иш</w:t>
      </w:r>
      <w:proofErr w:type="spellEnd"/>
      <w:r w:rsidRPr="00AB5B5B">
        <w:rPr>
          <w:sz w:val="24"/>
          <w:szCs w:val="24"/>
        </w:rPr>
        <w:t>), сложных (</w:t>
      </w:r>
      <w:proofErr w:type="spellStart"/>
      <w:r w:rsidRPr="00AB5B5B">
        <w:rPr>
          <w:sz w:val="24"/>
          <w:szCs w:val="24"/>
        </w:rPr>
        <w:t>кунакханэ</w:t>
      </w:r>
      <w:proofErr w:type="spellEnd"/>
      <w:r w:rsidRPr="00AB5B5B">
        <w:rPr>
          <w:sz w:val="24"/>
          <w:szCs w:val="24"/>
        </w:rPr>
        <w:t>), составных (</w:t>
      </w:r>
      <w:proofErr w:type="spellStart"/>
      <w:r w:rsidRPr="00AB5B5B">
        <w:rPr>
          <w:sz w:val="24"/>
          <w:szCs w:val="24"/>
        </w:rPr>
        <w:t>хуш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исле</w:t>
      </w:r>
      <w:proofErr w:type="spellEnd"/>
      <w:r w:rsidRPr="00AB5B5B">
        <w:rPr>
          <w:sz w:val="24"/>
          <w:szCs w:val="24"/>
        </w:rPr>
        <w:t>) слов.</w:t>
      </w:r>
    </w:p>
    <w:p w14:paraId="1F3A22A4" w14:textId="77777777" w:rsidR="00A1151F" w:rsidRPr="00AB5B5B" w:rsidRDefault="00A1151F" w:rsidP="001D0AF0">
      <w:pPr>
        <w:pStyle w:val="24"/>
        <w:shd w:val="clear" w:color="auto" w:fill="auto"/>
        <w:tabs>
          <w:tab w:val="left" w:pos="1855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Морфология. Синтаксис.</w:t>
      </w:r>
    </w:p>
    <w:p w14:paraId="144FBD88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Распознавание и употребление в устной и письменной речи изученных морфологических форм и синтаксических конструкций татарского языка: временные формы глаголов изъявительного наклонения, наречия образа действия (</w:t>
      </w:r>
      <w:proofErr w:type="spellStart"/>
      <w:r w:rsidRPr="00AB5B5B">
        <w:rPr>
          <w:sz w:val="24"/>
          <w:szCs w:val="24"/>
        </w:rPr>
        <w:t>тиз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акрын</w:t>
      </w:r>
      <w:proofErr w:type="spellEnd"/>
      <w:r w:rsidRPr="00AB5B5B">
        <w:rPr>
          <w:sz w:val="24"/>
          <w:szCs w:val="24"/>
        </w:rPr>
        <w:t xml:space="preserve"> (</w:t>
      </w:r>
      <w:proofErr w:type="spellStart"/>
      <w:r w:rsidRPr="00AB5B5B">
        <w:rPr>
          <w:sz w:val="24"/>
          <w:szCs w:val="24"/>
        </w:rPr>
        <w:t>экрен</w:t>
      </w:r>
      <w:proofErr w:type="spellEnd"/>
      <w:r w:rsidRPr="00AB5B5B">
        <w:rPr>
          <w:sz w:val="24"/>
          <w:szCs w:val="24"/>
        </w:rPr>
        <w:t>), указательные (</w:t>
      </w:r>
      <w:proofErr w:type="spellStart"/>
      <w:r w:rsidRPr="00AB5B5B">
        <w:rPr>
          <w:sz w:val="24"/>
          <w:szCs w:val="24"/>
        </w:rPr>
        <w:t>бу</w:t>
      </w:r>
      <w:proofErr w:type="spellEnd"/>
      <w:r w:rsidRPr="00AB5B5B">
        <w:rPr>
          <w:sz w:val="24"/>
          <w:szCs w:val="24"/>
        </w:rPr>
        <w:t xml:space="preserve">, теге, </w:t>
      </w:r>
      <w:proofErr w:type="spellStart"/>
      <w:r w:rsidRPr="00AB5B5B">
        <w:rPr>
          <w:sz w:val="24"/>
          <w:szCs w:val="24"/>
        </w:rPr>
        <w:t>шул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шундый</w:t>
      </w:r>
      <w:proofErr w:type="spellEnd"/>
      <w:r w:rsidRPr="00AB5B5B">
        <w:rPr>
          <w:sz w:val="24"/>
          <w:szCs w:val="24"/>
        </w:rPr>
        <w:t>) и определительные (</w:t>
      </w:r>
      <w:proofErr w:type="spellStart"/>
      <w:r w:rsidRPr="00AB5B5B">
        <w:rPr>
          <w:sz w:val="24"/>
          <w:szCs w:val="24"/>
        </w:rPr>
        <w:t>барлык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бетен</w:t>
      </w:r>
      <w:proofErr w:type="spellEnd"/>
      <w:r w:rsidRPr="00AB5B5B">
        <w:rPr>
          <w:sz w:val="24"/>
          <w:szCs w:val="24"/>
        </w:rPr>
        <w:t xml:space="preserve">, уз, </w:t>
      </w:r>
      <w:r w:rsidRPr="00AB5B5B">
        <w:rPr>
          <w:sz w:val="24"/>
          <w:szCs w:val="24"/>
          <w:lang w:val="en-US" w:bidi="en-US"/>
        </w:rPr>
        <w:t>hap</w:t>
      </w:r>
      <w:r w:rsidRPr="00AB5B5B">
        <w:rPr>
          <w:sz w:val="24"/>
          <w:szCs w:val="24"/>
          <w:lang w:bidi="en-US"/>
        </w:rPr>
        <w:t xml:space="preserve">) </w:t>
      </w:r>
      <w:r w:rsidRPr="00AB5B5B">
        <w:rPr>
          <w:sz w:val="24"/>
          <w:szCs w:val="24"/>
        </w:rPr>
        <w:t>местоимения, деепричастие на -</w:t>
      </w:r>
      <w:proofErr w:type="spellStart"/>
      <w:r w:rsidRPr="00AB5B5B">
        <w:rPr>
          <w:sz w:val="24"/>
          <w:szCs w:val="24"/>
        </w:rPr>
        <w:t>гач</w:t>
      </w:r>
      <w:proofErr w:type="spellEnd"/>
      <w:r w:rsidRPr="00AB5B5B">
        <w:rPr>
          <w:sz w:val="24"/>
          <w:szCs w:val="24"/>
        </w:rPr>
        <w:t xml:space="preserve"> (-</w:t>
      </w:r>
      <w:proofErr w:type="spellStart"/>
      <w:r w:rsidRPr="00AB5B5B">
        <w:rPr>
          <w:sz w:val="24"/>
          <w:szCs w:val="24"/>
        </w:rPr>
        <w:t>гэч</w:t>
      </w:r>
      <w:proofErr w:type="spellEnd"/>
      <w:r w:rsidRPr="00AB5B5B">
        <w:rPr>
          <w:sz w:val="24"/>
          <w:szCs w:val="24"/>
        </w:rPr>
        <w:t>), -</w:t>
      </w:r>
      <w:proofErr w:type="spellStart"/>
      <w:r w:rsidRPr="00AB5B5B">
        <w:rPr>
          <w:sz w:val="24"/>
          <w:szCs w:val="24"/>
        </w:rPr>
        <w:t>кач</w:t>
      </w:r>
      <w:proofErr w:type="spellEnd"/>
      <w:r w:rsidRPr="00AB5B5B">
        <w:rPr>
          <w:sz w:val="24"/>
          <w:szCs w:val="24"/>
        </w:rPr>
        <w:t xml:space="preserve"> (-</w:t>
      </w:r>
      <w:proofErr w:type="spellStart"/>
      <w:r w:rsidRPr="00AB5B5B">
        <w:rPr>
          <w:sz w:val="24"/>
          <w:szCs w:val="24"/>
        </w:rPr>
        <w:t>кэч</w:t>
      </w:r>
      <w:proofErr w:type="spellEnd"/>
      <w:r w:rsidRPr="00AB5B5B">
        <w:rPr>
          <w:sz w:val="24"/>
          <w:szCs w:val="24"/>
        </w:rPr>
        <w:t xml:space="preserve">), главные члены предложения, согласование подлежащего и сказуемого, предложения с простым глагольным сказуемым (Мин </w:t>
      </w:r>
      <w:proofErr w:type="spellStart"/>
      <w:r w:rsidRPr="00AB5B5B">
        <w:rPr>
          <w:sz w:val="24"/>
          <w:szCs w:val="24"/>
        </w:rPr>
        <w:t>татарча</w:t>
      </w:r>
      <w:proofErr w:type="spellEnd"/>
      <w:r w:rsidRPr="00AB5B5B">
        <w:rPr>
          <w:sz w:val="24"/>
          <w:szCs w:val="24"/>
        </w:rPr>
        <w:t xml:space="preserve"> белом), с именным сказуемым (</w:t>
      </w:r>
      <w:proofErr w:type="spellStart"/>
      <w:r w:rsidRPr="00AB5B5B">
        <w:rPr>
          <w:sz w:val="24"/>
          <w:szCs w:val="24"/>
        </w:rPr>
        <w:t>Безнец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гаилэбез</w:t>
      </w:r>
      <w:proofErr w:type="spellEnd"/>
      <w:r w:rsidRPr="00AB5B5B">
        <w:rPr>
          <w:sz w:val="24"/>
          <w:szCs w:val="24"/>
        </w:rPr>
        <w:t xml:space="preserve"> тату) и составным глагольным сказуемым (Мин </w:t>
      </w:r>
      <w:proofErr w:type="spellStart"/>
      <w:r w:rsidRPr="00AB5B5B">
        <w:rPr>
          <w:sz w:val="24"/>
          <w:szCs w:val="24"/>
        </w:rPr>
        <w:t>укырга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яратам</w:t>
      </w:r>
      <w:proofErr w:type="spellEnd"/>
      <w:r w:rsidRPr="00AB5B5B">
        <w:rPr>
          <w:sz w:val="24"/>
          <w:szCs w:val="24"/>
        </w:rPr>
        <w:t xml:space="preserve">), союзы </w:t>
      </w:r>
      <w:proofErr w:type="spellStart"/>
      <w:r w:rsidRPr="00AB5B5B">
        <w:rPr>
          <w:sz w:val="24"/>
          <w:szCs w:val="24"/>
        </w:rPr>
        <w:t>Ьэм</w:t>
      </w:r>
      <w:proofErr w:type="spellEnd"/>
      <w:r w:rsidRPr="00AB5B5B">
        <w:rPr>
          <w:sz w:val="24"/>
          <w:szCs w:val="24"/>
        </w:rPr>
        <w:t xml:space="preserve">, да (дэ), та (тэ), яки, частицы </w:t>
      </w:r>
      <w:proofErr w:type="spellStart"/>
      <w:r w:rsidRPr="00AB5B5B">
        <w:rPr>
          <w:sz w:val="24"/>
          <w:szCs w:val="24"/>
        </w:rPr>
        <w:t>гына</w:t>
      </w:r>
      <w:proofErr w:type="spellEnd"/>
      <w:r w:rsidRPr="00AB5B5B">
        <w:rPr>
          <w:sz w:val="24"/>
          <w:szCs w:val="24"/>
        </w:rPr>
        <w:t xml:space="preserve"> (</w:t>
      </w:r>
      <w:proofErr w:type="spellStart"/>
      <w:r w:rsidRPr="00AB5B5B">
        <w:rPr>
          <w:sz w:val="24"/>
          <w:szCs w:val="24"/>
        </w:rPr>
        <w:t>генэ</w:t>
      </w:r>
      <w:proofErr w:type="spellEnd"/>
      <w:r w:rsidRPr="00AB5B5B">
        <w:rPr>
          <w:sz w:val="24"/>
          <w:szCs w:val="24"/>
        </w:rPr>
        <w:t xml:space="preserve">), </w:t>
      </w:r>
      <w:proofErr w:type="spellStart"/>
      <w:r w:rsidRPr="00AB5B5B">
        <w:rPr>
          <w:sz w:val="24"/>
          <w:szCs w:val="24"/>
        </w:rPr>
        <w:t>кына</w:t>
      </w:r>
      <w:proofErr w:type="spellEnd"/>
      <w:r w:rsidRPr="00AB5B5B">
        <w:rPr>
          <w:sz w:val="24"/>
          <w:szCs w:val="24"/>
        </w:rPr>
        <w:t xml:space="preserve"> (</w:t>
      </w:r>
      <w:proofErr w:type="spellStart"/>
      <w:r w:rsidRPr="00AB5B5B">
        <w:rPr>
          <w:sz w:val="24"/>
          <w:szCs w:val="24"/>
        </w:rPr>
        <w:t>кенэ</w:t>
      </w:r>
      <w:proofErr w:type="spellEnd"/>
      <w:r w:rsidRPr="00AB5B5B">
        <w:rPr>
          <w:sz w:val="24"/>
          <w:szCs w:val="24"/>
        </w:rPr>
        <w:t>), предложения по цели высказывания, сложные предложения.</w:t>
      </w:r>
    </w:p>
    <w:p w14:paraId="5226B69D" w14:textId="77777777" w:rsidR="00A1151F" w:rsidRPr="00AB5B5B" w:rsidRDefault="00A1151F" w:rsidP="001D0AF0">
      <w:pPr>
        <w:pStyle w:val="24"/>
        <w:shd w:val="clear" w:color="auto" w:fill="auto"/>
        <w:tabs>
          <w:tab w:val="left" w:pos="1675"/>
        </w:tabs>
        <w:spacing w:before="0" w:after="0" w:line="360" w:lineRule="auto"/>
        <w:ind w:left="1980"/>
        <w:rPr>
          <w:sz w:val="24"/>
          <w:szCs w:val="24"/>
        </w:rPr>
      </w:pPr>
      <w:r w:rsidRPr="00AB5B5B">
        <w:rPr>
          <w:sz w:val="24"/>
          <w:szCs w:val="24"/>
        </w:rPr>
        <w:t>Социокультурные знания и умения.</w:t>
      </w:r>
    </w:p>
    <w:p w14:paraId="32388552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Знание и использование активных формул татарского речевого этикета в ситуациях общения, знание и использование в устной и письменной </w:t>
      </w:r>
      <w:r w:rsidRPr="00AB5B5B">
        <w:rPr>
          <w:sz w:val="24"/>
          <w:szCs w:val="24"/>
        </w:rPr>
        <w:lastRenderedPageBreak/>
        <w:t>речи наиболее употребительной тематической фоновой лексики в рамках отобранного тематического содержания, знание основных сведений о Республике Татарстан (географическое положение, природа, исторические и памятные места), знание известных деятелей культуры татарского народа, знакомство с доступными в языковом отношении образцами татарской поэзии и прозы.</w:t>
      </w:r>
    </w:p>
    <w:p w14:paraId="3D5F5DED" w14:textId="77777777" w:rsidR="00A1151F" w:rsidRPr="00AB5B5B" w:rsidRDefault="00A1151F" w:rsidP="001D0AF0">
      <w:pPr>
        <w:pStyle w:val="24"/>
        <w:shd w:val="clear" w:color="auto" w:fill="auto"/>
        <w:tabs>
          <w:tab w:val="left" w:pos="1679"/>
        </w:tabs>
        <w:spacing w:before="0" w:after="0" w:line="360" w:lineRule="auto"/>
        <w:ind w:left="1980"/>
        <w:rPr>
          <w:sz w:val="24"/>
          <w:szCs w:val="24"/>
        </w:rPr>
      </w:pPr>
      <w:r w:rsidRPr="00AB5B5B">
        <w:rPr>
          <w:sz w:val="24"/>
          <w:szCs w:val="24"/>
        </w:rPr>
        <w:t>Компенсаторные умения.</w:t>
      </w:r>
    </w:p>
    <w:p w14:paraId="0EA31D59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Использование при чтении и </w:t>
      </w:r>
      <w:proofErr w:type="spellStart"/>
      <w:r w:rsidRPr="00AB5B5B">
        <w:rPr>
          <w:sz w:val="24"/>
          <w:szCs w:val="24"/>
        </w:rPr>
        <w:t>аудировании</w:t>
      </w:r>
      <w:proofErr w:type="spellEnd"/>
      <w:r w:rsidRPr="00AB5B5B">
        <w:rPr>
          <w:sz w:val="24"/>
          <w:szCs w:val="24"/>
        </w:rPr>
        <w:t xml:space="preserve"> языковой, в том числе контекстуальной догадки, прогнозирование содержания текста на основе заголовка, по предварительно поставленным вопросам, использование в качестве опоры при порождении собственных высказываний ключевых слов, плана, использование синонимов, антонимов при дефиците языковых средств.</w:t>
      </w:r>
    </w:p>
    <w:p w14:paraId="22A9A76A" w14:textId="77777777" w:rsidR="00A1151F" w:rsidRPr="00AB5B5B" w:rsidRDefault="00A1151F" w:rsidP="001D0AF0">
      <w:pPr>
        <w:pStyle w:val="24"/>
        <w:shd w:val="clear" w:color="auto" w:fill="auto"/>
        <w:tabs>
          <w:tab w:val="left" w:pos="1468"/>
        </w:tabs>
        <w:spacing w:before="0" w:after="0" w:line="360" w:lineRule="auto"/>
        <w:ind w:left="1080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Содержание обучения в 8 классе.</w:t>
      </w:r>
    </w:p>
    <w:p w14:paraId="61885D4E" w14:textId="77777777" w:rsidR="00A1151F" w:rsidRPr="00AB5B5B" w:rsidRDefault="00A1151F" w:rsidP="001D0AF0">
      <w:pPr>
        <w:pStyle w:val="24"/>
        <w:shd w:val="clear" w:color="auto" w:fill="auto"/>
        <w:tabs>
          <w:tab w:val="left" w:pos="1675"/>
        </w:tabs>
        <w:spacing w:before="0" w:after="0" w:line="360" w:lineRule="auto"/>
        <w:ind w:left="1980"/>
        <w:rPr>
          <w:sz w:val="24"/>
          <w:szCs w:val="24"/>
        </w:rPr>
      </w:pPr>
      <w:r w:rsidRPr="00AB5B5B">
        <w:rPr>
          <w:sz w:val="24"/>
          <w:szCs w:val="24"/>
        </w:rPr>
        <w:t>Тематическое содержание речи.</w:t>
      </w:r>
    </w:p>
    <w:p w14:paraId="47706455" w14:textId="3B9469FD" w:rsidR="00A1151F" w:rsidRPr="00AB5B5B" w:rsidRDefault="00A1151F" w:rsidP="001D0AF0">
      <w:pPr>
        <w:pStyle w:val="24"/>
        <w:numPr>
          <w:ilvl w:val="0"/>
          <w:numId w:val="12"/>
        </w:numPr>
        <w:shd w:val="clear" w:color="auto" w:fill="auto"/>
        <w:tabs>
          <w:tab w:val="left" w:pos="188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Мир моего «Я».</w:t>
      </w:r>
    </w:p>
    <w:p w14:paraId="3DC5F968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Общение и дружба с ровесниками. Свободное время, любимые занятия и путешествия.</w:t>
      </w:r>
    </w:p>
    <w:p w14:paraId="6EFDCD2A" w14:textId="5D46C8D9" w:rsidR="00A1151F" w:rsidRPr="00AB5B5B" w:rsidRDefault="00A1151F" w:rsidP="001D0AF0">
      <w:pPr>
        <w:pStyle w:val="24"/>
        <w:numPr>
          <w:ilvl w:val="0"/>
          <w:numId w:val="12"/>
        </w:numPr>
        <w:shd w:val="clear" w:color="auto" w:fill="auto"/>
        <w:tabs>
          <w:tab w:val="left" w:pos="188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Мир вокруг меня.</w:t>
      </w:r>
    </w:p>
    <w:p w14:paraId="19B4C1EA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Школьная жизнь. Планирование своего времени. Природа и человек. Экология и окружающая среда.</w:t>
      </w:r>
    </w:p>
    <w:p w14:paraId="467FF903" w14:textId="77777777" w:rsidR="00A1151F" w:rsidRPr="00AB5B5B" w:rsidRDefault="00A1151F" w:rsidP="001D0AF0">
      <w:pPr>
        <w:pStyle w:val="24"/>
        <w:numPr>
          <w:ilvl w:val="0"/>
          <w:numId w:val="12"/>
        </w:numPr>
        <w:shd w:val="clear" w:color="auto" w:fill="auto"/>
        <w:tabs>
          <w:tab w:val="left" w:pos="188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Мир моих увлечений.</w:t>
      </w:r>
    </w:p>
    <w:p w14:paraId="3680BB1C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 мире музыки. Молодежная мода и дизайн. Здоровый образ жизни.</w:t>
      </w:r>
    </w:p>
    <w:p w14:paraId="039704E8" w14:textId="77777777" w:rsidR="00A1151F" w:rsidRPr="00AB5B5B" w:rsidRDefault="00A1151F" w:rsidP="001D0AF0">
      <w:pPr>
        <w:pStyle w:val="24"/>
        <w:numPr>
          <w:ilvl w:val="0"/>
          <w:numId w:val="12"/>
        </w:numPr>
        <w:shd w:val="clear" w:color="auto" w:fill="auto"/>
        <w:tabs>
          <w:tab w:val="left" w:pos="1891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Моя Родина.</w:t>
      </w:r>
    </w:p>
    <w:p w14:paraId="53A3E2B1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Города России и Татарстана, их достопримечательности. Татарстан - мой родной край. Выдающиеся личности татарского народа (ученые, писатели, поэты, артисты, спортсмены).</w:t>
      </w:r>
    </w:p>
    <w:p w14:paraId="513C72CC" w14:textId="77777777" w:rsidR="00A1151F" w:rsidRPr="00AB5B5B" w:rsidRDefault="00A1151F" w:rsidP="001D0AF0">
      <w:pPr>
        <w:pStyle w:val="24"/>
        <w:shd w:val="clear" w:color="auto" w:fill="auto"/>
        <w:tabs>
          <w:tab w:val="left" w:pos="709"/>
          <w:tab w:val="left" w:pos="1659"/>
        </w:tabs>
        <w:spacing w:before="0" w:after="0" w:line="360" w:lineRule="auto"/>
        <w:jc w:val="center"/>
        <w:rPr>
          <w:sz w:val="24"/>
          <w:szCs w:val="24"/>
        </w:rPr>
      </w:pPr>
      <w:r w:rsidRPr="00AB5B5B">
        <w:rPr>
          <w:sz w:val="24"/>
          <w:szCs w:val="24"/>
        </w:rPr>
        <w:t>Умения по видам речевой деятельности.</w:t>
      </w:r>
    </w:p>
    <w:p w14:paraId="170CD56D" w14:textId="77777777" w:rsidR="00A1151F" w:rsidRPr="00AB5B5B" w:rsidRDefault="00A1151F" w:rsidP="001D0AF0">
      <w:pPr>
        <w:pStyle w:val="24"/>
        <w:shd w:val="clear" w:color="auto" w:fill="auto"/>
        <w:tabs>
          <w:tab w:val="left" w:pos="1866"/>
        </w:tabs>
        <w:spacing w:before="0" w:after="0" w:line="360" w:lineRule="auto"/>
        <w:rPr>
          <w:sz w:val="24"/>
          <w:szCs w:val="24"/>
        </w:rPr>
      </w:pPr>
      <w:proofErr w:type="spellStart"/>
      <w:r w:rsidRPr="00AB5B5B">
        <w:rPr>
          <w:sz w:val="24"/>
          <w:szCs w:val="24"/>
        </w:rPr>
        <w:t>Аудирование</w:t>
      </w:r>
      <w:proofErr w:type="spellEnd"/>
      <w:r w:rsidRPr="00AB5B5B">
        <w:rPr>
          <w:sz w:val="24"/>
          <w:szCs w:val="24"/>
        </w:rPr>
        <w:t>.</w:t>
      </w:r>
    </w:p>
    <w:p w14:paraId="62647DDA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Восприятие на слух адаптированных аутентичных текстов, содержащих отдельные незнакомые слова, с пониманием основного содержания или запрашиваемой информации и умение определять основную тему (идею) прослушанного текста, постановка уточняющих вопросов к прослушанному тексту.</w:t>
      </w:r>
    </w:p>
    <w:p w14:paraId="443D0A6F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 xml:space="preserve">Тексты для </w:t>
      </w:r>
      <w:proofErr w:type="spellStart"/>
      <w:r w:rsidRPr="00AB5B5B">
        <w:rPr>
          <w:sz w:val="24"/>
          <w:szCs w:val="24"/>
        </w:rPr>
        <w:t>аудирования</w:t>
      </w:r>
      <w:proofErr w:type="spellEnd"/>
      <w:r w:rsidRPr="00AB5B5B">
        <w:rPr>
          <w:sz w:val="24"/>
          <w:szCs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74C60FED" w14:textId="77777777" w:rsidR="00A1151F" w:rsidRPr="00AB5B5B" w:rsidRDefault="00A1151F" w:rsidP="001D0AF0">
      <w:pPr>
        <w:pStyle w:val="24"/>
        <w:shd w:val="clear" w:color="auto" w:fill="auto"/>
        <w:tabs>
          <w:tab w:val="left" w:pos="186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lastRenderedPageBreak/>
        <w:t>Говорение.</w:t>
      </w:r>
    </w:p>
    <w:p w14:paraId="6D5DDB80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Диалогическая речь: диалог-побуждение к действию (умения 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диалог-расспрос (сообщать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наоборот), комбинированный диалог.</w:t>
      </w:r>
    </w:p>
    <w:p w14:paraId="44BAA6A0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 xml:space="preserve">Монологическая речь: 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реального человека или литературного персонажа), повествование (сообщение), рассуждение, пересказ </w:t>
      </w:r>
      <w:proofErr w:type="gramStart"/>
      <w:r w:rsidRPr="00AB5B5B">
        <w:rPr>
          <w:sz w:val="24"/>
          <w:szCs w:val="24"/>
        </w:rPr>
        <w:t>основного содержания</w:t>
      </w:r>
      <w:proofErr w:type="gramEnd"/>
      <w:r w:rsidRPr="00AB5B5B">
        <w:rPr>
          <w:sz w:val="24"/>
          <w:szCs w:val="24"/>
        </w:rPr>
        <w:t xml:space="preserve"> прочитанного или прослушанного текста, краткое изложение результатов выполненной проектной работы.</w:t>
      </w:r>
    </w:p>
    <w:p w14:paraId="47971BF8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14:paraId="0B18DCC0" w14:textId="77777777" w:rsidR="00A1151F" w:rsidRPr="00AB5B5B" w:rsidRDefault="00A1151F" w:rsidP="001D0AF0">
      <w:pPr>
        <w:pStyle w:val="24"/>
        <w:shd w:val="clear" w:color="auto" w:fill="auto"/>
        <w:tabs>
          <w:tab w:val="left" w:pos="184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Чтение.</w:t>
      </w:r>
    </w:p>
    <w:p w14:paraId="53D97B8E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Чтение про себя учебных и несложных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 главных фактов 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AB5B5B">
        <w:rPr>
          <w:sz w:val="24"/>
          <w:szCs w:val="24"/>
        </w:rPr>
        <w:t>несплошных</w:t>
      </w:r>
      <w:proofErr w:type="spellEnd"/>
      <w:r w:rsidRPr="00AB5B5B">
        <w:rPr>
          <w:sz w:val="24"/>
          <w:szCs w:val="24"/>
        </w:rPr>
        <w:t xml:space="preserve"> текстов (таблиц) и понимание представленной в них информации.</w:t>
      </w:r>
    </w:p>
    <w:p w14:paraId="5965CD34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AB5B5B">
        <w:rPr>
          <w:sz w:val="24"/>
          <w:szCs w:val="24"/>
        </w:rPr>
        <w:t>несплошной</w:t>
      </w:r>
      <w:proofErr w:type="spellEnd"/>
      <w:r w:rsidRPr="00AB5B5B">
        <w:rPr>
          <w:sz w:val="24"/>
          <w:szCs w:val="24"/>
        </w:rPr>
        <w:t xml:space="preserve"> текст (таблица).</w:t>
      </w:r>
    </w:p>
    <w:p w14:paraId="317E1CD5" w14:textId="77777777" w:rsidR="00A1151F" w:rsidRPr="00AB5B5B" w:rsidRDefault="00A1151F" w:rsidP="001D0AF0">
      <w:pPr>
        <w:pStyle w:val="24"/>
        <w:shd w:val="clear" w:color="auto" w:fill="auto"/>
        <w:tabs>
          <w:tab w:val="left" w:pos="184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Письмо.</w:t>
      </w:r>
    </w:p>
    <w:p w14:paraId="4E24E228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Написание сообщений информационного характера: объявление, меню, электронное сообщение личного характера, написание тезисов (составление плана) к основному содержанию текста, краткое письменное изложение основного содержания прочитанного текста, письменное изложение своего отношения к поступкам героев, аргументируя своё мнение по нравственной проблеме прочитанного текста, письменная характеристика литературного персонажа.</w:t>
      </w:r>
    </w:p>
    <w:p w14:paraId="7804FD02" w14:textId="77777777" w:rsidR="00A1151F" w:rsidRPr="00AB5B5B" w:rsidRDefault="00A1151F" w:rsidP="001D0AF0">
      <w:pPr>
        <w:pStyle w:val="24"/>
        <w:shd w:val="clear" w:color="auto" w:fill="auto"/>
        <w:tabs>
          <w:tab w:val="left" w:pos="709"/>
          <w:tab w:val="left" w:pos="1639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Языковые знания и навыки.</w:t>
      </w:r>
    </w:p>
    <w:p w14:paraId="726B25D1" w14:textId="77777777" w:rsidR="00A1151F" w:rsidRPr="00AB5B5B" w:rsidRDefault="00A1151F" w:rsidP="001D0AF0">
      <w:pPr>
        <w:pStyle w:val="24"/>
        <w:shd w:val="clear" w:color="auto" w:fill="auto"/>
        <w:tabs>
          <w:tab w:val="left" w:pos="184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lastRenderedPageBreak/>
        <w:t>Фонетика.</w:t>
      </w:r>
    </w:p>
    <w:p w14:paraId="1396B8F1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1841AC53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2A7CBD87" w14:textId="77777777" w:rsidR="00A1151F" w:rsidRPr="00AB5B5B" w:rsidRDefault="00A1151F" w:rsidP="001D0AF0">
      <w:pPr>
        <w:pStyle w:val="24"/>
        <w:shd w:val="clear" w:color="auto" w:fill="auto"/>
        <w:tabs>
          <w:tab w:val="left" w:pos="1846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Графика. Орфография. Пунктуация.</w:t>
      </w:r>
    </w:p>
    <w:p w14:paraId="0E7FA190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14:paraId="5165C9A8" w14:textId="77777777" w:rsidR="00A1151F" w:rsidRPr="00AB5B5B" w:rsidRDefault="00A1151F" w:rsidP="001D0AF0">
      <w:pPr>
        <w:pStyle w:val="24"/>
        <w:shd w:val="clear" w:color="auto" w:fill="auto"/>
        <w:tabs>
          <w:tab w:val="left" w:pos="185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Лексика.</w:t>
      </w:r>
    </w:p>
    <w:p w14:paraId="48F622A6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Распознавание и употребление в устной и письменной речи не менее 850 лексических единиц (слов, словосочетаний, речевых клише), обслуживающих ситуации общения в рамках тематического содержания речи для 8 класса, включая 600 лексических единиц, усвоенных в 1-7 классах,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r w:rsidRPr="00AB5B5B">
        <w:rPr>
          <w:sz w:val="24"/>
          <w:szCs w:val="24"/>
        </w:rPr>
        <w:t>истэлекле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модалы</w:t>
      </w:r>
      <w:proofErr w:type="spellEnd"/>
      <w:r w:rsidRPr="00AB5B5B">
        <w:rPr>
          <w:sz w:val="24"/>
          <w:szCs w:val="24"/>
        </w:rPr>
        <w:t>), парных (</w:t>
      </w:r>
      <w:proofErr w:type="spellStart"/>
      <w:proofErr w:type="gramStart"/>
      <w:r w:rsidRPr="00AB5B5B">
        <w:rPr>
          <w:sz w:val="24"/>
          <w:szCs w:val="24"/>
        </w:rPr>
        <w:t>ж;ыр</w:t>
      </w:r>
      <w:proofErr w:type="gramEnd"/>
      <w:r w:rsidRPr="00AB5B5B">
        <w:rPr>
          <w:sz w:val="24"/>
          <w:szCs w:val="24"/>
        </w:rPr>
        <w:t>-бию</w:t>
      </w:r>
      <w:proofErr w:type="spellEnd"/>
      <w:r w:rsidRPr="00AB5B5B">
        <w:rPr>
          <w:sz w:val="24"/>
          <w:szCs w:val="24"/>
        </w:rPr>
        <w:t>), сложных (</w:t>
      </w:r>
      <w:proofErr w:type="spellStart"/>
      <w:r w:rsidRPr="00AB5B5B">
        <w:rPr>
          <w:sz w:val="24"/>
          <w:szCs w:val="24"/>
        </w:rPr>
        <w:t>кенчыгыш</w:t>
      </w:r>
      <w:proofErr w:type="spellEnd"/>
      <w:r w:rsidRPr="00AB5B5B">
        <w:rPr>
          <w:sz w:val="24"/>
          <w:szCs w:val="24"/>
        </w:rPr>
        <w:t>), составных (</w:t>
      </w:r>
      <w:proofErr w:type="spellStart"/>
      <w:r w:rsidRPr="00AB5B5B">
        <w:rPr>
          <w:sz w:val="24"/>
          <w:szCs w:val="24"/>
        </w:rPr>
        <w:t>шат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куцелле</w:t>
      </w:r>
      <w:proofErr w:type="spellEnd"/>
      <w:r w:rsidRPr="00AB5B5B">
        <w:rPr>
          <w:sz w:val="24"/>
          <w:szCs w:val="24"/>
        </w:rPr>
        <w:t>) слов.</w:t>
      </w:r>
    </w:p>
    <w:p w14:paraId="259C145F" w14:textId="77777777" w:rsidR="00A1151F" w:rsidRPr="00AB5B5B" w:rsidRDefault="00A1151F" w:rsidP="001D0AF0">
      <w:pPr>
        <w:pStyle w:val="24"/>
        <w:shd w:val="clear" w:color="auto" w:fill="auto"/>
        <w:tabs>
          <w:tab w:val="left" w:pos="185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Морфология. Синтаксис.</w:t>
      </w:r>
    </w:p>
    <w:p w14:paraId="6FC640B9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Распознавание и употребление в устной и письменной речи изученных морфологических форм и синтаксических конструкций татарского языка: производные, парные, составные, сложные имена существительные, производные, составные имена прилагательные, конструкция «имя существительное + имя существительное с аффиксом принадлежности 3 лица» (Россия </w:t>
      </w:r>
      <w:proofErr w:type="spellStart"/>
      <w:r w:rsidRPr="00AB5B5B">
        <w:rPr>
          <w:sz w:val="24"/>
          <w:szCs w:val="24"/>
        </w:rPr>
        <w:t>Федерациясе</w:t>
      </w:r>
      <w:proofErr w:type="spellEnd"/>
      <w:r w:rsidRPr="00AB5B5B">
        <w:rPr>
          <w:sz w:val="24"/>
          <w:szCs w:val="24"/>
        </w:rPr>
        <w:t xml:space="preserve">, Татарстан </w:t>
      </w:r>
      <w:proofErr w:type="spellStart"/>
      <w:r w:rsidRPr="00AB5B5B">
        <w:rPr>
          <w:sz w:val="24"/>
          <w:szCs w:val="24"/>
        </w:rPr>
        <w:t>Республикасы</w:t>
      </w:r>
      <w:proofErr w:type="spellEnd"/>
      <w:r w:rsidRPr="00AB5B5B">
        <w:rPr>
          <w:sz w:val="24"/>
          <w:szCs w:val="24"/>
        </w:rPr>
        <w:t xml:space="preserve">, Казан </w:t>
      </w:r>
      <w:proofErr w:type="spellStart"/>
      <w:r w:rsidRPr="00AB5B5B">
        <w:rPr>
          <w:sz w:val="24"/>
          <w:szCs w:val="24"/>
        </w:rPr>
        <w:t>шэЬэре</w:t>
      </w:r>
      <w:proofErr w:type="spellEnd"/>
      <w:r w:rsidRPr="00AB5B5B">
        <w:rPr>
          <w:sz w:val="24"/>
          <w:szCs w:val="24"/>
        </w:rPr>
        <w:t>), неопределенные местоимения (</w:t>
      </w:r>
      <w:proofErr w:type="spellStart"/>
      <w:r w:rsidRPr="00AB5B5B">
        <w:rPr>
          <w:sz w:val="24"/>
          <w:szCs w:val="24"/>
        </w:rPr>
        <w:t>кемдер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эллэ</w:t>
      </w:r>
      <w:proofErr w:type="spellEnd"/>
      <w:r w:rsidRPr="00AB5B5B">
        <w:rPr>
          <w:sz w:val="24"/>
          <w:szCs w:val="24"/>
        </w:rPr>
        <w:t xml:space="preserve"> кем), наречия меры и степени (</w:t>
      </w:r>
      <w:proofErr w:type="spellStart"/>
      <w:r w:rsidRPr="00AB5B5B">
        <w:rPr>
          <w:sz w:val="24"/>
          <w:szCs w:val="24"/>
        </w:rPr>
        <w:t>еш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сирэк</w:t>
      </w:r>
      <w:proofErr w:type="spellEnd"/>
      <w:r w:rsidRPr="00AB5B5B">
        <w:rPr>
          <w:sz w:val="24"/>
          <w:szCs w:val="24"/>
        </w:rPr>
        <w:t>), инфинитив с модальными словами (</w:t>
      </w:r>
      <w:proofErr w:type="spellStart"/>
      <w:r w:rsidRPr="00AB5B5B">
        <w:rPr>
          <w:sz w:val="24"/>
          <w:szCs w:val="24"/>
        </w:rPr>
        <w:t>кирэк</w:t>
      </w:r>
      <w:proofErr w:type="spellEnd"/>
      <w:r w:rsidRPr="00AB5B5B">
        <w:rPr>
          <w:sz w:val="24"/>
          <w:szCs w:val="24"/>
        </w:rPr>
        <w:t xml:space="preserve"> (</w:t>
      </w:r>
      <w:proofErr w:type="spellStart"/>
      <w:r w:rsidRPr="00AB5B5B">
        <w:rPr>
          <w:sz w:val="24"/>
          <w:szCs w:val="24"/>
        </w:rPr>
        <w:t>кирэкми</w:t>
      </w:r>
      <w:proofErr w:type="spellEnd"/>
      <w:r w:rsidRPr="00AB5B5B">
        <w:rPr>
          <w:sz w:val="24"/>
          <w:szCs w:val="24"/>
        </w:rPr>
        <w:t>), ярый (</w:t>
      </w:r>
      <w:proofErr w:type="spellStart"/>
      <w:r w:rsidRPr="00AB5B5B">
        <w:rPr>
          <w:sz w:val="24"/>
          <w:szCs w:val="24"/>
        </w:rPr>
        <w:t>ярамый</w:t>
      </w:r>
      <w:proofErr w:type="spellEnd"/>
      <w:r w:rsidRPr="00AB5B5B">
        <w:rPr>
          <w:sz w:val="24"/>
          <w:szCs w:val="24"/>
        </w:rPr>
        <w:t xml:space="preserve">), </w:t>
      </w:r>
      <w:proofErr w:type="spellStart"/>
      <w:r w:rsidRPr="00AB5B5B">
        <w:rPr>
          <w:sz w:val="24"/>
          <w:szCs w:val="24"/>
        </w:rPr>
        <w:t>мемкин</w:t>
      </w:r>
      <w:proofErr w:type="spellEnd"/>
      <w:r w:rsidRPr="00AB5B5B">
        <w:rPr>
          <w:sz w:val="24"/>
          <w:szCs w:val="24"/>
        </w:rPr>
        <w:t xml:space="preserve"> (</w:t>
      </w:r>
      <w:proofErr w:type="spellStart"/>
      <w:r w:rsidRPr="00AB5B5B">
        <w:rPr>
          <w:sz w:val="24"/>
          <w:szCs w:val="24"/>
        </w:rPr>
        <w:t>мемкин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тугел</w:t>
      </w:r>
      <w:proofErr w:type="spellEnd"/>
      <w:r w:rsidRPr="00AB5B5B">
        <w:rPr>
          <w:sz w:val="24"/>
          <w:szCs w:val="24"/>
        </w:rPr>
        <w:t xml:space="preserve">), </w:t>
      </w:r>
      <w:proofErr w:type="spellStart"/>
      <w:r w:rsidRPr="00AB5B5B">
        <w:rPr>
          <w:sz w:val="24"/>
          <w:szCs w:val="24"/>
        </w:rPr>
        <w:t>тиеш</w:t>
      </w:r>
      <w:proofErr w:type="spellEnd"/>
      <w:r w:rsidRPr="00AB5B5B">
        <w:rPr>
          <w:sz w:val="24"/>
          <w:szCs w:val="24"/>
        </w:rPr>
        <w:t xml:space="preserve"> (</w:t>
      </w:r>
      <w:proofErr w:type="spellStart"/>
      <w:r w:rsidRPr="00AB5B5B">
        <w:rPr>
          <w:sz w:val="24"/>
          <w:szCs w:val="24"/>
        </w:rPr>
        <w:t>тиеш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тугел</w:t>
      </w:r>
      <w:proofErr w:type="spellEnd"/>
      <w:r w:rsidRPr="00AB5B5B">
        <w:rPr>
          <w:sz w:val="24"/>
          <w:szCs w:val="24"/>
        </w:rPr>
        <w:t>), деепричастие на -</w:t>
      </w:r>
      <w:proofErr w:type="spellStart"/>
      <w:r w:rsidRPr="00AB5B5B">
        <w:rPr>
          <w:sz w:val="24"/>
          <w:szCs w:val="24"/>
        </w:rPr>
        <w:t>ып</w:t>
      </w:r>
      <w:proofErr w:type="spellEnd"/>
      <w:r w:rsidRPr="00AB5B5B">
        <w:rPr>
          <w:sz w:val="24"/>
          <w:szCs w:val="24"/>
        </w:rPr>
        <w:t>, -</w:t>
      </w:r>
      <w:proofErr w:type="spellStart"/>
      <w:r w:rsidRPr="00AB5B5B">
        <w:rPr>
          <w:sz w:val="24"/>
          <w:szCs w:val="24"/>
        </w:rPr>
        <w:t>еп</w:t>
      </w:r>
      <w:proofErr w:type="spellEnd"/>
      <w:r w:rsidRPr="00AB5B5B">
        <w:rPr>
          <w:sz w:val="24"/>
          <w:szCs w:val="24"/>
        </w:rPr>
        <w:t>, -п; аналитические глаголы, выражающие начало и завершение действия (</w:t>
      </w:r>
      <w:proofErr w:type="spellStart"/>
      <w:r w:rsidRPr="00AB5B5B">
        <w:rPr>
          <w:sz w:val="24"/>
          <w:szCs w:val="24"/>
        </w:rPr>
        <w:t>укый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башлады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укып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бетерде</w:t>
      </w:r>
      <w:proofErr w:type="spellEnd"/>
      <w:r w:rsidRPr="00AB5B5B">
        <w:rPr>
          <w:sz w:val="24"/>
          <w:szCs w:val="24"/>
        </w:rPr>
        <w:t>), причастия настоящего (</w:t>
      </w:r>
      <w:proofErr w:type="spellStart"/>
      <w:r w:rsidRPr="00AB5B5B">
        <w:rPr>
          <w:sz w:val="24"/>
          <w:szCs w:val="24"/>
        </w:rPr>
        <w:t>баручы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кеше</w:t>
      </w:r>
      <w:proofErr w:type="spellEnd"/>
      <w:r w:rsidRPr="00AB5B5B">
        <w:rPr>
          <w:sz w:val="24"/>
          <w:szCs w:val="24"/>
        </w:rPr>
        <w:t xml:space="preserve">, бара </w:t>
      </w:r>
      <w:proofErr w:type="spellStart"/>
      <w:r w:rsidRPr="00AB5B5B">
        <w:rPr>
          <w:sz w:val="24"/>
          <w:szCs w:val="24"/>
        </w:rPr>
        <w:t>торган</w:t>
      </w:r>
      <w:proofErr w:type="spellEnd"/>
      <w:r w:rsidRPr="00AB5B5B">
        <w:rPr>
          <w:sz w:val="24"/>
          <w:szCs w:val="24"/>
        </w:rPr>
        <w:t xml:space="preserve"> поезд) и прошедшего времени (</w:t>
      </w:r>
      <w:proofErr w:type="spellStart"/>
      <w:r w:rsidRPr="00AB5B5B">
        <w:rPr>
          <w:sz w:val="24"/>
          <w:szCs w:val="24"/>
        </w:rPr>
        <w:t>килгэн</w:t>
      </w:r>
      <w:proofErr w:type="spellEnd"/>
      <w:r w:rsidRPr="00AB5B5B">
        <w:rPr>
          <w:sz w:val="24"/>
          <w:szCs w:val="24"/>
        </w:rPr>
        <w:t xml:space="preserve"> кунак); конструкция «имя действия + послелог </w:t>
      </w:r>
      <w:proofErr w:type="spellStart"/>
      <w:r w:rsidRPr="00AB5B5B">
        <w:rPr>
          <w:sz w:val="24"/>
          <w:szCs w:val="24"/>
        </w:rPr>
        <w:t>ечен</w:t>
      </w:r>
      <w:proofErr w:type="spellEnd"/>
      <w:r w:rsidRPr="00AB5B5B">
        <w:rPr>
          <w:sz w:val="24"/>
          <w:szCs w:val="24"/>
        </w:rPr>
        <w:t xml:space="preserve">» (белу </w:t>
      </w:r>
      <w:proofErr w:type="spellStart"/>
      <w:r w:rsidRPr="00AB5B5B">
        <w:rPr>
          <w:sz w:val="24"/>
          <w:szCs w:val="24"/>
        </w:rPr>
        <w:t>ечен</w:t>
      </w:r>
      <w:proofErr w:type="spellEnd"/>
      <w:r w:rsidRPr="00AB5B5B">
        <w:rPr>
          <w:sz w:val="24"/>
          <w:szCs w:val="24"/>
        </w:rPr>
        <w:t>), главные и второстепенные члены предложения, вводные слова (</w:t>
      </w:r>
      <w:proofErr w:type="spellStart"/>
      <w:r w:rsidRPr="00AB5B5B">
        <w:rPr>
          <w:sz w:val="24"/>
          <w:szCs w:val="24"/>
        </w:rPr>
        <w:t>беренчедэн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икенчедэн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оченчедэн</w:t>
      </w:r>
      <w:proofErr w:type="spellEnd"/>
      <w:r w:rsidRPr="00AB5B5B">
        <w:rPr>
          <w:sz w:val="24"/>
          <w:szCs w:val="24"/>
        </w:rPr>
        <w:t xml:space="preserve">), союзы да (дэ), та (тэ), яки, частицы </w:t>
      </w:r>
      <w:proofErr w:type="spellStart"/>
      <w:r w:rsidRPr="00AB5B5B">
        <w:rPr>
          <w:sz w:val="24"/>
          <w:szCs w:val="24"/>
        </w:rPr>
        <w:t>энэ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менэ</w:t>
      </w:r>
      <w:proofErr w:type="spellEnd"/>
      <w:r w:rsidRPr="00AB5B5B">
        <w:rPr>
          <w:sz w:val="24"/>
          <w:szCs w:val="24"/>
        </w:rPr>
        <w:t xml:space="preserve">, бит, </w:t>
      </w:r>
      <w:proofErr w:type="spellStart"/>
      <w:r w:rsidRPr="00AB5B5B">
        <w:rPr>
          <w:sz w:val="24"/>
          <w:szCs w:val="24"/>
        </w:rPr>
        <w:t>тагын</w:t>
      </w:r>
      <w:proofErr w:type="spellEnd"/>
      <w:r w:rsidRPr="00AB5B5B">
        <w:rPr>
          <w:sz w:val="24"/>
          <w:szCs w:val="24"/>
        </w:rPr>
        <w:t>, порядок слов в сложных предложениях.</w:t>
      </w:r>
    </w:p>
    <w:p w14:paraId="23ADEC99" w14:textId="77777777" w:rsidR="00A1151F" w:rsidRPr="00AB5B5B" w:rsidRDefault="00A1151F" w:rsidP="001D0AF0">
      <w:pPr>
        <w:pStyle w:val="24"/>
        <w:shd w:val="clear" w:color="auto" w:fill="auto"/>
        <w:tabs>
          <w:tab w:val="left" w:pos="709"/>
          <w:tab w:val="left" w:pos="185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Социокультурные знания и умения.</w:t>
      </w:r>
    </w:p>
    <w:p w14:paraId="625A78EE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Знание и использование активных формул татарского речевого этикета в ситуациях общения, знание и использование их в рамках отобранного </w:t>
      </w:r>
      <w:r w:rsidRPr="00AB5B5B">
        <w:rPr>
          <w:sz w:val="24"/>
          <w:szCs w:val="24"/>
        </w:rPr>
        <w:lastRenderedPageBreak/>
        <w:t>тематического содержания в устной и письменной речи, знание названий городов</w:t>
      </w:r>
    </w:p>
    <w:p w14:paraId="43DE2A03" w14:textId="77777777" w:rsidR="00A1151F" w:rsidRPr="00AB5B5B" w:rsidRDefault="00A1151F" w:rsidP="001D0AF0">
      <w:pPr>
        <w:pStyle w:val="24"/>
        <w:shd w:val="clear" w:color="auto" w:fill="auto"/>
        <w:tabs>
          <w:tab w:val="left" w:pos="2203"/>
          <w:tab w:val="left" w:pos="3595"/>
          <w:tab w:val="left" w:pos="5688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России и Татарстана на татарском языке, известных татарских ученых, артистов, художников, спортсменов, знакомство с образцами татарской поэзии и прозы, формирование</w:t>
      </w:r>
      <w:r w:rsidRPr="00AB5B5B">
        <w:rPr>
          <w:sz w:val="24"/>
          <w:szCs w:val="24"/>
        </w:rPr>
        <w:tab/>
        <w:t>умения</w:t>
      </w:r>
      <w:r w:rsidRPr="00AB5B5B">
        <w:rPr>
          <w:sz w:val="24"/>
          <w:szCs w:val="24"/>
        </w:rPr>
        <w:tab/>
        <w:t>представлять</w:t>
      </w:r>
      <w:r w:rsidRPr="00AB5B5B">
        <w:rPr>
          <w:sz w:val="24"/>
          <w:szCs w:val="24"/>
        </w:rPr>
        <w:tab/>
        <w:t>основные достижения России</w:t>
      </w:r>
    </w:p>
    <w:p w14:paraId="3CFE8FFA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и Республики Татарстан.</w:t>
      </w:r>
    </w:p>
    <w:p w14:paraId="0CE65053" w14:textId="77777777" w:rsidR="00A1151F" w:rsidRPr="00AB5B5B" w:rsidRDefault="00A1151F" w:rsidP="001D0AF0">
      <w:pPr>
        <w:pStyle w:val="24"/>
        <w:shd w:val="clear" w:color="auto" w:fill="auto"/>
        <w:tabs>
          <w:tab w:val="left" w:pos="709"/>
          <w:tab w:val="left" w:pos="1699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Компенсаторные умения.</w:t>
      </w:r>
    </w:p>
    <w:p w14:paraId="7AA44635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Игнорирование лексических и смысловых трудностей, не влияющих на понимание основного содержания текста, использование словарных замен в процессе устно-речевого общения, использование при формулировании собственных высказываний </w:t>
      </w:r>
      <w:proofErr w:type="spellStart"/>
      <w:r w:rsidRPr="00AB5B5B">
        <w:rPr>
          <w:sz w:val="24"/>
          <w:szCs w:val="24"/>
        </w:rPr>
        <w:t>ключевыех</w:t>
      </w:r>
      <w:proofErr w:type="spellEnd"/>
      <w:r w:rsidRPr="00AB5B5B">
        <w:rPr>
          <w:sz w:val="24"/>
          <w:szCs w:val="24"/>
        </w:rPr>
        <w:t xml:space="preserve"> слов, плана к тексту, тематического словаря.</w:t>
      </w:r>
    </w:p>
    <w:p w14:paraId="0B265917" w14:textId="77777777" w:rsidR="00A1151F" w:rsidRPr="00AB5B5B" w:rsidRDefault="00A1151F" w:rsidP="001D0AF0">
      <w:pPr>
        <w:pStyle w:val="24"/>
        <w:shd w:val="clear" w:color="auto" w:fill="auto"/>
        <w:tabs>
          <w:tab w:val="left" w:pos="1647"/>
        </w:tabs>
        <w:spacing w:before="0" w:after="0" w:line="360" w:lineRule="auto"/>
        <w:rPr>
          <w:b/>
          <w:sz w:val="24"/>
          <w:szCs w:val="24"/>
        </w:rPr>
      </w:pPr>
      <w:r w:rsidRPr="00AB5B5B">
        <w:rPr>
          <w:b/>
          <w:sz w:val="24"/>
          <w:szCs w:val="24"/>
        </w:rPr>
        <w:t>Содержание обучения в 9 классе.</w:t>
      </w:r>
    </w:p>
    <w:p w14:paraId="59348851" w14:textId="77777777" w:rsidR="00A1151F" w:rsidRPr="00AB5B5B" w:rsidRDefault="00A1151F" w:rsidP="001D0AF0">
      <w:pPr>
        <w:pStyle w:val="24"/>
        <w:shd w:val="clear" w:color="auto" w:fill="auto"/>
        <w:tabs>
          <w:tab w:val="left" w:pos="1914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Тематическое содержание речи.</w:t>
      </w:r>
    </w:p>
    <w:p w14:paraId="4F5E77C5" w14:textId="6EADF0B0" w:rsidR="00A1151F" w:rsidRPr="00AB5B5B" w:rsidRDefault="00A1151F" w:rsidP="001D0AF0">
      <w:pPr>
        <w:pStyle w:val="24"/>
        <w:numPr>
          <w:ilvl w:val="0"/>
          <w:numId w:val="13"/>
        </w:numPr>
        <w:shd w:val="clear" w:color="auto" w:fill="auto"/>
        <w:tabs>
          <w:tab w:val="left" w:pos="2045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Мир моего «Я».</w:t>
      </w:r>
    </w:p>
    <w:p w14:paraId="7625B36E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Здоровье. Здоровый образ жизни. Хорошие и вредные привычки. Эмоциональный интеллект.</w:t>
      </w:r>
    </w:p>
    <w:p w14:paraId="1F616E43" w14:textId="32A75DF0" w:rsidR="00A1151F" w:rsidRPr="00AB5B5B" w:rsidRDefault="00A1151F" w:rsidP="001D0AF0">
      <w:pPr>
        <w:pStyle w:val="24"/>
        <w:numPr>
          <w:ilvl w:val="0"/>
          <w:numId w:val="13"/>
        </w:numPr>
        <w:shd w:val="clear" w:color="auto" w:fill="auto"/>
        <w:tabs>
          <w:tab w:val="left" w:pos="2045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Мир вокруг меня.</w:t>
      </w:r>
    </w:p>
    <w:p w14:paraId="77CFB802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Достижения науки и техники. Онлайн-общение.</w:t>
      </w:r>
    </w:p>
    <w:p w14:paraId="76D3235A" w14:textId="6FFB3194" w:rsidR="00A1151F" w:rsidRPr="00AB5B5B" w:rsidRDefault="00A1151F" w:rsidP="001D0AF0">
      <w:pPr>
        <w:pStyle w:val="24"/>
        <w:numPr>
          <w:ilvl w:val="0"/>
          <w:numId w:val="13"/>
        </w:numPr>
        <w:shd w:val="clear" w:color="auto" w:fill="auto"/>
        <w:tabs>
          <w:tab w:val="left" w:pos="1914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Мир моих увлечений.</w:t>
      </w:r>
    </w:p>
    <w:p w14:paraId="1D003300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Планы на будущее. Выбор профессии. Востребованные профессии. Профессиональные учебные заведения.</w:t>
      </w:r>
    </w:p>
    <w:p w14:paraId="2BB151DB" w14:textId="1C58E180" w:rsidR="00A1151F" w:rsidRPr="00AB5B5B" w:rsidRDefault="00A1151F" w:rsidP="001D0AF0">
      <w:pPr>
        <w:pStyle w:val="24"/>
        <w:numPr>
          <w:ilvl w:val="0"/>
          <w:numId w:val="13"/>
        </w:numPr>
        <w:shd w:val="clear" w:color="auto" w:fill="auto"/>
        <w:tabs>
          <w:tab w:val="left" w:pos="2050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Моя Родина.</w:t>
      </w:r>
    </w:p>
    <w:p w14:paraId="4C9E03A4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Республика Татарстан. Достижения Республики Татарстан: экономика, культура, спорт. Выдающиеся представители татарского народа. Защитники Отечества. 9 Мая - День Победы.</w:t>
      </w:r>
    </w:p>
    <w:p w14:paraId="64FE968C" w14:textId="77777777" w:rsidR="00A1151F" w:rsidRPr="00AB5B5B" w:rsidRDefault="00A1151F" w:rsidP="001D0AF0">
      <w:pPr>
        <w:pStyle w:val="24"/>
        <w:shd w:val="clear" w:color="auto" w:fill="auto"/>
        <w:tabs>
          <w:tab w:val="left" w:pos="2045"/>
        </w:tabs>
        <w:spacing w:before="0" w:after="0" w:line="360" w:lineRule="auto"/>
        <w:jc w:val="center"/>
        <w:rPr>
          <w:sz w:val="24"/>
          <w:szCs w:val="24"/>
        </w:rPr>
      </w:pPr>
      <w:r w:rsidRPr="00AB5B5B">
        <w:rPr>
          <w:sz w:val="24"/>
          <w:szCs w:val="24"/>
        </w:rPr>
        <w:t>Умения по видам речевой деятельности.</w:t>
      </w:r>
    </w:p>
    <w:p w14:paraId="15E26F40" w14:textId="77777777" w:rsidR="00A1151F" w:rsidRPr="00AB5B5B" w:rsidRDefault="00A1151F" w:rsidP="001D0AF0">
      <w:pPr>
        <w:pStyle w:val="24"/>
        <w:shd w:val="clear" w:color="auto" w:fill="auto"/>
        <w:tabs>
          <w:tab w:val="left" w:pos="2050"/>
        </w:tabs>
        <w:spacing w:before="0" w:after="0" w:line="360" w:lineRule="auto"/>
        <w:rPr>
          <w:sz w:val="24"/>
          <w:szCs w:val="24"/>
        </w:rPr>
      </w:pPr>
      <w:proofErr w:type="spellStart"/>
      <w:r w:rsidRPr="00AB5B5B">
        <w:rPr>
          <w:sz w:val="24"/>
          <w:szCs w:val="24"/>
        </w:rPr>
        <w:t>Аудирование</w:t>
      </w:r>
      <w:proofErr w:type="spellEnd"/>
      <w:r w:rsidRPr="00AB5B5B">
        <w:rPr>
          <w:sz w:val="24"/>
          <w:szCs w:val="24"/>
        </w:rPr>
        <w:t>.</w:t>
      </w:r>
    </w:p>
    <w:p w14:paraId="2AD29D6D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Восприятие на слух и понимание несложных аутентичных текстов, содержащих отдельные незнакомые слова и неизученные языковые явления, не препятствующие решению коммуникативной задачи с пониманием основного содержания или запрашиваемой информации; умение определять основную тему (идею) услышанного текста, извлечение главной информации из услышанного, прогнозирование содержания текста по началу сообщения.</w:t>
      </w:r>
    </w:p>
    <w:p w14:paraId="6CEE3AC2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lastRenderedPageBreak/>
        <w:t xml:space="preserve">Тексты для </w:t>
      </w:r>
      <w:proofErr w:type="spellStart"/>
      <w:r w:rsidRPr="00AB5B5B">
        <w:rPr>
          <w:sz w:val="24"/>
          <w:szCs w:val="24"/>
        </w:rPr>
        <w:t>аудирования</w:t>
      </w:r>
      <w:proofErr w:type="spellEnd"/>
      <w:r w:rsidRPr="00AB5B5B">
        <w:rPr>
          <w:sz w:val="24"/>
          <w:szCs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0A510E5B" w14:textId="77777777" w:rsidR="00A1151F" w:rsidRPr="00AB5B5B" w:rsidRDefault="00A1151F" w:rsidP="001D0AF0">
      <w:pPr>
        <w:pStyle w:val="24"/>
        <w:shd w:val="clear" w:color="auto" w:fill="auto"/>
        <w:tabs>
          <w:tab w:val="left" w:pos="1994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Говорение.</w:t>
      </w:r>
    </w:p>
    <w:p w14:paraId="62A05F7F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Диалогическая речь: вести диалог-побуждение к действию (обращаться с просьбой, вежливо соглашаться или не соглашаться выполнить просьбу, приглашать собеседника к совместной деятельности, вежливо соглашаться или не соглашаться на предложение собеседника, объясняя причину своего решения), диалог-расспрос (сообщать фактическую информацию, отвечая на вопросы разных видов, выражать свое отношение к обсуждаемым фактам и событиям, запрашивать интересующую информацию, переходить с позиции спрашивающего на позицию отвечающего и наоборот), комбинированный диалог.</w:t>
      </w:r>
    </w:p>
    <w:p w14:paraId="3D7C6BF2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Монологическая речь: создание устных связных монологических высказываний с использованием основных коммуникативных типов речи: описание (предмета, человека), в том числе характеристика реального человека или литературного персонажа), повествование (сообщение), рассуждение, пересказ </w:t>
      </w:r>
      <w:proofErr w:type="gramStart"/>
      <w:r w:rsidRPr="00AB5B5B">
        <w:rPr>
          <w:sz w:val="24"/>
          <w:szCs w:val="24"/>
        </w:rPr>
        <w:t>основного содержания</w:t>
      </w:r>
      <w:proofErr w:type="gramEnd"/>
      <w:r w:rsidRPr="00AB5B5B">
        <w:rPr>
          <w:sz w:val="24"/>
          <w:szCs w:val="24"/>
        </w:rPr>
        <w:t xml:space="preserve"> прочитанного или прослушанного текста, изложение результатов выполненной проектной работы.</w:t>
      </w:r>
    </w:p>
    <w:p w14:paraId="6945F076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использованием речевых ситуаций, ключевых слов и (или) иллюстраций, фотографий с соблюдением норм татарского речевого этикета.</w:t>
      </w:r>
    </w:p>
    <w:p w14:paraId="3B26DEFF" w14:textId="77777777" w:rsidR="00A1151F" w:rsidRPr="00AB5B5B" w:rsidRDefault="00A1151F" w:rsidP="001D0AF0">
      <w:pPr>
        <w:pStyle w:val="24"/>
        <w:shd w:val="clear" w:color="auto" w:fill="auto"/>
        <w:tabs>
          <w:tab w:val="left" w:pos="1994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Чтение.</w:t>
      </w:r>
    </w:p>
    <w:p w14:paraId="5D45A757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Чтение про себя учебных и адаптированных аутентичных текстов разных жанров и стилей, содержащих отдельные незнакомые слова, с пониманием основного содержания или запрашиваемой информации, чтение с пониманием основного содержания текста с определением основной темы и главных фактов или событий в прочитанном тексте (игнорируя незнакомые слова, не существенные для понимания основного содержания), чтение </w:t>
      </w:r>
      <w:proofErr w:type="spellStart"/>
      <w:r w:rsidRPr="00AB5B5B">
        <w:rPr>
          <w:sz w:val="24"/>
          <w:szCs w:val="24"/>
        </w:rPr>
        <w:t>несплошных</w:t>
      </w:r>
      <w:proofErr w:type="spellEnd"/>
      <w:r w:rsidRPr="00AB5B5B">
        <w:rPr>
          <w:sz w:val="24"/>
          <w:szCs w:val="24"/>
        </w:rPr>
        <w:t xml:space="preserve"> текстов (таблиц) и понимание представленной в них информации.</w:t>
      </w:r>
    </w:p>
    <w:p w14:paraId="5431921D" w14:textId="77777777" w:rsidR="00A1151F" w:rsidRPr="00AB5B5B" w:rsidRDefault="00A1151F" w:rsidP="001D0AF0">
      <w:pPr>
        <w:pStyle w:val="2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Тексты для чтения: беседа, отрывок из художественного произведения, в том числе рассказ, сказка, научно-популярные тексты, сообщение информационного характера, сообщение личного характера, объявление, кулинарный рецепт, стихотворение, </w:t>
      </w:r>
      <w:proofErr w:type="spellStart"/>
      <w:r w:rsidRPr="00AB5B5B">
        <w:rPr>
          <w:sz w:val="24"/>
          <w:szCs w:val="24"/>
        </w:rPr>
        <w:t>несплошной</w:t>
      </w:r>
      <w:proofErr w:type="spellEnd"/>
      <w:r w:rsidRPr="00AB5B5B">
        <w:rPr>
          <w:sz w:val="24"/>
          <w:szCs w:val="24"/>
        </w:rPr>
        <w:t xml:space="preserve"> текст (таблица).</w:t>
      </w:r>
    </w:p>
    <w:p w14:paraId="0CBF56C1" w14:textId="77777777" w:rsidR="00A1151F" w:rsidRPr="00AB5B5B" w:rsidRDefault="00A1151F" w:rsidP="001D0AF0">
      <w:pPr>
        <w:pStyle w:val="2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992"/>
        </w:tabs>
        <w:spacing w:before="0" w:after="0" w:line="360" w:lineRule="auto"/>
        <w:jc w:val="left"/>
        <w:rPr>
          <w:sz w:val="24"/>
          <w:szCs w:val="24"/>
        </w:rPr>
      </w:pPr>
      <w:r w:rsidRPr="00AB5B5B">
        <w:rPr>
          <w:sz w:val="24"/>
          <w:szCs w:val="24"/>
        </w:rPr>
        <w:t>Письмо.</w:t>
      </w:r>
    </w:p>
    <w:p w14:paraId="236FD307" w14:textId="77777777" w:rsidR="00A1151F" w:rsidRPr="00AB5B5B" w:rsidRDefault="00A1151F" w:rsidP="001D0AF0">
      <w:pPr>
        <w:pStyle w:val="2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Написание личного письма с использованием и без использования образца (расспрашивать адресата о его жизни, делах, сообщать то же самое о себе, выражать благодарность, давать совет, просить о чем-либо), написание сообщения с кратким представлением России, Республики Татарстан, изложение основного содержания прочитанного или прослушанного текста с выражением своего отношения к событиям и фактам, изложенным в тексте, составление и написание небольших творческих текстов по нравственным проблемам, аргументирование своего мнения.</w:t>
      </w:r>
    </w:p>
    <w:p w14:paraId="13FF6DC4" w14:textId="77777777" w:rsidR="00A1151F" w:rsidRPr="00AB5B5B" w:rsidRDefault="00A1151F" w:rsidP="001D0AF0">
      <w:pPr>
        <w:pStyle w:val="2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781"/>
        </w:tabs>
        <w:spacing w:before="0" w:after="0" w:line="360" w:lineRule="auto"/>
        <w:jc w:val="center"/>
        <w:rPr>
          <w:sz w:val="24"/>
          <w:szCs w:val="24"/>
        </w:rPr>
      </w:pPr>
      <w:r w:rsidRPr="00AB5B5B">
        <w:rPr>
          <w:sz w:val="24"/>
          <w:szCs w:val="24"/>
        </w:rPr>
        <w:lastRenderedPageBreak/>
        <w:t>Языковые знания и навыки.</w:t>
      </w:r>
    </w:p>
    <w:p w14:paraId="4922B0D9" w14:textId="77777777" w:rsidR="00A1151F" w:rsidRPr="00AB5B5B" w:rsidRDefault="00A1151F" w:rsidP="001D0AF0">
      <w:pPr>
        <w:pStyle w:val="2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992"/>
        </w:tabs>
        <w:spacing w:before="0" w:after="0" w:line="360" w:lineRule="auto"/>
        <w:jc w:val="center"/>
        <w:rPr>
          <w:sz w:val="24"/>
          <w:szCs w:val="24"/>
        </w:rPr>
      </w:pPr>
      <w:r w:rsidRPr="00AB5B5B">
        <w:rPr>
          <w:sz w:val="24"/>
          <w:szCs w:val="24"/>
        </w:rPr>
        <w:t>Фонетика.</w:t>
      </w:r>
    </w:p>
    <w:p w14:paraId="52E75AF5" w14:textId="77777777" w:rsidR="00A1151F" w:rsidRPr="00AB5B5B" w:rsidRDefault="00A1151F" w:rsidP="001D0AF0">
      <w:pPr>
        <w:pStyle w:val="2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109958F3" w14:textId="77777777" w:rsidR="00A1151F" w:rsidRPr="00AB5B5B" w:rsidRDefault="00A1151F" w:rsidP="001D0AF0">
      <w:pPr>
        <w:pStyle w:val="2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14:paraId="65F623FD" w14:textId="77777777" w:rsidR="00A1151F" w:rsidRPr="00AB5B5B" w:rsidRDefault="00A1151F" w:rsidP="001D0AF0">
      <w:pPr>
        <w:pStyle w:val="2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992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Графика. Орфография. Пунктуация.</w:t>
      </w:r>
    </w:p>
    <w:p w14:paraId="2ECF8637" w14:textId="77777777" w:rsidR="00A1151F" w:rsidRPr="00AB5B5B" w:rsidRDefault="00A1151F" w:rsidP="001D0AF0">
      <w:pPr>
        <w:pStyle w:val="2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Правильное написание изученных слов;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словах, в сложносочиненных и сложноподчиненных предложениях), 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14:paraId="6A5CB5A2" w14:textId="77777777" w:rsidR="00A1151F" w:rsidRPr="00AB5B5B" w:rsidRDefault="00A1151F" w:rsidP="001D0AF0">
      <w:pPr>
        <w:pStyle w:val="2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997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Лексика.</w:t>
      </w:r>
    </w:p>
    <w:p w14:paraId="01B0F6E6" w14:textId="7C91FFAD" w:rsidR="00A1151F" w:rsidRPr="00AB5B5B" w:rsidRDefault="00A1151F" w:rsidP="001D0AF0">
      <w:pPr>
        <w:pStyle w:val="2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Распознавание и употребление в устной и письменной речи не менее 1000 лексических единиц (слов, словосочетаний, речевых клише), обслуживающих ситуации общения в рамках тематического содержания речи для 9 класса, включая 850 лексических единиц, усвоенных в 1-8 классах, слов-названий предметов, их признаков, действий предметов, заимствованных слов, синонимов и антонимов изученных слов, производных (</w:t>
      </w:r>
      <w:proofErr w:type="spellStart"/>
      <w:r w:rsidRPr="00AB5B5B">
        <w:rPr>
          <w:sz w:val="24"/>
          <w:szCs w:val="24"/>
        </w:rPr>
        <w:t>белемле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файдалы</w:t>
      </w:r>
      <w:proofErr w:type="spellEnd"/>
      <w:r w:rsidRPr="00AB5B5B">
        <w:rPr>
          <w:sz w:val="24"/>
          <w:szCs w:val="24"/>
        </w:rPr>
        <w:t>), парных (</w:t>
      </w:r>
      <w:proofErr w:type="spellStart"/>
      <w:r w:rsidRPr="00AB5B5B">
        <w:rPr>
          <w:sz w:val="24"/>
          <w:szCs w:val="24"/>
        </w:rPr>
        <w:t>азык</w:t>
      </w:r>
      <w:proofErr w:type="spellEnd"/>
      <w:r w:rsidRPr="00AB5B5B">
        <w:rPr>
          <w:sz w:val="24"/>
          <w:szCs w:val="24"/>
        </w:rPr>
        <w:t>-телек), сложных (к</w:t>
      </w:r>
      <w:r w:rsidRPr="00AB5B5B">
        <w:rPr>
          <w:sz w:val="24"/>
          <w:szCs w:val="24"/>
          <w:lang w:val="tt-RU"/>
        </w:rPr>
        <w:t>ө</w:t>
      </w:r>
      <w:proofErr w:type="spellStart"/>
      <w:r w:rsidRPr="00AB5B5B">
        <w:rPr>
          <w:sz w:val="24"/>
          <w:szCs w:val="24"/>
        </w:rPr>
        <w:t>нбатыш</w:t>
      </w:r>
      <w:proofErr w:type="spellEnd"/>
      <w:r w:rsidRPr="00AB5B5B">
        <w:rPr>
          <w:sz w:val="24"/>
          <w:szCs w:val="24"/>
        </w:rPr>
        <w:t>), составных (</w:t>
      </w:r>
      <w:proofErr w:type="spellStart"/>
      <w:r w:rsidRPr="00AB5B5B">
        <w:rPr>
          <w:sz w:val="24"/>
          <w:szCs w:val="24"/>
        </w:rPr>
        <w:t>ачык</w:t>
      </w:r>
      <w:proofErr w:type="spellEnd"/>
      <w:r w:rsidRPr="00AB5B5B">
        <w:rPr>
          <w:sz w:val="24"/>
          <w:szCs w:val="24"/>
        </w:rPr>
        <w:t xml:space="preserve"> й</w:t>
      </w:r>
      <w:r w:rsidRPr="00AB5B5B">
        <w:rPr>
          <w:sz w:val="24"/>
          <w:szCs w:val="24"/>
          <w:lang w:val="tt-RU"/>
        </w:rPr>
        <w:t>ө</w:t>
      </w:r>
      <w:r w:rsidRPr="00AB5B5B">
        <w:rPr>
          <w:sz w:val="24"/>
          <w:szCs w:val="24"/>
        </w:rPr>
        <w:t>зле) слов.</w:t>
      </w:r>
    </w:p>
    <w:p w14:paraId="7CFC905F" w14:textId="77777777" w:rsidR="00A1151F" w:rsidRPr="00AB5B5B" w:rsidRDefault="00A1151F" w:rsidP="001D0AF0">
      <w:pPr>
        <w:pStyle w:val="24"/>
        <w:shd w:val="clear" w:color="auto" w:fill="auto"/>
        <w:tabs>
          <w:tab w:val="left" w:pos="1985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Морфология. Синтаксис.</w:t>
      </w:r>
    </w:p>
    <w:p w14:paraId="003B7CE9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Распознавание и употребление в устной и письменной речи изученных морфологических форм и синтаксических конструкций татарского языка: отрицательные местоимения (</w:t>
      </w:r>
      <w:proofErr w:type="spellStart"/>
      <w:r w:rsidRPr="00AB5B5B">
        <w:rPr>
          <w:sz w:val="24"/>
          <w:szCs w:val="24"/>
        </w:rPr>
        <w:t>беркем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бернэрсэ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беркайчан</w:t>
      </w:r>
      <w:proofErr w:type="spellEnd"/>
      <w:r w:rsidRPr="00AB5B5B">
        <w:rPr>
          <w:sz w:val="24"/>
          <w:szCs w:val="24"/>
        </w:rPr>
        <w:t xml:space="preserve">), вопросительные местоимения (ни </w:t>
      </w:r>
      <w:proofErr w:type="spellStart"/>
      <w:r w:rsidRPr="00AB5B5B">
        <w:rPr>
          <w:sz w:val="24"/>
          <w:szCs w:val="24"/>
        </w:rPr>
        <w:t>ечен</w:t>
      </w:r>
      <w:proofErr w:type="spellEnd"/>
      <w:r w:rsidRPr="00AB5B5B">
        <w:rPr>
          <w:sz w:val="24"/>
          <w:szCs w:val="24"/>
        </w:rPr>
        <w:t xml:space="preserve">? </w:t>
      </w:r>
      <w:proofErr w:type="spellStart"/>
      <w:r w:rsidRPr="00AB5B5B">
        <w:rPr>
          <w:sz w:val="24"/>
          <w:szCs w:val="24"/>
        </w:rPr>
        <w:t>нигэ</w:t>
      </w:r>
      <w:proofErr w:type="spellEnd"/>
      <w:r w:rsidRPr="00AB5B5B">
        <w:rPr>
          <w:sz w:val="24"/>
          <w:szCs w:val="24"/>
        </w:rPr>
        <w:t>? ник?), наречия места (</w:t>
      </w:r>
      <w:proofErr w:type="spellStart"/>
      <w:r w:rsidRPr="00AB5B5B">
        <w:rPr>
          <w:sz w:val="24"/>
          <w:szCs w:val="24"/>
        </w:rPr>
        <w:t>ерак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якын</w:t>
      </w:r>
      <w:proofErr w:type="spellEnd"/>
      <w:r w:rsidRPr="00AB5B5B">
        <w:rPr>
          <w:sz w:val="24"/>
          <w:szCs w:val="24"/>
        </w:rPr>
        <w:t>), сравнения- уподобления (</w:t>
      </w:r>
      <w:proofErr w:type="spellStart"/>
      <w:r w:rsidRPr="00AB5B5B">
        <w:rPr>
          <w:sz w:val="24"/>
          <w:szCs w:val="24"/>
        </w:rPr>
        <w:t>яшьлэрчэ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заманча</w:t>
      </w:r>
      <w:proofErr w:type="spellEnd"/>
      <w:r w:rsidRPr="00AB5B5B">
        <w:rPr>
          <w:sz w:val="24"/>
          <w:szCs w:val="24"/>
        </w:rPr>
        <w:t xml:space="preserve">, </w:t>
      </w:r>
      <w:proofErr w:type="spellStart"/>
      <w:r w:rsidRPr="00AB5B5B">
        <w:rPr>
          <w:sz w:val="24"/>
          <w:szCs w:val="24"/>
        </w:rPr>
        <w:t>батырларча</w:t>
      </w:r>
      <w:proofErr w:type="spellEnd"/>
      <w:r w:rsidRPr="00AB5B5B">
        <w:rPr>
          <w:sz w:val="24"/>
          <w:szCs w:val="24"/>
        </w:rPr>
        <w:t>), глаголы повелительного наклонения III лица единственного и множественного числа в утвердительной и отрицательной формах (</w:t>
      </w:r>
      <w:proofErr w:type="spellStart"/>
      <w:r w:rsidRPr="00AB5B5B">
        <w:rPr>
          <w:sz w:val="24"/>
          <w:szCs w:val="24"/>
        </w:rPr>
        <w:t>барсын</w:t>
      </w:r>
      <w:proofErr w:type="spellEnd"/>
      <w:r w:rsidRPr="00AB5B5B">
        <w:rPr>
          <w:sz w:val="24"/>
          <w:szCs w:val="24"/>
        </w:rPr>
        <w:t xml:space="preserve">! - </w:t>
      </w:r>
      <w:proofErr w:type="spellStart"/>
      <w:r w:rsidRPr="00AB5B5B">
        <w:rPr>
          <w:sz w:val="24"/>
          <w:szCs w:val="24"/>
        </w:rPr>
        <w:t>барсыннар</w:t>
      </w:r>
      <w:proofErr w:type="spellEnd"/>
      <w:r w:rsidRPr="00AB5B5B">
        <w:rPr>
          <w:sz w:val="24"/>
          <w:szCs w:val="24"/>
        </w:rPr>
        <w:t xml:space="preserve">! - </w:t>
      </w:r>
      <w:proofErr w:type="spellStart"/>
      <w:r w:rsidRPr="00AB5B5B">
        <w:rPr>
          <w:sz w:val="24"/>
          <w:szCs w:val="24"/>
        </w:rPr>
        <w:t>ба'рмасын</w:t>
      </w:r>
      <w:proofErr w:type="spellEnd"/>
      <w:r w:rsidRPr="00AB5B5B">
        <w:rPr>
          <w:sz w:val="24"/>
          <w:szCs w:val="24"/>
        </w:rPr>
        <w:t xml:space="preserve">! - </w:t>
      </w:r>
      <w:proofErr w:type="spellStart"/>
      <w:r w:rsidRPr="00AB5B5B">
        <w:rPr>
          <w:sz w:val="24"/>
          <w:szCs w:val="24"/>
        </w:rPr>
        <w:t>ба'рмасыннар</w:t>
      </w:r>
      <w:proofErr w:type="spellEnd"/>
      <w:r w:rsidRPr="00AB5B5B">
        <w:rPr>
          <w:sz w:val="24"/>
          <w:szCs w:val="24"/>
        </w:rPr>
        <w:t xml:space="preserve">!), однородные члены предложения, средства связи между однородными членами предложения: соединительные союзы </w:t>
      </w:r>
      <w:proofErr w:type="spellStart"/>
      <w:r w:rsidRPr="00AB5B5B">
        <w:rPr>
          <w:sz w:val="24"/>
          <w:szCs w:val="24"/>
        </w:rPr>
        <w:t>Ьэм</w:t>
      </w:r>
      <w:proofErr w:type="spellEnd"/>
      <w:r w:rsidRPr="00AB5B5B">
        <w:rPr>
          <w:sz w:val="24"/>
          <w:szCs w:val="24"/>
        </w:rPr>
        <w:t xml:space="preserve">, да (дэ), та (тэ) и интонация перечисления, сложносочиненные предложения с союзами </w:t>
      </w:r>
      <w:proofErr w:type="spellStart"/>
      <w:r w:rsidRPr="00AB5B5B">
        <w:rPr>
          <w:sz w:val="24"/>
          <w:szCs w:val="24"/>
        </w:rPr>
        <w:t>Ьэм</w:t>
      </w:r>
      <w:proofErr w:type="spellEnd"/>
      <w:r w:rsidRPr="00AB5B5B">
        <w:rPr>
          <w:sz w:val="24"/>
          <w:szCs w:val="24"/>
        </w:rPr>
        <w:t xml:space="preserve">, э, </w:t>
      </w:r>
      <w:proofErr w:type="spellStart"/>
      <w:r w:rsidRPr="00AB5B5B">
        <w:rPr>
          <w:sz w:val="24"/>
          <w:szCs w:val="24"/>
        </w:rPr>
        <w:t>лэкин</w:t>
      </w:r>
      <w:proofErr w:type="spellEnd"/>
      <w:r w:rsidRPr="00AB5B5B">
        <w:rPr>
          <w:sz w:val="24"/>
          <w:szCs w:val="24"/>
        </w:rPr>
        <w:t>, да (дэ), та (тэ), яки, сложноподчиненные предложения с придаточным времени, образованные с помощью деепричастия на -</w:t>
      </w:r>
      <w:proofErr w:type="spellStart"/>
      <w:r w:rsidRPr="00AB5B5B">
        <w:rPr>
          <w:sz w:val="24"/>
          <w:szCs w:val="24"/>
        </w:rPr>
        <w:t>гач</w:t>
      </w:r>
      <w:proofErr w:type="spellEnd"/>
      <w:r w:rsidRPr="00AB5B5B">
        <w:rPr>
          <w:sz w:val="24"/>
          <w:szCs w:val="24"/>
        </w:rPr>
        <w:t xml:space="preserve"> (-</w:t>
      </w:r>
      <w:proofErr w:type="spellStart"/>
      <w:r w:rsidRPr="00AB5B5B">
        <w:rPr>
          <w:sz w:val="24"/>
          <w:szCs w:val="24"/>
        </w:rPr>
        <w:t>гэч</w:t>
      </w:r>
      <w:proofErr w:type="spellEnd"/>
      <w:r w:rsidRPr="00AB5B5B">
        <w:rPr>
          <w:sz w:val="24"/>
          <w:szCs w:val="24"/>
        </w:rPr>
        <w:t>), -</w:t>
      </w:r>
      <w:proofErr w:type="spellStart"/>
      <w:r w:rsidRPr="00AB5B5B">
        <w:rPr>
          <w:sz w:val="24"/>
          <w:szCs w:val="24"/>
        </w:rPr>
        <w:t>кач</w:t>
      </w:r>
      <w:proofErr w:type="spellEnd"/>
      <w:r w:rsidRPr="00AB5B5B">
        <w:rPr>
          <w:sz w:val="24"/>
          <w:szCs w:val="24"/>
        </w:rPr>
        <w:t xml:space="preserve"> (-</w:t>
      </w:r>
      <w:proofErr w:type="spellStart"/>
      <w:r w:rsidRPr="00AB5B5B">
        <w:rPr>
          <w:sz w:val="24"/>
          <w:szCs w:val="24"/>
        </w:rPr>
        <w:t>кэч</w:t>
      </w:r>
      <w:proofErr w:type="spellEnd"/>
      <w:r w:rsidRPr="00AB5B5B">
        <w:rPr>
          <w:sz w:val="24"/>
          <w:szCs w:val="24"/>
        </w:rPr>
        <w:t xml:space="preserve">), сложноподчиненные предложения с придаточным причины, образованные с помощью союза </w:t>
      </w:r>
      <w:proofErr w:type="spellStart"/>
      <w:r w:rsidRPr="00AB5B5B">
        <w:rPr>
          <w:sz w:val="24"/>
          <w:szCs w:val="24"/>
        </w:rPr>
        <w:t>ченки</w:t>
      </w:r>
      <w:proofErr w:type="spellEnd"/>
      <w:r w:rsidRPr="00AB5B5B">
        <w:rPr>
          <w:sz w:val="24"/>
          <w:szCs w:val="24"/>
        </w:rPr>
        <w:t xml:space="preserve">, относительного слова </w:t>
      </w:r>
      <w:proofErr w:type="spellStart"/>
      <w:r w:rsidRPr="00AB5B5B">
        <w:rPr>
          <w:sz w:val="24"/>
          <w:szCs w:val="24"/>
        </w:rPr>
        <w:t>шуца</w:t>
      </w:r>
      <w:proofErr w:type="spellEnd"/>
      <w:r w:rsidRPr="00AB5B5B">
        <w:rPr>
          <w:sz w:val="24"/>
          <w:szCs w:val="24"/>
        </w:rPr>
        <w:t xml:space="preserve"> </w:t>
      </w:r>
      <w:proofErr w:type="spellStart"/>
      <w:r w:rsidRPr="00AB5B5B">
        <w:rPr>
          <w:sz w:val="24"/>
          <w:szCs w:val="24"/>
        </w:rPr>
        <w:t>курэ</w:t>
      </w:r>
      <w:proofErr w:type="spellEnd"/>
      <w:r w:rsidRPr="00AB5B5B">
        <w:rPr>
          <w:sz w:val="24"/>
          <w:szCs w:val="24"/>
        </w:rPr>
        <w:t xml:space="preserve">, сложноподчиненные предложения с придаточным условия, образованные с помощью союза </w:t>
      </w:r>
      <w:proofErr w:type="spellStart"/>
      <w:r w:rsidRPr="00AB5B5B">
        <w:rPr>
          <w:sz w:val="24"/>
          <w:szCs w:val="24"/>
        </w:rPr>
        <w:t>эгэр</w:t>
      </w:r>
      <w:proofErr w:type="spellEnd"/>
      <w:r w:rsidRPr="00AB5B5B">
        <w:rPr>
          <w:sz w:val="24"/>
          <w:szCs w:val="24"/>
        </w:rPr>
        <w:t xml:space="preserve"> и глаголов условного наклонения барса, </w:t>
      </w:r>
      <w:proofErr w:type="spellStart"/>
      <w:r w:rsidRPr="00AB5B5B">
        <w:rPr>
          <w:sz w:val="24"/>
          <w:szCs w:val="24"/>
        </w:rPr>
        <w:t>килсэ</w:t>
      </w:r>
      <w:proofErr w:type="spellEnd"/>
      <w:r w:rsidRPr="00AB5B5B">
        <w:rPr>
          <w:sz w:val="24"/>
          <w:szCs w:val="24"/>
        </w:rPr>
        <w:t>.</w:t>
      </w:r>
    </w:p>
    <w:p w14:paraId="0533AC86" w14:textId="77777777" w:rsidR="00A1151F" w:rsidRPr="00AB5B5B" w:rsidRDefault="00A1151F" w:rsidP="001D0AF0">
      <w:pPr>
        <w:pStyle w:val="24"/>
        <w:shd w:val="clear" w:color="auto" w:fill="auto"/>
        <w:tabs>
          <w:tab w:val="left" w:pos="1985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Социокультурные знания и умения.</w:t>
      </w:r>
    </w:p>
    <w:p w14:paraId="2A6E34CC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lastRenderedPageBreak/>
        <w:t>Знание и использование изученных формул татарского речевого этикета в ситуациях общения, знание и использование в устной и письменной речи активной фоновой лексики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Татарстан), знание наиболее известных учебных заведений Республики Татарстан, знакомство с образцами татарской поэзии и прозы, формирование умения представлять известных деятелей культуры и искусства татарского народа.</w:t>
      </w:r>
    </w:p>
    <w:p w14:paraId="60EC4D16" w14:textId="77777777" w:rsidR="00A1151F" w:rsidRPr="00AB5B5B" w:rsidRDefault="00A1151F" w:rsidP="001D0AF0">
      <w:pPr>
        <w:pStyle w:val="24"/>
        <w:shd w:val="clear" w:color="auto" w:fill="auto"/>
        <w:tabs>
          <w:tab w:val="left" w:pos="1790"/>
        </w:tabs>
        <w:spacing w:before="0" w:after="2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Компенсаторные умения.</w:t>
      </w:r>
    </w:p>
    <w:p w14:paraId="645629E2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Использование при формулировании собственных высказываний ключевых слов, плана, использование словарных замен в процессе устно-речевого общения,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информации, сравнение объектов, явлений, процессов, их элементов и основных функций в рамках изученной тематики.</w:t>
      </w:r>
    </w:p>
    <w:p w14:paraId="27271065" w14:textId="77777777" w:rsidR="00A1151F" w:rsidRPr="00AB5B5B" w:rsidRDefault="00A1151F" w:rsidP="001D0AF0">
      <w:pPr>
        <w:pStyle w:val="24"/>
        <w:shd w:val="clear" w:color="auto" w:fill="auto"/>
        <w:tabs>
          <w:tab w:val="left" w:pos="1743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 xml:space="preserve">Предметные результаты изучения государственного (татарского) языка. </w:t>
      </w:r>
      <w:r w:rsidRPr="00AB5B5B">
        <w:rPr>
          <w:b/>
          <w:sz w:val="24"/>
          <w:szCs w:val="24"/>
        </w:rPr>
        <w:t>К концу обучения в 6 классе обучающийся</w:t>
      </w:r>
      <w:r w:rsidRPr="00AB5B5B">
        <w:rPr>
          <w:sz w:val="24"/>
          <w:szCs w:val="24"/>
        </w:rPr>
        <w:t xml:space="preserve"> научится:</w:t>
      </w:r>
    </w:p>
    <w:p w14:paraId="20ACCBA2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воспринимать на слух и понимать звучащие не более 0,9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200CD0A2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разные виды диалога в стандартных ситуациях общения (диалог- побуждение к действию, диалог-расспрос, диалог-обмен мнениями) объёмом не менее 7-8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26AC94F8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создавать устные связные монологические высказывания (описание, или характеристика, повествование, или сообщение) объёмом не менее 7-8 фраз с вербальными и (или) невербальными опорами или без них в рамках тематического содержания речи;</w:t>
      </w:r>
    </w:p>
    <w:p w14:paraId="1927E94E" w14:textId="174AFFA6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left="760"/>
        <w:jc w:val="left"/>
        <w:rPr>
          <w:sz w:val="24"/>
          <w:szCs w:val="24"/>
        </w:rPr>
      </w:pPr>
      <w:r w:rsidRPr="00AB5B5B">
        <w:rPr>
          <w:sz w:val="24"/>
          <w:szCs w:val="24"/>
        </w:rPr>
        <w:t>передавать основное содержание прочитанного или прослушанного текста; представлять результаты выполненной проектной работы объёмом не менее</w:t>
      </w:r>
      <w:r w:rsidRPr="00AB5B5B">
        <w:rPr>
          <w:sz w:val="24"/>
          <w:szCs w:val="24"/>
          <w:lang w:val="tt-RU"/>
        </w:rPr>
        <w:t xml:space="preserve"> 6-</w:t>
      </w:r>
      <w:r w:rsidRPr="00AB5B5B">
        <w:rPr>
          <w:sz w:val="24"/>
          <w:szCs w:val="24"/>
        </w:rPr>
        <w:t>8 фраз;</w:t>
      </w:r>
    </w:p>
    <w:p w14:paraId="2B2E0C09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читать про себя и понимать несложные аутентичные тексты разного вида, жанра и стиля объёмом 150-160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20907FAD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читать </w:t>
      </w:r>
      <w:proofErr w:type="spellStart"/>
      <w:r w:rsidRPr="00AB5B5B">
        <w:rPr>
          <w:sz w:val="24"/>
          <w:szCs w:val="24"/>
        </w:rPr>
        <w:t>несплошные</w:t>
      </w:r>
      <w:proofErr w:type="spellEnd"/>
      <w:r w:rsidRPr="00AB5B5B">
        <w:rPr>
          <w:sz w:val="24"/>
          <w:szCs w:val="24"/>
        </w:rPr>
        <w:t xml:space="preserve"> тексты (таблицы, диаграммы, схемы) и понимать представленную в них информацию; составлять личное письмо с использованием и без использования образца (объём сообщения - до 40 слов);</w:t>
      </w:r>
    </w:p>
    <w:p w14:paraId="627ED17C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вести комбинированный диалог (сообщение о помощи в домашних делах, согласии или несогласии выполнить работу), благодарить, хвалить </w:t>
      </w:r>
      <w:r w:rsidRPr="00AB5B5B">
        <w:rPr>
          <w:sz w:val="24"/>
          <w:szCs w:val="24"/>
        </w:rPr>
        <w:lastRenderedPageBreak/>
        <w:t>за помощь, вести диалог-расспрос с друзьями о возрасте, о месте проживания, об учебе, о любимых предметах, занятиях, кинофильмах, телепередачах, оценивать черты характера героев произведений по их поступкам, по их отношению к дружбе;</w:t>
      </w:r>
    </w:p>
    <w:p w14:paraId="36376062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диалог-расспрос о школе, о школьных занятиях, об отношениях к учебе и о достижениях в учебе, сообщать сведения о книгах, составлять диалог- побуждение о посещении библиотеки, чтении книг в Интернете, уточнять у библиотекаря наличие нужной книги, автора, содержание книги, вести диалог- расспрос о телепередачах, вести диалог-обмен мнениями о роли Интернета в жизни;</w:t>
      </w:r>
    </w:p>
    <w:p w14:paraId="05795D62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рассказывать о своих увлечениях и посещении кружков, предлагать другу поиграть в шахматы (в шашки), убедить записаться в шахматный кружок, вести диалог-расспрос о популярных видах спорта, о своем участии в летних, зимних видах спорта, о влиянии на здоровье занятий физической культурой, вести диалог- обмен мнениями об экскурсиях, о походах, о проведении каникул;</w:t>
      </w:r>
    </w:p>
    <w:p w14:paraId="1C001A8C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диалог-расспрос о дружбе народов Татарстана, вести диалог-обмен мнениями о достопримечательностях Казани, давать краткую информацию о выдающихся представителях татарского народа, вести диалог-обмен мнениями о содержании прочитанных произведений, правильно произносить загадки, скороговорки, считалочки, пословицы.</w:t>
      </w:r>
    </w:p>
    <w:p w14:paraId="4B072B33" w14:textId="77777777" w:rsidR="00A1151F" w:rsidRPr="00AB5B5B" w:rsidRDefault="00A1151F" w:rsidP="001D0AF0">
      <w:pPr>
        <w:pStyle w:val="24"/>
        <w:shd w:val="clear" w:color="auto" w:fill="auto"/>
        <w:tabs>
          <w:tab w:val="left" w:pos="1743"/>
        </w:tabs>
        <w:spacing w:before="0" w:after="0" w:line="360" w:lineRule="auto"/>
        <w:rPr>
          <w:b/>
          <w:sz w:val="24"/>
          <w:szCs w:val="24"/>
        </w:rPr>
      </w:pPr>
      <w:r w:rsidRPr="00AB5B5B">
        <w:rPr>
          <w:sz w:val="24"/>
          <w:szCs w:val="24"/>
        </w:rPr>
        <w:t xml:space="preserve">Предметные результаты изучения государственного (татарского) языка. </w:t>
      </w:r>
      <w:r w:rsidRPr="00AB5B5B">
        <w:rPr>
          <w:b/>
          <w:sz w:val="24"/>
          <w:szCs w:val="24"/>
        </w:rPr>
        <w:t>К концу обучения в 7 классе обучающийся научится:</w:t>
      </w:r>
    </w:p>
    <w:p w14:paraId="6D112229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воспринимать на слух и понимать звучащие не более 1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4558688B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разные виды диалога в стандартных ситуациях общения (диалог- побуждение к действию, диалог-расспрос, диалог-обмен мнениями) объёмом не менее 8-9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этикета;</w:t>
      </w:r>
    </w:p>
    <w:p w14:paraId="6BAF7AD4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создавать устные связные монологические высказывания (описание, или характеристика, повествование, или сообщение, рассуждение) объёмом не менее 8-9 фраз с вербальными и (или) невербальными опорами или без них в рамках тематического содержания речи;</w:t>
      </w:r>
    </w:p>
    <w:p w14:paraId="3DA0C5FD" w14:textId="705FF335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left="760"/>
        <w:jc w:val="left"/>
        <w:rPr>
          <w:sz w:val="24"/>
          <w:szCs w:val="24"/>
        </w:rPr>
      </w:pPr>
      <w:r w:rsidRPr="00AB5B5B">
        <w:rPr>
          <w:sz w:val="24"/>
          <w:szCs w:val="24"/>
        </w:rPr>
        <w:t>передавать основное содержание прочитанного или прослушанного текста; представлять результаты выполненной проектной работы объёмом не менее</w:t>
      </w:r>
      <w:r w:rsidRPr="00AB5B5B">
        <w:rPr>
          <w:sz w:val="24"/>
          <w:szCs w:val="24"/>
          <w:lang w:val="tt-RU"/>
        </w:rPr>
        <w:t xml:space="preserve"> 6-</w:t>
      </w:r>
      <w:r w:rsidRPr="00AB5B5B">
        <w:rPr>
          <w:sz w:val="24"/>
          <w:szCs w:val="24"/>
        </w:rPr>
        <w:t>9 фраз;</w:t>
      </w:r>
    </w:p>
    <w:p w14:paraId="5BD84730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читать про себя и понимать несложные аутентичные тексты разного вида, жанра и стиля объёмом 180-200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132FD2D5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читать </w:t>
      </w:r>
      <w:proofErr w:type="spellStart"/>
      <w:r w:rsidRPr="00AB5B5B">
        <w:rPr>
          <w:sz w:val="24"/>
          <w:szCs w:val="24"/>
        </w:rPr>
        <w:t>несплошные</w:t>
      </w:r>
      <w:proofErr w:type="spellEnd"/>
      <w:r w:rsidRPr="00AB5B5B">
        <w:rPr>
          <w:sz w:val="24"/>
          <w:szCs w:val="24"/>
        </w:rPr>
        <w:t xml:space="preserve"> тексты (таблицы, диаграммы, схемы) и понимать представленную в них информацию;</w:t>
      </w:r>
    </w:p>
    <w:p w14:paraId="2CB7F96A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lastRenderedPageBreak/>
        <w:t>выполнять письменные творческие задания;</w:t>
      </w:r>
    </w:p>
    <w:p w14:paraId="28E82EA7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составлять личное письмо с использованием и без использования образца (объём сообщения - до 60 слов);</w:t>
      </w:r>
    </w:p>
    <w:p w14:paraId="6E5279A8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комбинированный диалог о свободном времени, об отдыхе, об увлечениях, о посещении музеев, театров, концертов, о походах, вести диалог-обмен мнениями о здоровом образе жизни (о режиме труда и отдыха, о сбалансированном питании), вести диалог-рассуждение о взаимоотношениях старших и младших в семье, аргументировать свои суждения о необходимости уважительного отношения к старшим;</w:t>
      </w:r>
    </w:p>
    <w:p w14:paraId="6D121CB0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диалог-обмен мнениями об экскурсиях, о походах, путешествиях, о проведении каникул;</w:t>
      </w:r>
    </w:p>
    <w:p w14:paraId="6AE3731D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вести диалог-обмен мнениями о новостях в школе, о новых предметах, вести диалог о необходимых качествах для хорошей учебы, о самообразовании через Интернет, рассуждать о роли режима дня, о </w:t>
      </w:r>
      <w:proofErr w:type="spellStart"/>
      <w:r w:rsidRPr="00AB5B5B">
        <w:rPr>
          <w:sz w:val="24"/>
          <w:szCs w:val="24"/>
        </w:rPr>
        <w:t>самоорганизованности</w:t>
      </w:r>
      <w:proofErr w:type="spellEnd"/>
      <w:r w:rsidRPr="00AB5B5B">
        <w:rPr>
          <w:sz w:val="24"/>
          <w:szCs w:val="24"/>
        </w:rPr>
        <w:t>, убеждать друга в необходимости серьезного отношения к учебе;</w:t>
      </w:r>
    </w:p>
    <w:p w14:paraId="32C3FE05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сообщать о географическом положении, климате, природе Татарстана, вести диалог-обмен мнениями о достопримечательностях Казани, давать краткую информацию о выдающихся представителях татарского народа, обсуждать содержание прочитанных произведений, высказывать свое мнение.</w:t>
      </w:r>
    </w:p>
    <w:p w14:paraId="23F4E19B" w14:textId="77777777" w:rsidR="00A1151F" w:rsidRPr="00AB5B5B" w:rsidRDefault="00A1151F" w:rsidP="001D0AF0">
      <w:pPr>
        <w:pStyle w:val="24"/>
        <w:shd w:val="clear" w:color="auto" w:fill="auto"/>
        <w:tabs>
          <w:tab w:val="left" w:pos="1738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>Предметные результаты изучения государственного (татарского) языка</w:t>
      </w:r>
      <w:r w:rsidRPr="00AB5B5B">
        <w:rPr>
          <w:b/>
          <w:sz w:val="24"/>
          <w:szCs w:val="24"/>
        </w:rPr>
        <w:t>. К концу обучения в 8 классе обучающийся научится:</w:t>
      </w:r>
    </w:p>
    <w:p w14:paraId="047FBE58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33B5F0F0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разные виды диалога в стандартных ситуациях общения (диалог- побуждение к действию, диалог-расспрос, диалог-обмен мнениями) объёмом не менее 9-10 реплик со стороны каждого собеседника в рамках тематического содержания речи с вербальными и (или) невербальными опорами или без них, с соблюдением норм речевого этикета;</w:t>
      </w:r>
    </w:p>
    <w:p w14:paraId="65E8FF27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создавать устные связные монологические высказывания (описание, или характеристика, повествование, или сообщение, рассуждение) объёмом не менее 9-10 фраз с вербальными и (или) невербальными опорами или без них в рамках тематического содержания речи;</w:t>
      </w:r>
    </w:p>
    <w:p w14:paraId="01E12F1C" w14:textId="5E711D08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</w:t>
      </w:r>
      <w:r w:rsidRPr="00AB5B5B">
        <w:rPr>
          <w:sz w:val="24"/>
          <w:szCs w:val="24"/>
          <w:lang w:val="tt-RU"/>
        </w:rPr>
        <w:t xml:space="preserve"> 6-</w:t>
      </w:r>
      <w:r w:rsidRPr="00AB5B5B">
        <w:rPr>
          <w:sz w:val="24"/>
          <w:szCs w:val="24"/>
        </w:rPr>
        <w:t>10 фраз;</w:t>
      </w:r>
    </w:p>
    <w:p w14:paraId="36D8E3AB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читать про себя и понимать несложные аутентичные тексты разного вида, жанра и стиля объёмом до 200-250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39A2EE31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lastRenderedPageBreak/>
        <w:t xml:space="preserve">читать </w:t>
      </w:r>
      <w:proofErr w:type="spellStart"/>
      <w:r w:rsidRPr="00AB5B5B">
        <w:rPr>
          <w:sz w:val="24"/>
          <w:szCs w:val="24"/>
        </w:rPr>
        <w:t>несплошные</w:t>
      </w:r>
      <w:proofErr w:type="spellEnd"/>
      <w:r w:rsidRPr="00AB5B5B">
        <w:rPr>
          <w:sz w:val="24"/>
          <w:szCs w:val="24"/>
        </w:rPr>
        <w:t xml:space="preserve"> тексты (таблицы, диаграммы, схемы) и понимать представленную в них информацию;</w:t>
      </w:r>
    </w:p>
    <w:p w14:paraId="3A989AD4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составлять личное письмо с использованием и без использования образца (объём сообщения - до 70 слов);</w:t>
      </w:r>
    </w:p>
    <w:p w14:paraId="0B78865E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диалог-обмен мнениями о правилах общения, аргументировать свои суждения о поведении сверстников в разных ситуациях общения, вести диалог- расспрос об отдыхе, о совместных делах, о любимых занятиях и путешествиях;</w:t>
      </w:r>
    </w:p>
    <w:p w14:paraId="29C78556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рассказывать о празднике в школе, о новостях в школьной жизни, рассуждать о секретах успешной учебы, вести комбинированный диалог о правильном планировании, о распределении своего времени, вести диалог-обмен мнениями о пользе природы, рассуждать о проблемах окружающей среды, о влиянии человека на окружающую среду;</w:t>
      </w:r>
    </w:p>
    <w:p w14:paraId="66530F21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комбинированный диалог о выходных днях, о местах отдыха (кино, театр, парк, кафе), вести диалог-расспрос о любимых фильмах, об их героях, о любимой музыке, рассказывать о своем кумире, вести диалог-обмен мнениями о моде, стилях одежды, о дизайне, о здоровом питании;</w:t>
      </w:r>
    </w:p>
    <w:p w14:paraId="1B784B7E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сообщать о географическом положении, климате, природе Татарстана, вести комбинированный диалог о достопримечательностях городов, музеях, театрах, местах отдыха, видных представителях татарского народа.</w:t>
      </w:r>
    </w:p>
    <w:p w14:paraId="70F4E6D4" w14:textId="77777777" w:rsidR="00A1151F" w:rsidRPr="00AB5B5B" w:rsidRDefault="00A1151F" w:rsidP="001D0AF0">
      <w:pPr>
        <w:pStyle w:val="24"/>
        <w:shd w:val="clear" w:color="auto" w:fill="auto"/>
        <w:tabs>
          <w:tab w:val="left" w:pos="1738"/>
        </w:tabs>
        <w:spacing w:before="0" w:after="0" w:line="360" w:lineRule="auto"/>
        <w:rPr>
          <w:sz w:val="24"/>
          <w:szCs w:val="24"/>
        </w:rPr>
      </w:pPr>
      <w:r w:rsidRPr="00AB5B5B">
        <w:rPr>
          <w:sz w:val="24"/>
          <w:szCs w:val="24"/>
        </w:rPr>
        <w:t xml:space="preserve">Предметные результаты изучения государственного (татарского) </w:t>
      </w:r>
      <w:r w:rsidRPr="00AB5B5B">
        <w:rPr>
          <w:b/>
          <w:sz w:val="24"/>
          <w:szCs w:val="24"/>
        </w:rPr>
        <w:t>языка. К концу обучения в 9 классе обучающийся научится:</w:t>
      </w:r>
    </w:p>
    <w:p w14:paraId="7E484CD8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36B90829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вести комбинированный диалог или диалог-обмен мнениями в стандартных ситуациях общения объёмом не менее 10-11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14:paraId="737AD2F3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создавать устные связные монологические высказывания (описание, или характеристика, повествование, или сообщение, рассуждение) объёмом не менее 10-11 фраз с вербальными и (или) невербальными опорами или без них в рамках тематического содержания речи;</w:t>
      </w:r>
    </w:p>
    <w:p w14:paraId="57534F7F" w14:textId="53B735DD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</w:t>
      </w:r>
      <w:r w:rsidRPr="00AB5B5B">
        <w:rPr>
          <w:sz w:val="24"/>
          <w:szCs w:val="24"/>
          <w:lang w:val="tt-RU"/>
        </w:rPr>
        <w:t xml:space="preserve"> 6-</w:t>
      </w:r>
      <w:r w:rsidRPr="00AB5B5B">
        <w:rPr>
          <w:sz w:val="24"/>
          <w:szCs w:val="24"/>
        </w:rPr>
        <w:t>11 фраз;</w:t>
      </w:r>
    </w:p>
    <w:p w14:paraId="321DA77C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читать про себя и понимать несложные аутентичные тексты разного вида, жанра и стиля объёмом до 250-300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содержания, составлять личное письмо с использованием и без использования образца (объём сообщения - до 80 слов), выполнять письменные творческие задания;</w:t>
      </w:r>
    </w:p>
    <w:p w14:paraId="36AF0C8D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lastRenderedPageBreak/>
        <w:t>вести диалог-обмен мнениями о здоровом образе жизни (о режиме труда и отдыха, о рационе здорового питания), аргументировать суждения о негативном влиянии на здоровье вредных привычек, вести диалог-обмен мнениями об управлении собственными эмоциями;</w:t>
      </w:r>
    </w:p>
    <w:p w14:paraId="74814227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80"/>
        <w:rPr>
          <w:sz w:val="24"/>
          <w:szCs w:val="24"/>
        </w:rPr>
      </w:pPr>
      <w:r w:rsidRPr="00AB5B5B">
        <w:rPr>
          <w:sz w:val="24"/>
          <w:szCs w:val="24"/>
        </w:rPr>
        <w:t>вести диалог-расспрос о достижениях в интересующих областях науки и техники, вести диалог-обмен мнениями об использовании новых информационных технологий в разных областях жизни, вести комбинированный диалог о мире онлайн-общения;</w:t>
      </w:r>
    </w:p>
    <w:p w14:paraId="1DD3D692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>вести комбинированный диалог о проблемах выбора профессии, о востребованных профессиях, об учебных заведениях, аргументировать свои суждения о необходимости правильного выбора будущей профессии;</w:t>
      </w:r>
    </w:p>
    <w:p w14:paraId="62DB5104" w14:textId="77777777" w:rsidR="00A1151F" w:rsidRPr="00AB5B5B" w:rsidRDefault="00A1151F" w:rsidP="001D0AF0">
      <w:pPr>
        <w:pStyle w:val="24"/>
        <w:shd w:val="clear" w:color="auto" w:fill="auto"/>
        <w:spacing w:before="0" w:after="0" w:line="360" w:lineRule="auto"/>
        <w:ind w:firstLine="760"/>
        <w:rPr>
          <w:sz w:val="24"/>
          <w:szCs w:val="24"/>
        </w:rPr>
      </w:pPr>
      <w:r w:rsidRPr="00AB5B5B">
        <w:rPr>
          <w:sz w:val="24"/>
          <w:szCs w:val="24"/>
        </w:rPr>
        <w:t xml:space="preserve">вести комбинированный диалог о достижениях в области экономики, культуры, спорта, сообщать о выдающихся представителях культуры и искусства татарского народа, вести комбинированный диалог о защитниках Отечества, о земляках-героях Советского Союза, о подвиге Мусы </w:t>
      </w:r>
      <w:proofErr w:type="spellStart"/>
      <w:r w:rsidRPr="00AB5B5B">
        <w:rPr>
          <w:sz w:val="24"/>
          <w:szCs w:val="24"/>
        </w:rPr>
        <w:t>Джалиля</w:t>
      </w:r>
      <w:proofErr w:type="spellEnd"/>
      <w:r w:rsidRPr="00AB5B5B">
        <w:rPr>
          <w:sz w:val="24"/>
          <w:szCs w:val="24"/>
        </w:rPr>
        <w:t xml:space="preserve"> и </w:t>
      </w:r>
      <w:proofErr w:type="spellStart"/>
      <w:r w:rsidRPr="00AB5B5B">
        <w:rPr>
          <w:sz w:val="24"/>
          <w:szCs w:val="24"/>
        </w:rPr>
        <w:t>джалиловцах</w:t>
      </w:r>
      <w:proofErr w:type="spellEnd"/>
      <w:r w:rsidRPr="00AB5B5B">
        <w:rPr>
          <w:sz w:val="24"/>
          <w:szCs w:val="24"/>
        </w:rPr>
        <w:t>, о праздновании Дня Победы в родном городе (селе), о чествовании ветеранов Великой Отечественной войны.</w:t>
      </w:r>
    </w:p>
    <w:p w14:paraId="12BFE637" w14:textId="77777777" w:rsidR="00A1151F" w:rsidRPr="00AB5B5B" w:rsidRDefault="00A1151F" w:rsidP="001D0A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4C5E4B" w14:textId="77777777" w:rsidR="00B75E6B" w:rsidRPr="00AB5B5B" w:rsidRDefault="00B75E6B" w:rsidP="001D0AF0">
      <w:pPr>
        <w:suppressAutoHyphens/>
        <w:spacing w:line="36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CA42DB" w14:textId="77777777" w:rsidR="00B75E6B" w:rsidRPr="00AB5B5B" w:rsidRDefault="00B75E6B" w:rsidP="001D0AF0">
      <w:pPr>
        <w:suppressAutoHyphens/>
        <w:spacing w:line="36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39CB5" w14:textId="77777777" w:rsidR="00B75E6B" w:rsidRPr="00AB5B5B" w:rsidRDefault="00B75E6B" w:rsidP="001D0AF0">
      <w:pPr>
        <w:suppressAutoHyphens/>
        <w:spacing w:line="36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F9ABB" w14:textId="77777777" w:rsidR="00B75E6B" w:rsidRPr="00AB5B5B" w:rsidRDefault="00B75E6B" w:rsidP="001D0AF0">
      <w:pPr>
        <w:suppressAutoHyphens/>
        <w:spacing w:line="36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FBCA4" w14:textId="77777777" w:rsidR="00B75E6B" w:rsidRPr="00AB5B5B" w:rsidRDefault="00B75E6B" w:rsidP="001D0AF0">
      <w:pPr>
        <w:suppressAutoHyphens/>
        <w:spacing w:line="36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24CF12" w14:textId="77777777" w:rsidR="00B75E6B" w:rsidRPr="00AB5B5B" w:rsidRDefault="00B75E6B" w:rsidP="001D0AF0">
      <w:pPr>
        <w:suppressAutoHyphens/>
        <w:spacing w:line="36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8CA2B" w14:textId="77777777" w:rsidR="00B75E6B" w:rsidRPr="00AB5B5B" w:rsidRDefault="00B75E6B" w:rsidP="001D0AF0">
      <w:pPr>
        <w:suppressAutoHyphens/>
        <w:spacing w:line="36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0AB4A" w14:textId="77777777" w:rsidR="00B75E6B" w:rsidRPr="00AB5B5B" w:rsidRDefault="00B75E6B" w:rsidP="001D0AF0">
      <w:pPr>
        <w:suppressAutoHyphens/>
        <w:spacing w:line="36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536BE" w14:textId="4063DD99" w:rsidR="00F85CA0" w:rsidRPr="00AB5B5B" w:rsidRDefault="00F85CA0" w:rsidP="00AB5B5B">
      <w:pPr>
        <w:suppressAutoHyphens/>
        <w:spacing w:line="36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</w:p>
    <w:sectPr w:rsidR="00F85CA0" w:rsidRPr="00AB5B5B" w:rsidSect="00AB5B5B">
      <w:pgSz w:w="16840" w:h="11900"/>
      <w:pgMar w:top="284" w:right="640" w:bottom="993" w:left="666" w:header="720" w:footer="720" w:gutter="0"/>
      <w:cols w:space="720" w:equalWidth="0">
        <w:col w:w="1553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76568C4"/>
    <w:multiLevelType w:val="singleLevel"/>
    <w:tmpl w:val="C76568C4"/>
    <w:lvl w:ilvl="0">
      <w:start w:val="1"/>
      <w:numFmt w:val="decimal"/>
      <w:lvlText w:val="%1."/>
      <w:lvlJc w:val="left"/>
      <w:pPr>
        <w:tabs>
          <w:tab w:val="left" w:pos="709"/>
        </w:tabs>
        <w:ind w:left="709" w:hanging="425"/>
      </w:pPr>
    </w:lvl>
  </w:abstractNum>
  <w:abstractNum w:abstractNumId="1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0000042"/>
    <w:multiLevelType w:val="multilevel"/>
    <w:tmpl w:val="0000004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8">
    <w:nsid w:val="20657F92"/>
    <w:multiLevelType w:val="multilevel"/>
    <w:tmpl w:val="20657F92"/>
    <w:lvl w:ilvl="0">
      <w:start w:val="6"/>
      <w:numFmt w:val="bullet"/>
      <w:lvlText w:val="-"/>
      <w:lvlJc w:val="left"/>
      <w:pPr>
        <w:ind w:left="303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72C87"/>
    <w:multiLevelType w:val="hybridMultilevel"/>
    <w:tmpl w:val="819E2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858BF"/>
    <w:multiLevelType w:val="hybridMultilevel"/>
    <w:tmpl w:val="9EF8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235ED"/>
    <w:multiLevelType w:val="hybridMultilevel"/>
    <w:tmpl w:val="C7C41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8B0EB3"/>
    <w:multiLevelType w:val="multilevel"/>
    <w:tmpl w:val="6B8B0EB3"/>
    <w:lvl w:ilvl="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>
    <w:nsid w:val="74B92672"/>
    <w:multiLevelType w:val="hybridMultilevel"/>
    <w:tmpl w:val="B0F66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293C85"/>
    <w:multiLevelType w:val="hybridMultilevel"/>
    <w:tmpl w:val="EE1E9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5C43CA"/>
    <w:multiLevelType w:val="multilevel"/>
    <w:tmpl w:val="9BE4E7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4C7E31"/>
    <w:multiLevelType w:val="hybridMultilevel"/>
    <w:tmpl w:val="378EC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13"/>
  </w:num>
  <w:num w:numId="9">
    <w:abstractNumId w:val="10"/>
  </w:num>
  <w:num w:numId="10">
    <w:abstractNumId w:val="14"/>
  </w:num>
  <w:num w:numId="11">
    <w:abstractNumId w:val="16"/>
  </w:num>
  <w:num w:numId="12">
    <w:abstractNumId w:val="11"/>
  </w:num>
  <w:num w:numId="13">
    <w:abstractNumId w:val="9"/>
  </w:num>
  <w:num w:numId="14">
    <w:abstractNumId w:val="0"/>
    <w:lvlOverride w:ilvl="0">
      <w:startOverride w:val="1"/>
    </w:lvlOverride>
  </w:num>
  <w:num w:numId="15">
    <w:abstractNumId w:val="12"/>
  </w:num>
  <w:num w:numId="16">
    <w:abstractNumId w:val="8"/>
  </w:num>
  <w:num w:numId="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CBE"/>
    <w:rsid w:val="000E4096"/>
    <w:rsid w:val="0014233B"/>
    <w:rsid w:val="001A7918"/>
    <w:rsid w:val="001D0AF0"/>
    <w:rsid w:val="002A7A76"/>
    <w:rsid w:val="002C5D15"/>
    <w:rsid w:val="002C7C7B"/>
    <w:rsid w:val="00390137"/>
    <w:rsid w:val="003F00A2"/>
    <w:rsid w:val="004714B8"/>
    <w:rsid w:val="00503C6B"/>
    <w:rsid w:val="00515B72"/>
    <w:rsid w:val="005769C0"/>
    <w:rsid w:val="00650276"/>
    <w:rsid w:val="00662965"/>
    <w:rsid w:val="007C7234"/>
    <w:rsid w:val="008E7CBE"/>
    <w:rsid w:val="008F4BCB"/>
    <w:rsid w:val="008F7C00"/>
    <w:rsid w:val="00A1151F"/>
    <w:rsid w:val="00A64013"/>
    <w:rsid w:val="00A85710"/>
    <w:rsid w:val="00AA145A"/>
    <w:rsid w:val="00AB5B5B"/>
    <w:rsid w:val="00B71254"/>
    <w:rsid w:val="00B75E6B"/>
    <w:rsid w:val="00B95B92"/>
    <w:rsid w:val="00BB0794"/>
    <w:rsid w:val="00BD3531"/>
    <w:rsid w:val="00BD6651"/>
    <w:rsid w:val="00C31E68"/>
    <w:rsid w:val="00C3758F"/>
    <w:rsid w:val="00C57D47"/>
    <w:rsid w:val="00C73734"/>
    <w:rsid w:val="00CB2246"/>
    <w:rsid w:val="00CB5D75"/>
    <w:rsid w:val="00CE4829"/>
    <w:rsid w:val="00CF77F4"/>
    <w:rsid w:val="00D2645D"/>
    <w:rsid w:val="00DC406A"/>
    <w:rsid w:val="00DD41A3"/>
    <w:rsid w:val="00EC381B"/>
    <w:rsid w:val="00F06EAA"/>
    <w:rsid w:val="00F85CA0"/>
    <w:rsid w:val="00F93EF6"/>
    <w:rsid w:val="00F94910"/>
    <w:rsid w:val="00FA7B3A"/>
    <w:rsid w:val="00FC24EA"/>
    <w:rsid w:val="00F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FDF3"/>
  <w15:docId w15:val="{32BABEAC-BA54-484D-948C-7393D971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4233B"/>
  </w:style>
  <w:style w:type="paragraph" w:styleId="1">
    <w:name w:val="heading 1"/>
    <w:basedOn w:val="a1"/>
    <w:next w:val="a1"/>
    <w:link w:val="10"/>
    <w:uiPriority w:val="9"/>
    <w:qFormat/>
    <w:rsid w:val="00B75E6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B75E6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B75E6B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B75E6B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B75E6B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B75E6B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B75E6B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B75E6B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75E6B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3">
    <w:name w:val="Основной текст (2)_"/>
    <w:link w:val="24"/>
    <w:rsid w:val="001423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14233B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1"/>
    <w:uiPriority w:val="99"/>
    <w:semiHidden/>
    <w:unhideWhenUsed/>
    <w:rsid w:val="008F7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1"/>
    <w:uiPriority w:val="34"/>
    <w:qFormat/>
    <w:rsid w:val="008F7C00"/>
    <w:pPr>
      <w:ind w:left="720"/>
      <w:contextualSpacing/>
    </w:pPr>
  </w:style>
  <w:style w:type="character" w:customStyle="1" w:styleId="FontStyle15">
    <w:name w:val="Font Style15"/>
    <w:rsid w:val="008F7C00"/>
    <w:rPr>
      <w:rFonts w:ascii="Times New Roman" w:hAnsi="Times New Roman" w:cs="Times New Roman"/>
      <w:spacing w:val="30"/>
      <w:sz w:val="22"/>
      <w:szCs w:val="22"/>
    </w:rPr>
  </w:style>
  <w:style w:type="paragraph" w:customStyle="1" w:styleId="msonormalbullet2gif">
    <w:name w:val="msonormalbullet2.gif"/>
    <w:basedOn w:val="a1"/>
    <w:rsid w:val="008F7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1"/>
    <w:link w:val="a8"/>
    <w:uiPriority w:val="99"/>
    <w:unhideWhenUsed/>
    <w:rsid w:val="008F7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8F7C00"/>
  </w:style>
  <w:style w:type="paragraph" w:styleId="a9">
    <w:name w:val="footer"/>
    <w:basedOn w:val="a1"/>
    <w:link w:val="aa"/>
    <w:uiPriority w:val="99"/>
    <w:unhideWhenUsed/>
    <w:rsid w:val="008F7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8F7C00"/>
  </w:style>
  <w:style w:type="paragraph" w:styleId="ab">
    <w:name w:val="Balloon Text"/>
    <w:basedOn w:val="a1"/>
    <w:link w:val="ac"/>
    <w:uiPriority w:val="99"/>
    <w:semiHidden/>
    <w:unhideWhenUsed/>
    <w:rsid w:val="008F7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uiPriority w:val="99"/>
    <w:semiHidden/>
    <w:rsid w:val="008F7C00"/>
    <w:rPr>
      <w:rFonts w:ascii="Segoe UI" w:hAnsi="Segoe UI" w:cs="Segoe UI"/>
      <w:sz w:val="18"/>
      <w:szCs w:val="18"/>
    </w:rPr>
  </w:style>
  <w:style w:type="paragraph" w:styleId="ad">
    <w:name w:val="No Spacing"/>
    <w:basedOn w:val="a1"/>
    <w:link w:val="ae"/>
    <w:uiPriority w:val="99"/>
    <w:qFormat/>
    <w:rsid w:val="008F7C00"/>
    <w:pPr>
      <w:spacing w:after="0" w:line="240" w:lineRule="auto"/>
    </w:pPr>
    <w:rPr>
      <w:rFonts w:ascii="Arial" w:eastAsia="Arial" w:hAnsi="Arial" w:cs="Times New Roman"/>
      <w:i/>
      <w:iCs/>
      <w:sz w:val="20"/>
      <w:szCs w:val="20"/>
      <w:lang w:val="en-US" w:bidi="en-US"/>
    </w:rPr>
  </w:style>
  <w:style w:type="character" w:customStyle="1" w:styleId="ae">
    <w:name w:val="Без интервала Знак"/>
    <w:link w:val="ad"/>
    <w:uiPriority w:val="99"/>
    <w:qFormat/>
    <w:rsid w:val="008F7C00"/>
    <w:rPr>
      <w:rFonts w:ascii="Arial" w:eastAsia="Arial" w:hAnsi="Arial" w:cs="Times New Roman"/>
      <w:i/>
      <w:iCs/>
      <w:sz w:val="20"/>
      <w:szCs w:val="20"/>
      <w:lang w:val="en-US" w:bidi="en-US"/>
    </w:rPr>
  </w:style>
  <w:style w:type="paragraph" w:styleId="af">
    <w:name w:val="Body Text"/>
    <w:basedOn w:val="a1"/>
    <w:link w:val="af0"/>
    <w:uiPriority w:val="99"/>
    <w:qFormat/>
    <w:rsid w:val="008F7C00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2"/>
    <w:link w:val="af"/>
    <w:uiPriority w:val="99"/>
    <w:rsid w:val="008F7C0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1"/>
    <w:uiPriority w:val="1"/>
    <w:qFormat/>
    <w:rsid w:val="008F7C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1">
    <w:name w:val="Table Grid"/>
    <w:basedOn w:val="a3"/>
    <w:uiPriority w:val="59"/>
    <w:rsid w:val="00B75E6B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2"/>
    <w:link w:val="1"/>
    <w:uiPriority w:val="9"/>
    <w:rsid w:val="00B75E6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rsid w:val="00B75E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rsid w:val="00B75E6B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B75E6B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B75E6B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B75E6B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B75E6B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B75E6B"/>
    <w:rPr>
      <w:rFonts w:asciiTheme="majorHAnsi" w:eastAsiaTheme="majorEastAsia" w:hAnsiTheme="majorHAnsi" w:cstheme="majorBidi"/>
      <w:color w:val="5B9BD5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B75E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af2">
    <w:name w:val="Title"/>
    <w:basedOn w:val="a1"/>
    <w:next w:val="a1"/>
    <w:link w:val="af3"/>
    <w:uiPriority w:val="10"/>
    <w:qFormat/>
    <w:rsid w:val="00B75E6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f3">
    <w:name w:val="Название Знак"/>
    <w:basedOn w:val="a2"/>
    <w:link w:val="af2"/>
    <w:uiPriority w:val="10"/>
    <w:rsid w:val="00B75E6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f4">
    <w:name w:val="Subtitle"/>
    <w:basedOn w:val="a1"/>
    <w:next w:val="a1"/>
    <w:link w:val="af5"/>
    <w:uiPriority w:val="11"/>
    <w:qFormat/>
    <w:rsid w:val="00B75E6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f5">
    <w:name w:val="Подзаголовок Знак"/>
    <w:basedOn w:val="a2"/>
    <w:link w:val="af4"/>
    <w:uiPriority w:val="11"/>
    <w:rsid w:val="00B75E6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25">
    <w:name w:val="Body Text 2"/>
    <w:basedOn w:val="a1"/>
    <w:link w:val="26"/>
    <w:uiPriority w:val="99"/>
    <w:unhideWhenUsed/>
    <w:rsid w:val="00B75E6B"/>
    <w:pPr>
      <w:spacing w:after="120" w:line="480" w:lineRule="auto"/>
    </w:pPr>
    <w:rPr>
      <w:rFonts w:eastAsiaTheme="minorEastAsia"/>
      <w:lang w:val="en-US"/>
    </w:rPr>
  </w:style>
  <w:style w:type="character" w:customStyle="1" w:styleId="26">
    <w:name w:val="Основной текст 2 Знак"/>
    <w:basedOn w:val="a2"/>
    <w:link w:val="25"/>
    <w:uiPriority w:val="99"/>
    <w:rsid w:val="00B75E6B"/>
    <w:rPr>
      <w:rFonts w:eastAsiaTheme="minorEastAsia"/>
      <w:lang w:val="en-US"/>
    </w:rPr>
  </w:style>
  <w:style w:type="paragraph" w:styleId="33">
    <w:name w:val="Body Text 3"/>
    <w:basedOn w:val="a1"/>
    <w:link w:val="34"/>
    <w:uiPriority w:val="99"/>
    <w:unhideWhenUsed/>
    <w:rsid w:val="00B75E6B"/>
    <w:pPr>
      <w:spacing w:after="120" w:line="276" w:lineRule="auto"/>
    </w:pPr>
    <w:rPr>
      <w:rFonts w:eastAsiaTheme="minorEastAsia"/>
      <w:sz w:val="16"/>
      <w:szCs w:val="16"/>
      <w:lang w:val="en-US"/>
    </w:rPr>
  </w:style>
  <w:style w:type="character" w:customStyle="1" w:styleId="34">
    <w:name w:val="Основной текст 3 Знак"/>
    <w:basedOn w:val="a2"/>
    <w:link w:val="33"/>
    <w:uiPriority w:val="99"/>
    <w:rsid w:val="00B75E6B"/>
    <w:rPr>
      <w:rFonts w:eastAsiaTheme="minorEastAsia"/>
      <w:sz w:val="16"/>
      <w:szCs w:val="16"/>
      <w:lang w:val="en-US"/>
    </w:rPr>
  </w:style>
  <w:style w:type="paragraph" w:styleId="af6">
    <w:name w:val="List"/>
    <w:basedOn w:val="a1"/>
    <w:uiPriority w:val="99"/>
    <w:unhideWhenUsed/>
    <w:rsid w:val="00B75E6B"/>
    <w:pPr>
      <w:spacing w:after="200" w:line="276" w:lineRule="auto"/>
      <w:ind w:left="360" w:hanging="360"/>
      <w:contextualSpacing/>
    </w:pPr>
    <w:rPr>
      <w:rFonts w:eastAsiaTheme="minorEastAsia"/>
      <w:lang w:val="en-US"/>
    </w:rPr>
  </w:style>
  <w:style w:type="paragraph" w:styleId="27">
    <w:name w:val="List 2"/>
    <w:basedOn w:val="a1"/>
    <w:uiPriority w:val="99"/>
    <w:unhideWhenUsed/>
    <w:rsid w:val="00B75E6B"/>
    <w:pPr>
      <w:spacing w:after="200" w:line="276" w:lineRule="auto"/>
      <w:ind w:left="720" w:hanging="360"/>
      <w:contextualSpacing/>
    </w:pPr>
    <w:rPr>
      <w:rFonts w:eastAsiaTheme="minorEastAsia"/>
      <w:lang w:val="en-US"/>
    </w:rPr>
  </w:style>
  <w:style w:type="paragraph" w:styleId="35">
    <w:name w:val="List 3"/>
    <w:basedOn w:val="a1"/>
    <w:uiPriority w:val="99"/>
    <w:unhideWhenUsed/>
    <w:rsid w:val="00B75E6B"/>
    <w:pPr>
      <w:spacing w:after="200" w:line="276" w:lineRule="auto"/>
      <w:ind w:left="1080" w:hanging="360"/>
      <w:contextualSpacing/>
    </w:pPr>
    <w:rPr>
      <w:rFonts w:eastAsiaTheme="minorEastAsia"/>
      <w:lang w:val="en-US"/>
    </w:rPr>
  </w:style>
  <w:style w:type="paragraph" w:styleId="a0">
    <w:name w:val="List Bullet"/>
    <w:basedOn w:val="a1"/>
    <w:uiPriority w:val="99"/>
    <w:unhideWhenUsed/>
    <w:rsid w:val="00B75E6B"/>
    <w:pPr>
      <w:numPr>
        <w:numId w:val="2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20">
    <w:name w:val="List Bullet 2"/>
    <w:basedOn w:val="a1"/>
    <w:uiPriority w:val="99"/>
    <w:unhideWhenUsed/>
    <w:rsid w:val="00B75E6B"/>
    <w:pPr>
      <w:numPr>
        <w:numId w:val="3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30">
    <w:name w:val="List Bullet 3"/>
    <w:basedOn w:val="a1"/>
    <w:uiPriority w:val="99"/>
    <w:unhideWhenUsed/>
    <w:rsid w:val="00B75E6B"/>
    <w:pPr>
      <w:numPr>
        <w:numId w:val="4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">
    <w:name w:val="List Number"/>
    <w:basedOn w:val="a1"/>
    <w:uiPriority w:val="99"/>
    <w:unhideWhenUsed/>
    <w:rsid w:val="00B75E6B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2">
    <w:name w:val="List Number 2"/>
    <w:basedOn w:val="a1"/>
    <w:uiPriority w:val="99"/>
    <w:unhideWhenUsed/>
    <w:rsid w:val="00B75E6B"/>
    <w:pPr>
      <w:numPr>
        <w:numId w:val="6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3">
    <w:name w:val="List Number 3"/>
    <w:basedOn w:val="a1"/>
    <w:uiPriority w:val="99"/>
    <w:unhideWhenUsed/>
    <w:rsid w:val="00B75E6B"/>
    <w:pPr>
      <w:numPr>
        <w:numId w:val="7"/>
      </w:numPr>
      <w:spacing w:after="200" w:line="276" w:lineRule="auto"/>
      <w:contextualSpacing/>
    </w:pPr>
    <w:rPr>
      <w:rFonts w:eastAsiaTheme="minorEastAsia"/>
      <w:lang w:val="en-US"/>
    </w:rPr>
  </w:style>
  <w:style w:type="paragraph" w:styleId="af7">
    <w:name w:val="List Continue"/>
    <w:basedOn w:val="a1"/>
    <w:uiPriority w:val="99"/>
    <w:unhideWhenUsed/>
    <w:rsid w:val="00B75E6B"/>
    <w:pPr>
      <w:spacing w:after="120" w:line="276" w:lineRule="auto"/>
      <w:ind w:left="360"/>
      <w:contextualSpacing/>
    </w:pPr>
    <w:rPr>
      <w:rFonts w:eastAsiaTheme="minorEastAsia"/>
      <w:lang w:val="en-US"/>
    </w:rPr>
  </w:style>
  <w:style w:type="paragraph" w:styleId="28">
    <w:name w:val="List Continue 2"/>
    <w:basedOn w:val="a1"/>
    <w:uiPriority w:val="99"/>
    <w:unhideWhenUsed/>
    <w:rsid w:val="00B75E6B"/>
    <w:pPr>
      <w:spacing w:after="120" w:line="276" w:lineRule="auto"/>
      <w:ind w:left="720"/>
      <w:contextualSpacing/>
    </w:pPr>
    <w:rPr>
      <w:rFonts w:eastAsiaTheme="minorEastAsia"/>
      <w:lang w:val="en-US"/>
    </w:rPr>
  </w:style>
  <w:style w:type="paragraph" w:styleId="36">
    <w:name w:val="List Continue 3"/>
    <w:basedOn w:val="a1"/>
    <w:uiPriority w:val="99"/>
    <w:unhideWhenUsed/>
    <w:rsid w:val="00B75E6B"/>
    <w:pPr>
      <w:spacing w:after="120" w:line="276" w:lineRule="auto"/>
      <w:ind w:left="1080"/>
      <w:contextualSpacing/>
    </w:pPr>
    <w:rPr>
      <w:rFonts w:eastAsiaTheme="minorEastAsia"/>
      <w:lang w:val="en-US"/>
    </w:rPr>
  </w:style>
  <w:style w:type="paragraph" w:styleId="af8">
    <w:name w:val="macro"/>
    <w:link w:val="af9"/>
    <w:uiPriority w:val="99"/>
    <w:unhideWhenUsed/>
    <w:rsid w:val="00B75E6B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f9">
    <w:name w:val="Текст макроса Знак"/>
    <w:basedOn w:val="a2"/>
    <w:link w:val="af8"/>
    <w:uiPriority w:val="99"/>
    <w:rsid w:val="00B75E6B"/>
    <w:rPr>
      <w:rFonts w:ascii="Courier" w:eastAsiaTheme="minorEastAsia" w:hAnsi="Courier"/>
      <w:sz w:val="20"/>
      <w:szCs w:val="20"/>
      <w:lang w:val="en-US"/>
    </w:rPr>
  </w:style>
  <w:style w:type="paragraph" w:styleId="29">
    <w:name w:val="Quote"/>
    <w:basedOn w:val="a1"/>
    <w:next w:val="a1"/>
    <w:link w:val="2a"/>
    <w:uiPriority w:val="29"/>
    <w:qFormat/>
    <w:rsid w:val="00B75E6B"/>
    <w:pPr>
      <w:spacing w:after="200" w:line="276" w:lineRule="auto"/>
    </w:pPr>
    <w:rPr>
      <w:rFonts w:eastAsiaTheme="minorEastAsia"/>
      <w:i/>
      <w:iCs/>
      <w:color w:val="000000" w:themeColor="text1"/>
      <w:lang w:val="en-US"/>
    </w:rPr>
  </w:style>
  <w:style w:type="character" w:customStyle="1" w:styleId="2a">
    <w:name w:val="Цитата 2 Знак"/>
    <w:basedOn w:val="a2"/>
    <w:link w:val="29"/>
    <w:uiPriority w:val="29"/>
    <w:rsid w:val="00B75E6B"/>
    <w:rPr>
      <w:rFonts w:eastAsiaTheme="minorEastAsia"/>
      <w:i/>
      <w:iCs/>
      <w:color w:val="000000" w:themeColor="text1"/>
      <w:lang w:val="en-US"/>
    </w:rPr>
  </w:style>
  <w:style w:type="paragraph" w:styleId="afa">
    <w:name w:val="caption"/>
    <w:basedOn w:val="a1"/>
    <w:next w:val="a1"/>
    <w:uiPriority w:val="35"/>
    <w:semiHidden/>
    <w:unhideWhenUsed/>
    <w:qFormat/>
    <w:rsid w:val="00B75E6B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8"/>
      <w:lang w:val="en-US"/>
    </w:rPr>
  </w:style>
  <w:style w:type="character" w:styleId="afb">
    <w:name w:val="Strong"/>
    <w:basedOn w:val="a2"/>
    <w:uiPriority w:val="22"/>
    <w:qFormat/>
    <w:rsid w:val="00B75E6B"/>
    <w:rPr>
      <w:b/>
      <w:bCs/>
    </w:rPr>
  </w:style>
  <w:style w:type="character" w:styleId="afc">
    <w:name w:val="Emphasis"/>
    <w:basedOn w:val="a2"/>
    <w:uiPriority w:val="20"/>
    <w:qFormat/>
    <w:rsid w:val="00B75E6B"/>
    <w:rPr>
      <w:i/>
      <w:iCs/>
    </w:rPr>
  </w:style>
  <w:style w:type="paragraph" w:styleId="afd">
    <w:name w:val="Intense Quote"/>
    <w:basedOn w:val="a1"/>
    <w:next w:val="a1"/>
    <w:link w:val="afe"/>
    <w:uiPriority w:val="30"/>
    <w:qFormat/>
    <w:rsid w:val="00B75E6B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  <w:lang w:val="en-US"/>
    </w:rPr>
  </w:style>
  <w:style w:type="character" w:customStyle="1" w:styleId="afe">
    <w:name w:val="Выделенная цитата Знак"/>
    <w:basedOn w:val="a2"/>
    <w:link w:val="afd"/>
    <w:uiPriority w:val="30"/>
    <w:rsid w:val="00B75E6B"/>
    <w:rPr>
      <w:rFonts w:eastAsiaTheme="minorEastAsia"/>
      <w:b/>
      <w:bCs/>
      <w:i/>
      <w:iCs/>
      <w:color w:val="5B9BD5" w:themeColor="accent1"/>
      <w:lang w:val="en-US"/>
    </w:rPr>
  </w:style>
  <w:style w:type="character" w:styleId="aff">
    <w:name w:val="Subtle Emphasis"/>
    <w:basedOn w:val="a2"/>
    <w:uiPriority w:val="19"/>
    <w:qFormat/>
    <w:rsid w:val="00B75E6B"/>
    <w:rPr>
      <w:i/>
      <w:iCs/>
      <w:color w:val="808080" w:themeColor="text1" w:themeTint="7F"/>
    </w:rPr>
  </w:style>
  <w:style w:type="character" w:styleId="aff0">
    <w:name w:val="Intense Emphasis"/>
    <w:basedOn w:val="a2"/>
    <w:uiPriority w:val="21"/>
    <w:qFormat/>
    <w:rsid w:val="00B75E6B"/>
    <w:rPr>
      <w:b/>
      <w:bCs/>
      <w:i/>
      <w:iCs/>
      <w:color w:val="5B9BD5" w:themeColor="accent1"/>
    </w:rPr>
  </w:style>
  <w:style w:type="character" w:styleId="aff1">
    <w:name w:val="Subtle Reference"/>
    <w:basedOn w:val="a2"/>
    <w:uiPriority w:val="31"/>
    <w:qFormat/>
    <w:rsid w:val="00B75E6B"/>
    <w:rPr>
      <w:smallCaps/>
      <w:color w:val="ED7D31" w:themeColor="accent2"/>
      <w:u w:val="single"/>
    </w:rPr>
  </w:style>
  <w:style w:type="character" w:styleId="aff2">
    <w:name w:val="Intense Reference"/>
    <w:basedOn w:val="a2"/>
    <w:uiPriority w:val="32"/>
    <w:qFormat/>
    <w:rsid w:val="00B75E6B"/>
    <w:rPr>
      <w:b/>
      <w:bCs/>
      <w:smallCaps/>
      <w:color w:val="ED7D31" w:themeColor="accent2"/>
      <w:spacing w:val="5"/>
      <w:u w:val="single"/>
    </w:rPr>
  </w:style>
  <w:style w:type="character" w:styleId="aff3">
    <w:name w:val="Book Title"/>
    <w:basedOn w:val="a2"/>
    <w:uiPriority w:val="33"/>
    <w:qFormat/>
    <w:rsid w:val="00B75E6B"/>
    <w:rPr>
      <w:b/>
      <w:bCs/>
      <w:smallCaps/>
      <w:spacing w:val="5"/>
    </w:rPr>
  </w:style>
  <w:style w:type="paragraph" w:styleId="aff4">
    <w:name w:val="TOC Heading"/>
    <w:basedOn w:val="1"/>
    <w:next w:val="a1"/>
    <w:uiPriority w:val="39"/>
    <w:semiHidden/>
    <w:unhideWhenUsed/>
    <w:qFormat/>
    <w:rsid w:val="00B75E6B"/>
    <w:pPr>
      <w:outlineLvl w:val="9"/>
    </w:pPr>
  </w:style>
  <w:style w:type="table" w:styleId="aff5">
    <w:name w:val="Light Shading"/>
    <w:basedOn w:val="a3"/>
    <w:uiPriority w:val="60"/>
    <w:rsid w:val="00B75E6B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B75E6B"/>
    <w:pPr>
      <w:spacing w:after="0" w:line="240" w:lineRule="auto"/>
    </w:pPr>
    <w:rPr>
      <w:rFonts w:eastAsiaTheme="minorEastAsia"/>
      <w:color w:val="2E74B5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">
    <w:name w:val="Light Shading Accent 2"/>
    <w:basedOn w:val="a3"/>
    <w:uiPriority w:val="60"/>
    <w:rsid w:val="00B75E6B"/>
    <w:pPr>
      <w:spacing w:after="0" w:line="240" w:lineRule="auto"/>
    </w:pPr>
    <w:rPr>
      <w:rFonts w:eastAsiaTheme="minorEastAsia"/>
      <w:color w:val="C45911" w:themeColor="accent2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">
    <w:name w:val="Light Shading Accent 3"/>
    <w:basedOn w:val="a3"/>
    <w:uiPriority w:val="60"/>
    <w:rsid w:val="00B75E6B"/>
    <w:pPr>
      <w:spacing w:after="0" w:line="240" w:lineRule="auto"/>
    </w:pPr>
    <w:rPr>
      <w:rFonts w:eastAsiaTheme="minorEastAsia"/>
      <w:color w:val="7B7B7B" w:themeColor="accent3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3"/>
    <w:uiPriority w:val="60"/>
    <w:rsid w:val="00B75E6B"/>
    <w:pPr>
      <w:spacing w:after="0" w:line="240" w:lineRule="auto"/>
    </w:pPr>
    <w:rPr>
      <w:rFonts w:eastAsiaTheme="minorEastAsia"/>
      <w:color w:val="BF8F00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3"/>
    <w:uiPriority w:val="60"/>
    <w:rsid w:val="00B75E6B"/>
    <w:pPr>
      <w:spacing w:after="0" w:line="240" w:lineRule="auto"/>
    </w:pPr>
    <w:rPr>
      <w:rFonts w:eastAsiaTheme="minorEastAsia"/>
      <w:color w:val="2F5496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3"/>
    <w:uiPriority w:val="60"/>
    <w:rsid w:val="00B75E6B"/>
    <w:pPr>
      <w:spacing w:after="0" w:line="240" w:lineRule="auto"/>
    </w:pPr>
    <w:rPr>
      <w:rFonts w:eastAsiaTheme="minorEastAsia"/>
      <w:color w:val="538135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6">
    <w:name w:val="Light List"/>
    <w:basedOn w:val="a3"/>
    <w:uiPriority w:val="61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0">
    <w:name w:val="Light List Accent 2"/>
    <w:basedOn w:val="a3"/>
    <w:uiPriority w:val="61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0">
    <w:name w:val="Light List Accent 3"/>
    <w:basedOn w:val="a3"/>
    <w:uiPriority w:val="61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0">
    <w:name w:val="Light List Accent 4"/>
    <w:basedOn w:val="a3"/>
    <w:uiPriority w:val="61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0">
    <w:name w:val="Light List Accent 5"/>
    <w:basedOn w:val="a3"/>
    <w:uiPriority w:val="61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0">
    <w:name w:val="Light List Accent 6"/>
    <w:basedOn w:val="a3"/>
    <w:uiPriority w:val="61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7">
    <w:name w:val="Light Grid"/>
    <w:basedOn w:val="a3"/>
    <w:uiPriority w:val="62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3"/>
    <w:uiPriority w:val="62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3"/>
    <w:uiPriority w:val="62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1">
    <w:name w:val="Light Grid Accent 4"/>
    <w:basedOn w:val="a3"/>
    <w:uiPriority w:val="62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1">
    <w:name w:val="Light Grid Accent 5"/>
    <w:basedOn w:val="a3"/>
    <w:uiPriority w:val="62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1">
    <w:name w:val="Light Grid Accent 6"/>
    <w:basedOn w:val="a3"/>
    <w:uiPriority w:val="62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">
    <w:name w:val="Medium Shading 1"/>
    <w:basedOn w:val="a3"/>
    <w:uiPriority w:val="63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b">
    <w:name w:val="Medium Shading 2"/>
    <w:basedOn w:val="a3"/>
    <w:uiPriority w:val="64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0">
    <w:name w:val="Medium List 1 Accent 2"/>
    <w:basedOn w:val="a3"/>
    <w:uiPriority w:val="65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3"/>
    <w:uiPriority w:val="65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c">
    <w:name w:val="Medium List 2"/>
    <w:basedOn w:val="a3"/>
    <w:uiPriority w:val="66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3"/>
    <w:uiPriority w:val="67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3"/>
    <w:uiPriority w:val="67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3"/>
    <w:uiPriority w:val="67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3"/>
    <w:uiPriority w:val="67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3"/>
    <w:uiPriority w:val="67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d">
    <w:name w:val="Medium Grid 2"/>
    <w:basedOn w:val="a3"/>
    <w:uiPriority w:val="68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B75E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3"/>
    <w:uiPriority w:val="69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3"/>
    <w:uiPriority w:val="69"/>
    <w:rsid w:val="00B75E6B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8">
    <w:name w:val="Dark List"/>
    <w:basedOn w:val="a3"/>
    <w:uiPriority w:val="70"/>
    <w:rsid w:val="00B75E6B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B75E6B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2">
    <w:name w:val="Dark List Accent 2"/>
    <w:basedOn w:val="a3"/>
    <w:uiPriority w:val="70"/>
    <w:rsid w:val="00B75E6B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rsid w:val="00B75E6B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rsid w:val="00B75E6B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rsid w:val="00B75E6B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3"/>
    <w:uiPriority w:val="70"/>
    <w:rsid w:val="00B75E6B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aff9">
    <w:name w:val="Colorful Shading"/>
    <w:basedOn w:val="a3"/>
    <w:uiPriority w:val="71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3">
    <w:name w:val="Colorful Shading Accent 4"/>
    <w:basedOn w:val="a3"/>
    <w:uiPriority w:val="71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a">
    <w:name w:val="Colorful List"/>
    <w:basedOn w:val="a3"/>
    <w:uiPriority w:val="72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4">
    <w:name w:val="Colorful List Accent 2"/>
    <w:basedOn w:val="a3"/>
    <w:uiPriority w:val="72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4">
    <w:name w:val="Colorful List Accent 3"/>
    <w:basedOn w:val="a3"/>
    <w:uiPriority w:val="72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Colorful List Accent 4"/>
    <w:basedOn w:val="a3"/>
    <w:uiPriority w:val="72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4">
    <w:name w:val="Colorful List Accent 5"/>
    <w:basedOn w:val="a3"/>
    <w:uiPriority w:val="72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4">
    <w:name w:val="Colorful List Accent 6"/>
    <w:basedOn w:val="a3"/>
    <w:uiPriority w:val="72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b">
    <w:name w:val="Colorful Grid"/>
    <w:basedOn w:val="a3"/>
    <w:uiPriority w:val="73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5">
    <w:name w:val="Colorful Grid Accent 2"/>
    <w:basedOn w:val="a3"/>
    <w:uiPriority w:val="73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5">
    <w:name w:val="Colorful Grid Accent 3"/>
    <w:basedOn w:val="a3"/>
    <w:uiPriority w:val="73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3"/>
    <w:uiPriority w:val="73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3"/>
    <w:uiPriority w:val="73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3"/>
    <w:uiPriority w:val="73"/>
    <w:rsid w:val="00B75E6B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affc">
    <w:name w:val="Hyperlink"/>
    <w:basedOn w:val="a2"/>
    <w:uiPriority w:val="99"/>
    <w:unhideWhenUsed/>
    <w:rsid w:val="005769C0"/>
    <w:rPr>
      <w:color w:val="0563C1" w:themeColor="hyperlink"/>
      <w:u w:val="single"/>
    </w:rPr>
  </w:style>
  <w:style w:type="paragraph" w:styleId="affd">
    <w:name w:val="Body Text Indent"/>
    <w:basedOn w:val="a1"/>
    <w:link w:val="affe"/>
    <w:uiPriority w:val="99"/>
    <w:unhideWhenUsed/>
    <w:qFormat/>
    <w:rsid w:val="00DC406A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fe">
    <w:name w:val="Основной текст с отступом Знак"/>
    <w:basedOn w:val="a2"/>
    <w:link w:val="affd"/>
    <w:uiPriority w:val="99"/>
    <w:rsid w:val="00DC406A"/>
    <w:rPr>
      <w:rFonts w:eastAsiaTheme="minorEastAsia"/>
      <w:lang w:eastAsia="ru-RU"/>
    </w:rPr>
  </w:style>
  <w:style w:type="character" w:customStyle="1" w:styleId="NoSpacingChar">
    <w:name w:val="No Spacing Char"/>
    <w:link w:val="NoSpacing1"/>
    <w:locked/>
    <w:rsid w:val="00B71254"/>
  </w:style>
  <w:style w:type="paragraph" w:customStyle="1" w:styleId="NoSpacing1">
    <w:name w:val="No Spacing1"/>
    <w:link w:val="NoSpacingChar"/>
    <w:rsid w:val="00B71254"/>
    <w:pPr>
      <w:spacing w:after="200" w:line="240" w:lineRule="auto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8F4BCB"/>
    <w:rPr>
      <w:rFonts w:ascii="Times New Roman" w:hAnsi="Times New Roman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30</Pages>
  <Words>10158</Words>
  <Characters>57903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№23.2022</cp:lastModifiedBy>
  <cp:revision>19</cp:revision>
  <dcterms:created xsi:type="dcterms:W3CDTF">2023-09-14T17:14:00Z</dcterms:created>
  <dcterms:modified xsi:type="dcterms:W3CDTF">2023-10-04T06:46:00Z</dcterms:modified>
</cp:coreProperties>
</file>