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6E2E" w:rsidRPr="007205EF" w:rsidRDefault="008E75F7" w:rsidP="008E75F7">
      <w:pPr>
        <w:spacing w:after="0"/>
        <w:ind w:left="-1134"/>
        <w:rPr>
          <w:rFonts w:ascii="Times New Roman" w:hAnsi="Times New Roman"/>
          <w:b/>
          <w:color w:val="000000"/>
          <w:sz w:val="24"/>
          <w:szCs w:val="24"/>
          <w:lang w:val="ru-RU"/>
        </w:rPr>
      </w:pPr>
      <w:bookmarkStart w:id="0" w:name="_GoBack"/>
      <w:r w:rsidRPr="008E75F7">
        <w:rPr>
          <w:rFonts w:ascii="Times New Roman" w:hAnsi="Times New Roman"/>
          <w:b/>
          <w:noProof/>
          <w:color w:val="000000"/>
          <w:sz w:val="24"/>
          <w:szCs w:val="24"/>
          <w:lang w:val="ru-RU" w:eastAsia="ru-RU"/>
        </w:rPr>
        <w:drawing>
          <wp:inline distT="0" distB="0" distL="0" distR="0">
            <wp:extent cx="7788912" cy="10704666"/>
            <wp:effectExtent l="9207" t="0" r="0" b="0"/>
            <wp:docPr id="1" name="Рисунок 1" descr="C:\Users\Оксана\Desktop\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ксана\Desktop\10.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5400000">
                      <a:off x="0" y="0"/>
                      <a:ext cx="7788912" cy="10704666"/>
                    </a:xfrm>
                    <a:prstGeom prst="rect">
                      <a:avLst/>
                    </a:prstGeom>
                    <a:noFill/>
                    <a:ln>
                      <a:noFill/>
                    </a:ln>
                  </pic:spPr>
                </pic:pic>
              </a:graphicData>
            </a:graphic>
          </wp:inline>
        </w:drawing>
      </w:r>
      <w:bookmarkEnd w:id="0"/>
      <w:r w:rsidR="00196E2E" w:rsidRPr="007205EF">
        <w:rPr>
          <w:rFonts w:ascii="Times New Roman" w:hAnsi="Times New Roman"/>
          <w:b/>
          <w:color w:val="000000"/>
          <w:sz w:val="24"/>
          <w:szCs w:val="24"/>
          <w:lang w:val="ru-RU"/>
        </w:rPr>
        <w:t xml:space="preserve">     </w:t>
      </w:r>
      <w:r w:rsidR="00196E2E" w:rsidRPr="007205EF">
        <w:rPr>
          <w:rFonts w:ascii="Times New Roman" w:hAnsi="Times New Roman"/>
          <w:b/>
          <w:color w:val="000000"/>
          <w:sz w:val="24"/>
          <w:szCs w:val="24"/>
          <w:lang w:val="ru-RU"/>
        </w:rPr>
        <w:lastRenderedPageBreak/>
        <w:t xml:space="preserve">         ПОЯСНИТЕЛЬНАЯ ЗАПИСКА</w:t>
      </w:r>
    </w:p>
    <w:p w:rsidR="00196E2E" w:rsidRPr="007205EF" w:rsidRDefault="00196E2E" w:rsidP="00196E2E">
      <w:pPr>
        <w:spacing w:after="0"/>
        <w:rPr>
          <w:sz w:val="24"/>
          <w:szCs w:val="24"/>
          <w:lang w:val="ru-RU"/>
        </w:rPr>
      </w:pPr>
    </w:p>
    <w:p w:rsidR="00196E2E" w:rsidRPr="007205EF" w:rsidRDefault="00196E2E" w:rsidP="00196E2E">
      <w:pPr>
        <w:spacing w:after="0"/>
        <w:jc w:val="both"/>
        <w:rPr>
          <w:rFonts w:ascii="Calibri" w:eastAsia="Times New Roman" w:hAnsi="Calibri" w:cs="Times New Roman"/>
          <w:b/>
          <w:sz w:val="24"/>
          <w:szCs w:val="24"/>
          <w:lang w:val="ru-RU" w:eastAsia="ru-RU"/>
        </w:rPr>
      </w:pPr>
      <w:r w:rsidRPr="007205EF">
        <w:rPr>
          <w:rFonts w:ascii="Times New Roman" w:eastAsia="Times New Roman" w:hAnsi="Times New Roman" w:cs="Times New Roman"/>
          <w:sz w:val="24"/>
          <w:szCs w:val="24"/>
          <w:lang w:val="ru-RU" w:eastAsia="ru-RU"/>
        </w:rPr>
        <w:t>Рабочая программа по учебному предмету "Математика" на уровне начального общего образования разработана в соответствии с приказами Министерства просвещения Российской Федерации от 31.05.2021 г. №286 «Об утверждении Федерального государственного образовательного стандарта начального общего образования», от 18.07.2022 г. №569 «О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года №286», от 18.05.2023 № 372 "Об утверждении федеральной образовательной программы начального общего образования" (Зарегистрирован 12.07.2023 № 74229), Основной образовательной программой начального общего образования Муниципального бюджетного общеобразовательного учреждения средней общеобразовательной школы №3 имени Тази Гиззата г. Агрыз Агрызского муниципального района Республики Татарстан, введенной в действие приказом школы от 29.08.2023 г. №217 «О»  «О введении в действие основных образовательных программ начального, основного и среднего общего  образования, об утверждении годового календарного графика, годового плана работы», рабочей программы воспитания, введеной в действия приказом школы от 29.08.2022г. № 289 «О» « О введение в действие рабочей программы воспитания»</w:t>
      </w:r>
    </w:p>
    <w:p w:rsidR="005E3948" w:rsidRPr="007205EF" w:rsidRDefault="005E3948" w:rsidP="005E3948">
      <w:pPr>
        <w:spacing w:after="0" w:line="264" w:lineRule="auto"/>
        <w:ind w:left="120"/>
        <w:jc w:val="both"/>
        <w:rPr>
          <w:sz w:val="24"/>
          <w:szCs w:val="24"/>
          <w:lang w:val="ru-RU"/>
        </w:rPr>
      </w:pPr>
      <w:bookmarkStart w:id="1" w:name="block-7564035"/>
      <w:r w:rsidRPr="007205EF">
        <w:rPr>
          <w:rFonts w:ascii="Times New Roman" w:hAnsi="Times New Roman"/>
          <w:b/>
          <w:color w:val="000000"/>
          <w:sz w:val="24"/>
          <w:szCs w:val="24"/>
          <w:lang w:val="ru-RU"/>
        </w:rPr>
        <w:t>СОДЕРЖАНИЕ ОБУЧЕНИЯ</w:t>
      </w:r>
    </w:p>
    <w:p w:rsidR="005E3948" w:rsidRPr="007205EF" w:rsidRDefault="005E3948" w:rsidP="005E3948">
      <w:pPr>
        <w:spacing w:after="0" w:line="264" w:lineRule="auto"/>
        <w:ind w:left="120"/>
        <w:jc w:val="both"/>
        <w:rPr>
          <w:sz w:val="24"/>
          <w:szCs w:val="24"/>
          <w:lang w:val="ru-RU"/>
        </w:rPr>
      </w:pP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5E3948" w:rsidRPr="007205EF" w:rsidRDefault="005E3948" w:rsidP="005E3948">
      <w:pPr>
        <w:spacing w:after="0" w:line="264" w:lineRule="auto"/>
        <w:ind w:left="120"/>
        <w:jc w:val="both"/>
        <w:rPr>
          <w:sz w:val="24"/>
          <w:szCs w:val="24"/>
          <w:lang w:val="ru-RU"/>
        </w:rPr>
      </w:pPr>
    </w:p>
    <w:p w:rsidR="005E3948" w:rsidRPr="007205EF" w:rsidRDefault="005E3948" w:rsidP="005E3948">
      <w:pPr>
        <w:spacing w:after="0" w:line="264" w:lineRule="auto"/>
        <w:ind w:left="120"/>
        <w:jc w:val="both"/>
        <w:rPr>
          <w:sz w:val="24"/>
          <w:szCs w:val="24"/>
          <w:lang w:val="ru-RU"/>
        </w:rPr>
      </w:pPr>
      <w:r w:rsidRPr="007205EF">
        <w:rPr>
          <w:rFonts w:ascii="Times New Roman" w:hAnsi="Times New Roman"/>
          <w:b/>
          <w:color w:val="000000"/>
          <w:sz w:val="24"/>
          <w:szCs w:val="24"/>
          <w:lang w:val="ru-RU"/>
        </w:rPr>
        <w:t>1 КЛАСС</w:t>
      </w:r>
    </w:p>
    <w:p w:rsidR="005E3948" w:rsidRPr="007205EF" w:rsidRDefault="005E3948" w:rsidP="005E3948">
      <w:pPr>
        <w:spacing w:after="0" w:line="264" w:lineRule="auto"/>
        <w:ind w:left="120"/>
        <w:jc w:val="both"/>
        <w:rPr>
          <w:sz w:val="24"/>
          <w:szCs w:val="24"/>
          <w:lang w:val="ru-RU"/>
        </w:rPr>
      </w:pP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b/>
          <w:color w:val="000000"/>
          <w:sz w:val="24"/>
          <w:szCs w:val="24"/>
          <w:lang w:val="ru-RU"/>
        </w:rPr>
        <w:t>Числа и величины</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 xml:space="preserve">Длина и её измерение. Единицы длины и установление соотношения между ними: сантиметр, дециметр. </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b/>
          <w:color w:val="000000"/>
          <w:sz w:val="24"/>
          <w:szCs w:val="24"/>
          <w:lang w:val="ru-RU"/>
        </w:rPr>
        <w:t>Арифметические действия</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b/>
          <w:color w:val="000000"/>
          <w:sz w:val="24"/>
          <w:szCs w:val="24"/>
          <w:lang w:val="ru-RU"/>
        </w:rPr>
        <w:t>Текстовые задачи</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b/>
          <w:color w:val="000000"/>
          <w:sz w:val="24"/>
          <w:szCs w:val="24"/>
          <w:lang w:val="ru-RU"/>
        </w:rPr>
        <w:t>Пространственные отношения и геометрические фигуры</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lastRenderedPageBreak/>
        <w:t>Расположение предметов и объектов на плоскости, в пространстве, установление пространственных отношений: «слева</w:t>
      </w:r>
      <w:r w:rsidRPr="007205EF">
        <w:rPr>
          <w:rFonts w:ascii="Times New Roman" w:hAnsi="Times New Roman"/>
          <w:color w:val="333333"/>
          <w:sz w:val="24"/>
          <w:szCs w:val="24"/>
          <w:lang w:val="ru-RU"/>
        </w:rPr>
        <w:t xml:space="preserve"> – </w:t>
      </w:r>
      <w:r w:rsidRPr="007205EF">
        <w:rPr>
          <w:rFonts w:ascii="Times New Roman" w:hAnsi="Times New Roman"/>
          <w:color w:val="000000"/>
          <w:sz w:val="24"/>
          <w:szCs w:val="24"/>
          <w:lang w:val="ru-RU"/>
        </w:rPr>
        <w:t>справа», «сверху</w:t>
      </w:r>
      <w:r w:rsidRPr="007205EF">
        <w:rPr>
          <w:rFonts w:ascii="Times New Roman" w:hAnsi="Times New Roman"/>
          <w:color w:val="333333"/>
          <w:sz w:val="24"/>
          <w:szCs w:val="24"/>
          <w:lang w:val="ru-RU"/>
        </w:rPr>
        <w:t xml:space="preserve"> – </w:t>
      </w:r>
      <w:r w:rsidRPr="007205EF">
        <w:rPr>
          <w:rFonts w:ascii="Times New Roman" w:hAnsi="Times New Roman"/>
          <w:color w:val="000000"/>
          <w:sz w:val="24"/>
          <w:szCs w:val="24"/>
          <w:lang w:val="ru-RU"/>
        </w:rPr>
        <w:t xml:space="preserve">снизу», «между». </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b/>
          <w:color w:val="000000"/>
          <w:sz w:val="24"/>
          <w:szCs w:val="24"/>
          <w:lang w:val="ru-RU"/>
        </w:rPr>
        <w:t>Математическая информация</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 xml:space="preserve">Закономерность в ряду заданных объектов: её обнаружение, продолжение ряда. </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Верные (истинные) и неверные (ложные) предложения, составленные относительно заданного набора математических объектов.</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5E3948" w:rsidRPr="007205EF" w:rsidRDefault="005E3948" w:rsidP="005E3948">
      <w:pPr>
        <w:spacing w:after="0" w:line="264" w:lineRule="auto"/>
        <w:ind w:firstLine="600"/>
        <w:jc w:val="both"/>
        <w:rPr>
          <w:sz w:val="24"/>
          <w:szCs w:val="24"/>
          <w:lang w:val="ru-RU"/>
        </w:rPr>
      </w:pPr>
      <w:proofErr w:type="gramStart"/>
      <w:r w:rsidRPr="007205EF">
        <w:rPr>
          <w:rFonts w:ascii="Times New Roman" w:hAnsi="Times New Roman"/>
          <w:color w:val="000000"/>
          <w:sz w:val="24"/>
          <w:szCs w:val="24"/>
          <w:lang w:val="ru-RU"/>
        </w:rPr>
        <w:t>Двух-трёх шаговые</w:t>
      </w:r>
      <w:proofErr w:type="gramEnd"/>
      <w:r w:rsidRPr="007205EF">
        <w:rPr>
          <w:rFonts w:ascii="Times New Roman" w:hAnsi="Times New Roman"/>
          <w:color w:val="000000"/>
          <w:sz w:val="24"/>
          <w:szCs w:val="24"/>
          <w:lang w:val="ru-RU"/>
        </w:rPr>
        <w:t xml:space="preserve"> инструкции, связанные с вычислением, измерением длины, изображением геометрической фигуры. </w:t>
      </w:r>
    </w:p>
    <w:p w:rsidR="005E3948" w:rsidRPr="007205EF" w:rsidRDefault="005E3948" w:rsidP="005E3948">
      <w:pPr>
        <w:tabs>
          <w:tab w:val="left" w:pos="1418"/>
        </w:tabs>
        <w:spacing w:after="0" w:line="264" w:lineRule="auto"/>
        <w:ind w:firstLine="600"/>
        <w:jc w:val="both"/>
        <w:rPr>
          <w:sz w:val="24"/>
          <w:szCs w:val="24"/>
          <w:lang w:val="ru-RU"/>
        </w:rPr>
      </w:pPr>
      <w:r w:rsidRPr="007205EF">
        <w:rPr>
          <w:rFonts w:ascii="Times New Roman" w:hAnsi="Times New Roman"/>
          <w:color w:val="000000"/>
          <w:sz w:val="24"/>
          <w:szCs w:val="24"/>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5E3948" w:rsidRPr="007205EF" w:rsidRDefault="005E3948" w:rsidP="005E3948">
      <w:pPr>
        <w:tabs>
          <w:tab w:val="left" w:pos="1418"/>
        </w:tabs>
        <w:spacing w:after="0" w:line="264" w:lineRule="auto"/>
        <w:ind w:firstLine="600"/>
        <w:jc w:val="both"/>
        <w:rPr>
          <w:sz w:val="24"/>
          <w:szCs w:val="24"/>
          <w:lang w:val="ru-RU"/>
        </w:rPr>
      </w:pPr>
      <w:r w:rsidRPr="007205EF">
        <w:rPr>
          <w:rFonts w:ascii="Times New Roman" w:hAnsi="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5E3948" w:rsidRPr="007205EF" w:rsidRDefault="005E3948" w:rsidP="005E3948">
      <w:pPr>
        <w:tabs>
          <w:tab w:val="left" w:pos="1418"/>
        </w:tabs>
        <w:spacing w:after="0" w:line="264" w:lineRule="auto"/>
        <w:ind w:firstLine="600"/>
        <w:jc w:val="both"/>
        <w:rPr>
          <w:sz w:val="24"/>
          <w:szCs w:val="24"/>
          <w:lang w:val="ru-RU"/>
        </w:rPr>
      </w:pPr>
      <w:r w:rsidRPr="007205EF">
        <w:rPr>
          <w:rFonts w:ascii="Times New Roman" w:hAnsi="Times New Roman"/>
          <w:color w:val="000000"/>
          <w:sz w:val="24"/>
          <w:szCs w:val="24"/>
          <w:lang w:val="ru-RU"/>
        </w:rPr>
        <w:t>наблюдать математические объекты (числа, величины) в окружающем мире;</w:t>
      </w:r>
    </w:p>
    <w:p w:rsidR="005E3948" w:rsidRPr="007205EF" w:rsidRDefault="005E3948" w:rsidP="005E3948">
      <w:pPr>
        <w:tabs>
          <w:tab w:val="left" w:pos="1418"/>
        </w:tabs>
        <w:spacing w:after="0" w:line="264" w:lineRule="auto"/>
        <w:ind w:firstLine="600"/>
        <w:jc w:val="both"/>
        <w:rPr>
          <w:sz w:val="24"/>
          <w:szCs w:val="24"/>
          <w:lang w:val="ru-RU"/>
        </w:rPr>
      </w:pPr>
      <w:r w:rsidRPr="007205EF">
        <w:rPr>
          <w:rFonts w:ascii="Times New Roman" w:hAnsi="Times New Roman"/>
          <w:color w:val="000000"/>
          <w:sz w:val="24"/>
          <w:szCs w:val="24"/>
          <w:lang w:val="ru-RU"/>
        </w:rPr>
        <w:t>обнаруживать общее и различное в записи арифметических действий;</w:t>
      </w:r>
    </w:p>
    <w:p w:rsidR="005E3948" w:rsidRPr="007205EF" w:rsidRDefault="005E3948" w:rsidP="005E3948">
      <w:pPr>
        <w:tabs>
          <w:tab w:val="left" w:pos="1418"/>
        </w:tabs>
        <w:spacing w:after="0" w:line="264" w:lineRule="auto"/>
        <w:ind w:firstLine="600"/>
        <w:jc w:val="both"/>
        <w:rPr>
          <w:sz w:val="24"/>
          <w:szCs w:val="24"/>
          <w:lang w:val="ru-RU"/>
        </w:rPr>
      </w:pPr>
      <w:r w:rsidRPr="007205EF">
        <w:rPr>
          <w:rFonts w:ascii="Times New Roman" w:hAnsi="Times New Roman"/>
          <w:color w:val="000000"/>
          <w:sz w:val="24"/>
          <w:szCs w:val="24"/>
          <w:lang w:val="ru-RU"/>
        </w:rPr>
        <w:t>наблюдать действие измерительных приборов;</w:t>
      </w:r>
    </w:p>
    <w:p w:rsidR="005E3948" w:rsidRPr="007205EF" w:rsidRDefault="005E3948" w:rsidP="005E3948">
      <w:pPr>
        <w:tabs>
          <w:tab w:val="left" w:pos="1418"/>
        </w:tabs>
        <w:spacing w:after="0" w:line="264" w:lineRule="auto"/>
        <w:ind w:firstLine="600"/>
        <w:jc w:val="both"/>
        <w:rPr>
          <w:sz w:val="24"/>
          <w:szCs w:val="24"/>
          <w:lang w:val="ru-RU"/>
        </w:rPr>
      </w:pPr>
      <w:r w:rsidRPr="007205EF">
        <w:rPr>
          <w:rFonts w:ascii="Times New Roman" w:hAnsi="Times New Roman"/>
          <w:color w:val="000000"/>
          <w:sz w:val="24"/>
          <w:szCs w:val="24"/>
          <w:lang w:val="ru-RU"/>
        </w:rPr>
        <w:t>сравнивать два объекта, два числа;</w:t>
      </w:r>
    </w:p>
    <w:p w:rsidR="005E3948" w:rsidRPr="007205EF" w:rsidRDefault="005E3948" w:rsidP="005E3948">
      <w:pPr>
        <w:tabs>
          <w:tab w:val="left" w:pos="1418"/>
        </w:tabs>
        <w:spacing w:after="0" w:line="264" w:lineRule="auto"/>
        <w:ind w:firstLine="600"/>
        <w:jc w:val="both"/>
        <w:rPr>
          <w:sz w:val="24"/>
          <w:szCs w:val="24"/>
          <w:lang w:val="ru-RU"/>
        </w:rPr>
      </w:pPr>
      <w:r w:rsidRPr="007205EF">
        <w:rPr>
          <w:rFonts w:ascii="Times New Roman" w:hAnsi="Times New Roman"/>
          <w:color w:val="000000"/>
          <w:sz w:val="24"/>
          <w:szCs w:val="24"/>
          <w:lang w:val="ru-RU"/>
        </w:rPr>
        <w:t>распределять объекты на группы по заданному основанию;</w:t>
      </w:r>
    </w:p>
    <w:p w:rsidR="005E3948" w:rsidRPr="007205EF" w:rsidRDefault="005E3948" w:rsidP="005E3948">
      <w:pPr>
        <w:tabs>
          <w:tab w:val="left" w:pos="1418"/>
        </w:tabs>
        <w:spacing w:after="0" w:line="264" w:lineRule="auto"/>
        <w:ind w:firstLine="600"/>
        <w:jc w:val="both"/>
        <w:rPr>
          <w:sz w:val="24"/>
          <w:szCs w:val="24"/>
          <w:lang w:val="ru-RU"/>
        </w:rPr>
      </w:pPr>
      <w:r w:rsidRPr="007205EF">
        <w:rPr>
          <w:rFonts w:ascii="Times New Roman" w:hAnsi="Times New Roman"/>
          <w:color w:val="000000"/>
          <w:sz w:val="24"/>
          <w:szCs w:val="24"/>
          <w:lang w:val="ru-RU"/>
        </w:rPr>
        <w:t>копировать изученные фигуры, рисовать от руки по собственному замыслу;</w:t>
      </w:r>
    </w:p>
    <w:p w:rsidR="005E3948" w:rsidRPr="007205EF" w:rsidRDefault="005E3948" w:rsidP="005E3948">
      <w:pPr>
        <w:tabs>
          <w:tab w:val="left" w:pos="1418"/>
        </w:tabs>
        <w:spacing w:after="0" w:line="264" w:lineRule="auto"/>
        <w:ind w:firstLine="600"/>
        <w:jc w:val="both"/>
        <w:rPr>
          <w:sz w:val="24"/>
          <w:szCs w:val="24"/>
          <w:lang w:val="ru-RU"/>
        </w:rPr>
      </w:pPr>
      <w:r w:rsidRPr="007205EF">
        <w:rPr>
          <w:rFonts w:ascii="Times New Roman" w:hAnsi="Times New Roman"/>
          <w:color w:val="000000"/>
          <w:sz w:val="24"/>
          <w:szCs w:val="24"/>
          <w:lang w:val="ru-RU"/>
        </w:rPr>
        <w:t>приводить примеры чисел, геометрических фигур;</w:t>
      </w:r>
    </w:p>
    <w:p w:rsidR="005E3948" w:rsidRPr="007205EF" w:rsidRDefault="005E3948" w:rsidP="005E3948">
      <w:pPr>
        <w:tabs>
          <w:tab w:val="left" w:pos="1418"/>
        </w:tabs>
        <w:spacing w:after="0" w:line="264" w:lineRule="auto"/>
        <w:ind w:firstLine="600"/>
        <w:jc w:val="both"/>
        <w:rPr>
          <w:sz w:val="24"/>
          <w:szCs w:val="24"/>
          <w:lang w:val="ru-RU"/>
        </w:rPr>
      </w:pPr>
      <w:r w:rsidRPr="007205EF">
        <w:rPr>
          <w:rFonts w:ascii="Times New Roman" w:hAnsi="Times New Roman"/>
          <w:color w:val="000000"/>
          <w:sz w:val="24"/>
          <w:szCs w:val="24"/>
          <w:lang w:val="ru-RU"/>
        </w:rPr>
        <w:t xml:space="preserve">соблюдать последовательность при количественном и порядковом счёте. </w:t>
      </w:r>
    </w:p>
    <w:p w:rsidR="005E3948" w:rsidRPr="007205EF" w:rsidRDefault="005E3948" w:rsidP="005E3948">
      <w:pPr>
        <w:tabs>
          <w:tab w:val="left" w:pos="1418"/>
        </w:tabs>
        <w:spacing w:after="0" w:line="264" w:lineRule="auto"/>
        <w:ind w:firstLine="600"/>
        <w:jc w:val="both"/>
        <w:rPr>
          <w:sz w:val="24"/>
          <w:szCs w:val="24"/>
          <w:lang w:val="ru-RU"/>
        </w:rPr>
      </w:pPr>
      <w:r w:rsidRPr="007205EF">
        <w:rPr>
          <w:rFonts w:ascii="Times New Roman" w:hAnsi="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rsidR="005E3948" w:rsidRPr="007205EF" w:rsidRDefault="005E3948" w:rsidP="005E3948">
      <w:pPr>
        <w:tabs>
          <w:tab w:val="left" w:pos="1418"/>
        </w:tabs>
        <w:spacing w:after="0" w:line="264" w:lineRule="auto"/>
        <w:ind w:firstLine="600"/>
        <w:jc w:val="both"/>
        <w:rPr>
          <w:sz w:val="24"/>
          <w:szCs w:val="24"/>
          <w:lang w:val="ru-RU"/>
        </w:rPr>
      </w:pPr>
      <w:r w:rsidRPr="007205EF">
        <w:rPr>
          <w:rFonts w:ascii="Times New Roman" w:hAnsi="Times New Roman"/>
          <w:color w:val="000000"/>
          <w:sz w:val="24"/>
          <w:szCs w:val="24"/>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5E3948" w:rsidRPr="007205EF" w:rsidRDefault="005E3948" w:rsidP="005E3948">
      <w:pPr>
        <w:tabs>
          <w:tab w:val="left" w:pos="1418"/>
        </w:tabs>
        <w:spacing w:after="0" w:line="264" w:lineRule="auto"/>
        <w:ind w:firstLine="600"/>
        <w:jc w:val="both"/>
        <w:rPr>
          <w:sz w:val="24"/>
          <w:szCs w:val="24"/>
          <w:lang w:val="ru-RU"/>
        </w:rPr>
      </w:pPr>
      <w:r w:rsidRPr="007205EF">
        <w:rPr>
          <w:rFonts w:ascii="Times New Roman" w:hAnsi="Times New Roman"/>
          <w:color w:val="000000"/>
          <w:sz w:val="24"/>
          <w:szCs w:val="24"/>
          <w:lang w:val="ru-RU"/>
        </w:rPr>
        <w:t xml:space="preserve">читать таблицу, извлекать информацию, представленную в табличной форме. </w:t>
      </w:r>
    </w:p>
    <w:p w:rsidR="005E3948" w:rsidRPr="007205EF" w:rsidRDefault="005E3948" w:rsidP="005E3948">
      <w:pPr>
        <w:tabs>
          <w:tab w:val="left" w:pos="1418"/>
        </w:tabs>
        <w:spacing w:after="0" w:line="264" w:lineRule="auto"/>
        <w:ind w:firstLine="600"/>
        <w:jc w:val="both"/>
        <w:rPr>
          <w:sz w:val="24"/>
          <w:szCs w:val="24"/>
          <w:lang w:val="ru-RU"/>
        </w:rPr>
      </w:pPr>
      <w:r w:rsidRPr="007205EF">
        <w:rPr>
          <w:rFonts w:ascii="Times New Roman" w:hAnsi="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5E3948" w:rsidRPr="007205EF" w:rsidRDefault="005E3948" w:rsidP="005E3948">
      <w:pPr>
        <w:tabs>
          <w:tab w:val="left" w:pos="1418"/>
        </w:tabs>
        <w:spacing w:after="0" w:line="264" w:lineRule="auto"/>
        <w:ind w:firstLine="600"/>
        <w:jc w:val="both"/>
        <w:rPr>
          <w:sz w:val="24"/>
          <w:szCs w:val="24"/>
          <w:lang w:val="ru-RU"/>
        </w:rPr>
      </w:pPr>
      <w:r w:rsidRPr="007205EF">
        <w:rPr>
          <w:rFonts w:ascii="Times New Roman" w:hAnsi="Times New Roman"/>
          <w:color w:val="000000"/>
          <w:sz w:val="24"/>
          <w:szCs w:val="24"/>
          <w:lang w:val="ru-RU"/>
        </w:rPr>
        <w:t>характеризовать (описывать) число, геометрическую фигуру, последовательность из нескольких чисел, записанных по порядку;</w:t>
      </w:r>
    </w:p>
    <w:p w:rsidR="005E3948" w:rsidRPr="007205EF" w:rsidRDefault="005E3948" w:rsidP="005E3948">
      <w:pPr>
        <w:tabs>
          <w:tab w:val="left" w:pos="1418"/>
        </w:tabs>
        <w:spacing w:after="0" w:line="264" w:lineRule="auto"/>
        <w:ind w:firstLine="600"/>
        <w:jc w:val="both"/>
        <w:rPr>
          <w:sz w:val="24"/>
          <w:szCs w:val="24"/>
          <w:lang w:val="ru-RU"/>
        </w:rPr>
      </w:pPr>
      <w:r w:rsidRPr="007205EF">
        <w:rPr>
          <w:rFonts w:ascii="Times New Roman" w:hAnsi="Times New Roman"/>
          <w:color w:val="000000"/>
          <w:sz w:val="24"/>
          <w:szCs w:val="24"/>
          <w:lang w:val="ru-RU"/>
        </w:rPr>
        <w:t>комментировать ход сравнения двух объектов;</w:t>
      </w:r>
    </w:p>
    <w:p w:rsidR="005E3948" w:rsidRPr="007205EF" w:rsidRDefault="005E3948" w:rsidP="005E3948">
      <w:pPr>
        <w:tabs>
          <w:tab w:val="left" w:pos="1418"/>
        </w:tabs>
        <w:spacing w:after="0" w:line="264" w:lineRule="auto"/>
        <w:ind w:firstLine="600"/>
        <w:jc w:val="both"/>
        <w:rPr>
          <w:sz w:val="24"/>
          <w:szCs w:val="24"/>
          <w:lang w:val="ru-RU"/>
        </w:rPr>
      </w:pPr>
      <w:r w:rsidRPr="007205EF">
        <w:rPr>
          <w:rFonts w:ascii="Times New Roman" w:hAnsi="Times New Roman"/>
          <w:color w:val="000000"/>
          <w:sz w:val="24"/>
          <w:szCs w:val="24"/>
          <w:lang w:val="ru-RU"/>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rsidR="005E3948" w:rsidRPr="007205EF" w:rsidRDefault="005E3948" w:rsidP="005E3948">
      <w:pPr>
        <w:tabs>
          <w:tab w:val="left" w:pos="1418"/>
        </w:tabs>
        <w:spacing w:after="0" w:line="264" w:lineRule="auto"/>
        <w:ind w:firstLine="600"/>
        <w:jc w:val="both"/>
        <w:rPr>
          <w:sz w:val="24"/>
          <w:szCs w:val="24"/>
          <w:lang w:val="ru-RU"/>
        </w:rPr>
      </w:pPr>
      <w:r w:rsidRPr="007205EF">
        <w:rPr>
          <w:rFonts w:ascii="Times New Roman" w:hAnsi="Times New Roman"/>
          <w:color w:val="000000"/>
          <w:sz w:val="24"/>
          <w:szCs w:val="24"/>
          <w:lang w:val="ru-RU"/>
        </w:rPr>
        <w:t>различать и использовать математические знаки;</w:t>
      </w:r>
    </w:p>
    <w:p w:rsidR="005E3948" w:rsidRPr="007205EF" w:rsidRDefault="005E3948" w:rsidP="005E3948">
      <w:pPr>
        <w:tabs>
          <w:tab w:val="left" w:pos="1418"/>
        </w:tabs>
        <w:spacing w:after="0" w:line="264" w:lineRule="auto"/>
        <w:ind w:firstLine="600"/>
        <w:jc w:val="both"/>
        <w:rPr>
          <w:sz w:val="24"/>
          <w:szCs w:val="24"/>
          <w:lang w:val="ru-RU"/>
        </w:rPr>
      </w:pPr>
      <w:r w:rsidRPr="007205EF">
        <w:rPr>
          <w:rFonts w:ascii="Times New Roman" w:hAnsi="Times New Roman"/>
          <w:color w:val="000000"/>
          <w:sz w:val="24"/>
          <w:szCs w:val="24"/>
          <w:lang w:val="ru-RU"/>
        </w:rPr>
        <w:t xml:space="preserve">строить предложения относительно заданного набора объектов. </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принимать учебную задачу, удерживать её в процессе деятельности;</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действовать в соответствии с предложенным образцом, инструкцией;</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 xml:space="preserve">проверять правильность вычисления с помощью другого приёма выполнения действия. </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Совместная деятельность способствует формированию умений:</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5E3948" w:rsidRPr="007205EF" w:rsidRDefault="005E3948" w:rsidP="005E3948">
      <w:pPr>
        <w:spacing w:after="0" w:line="264" w:lineRule="auto"/>
        <w:ind w:left="120"/>
        <w:jc w:val="both"/>
        <w:rPr>
          <w:sz w:val="24"/>
          <w:szCs w:val="24"/>
          <w:lang w:val="ru-RU"/>
        </w:rPr>
      </w:pPr>
    </w:p>
    <w:p w:rsidR="005E3948" w:rsidRPr="007205EF" w:rsidRDefault="005E3948" w:rsidP="005E3948">
      <w:pPr>
        <w:spacing w:after="0" w:line="264" w:lineRule="auto"/>
        <w:ind w:left="120"/>
        <w:jc w:val="both"/>
        <w:rPr>
          <w:sz w:val="24"/>
          <w:szCs w:val="24"/>
          <w:lang w:val="ru-RU"/>
        </w:rPr>
      </w:pPr>
      <w:r w:rsidRPr="007205EF">
        <w:rPr>
          <w:rFonts w:ascii="Times New Roman" w:hAnsi="Times New Roman"/>
          <w:b/>
          <w:color w:val="000000"/>
          <w:sz w:val="24"/>
          <w:szCs w:val="24"/>
          <w:lang w:val="ru-RU"/>
        </w:rPr>
        <w:t>2 КЛАСС</w:t>
      </w:r>
    </w:p>
    <w:p w:rsidR="005E3948" w:rsidRPr="007205EF" w:rsidRDefault="005E3948" w:rsidP="005E3948">
      <w:pPr>
        <w:spacing w:after="0" w:line="264" w:lineRule="auto"/>
        <w:ind w:left="120"/>
        <w:jc w:val="both"/>
        <w:rPr>
          <w:sz w:val="24"/>
          <w:szCs w:val="24"/>
          <w:lang w:val="ru-RU"/>
        </w:rPr>
      </w:pP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b/>
          <w:color w:val="000000"/>
          <w:sz w:val="24"/>
          <w:szCs w:val="24"/>
          <w:lang w:val="ru-RU"/>
        </w:rPr>
        <w:t>Числа и величины</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b/>
          <w:color w:val="000000"/>
          <w:sz w:val="24"/>
          <w:szCs w:val="24"/>
          <w:lang w:val="ru-RU"/>
        </w:rPr>
        <w:t>Арифметические действия</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 xml:space="preserve">Неизвестный компонент действия сложения, действия вычитания. Нахождение неизвестного компонента сложения, вычитания. </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b/>
          <w:color w:val="000000"/>
          <w:sz w:val="24"/>
          <w:szCs w:val="24"/>
          <w:lang w:val="ru-RU"/>
        </w:rPr>
        <w:lastRenderedPageBreak/>
        <w:t>Текстовые задачи</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b/>
          <w:color w:val="000000"/>
          <w:sz w:val="24"/>
          <w:szCs w:val="24"/>
          <w:lang w:val="ru-RU"/>
        </w:rPr>
        <w:t>Пространственные отношения и геометрические фигуры</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b/>
          <w:color w:val="000000"/>
          <w:sz w:val="24"/>
          <w:szCs w:val="24"/>
          <w:lang w:val="ru-RU"/>
        </w:rPr>
        <w:t>Математическая информация</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 xml:space="preserve">Внесение данных в таблицу, дополнение моделей (схем, изображений) готовыми числовыми данными. </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 xml:space="preserve">Алгоритмы (приёмы, правила) устных и письменных вычислений, измерений и построения геометрических фигур. </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 xml:space="preserve">Правила работы с электронными средствами обучения (электронной формой учебника, компьютерными тренажёрами). </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наблюдать математические отношения (часть – целое, больше – меньше) в окружающем мире;</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характеризовать назначение и использовать простейшие измерительные приборы (сантиметровая лента, весы);</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сравнивать группы объектов (чисел, величин, геометрических фигур) по самостоятельно выбранному основанию;</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распределять (классифицировать) объекты (числа, величины, геометрические фигуры, текстовые задачи в одно действие) на группы;</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обнаруживать модели геометрических фигур в окружающем мире;</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вести поиск различных решений задачи (расчётной, с геометрическим содержанием);</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lastRenderedPageBreak/>
        <w:t>устанавливать соответствие между математическим выражением и его текстовым описанием;</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 xml:space="preserve">подбирать примеры, подтверждающие суждение, вывод, ответ. </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извлекать и использовать информацию, представленную в текстовой, графической (рисунок, схема, таблица) форме;</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устанавливать логику перебора вариантов для решения простейших комбинаторных задач;</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 xml:space="preserve">дополнять модели (схемы, изображения) готовыми числовыми данными. </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комментировать ход вычислений;</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объяснять выбор величины, соответствующей ситуации измерения;</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составлять текстовую задачу с заданным отношением (готовым решением) по образцу;</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называть числа, величины, геометрические фигуры, обладающие заданным свойством;</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записывать, читать число, числовое выражение;</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 xml:space="preserve">приводить примеры, иллюстрирующие арифметическое действие, взаимное расположение геометрических фигур; </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 xml:space="preserve">конструировать утверждения с использованием слов «каждый», «все». </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следовать установленному правилу, по которому составлен ряд чисел, величин, геометрических фигур;</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организовывать, участвовать, контролировать ход и результат парной работы с математическим материалом;</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проверять правильность вычисления с помощью другого приёма выполнения действия, обратного действия;</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 xml:space="preserve">находить с помощью учителя причину возникшей ошибки или затруднения. </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У обучающегося будут сформированы следующие умения совместной деятельности:</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принимать правила совместной деятельности при работе в парах, группах, составленных учителем или самостоятельно;</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совместно с учителем оценивать результаты выполнения общей работы.</w:t>
      </w:r>
    </w:p>
    <w:p w:rsidR="005E3948" w:rsidRPr="007205EF" w:rsidRDefault="005E3948" w:rsidP="005E3948">
      <w:pPr>
        <w:spacing w:after="0" w:line="264" w:lineRule="auto"/>
        <w:ind w:left="120"/>
        <w:jc w:val="both"/>
        <w:rPr>
          <w:sz w:val="24"/>
          <w:szCs w:val="24"/>
          <w:lang w:val="ru-RU"/>
        </w:rPr>
      </w:pPr>
    </w:p>
    <w:p w:rsidR="005E3948" w:rsidRPr="007205EF" w:rsidRDefault="005E3948" w:rsidP="005E3948">
      <w:pPr>
        <w:spacing w:after="0" w:line="264" w:lineRule="auto"/>
        <w:ind w:left="120"/>
        <w:jc w:val="both"/>
        <w:rPr>
          <w:sz w:val="24"/>
          <w:szCs w:val="24"/>
          <w:lang w:val="ru-RU"/>
        </w:rPr>
      </w:pPr>
      <w:r w:rsidRPr="007205EF">
        <w:rPr>
          <w:rFonts w:ascii="Times New Roman" w:hAnsi="Times New Roman"/>
          <w:b/>
          <w:color w:val="000000"/>
          <w:sz w:val="24"/>
          <w:szCs w:val="24"/>
          <w:lang w:val="ru-RU"/>
        </w:rPr>
        <w:t>3 КЛАСС</w:t>
      </w:r>
    </w:p>
    <w:p w:rsidR="005E3948" w:rsidRPr="007205EF" w:rsidRDefault="005E3948" w:rsidP="005E3948">
      <w:pPr>
        <w:spacing w:after="0" w:line="264" w:lineRule="auto"/>
        <w:ind w:left="120"/>
        <w:jc w:val="both"/>
        <w:rPr>
          <w:sz w:val="24"/>
          <w:szCs w:val="24"/>
          <w:lang w:val="ru-RU"/>
        </w:rPr>
      </w:pP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b/>
          <w:color w:val="000000"/>
          <w:sz w:val="24"/>
          <w:szCs w:val="24"/>
          <w:lang w:val="ru-RU"/>
        </w:rPr>
        <w:t>Числа и величины</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Масса (единица массы – грамм), соотношение между килограммом и граммом, отношения «тяжелее</w:t>
      </w:r>
      <w:r w:rsidRPr="007205EF">
        <w:rPr>
          <w:rFonts w:ascii="Times New Roman" w:hAnsi="Times New Roman"/>
          <w:color w:val="333333"/>
          <w:sz w:val="24"/>
          <w:szCs w:val="24"/>
          <w:lang w:val="ru-RU"/>
        </w:rPr>
        <w:t xml:space="preserve"> – </w:t>
      </w:r>
      <w:r w:rsidRPr="007205EF">
        <w:rPr>
          <w:rFonts w:ascii="Times New Roman" w:hAnsi="Times New Roman"/>
          <w:color w:val="000000"/>
          <w:sz w:val="24"/>
          <w:szCs w:val="24"/>
          <w:lang w:val="ru-RU"/>
        </w:rPr>
        <w:t>легче на…», «тяжелее</w:t>
      </w:r>
      <w:r w:rsidRPr="007205EF">
        <w:rPr>
          <w:rFonts w:ascii="Times New Roman" w:hAnsi="Times New Roman"/>
          <w:color w:val="333333"/>
          <w:sz w:val="24"/>
          <w:szCs w:val="24"/>
          <w:lang w:val="ru-RU"/>
        </w:rPr>
        <w:t xml:space="preserve"> – </w:t>
      </w:r>
      <w:r w:rsidRPr="007205EF">
        <w:rPr>
          <w:rFonts w:ascii="Times New Roman" w:hAnsi="Times New Roman"/>
          <w:color w:val="000000"/>
          <w:sz w:val="24"/>
          <w:szCs w:val="24"/>
          <w:lang w:val="ru-RU"/>
        </w:rPr>
        <w:t xml:space="preserve">легче в…». </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Стоимость (единицы – рубль, копейка), установление отношения «дороже</w:t>
      </w:r>
      <w:r w:rsidRPr="007205EF">
        <w:rPr>
          <w:rFonts w:ascii="Times New Roman" w:hAnsi="Times New Roman"/>
          <w:color w:val="333333"/>
          <w:sz w:val="24"/>
          <w:szCs w:val="24"/>
          <w:lang w:val="ru-RU"/>
        </w:rPr>
        <w:t xml:space="preserve"> – </w:t>
      </w:r>
      <w:r w:rsidRPr="007205EF">
        <w:rPr>
          <w:rFonts w:ascii="Times New Roman" w:hAnsi="Times New Roman"/>
          <w:color w:val="000000"/>
          <w:sz w:val="24"/>
          <w:szCs w:val="24"/>
          <w:lang w:val="ru-RU"/>
        </w:rPr>
        <w:t>дешевле на…», «дороже</w:t>
      </w:r>
      <w:r w:rsidRPr="007205EF">
        <w:rPr>
          <w:rFonts w:ascii="Times New Roman" w:hAnsi="Times New Roman"/>
          <w:color w:val="333333"/>
          <w:sz w:val="24"/>
          <w:szCs w:val="24"/>
          <w:lang w:val="ru-RU"/>
        </w:rPr>
        <w:t xml:space="preserve"> – </w:t>
      </w:r>
      <w:r w:rsidRPr="007205EF">
        <w:rPr>
          <w:rFonts w:ascii="Times New Roman" w:hAnsi="Times New Roman"/>
          <w:color w:val="000000"/>
          <w:sz w:val="24"/>
          <w:szCs w:val="24"/>
          <w:lang w:val="ru-RU"/>
        </w:rPr>
        <w:t xml:space="preserve">дешевле в…». Соотношение «цена, количество, стоимость» в практической ситуации. </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Время (единица времени – секунда), установление отношения «быстрее</w:t>
      </w:r>
      <w:r w:rsidRPr="007205EF">
        <w:rPr>
          <w:rFonts w:ascii="Times New Roman" w:hAnsi="Times New Roman"/>
          <w:color w:val="333333"/>
          <w:sz w:val="24"/>
          <w:szCs w:val="24"/>
          <w:lang w:val="ru-RU"/>
        </w:rPr>
        <w:t xml:space="preserve"> – </w:t>
      </w:r>
      <w:r w:rsidRPr="007205EF">
        <w:rPr>
          <w:rFonts w:ascii="Times New Roman" w:hAnsi="Times New Roman"/>
          <w:color w:val="000000"/>
          <w:sz w:val="24"/>
          <w:szCs w:val="24"/>
          <w:lang w:val="ru-RU"/>
        </w:rPr>
        <w:t>медленнее на…», «быстрее</w:t>
      </w:r>
      <w:r w:rsidRPr="007205EF">
        <w:rPr>
          <w:rFonts w:ascii="Times New Roman" w:hAnsi="Times New Roman"/>
          <w:color w:val="333333"/>
          <w:sz w:val="24"/>
          <w:szCs w:val="24"/>
          <w:lang w:val="ru-RU"/>
        </w:rPr>
        <w:t xml:space="preserve"> – </w:t>
      </w:r>
      <w:r w:rsidRPr="007205EF">
        <w:rPr>
          <w:rFonts w:ascii="Times New Roman" w:hAnsi="Times New Roman"/>
          <w:color w:val="000000"/>
          <w:sz w:val="24"/>
          <w:szCs w:val="24"/>
          <w:lang w:val="ru-RU"/>
        </w:rPr>
        <w:t xml:space="preserve">медленнее в…». Соотношение «начало, окончание, продолжительность события» в практической ситуации. </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Длина (единицы длины – миллиметр, километр), соотношение между величинами в пределах тысячи. Сравнение объектов по длине.</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b/>
          <w:color w:val="000000"/>
          <w:sz w:val="24"/>
          <w:szCs w:val="24"/>
          <w:lang w:val="ru-RU"/>
        </w:rPr>
        <w:t>Арифметические действия</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Письменное сложение, вычитание чисел в пределах 1000. Действия с числами 0 и 1.</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Переместительное, сочетательное свойства сложения, умножения при вычислениях.</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 xml:space="preserve">Нахождение неизвестного компонента арифметического действия. </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 xml:space="preserve">Однородные величины: сложение и вычитание. </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b/>
          <w:color w:val="000000"/>
          <w:sz w:val="24"/>
          <w:szCs w:val="24"/>
          <w:lang w:val="ru-RU"/>
        </w:rPr>
        <w:t>Текстовые задачи</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7205EF">
        <w:rPr>
          <w:rFonts w:ascii="Times New Roman" w:hAnsi="Times New Roman"/>
          <w:color w:val="333333"/>
          <w:sz w:val="24"/>
          <w:szCs w:val="24"/>
          <w:lang w:val="ru-RU"/>
        </w:rPr>
        <w:t xml:space="preserve"> – </w:t>
      </w:r>
      <w:r w:rsidRPr="007205EF">
        <w:rPr>
          <w:rFonts w:ascii="Times New Roman" w:hAnsi="Times New Roman"/>
          <w:color w:val="000000"/>
          <w:sz w:val="24"/>
          <w:szCs w:val="24"/>
          <w:lang w:val="ru-RU"/>
        </w:rPr>
        <w:t>меньше на…», «больше</w:t>
      </w:r>
      <w:r w:rsidRPr="007205EF">
        <w:rPr>
          <w:rFonts w:ascii="Times New Roman" w:hAnsi="Times New Roman"/>
          <w:color w:val="333333"/>
          <w:sz w:val="24"/>
          <w:szCs w:val="24"/>
          <w:lang w:val="ru-RU"/>
        </w:rPr>
        <w:t xml:space="preserve"> – </w:t>
      </w:r>
      <w:r w:rsidRPr="007205EF">
        <w:rPr>
          <w:rFonts w:ascii="Times New Roman" w:hAnsi="Times New Roman"/>
          <w:color w:val="000000"/>
          <w:sz w:val="24"/>
          <w:szCs w:val="24"/>
          <w:lang w:val="ru-RU"/>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b/>
          <w:color w:val="000000"/>
          <w:sz w:val="24"/>
          <w:szCs w:val="24"/>
          <w:lang w:val="ru-RU"/>
        </w:rPr>
        <w:t>Пространственные отношения и геометрические фигуры</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 xml:space="preserve">Конструирование геометрических фигур (разбиение фигуры на части, составление фигуры из частей). </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lastRenderedPageBreak/>
        <w:t xml:space="preserve">Периметр многоугольника: измерение, вычисление, запись равенства. </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b/>
          <w:color w:val="000000"/>
          <w:sz w:val="24"/>
          <w:szCs w:val="24"/>
          <w:lang w:val="ru-RU"/>
        </w:rPr>
        <w:t>Математическая информация</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Классификация объектов по двум признакам.</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 xml:space="preserve">Формализованное описание последовательности действий (инструкция, план, схема, алгоритм). </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Столбчатая диаграмма: чтение, использование данных для решения учебных и практических задач.</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сравнивать математические объекты (числа, величины, геометрические фигуры);</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выбирать приём вычисления, выполнения действия;</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конструировать геометрические фигуры;</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классифицировать объекты (числа, величины, геометрические фигуры, текстовые задачи в одно действие) по выбранному признаку;</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прикидывать размеры фигуры, её элементов;</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понимать смысл зависимостей и математических отношений, описанных в задаче;</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различать и использовать разные приёмы и алгоритмы вычисления;</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выбирать метод решения (моделирование ситуации, перебор вариантов, использование алгоритма);</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соотносить начало, окончание, продолжительность события в практической ситуации;</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составлять ряд чисел (величин, геометрических фигур) по самостоятельно выбранному правилу;</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моделировать предложенную практическую ситуацию;</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устанавливать последовательность событий, действий сюжета текстовой задачи.</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читать информацию, представленную в разных формах;</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извлекать и интерпретировать числовые данные, представленные в таблице, на диаграмме;</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lastRenderedPageBreak/>
        <w:t>заполнять таблицы сложения и умножения, дополнять данными чертёж;</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устанавливать соответствие между различными записями решения задачи;</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использовать математическую терминологию для описания отношений и зависимостей;</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строить речевые высказывания для решения задач, составлять текстовую задачу;</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объяснять на примерах отношения «больше</w:t>
      </w:r>
      <w:r w:rsidRPr="007205EF">
        <w:rPr>
          <w:rFonts w:ascii="Times New Roman" w:hAnsi="Times New Roman"/>
          <w:color w:val="333333"/>
          <w:sz w:val="24"/>
          <w:szCs w:val="24"/>
          <w:lang w:val="ru-RU"/>
        </w:rPr>
        <w:t xml:space="preserve"> – </w:t>
      </w:r>
      <w:r w:rsidRPr="007205EF">
        <w:rPr>
          <w:rFonts w:ascii="Times New Roman" w:hAnsi="Times New Roman"/>
          <w:color w:val="000000"/>
          <w:sz w:val="24"/>
          <w:szCs w:val="24"/>
          <w:lang w:val="ru-RU"/>
        </w:rPr>
        <w:t>меньше на…», «больше</w:t>
      </w:r>
      <w:r w:rsidRPr="007205EF">
        <w:rPr>
          <w:rFonts w:ascii="Times New Roman" w:hAnsi="Times New Roman"/>
          <w:color w:val="333333"/>
          <w:sz w:val="24"/>
          <w:szCs w:val="24"/>
          <w:lang w:val="ru-RU"/>
        </w:rPr>
        <w:t xml:space="preserve"> – </w:t>
      </w:r>
      <w:r w:rsidRPr="007205EF">
        <w:rPr>
          <w:rFonts w:ascii="Times New Roman" w:hAnsi="Times New Roman"/>
          <w:color w:val="000000"/>
          <w:sz w:val="24"/>
          <w:szCs w:val="24"/>
          <w:lang w:val="ru-RU"/>
        </w:rPr>
        <w:t>меньше в…», «равно»;</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использовать математическую символику для составления числовых выражений;</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выбирать, осуществлять переход от одних единиц измерения величины к другим в соответствии с практической ситуацией;</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участвовать в обсуждении ошибок в ходе и результате выполнения вычисления.</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проверять ход и результат выполнения действия;</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вести поиск ошибок, характеризовать их и исправлять;</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формулировать ответ (вывод), подтверждать его объяснением, расчётами;</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У обучающегося будут сформированы следующие умения совместной деятельности:</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выполнять совместно прикидку и оценку результата выполнения общей работы.</w:t>
      </w:r>
    </w:p>
    <w:p w:rsidR="005E3948" w:rsidRPr="007205EF" w:rsidRDefault="005E3948" w:rsidP="005E3948">
      <w:pPr>
        <w:spacing w:after="0" w:line="264" w:lineRule="auto"/>
        <w:ind w:left="120"/>
        <w:jc w:val="both"/>
        <w:rPr>
          <w:sz w:val="24"/>
          <w:szCs w:val="24"/>
          <w:lang w:val="ru-RU"/>
        </w:rPr>
      </w:pPr>
    </w:p>
    <w:p w:rsidR="005E3948" w:rsidRPr="007205EF" w:rsidRDefault="005E3948" w:rsidP="005E3948">
      <w:pPr>
        <w:spacing w:after="0" w:line="264" w:lineRule="auto"/>
        <w:ind w:left="120"/>
        <w:jc w:val="both"/>
        <w:rPr>
          <w:sz w:val="24"/>
          <w:szCs w:val="24"/>
          <w:lang w:val="ru-RU"/>
        </w:rPr>
      </w:pPr>
      <w:r w:rsidRPr="007205EF">
        <w:rPr>
          <w:rFonts w:ascii="Times New Roman" w:hAnsi="Times New Roman"/>
          <w:b/>
          <w:color w:val="000000"/>
          <w:sz w:val="24"/>
          <w:szCs w:val="24"/>
          <w:lang w:val="ru-RU"/>
        </w:rPr>
        <w:t>4 КЛАСС</w:t>
      </w:r>
    </w:p>
    <w:p w:rsidR="005E3948" w:rsidRPr="007205EF" w:rsidRDefault="005E3948" w:rsidP="005E3948">
      <w:pPr>
        <w:spacing w:after="0" w:line="264" w:lineRule="auto"/>
        <w:ind w:left="120"/>
        <w:jc w:val="both"/>
        <w:rPr>
          <w:sz w:val="24"/>
          <w:szCs w:val="24"/>
          <w:lang w:val="ru-RU"/>
        </w:rPr>
      </w:pP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b/>
          <w:color w:val="000000"/>
          <w:sz w:val="24"/>
          <w:szCs w:val="24"/>
          <w:lang w:val="ru-RU"/>
        </w:rPr>
        <w:t>Числа и величины</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 xml:space="preserve">Величины: сравнение объектов по массе, длине, площади, вместимости. </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Единицы массы (</w:t>
      </w:r>
      <w:r w:rsidRPr="007205EF">
        <w:rPr>
          <w:rFonts w:ascii="Times New Roman" w:hAnsi="Times New Roman"/>
          <w:color w:val="333333"/>
          <w:sz w:val="24"/>
          <w:szCs w:val="24"/>
          <w:lang w:val="ru-RU"/>
        </w:rPr>
        <w:t xml:space="preserve">центнер, </w:t>
      </w:r>
      <w:proofErr w:type="gramStart"/>
      <w:r w:rsidRPr="007205EF">
        <w:rPr>
          <w:rFonts w:ascii="Times New Roman" w:hAnsi="Times New Roman"/>
          <w:color w:val="333333"/>
          <w:sz w:val="24"/>
          <w:szCs w:val="24"/>
          <w:lang w:val="ru-RU"/>
        </w:rPr>
        <w:t>тонна)</w:t>
      </w:r>
      <w:r w:rsidRPr="007205EF">
        <w:rPr>
          <w:rFonts w:ascii="Times New Roman" w:hAnsi="Times New Roman"/>
          <w:color w:val="000000"/>
          <w:sz w:val="24"/>
          <w:szCs w:val="24"/>
          <w:lang w:val="ru-RU"/>
        </w:rPr>
        <w:t>и</w:t>
      </w:r>
      <w:proofErr w:type="gramEnd"/>
      <w:r w:rsidRPr="007205EF">
        <w:rPr>
          <w:rFonts w:ascii="Times New Roman" w:hAnsi="Times New Roman"/>
          <w:color w:val="000000"/>
          <w:sz w:val="24"/>
          <w:szCs w:val="24"/>
          <w:lang w:val="ru-RU"/>
        </w:rPr>
        <w:t xml:space="preserve"> соотношения между ними.</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Единицы времени (сутки, неделя, месяц, год, век), соотношения между ними.</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lastRenderedPageBreak/>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Доля величины времени, массы, длины.</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b/>
          <w:color w:val="000000"/>
          <w:sz w:val="24"/>
          <w:szCs w:val="24"/>
          <w:lang w:val="ru-RU"/>
        </w:rPr>
        <w:t>Арифметические действия</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Равенство, содержащее неизвестный компонент арифметического действия: запись, нахождение неизвестного компонента.</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Умножение и деление величины на однозначное число.</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b/>
          <w:color w:val="000000"/>
          <w:sz w:val="24"/>
          <w:szCs w:val="24"/>
          <w:lang w:val="ru-RU"/>
        </w:rPr>
        <w:t>Текстовые задачи</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b/>
          <w:color w:val="000000"/>
          <w:sz w:val="24"/>
          <w:szCs w:val="24"/>
          <w:lang w:val="ru-RU"/>
        </w:rPr>
        <w:t>Пространственные отношения и геометрические фигуры</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Наглядные представления о симметрии.</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Конструирование: разбиение фигуры на прямоугольники (квадраты), составление фигур из прямоугольников или квадратов.</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 xml:space="preserve">Периметр, площадь фигуры, составленной из двух </w:t>
      </w:r>
      <w:r w:rsidRPr="007205EF">
        <w:rPr>
          <w:rFonts w:ascii="Calibri" w:hAnsi="Calibri"/>
          <w:color w:val="000000"/>
          <w:sz w:val="24"/>
          <w:szCs w:val="24"/>
          <w:lang w:val="ru-RU"/>
        </w:rPr>
        <w:t xml:space="preserve">– </w:t>
      </w:r>
      <w:r w:rsidRPr="007205EF">
        <w:rPr>
          <w:rFonts w:ascii="Times New Roman" w:hAnsi="Times New Roman"/>
          <w:color w:val="000000"/>
          <w:sz w:val="24"/>
          <w:szCs w:val="24"/>
          <w:lang w:val="ru-RU"/>
        </w:rPr>
        <w:t>трёх прямоугольников (квадратов).</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b/>
          <w:color w:val="000000"/>
          <w:sz w:val="24"/>
          <w:szCs w:val="24"/>
          <w:lang w:val="ru-RU"/>
        </w:rPr>
        <w:t>Математическая информация</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Работа с утверждениями: конструирование, проверка истинности. Составление и проверка логических рассуждений при решении задач.</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Алгоритмы решения изученных учебных и практических задач.</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lastRenderedPageBreak/>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ориентироваться в изученной математической терминологии, использовать её в высказываниях и рассуждениях;</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сравнивать математические объекты (числа, величины, геометрические фигуры), записывать признак сравнения;</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обнаруживать модели изученных геометрических фигур в окружающем мире;</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классифицировать объекты по 1–2 выбранным признакам;</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составлять модель математической задачи, проверять её соответствие условиям задачи;</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представлять информацию в разных формах;</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извлекать и интерпретировать информацию, представленную в таблице, на диаграмме;</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использовать справочную литературу для поиска информации, в том числе Интернет (в условиях контролируемого выхода).</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использовать математическую терминологию для записи решения предметной или практической задачи;</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приводить примеры и контрпримеры для подтверждения или опровержения вывода, гипотезы;</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конструировать, читать числовое выражение;</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описывать практическую ситуацию с использованием изученной терминологии;</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характеризовать математические объекты, явления и события с помощью изученных величин;</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составлять инструкцию, записывать рассуждение;</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инициировать обсуждение разных способов выполнения задания, поиск ошибок в решении.</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самостоятельно выполнять прикидку и оценку результата измерений;</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lastRenderedPageBreak/>
        <w:t>находить, исправлять, прогнозировать ошибки и трудности в решении учебной задачи.</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У обучающегося будут сформированы следующие умения совместной деятельности:</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5E3948" w:rsidRPr="007205EF" w:rsidRDefault="005E3948" w:rsidP="005E3948">
      <w:pPr>
        <w:rPr>
          <w:sz w:val="24"/>
          <w:szCs w:val="24"/>
          <w:lang w:val="ru-RU"/>
        </w:rPr>
        <w:sectPr w:rsidR="005E3948" w:rsidRPr="007205EF" w:rsidSect="008E75F7">
          <w:pgSz w:w="16383" w:h="11906" w:orient="landscape"/>
          <w:pgMar w:top="426" w:right="1134" w:bottom="850" w:left="1134" w:header="720" w:footer="720" w:gutter="0"/>
          <w:cols w:space="720"/>
          <w:docGrid w:linePitch="299"/>
        </w:sectPr>
      </w:pPr>
    </w:p>
    <w:p w:rsidR="005E3948" w:rsidRPr="007205EF" w:rsidRDefault="005E3948" w:rsidP="005E3948">
      <w:pPr>
        <w:spacing w:after="0" w:line="264" w:lineRule="auto"/>
        <w:ind w:left="120"/>
        <w:jc w:val="both"/>
        <w:rPr>
          <w:sz w:val="24"/>
          <w:szCs w:val="24"/>
          <w:lang w:val="ru-RU"/>
        </w:rPr>
      </w:pPr>
      <w:bookmarkStart w:id="2" w:name="block-7564036"/>
      <w:bookmarkEnd w:id="1"/>
      <w:r w:rsidRPr="007205EF">
        <w:rPr>
          <w:rFonts w:ascii="Times New Roman" w:hAnsi="Times New Roman"/>
          <w:b/>
          <w:color w:val="000000"/>
          <w:sz w:val="24"/>
          <w:szCs w:val="24"/>
          <w:lang w:val="ru-RU"/>
        </w:rPr>
        <w:lastRenderedPageBreak/>
        <w:t>ПЛАНИРУЕМЫЕ РЕЗУЛЬТАТЫ ОСВОЕНИЯ ПРОГРАММЫ ПО МАТЕМАТИКЕ НА УРОВНЕ НАЧАЛЬНОГО ОБЩЕГО ОБРАЗОВАНИЯ</w:t>
      </w:r>
    </w:p>
    <w:p w:rsidR="005E3948" w:rsidRPr="007205EF" w:rsidRDefault="005E3948" w:rsidP="005E3948">
      <w:pPr>
        <w:spacing w:after="0" w:line="264" w:lineRule="auto"/>
        <w:ind w:left="120"/>
        <w:jc w:val="both"/>
        <w:rPr>
          <w:sz w:val="24"/>
          <w:szCs w:val="24"/>
          <w:lang w:val="ru-RU"/>
        </w:rPr>
      </w:pPr>
    </w:p>
    <w:p w:rsidR="005E3948" w:rsidRPr="007205EF" w:rsidRDefault="005E3948" w:rsidP="005E3948">
      <w:pPr>
        <w:spacing w:after="0" w:line="264" w:lineRule="auto"/>
        <w:ind w:left="120"/>
        <w:jc w:val="both"/>
        <w:rPr>
          <w:sz w:val="24"/>
          <w:szCs w:val="24"/>
          <w:lang w:val="ru-RU"/>
        </w:rPr>
      </w:pPr>
      <w:r w:rsidRPr="007205EF">
        <w:rPr>
          <w:rFonts w:ascii="Times New Roman" w:hAnsi="Times New Roman"/>
          <w:b/>
          <w:color w:val="000000"/>
          <w:sz w:val="24"/>
          <w:szCs w:val="24"/>
          <w:lang w:val="ru-RU"/>
        </w:rPr>
        <w:t>ЛИЧНОСТНЫЕ РЕЗУЛЬТАТЫ</w:t>
      </w:r>
    </w:p>
    <w:p w:rsidR="005E3948" w:rsidRPr="007205EF" w:rsidRDefault="005E3948" w:rsidP="005E3948">
      <w:pPr>
        <w:spacing w:after="0" w:line="264" w:lineRule="auto"/>
        <w:ind w:left="120"/>
        <w:jc w:val="both"/>
        <w:rPr>
          <w:sz w:val="24"/>
          <w:szCs w:val="24"/>
          <w:lang w:val="ru-RU"/>
        </w:rPr>
      </w:pP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осваивать навыки организации безопасного поведения в информационной среде;</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пользоваться разнообразными информационными средствами для решения предложенных и самостоятельно выбранных учебных проблем, задач.</w:t>
      </w:r>
    </w:p>
    <w:p w:rsidR="005E3948" w:rsidRPr="007205EF" w:rsidRDefault="005E3948" w:rsidP="005E3948">
      <w:pPr>
        <w:spacing w:after="0" w:line="264" w:lineRule="auto"/>
        <w:ind w:left="120"/>
        <w:jc w:val="both"/>
        <w:rPr>
          <w:sz w:val="24"/>
          <w:szCs w:val="24"/>
          <w:lang w:val="ru-RU"/>
        </w:rPr>
      </w:pPr>
    </w:p>
    <w:p w:rsidR="005E3948" w:rsidRPr="007205EF" w:rsidRDefault="005E3948" w:rsidP="005E3948">
      <w:pPr>
        <w:spacing w:after="0" w:line="264" w:lineRule="auto"/>
        <w:ind w:left="120"/>
        <w:jc w:val="both"/>
        <w:rPr>
          <w:sz w:val="24"/>
          <w:szCs w:val="24"/>
          <w:lang w:val="ru-RU"/>
        </w:rPr>
      </w:pPr>
      <w:r w:rsidRPr="007205EF">
        <w:rPr>
          <w:rFonts w:ascii="Times New Roman" w:hAnsi="Times New Roman"/>
          <w:b/>
          <w:color w:val="000000"/>
          <w:sz w:val="24"/>
          <w:szCs w:val="24"/>
          <w:lang w:val="ru-RU"/>
        </w:rPr>
        <w:t>МЕТАПРЕДМЕТНЫЕ РЕЗУЛЬТАТЫ</w:t>
      </w:r>
    </w:p>
    <w:p w:rsidR="005E3948" w:rsidRPr="007205EF" w:rsidRDefault="005E3948" w:rsidP="005E3948">
      <w:pPr>
        <w:spacing w:after="0" w:line="264" w:lineRule="auto"/>
        <w:ind w:left="120"/>
        <w:jc w:val="both"/>
        <w:rPr>
          <w:sz w:val="24"/>
          <w:szCs w:val="24"/>
          <w:lang w:val="ru-RU"/>
        </w:rPr>
      </w:pPr>
    </w:p>
    <w:p w:rsidR="005E3948" w:rsidRPr="007205EF" w:rsidRDefault="005E3948" w:rsidP="005E3948">
      <w:pPr>
        <w:spacing w:after="0" w:line="264" w:lineRule="auto"/>
        <w:ind w:left="120"/>
        <w:jc w:val="both"/>
        <w:rPr>
          <w:sz w:val="24"/>
          <w:szCs w:val="24"/>
          <w:lang w:val="ru-RU"/>
        </w:rPr>
      </w:pPr>
      <w:r w:rsidRPr="007205EF">
        <w:rPr>
          <w:rFonts w:ascii="Times New Roman" w:hAnsi="Times New Roman"/>
          <w:b/>
          <w:color w:val="000000"/>
          <w:sz w:val="24"/>
          <w:szCs w:val="24"/>
          <w:lang w:val="ru-RU"/>
        </w:rPr>
        <w:t>Познавательные универсальные учебные действия</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b/>
          <w:color w:val="000000"/>
          <w:sz w:val="24"/>
          <w:szCs w:val="24"/>
          <w:lang w:val="ru-RU"/>
        </w:rPr>
        <w:lastRenderedPageBreak/>
        <w:t>Базовые логические действия:</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 xml:space="preserve">устанавливать связи и зависимости между математическими объектами («часть </w:t>
      </w:r>
      <w:r w:rsidRPr="007205EF">
        <w:rPr>
          <w:rFonts w:ascii="Calibri" w:hAnsi="Calibri"/>
          <w:color w:val="000000"/>
          <w:sz w:val="24"/>
          <w:szCs w:val="24"/>
          <w:lang w:val="ru-RU"/>
        </w:rPr>
        <w:t xml:space="preserve">– </w:t>
      </w:r>
      <w:r w:rsidRPr="007205EF">
        <w:rPr>
          <w:rFonts w:ascii="Times New Roman" w:hAnsi="Times New Roman"/>
          <w:color w:val="000000"/>
          <w:sz w:val="24"/>
          <w:szCs w:val="24"/>
          <w:lang w:val="ru-RU"/>
        </w:rPr>
        <w:t>целое», «причина</w:t>
      </w:r>
      <w:r w:rsidRPr="007205EF">
        <w:rPr>
          <w:rFonts w:ascii="Times New Roman" w:hAnsi="Times New Roman"/>
          <w:color w:val="333333"/>
          <w:sz w:val="24"/>
          <w:szCs w:val="24"/>
          <w:lang w:val="ru-RU"/>
        </w:rPr>
        <w:t xml:space="preserve"> – </w:t>
      </w:r>
      <w:r w:rsidRPr="007205EF">
        <w:rPr>
          <w:rFonts w:ascii="Times New Roman" w:hAnsi="Times New Roman"/>
          <w:color w:val="000000"/>
          <w:sz w:val="24"/>
          <w:szCs w:val="24"/>
          <w:lang w:val="ru-RU"/>
        </w:rPr>
        <w:t xml:space="preserve">следствие», </w:t>
      </w:r>
      <w:r w:rsidRPr="007205EF">
        <w:rPr>
          <w:rFonts w:ascii="Calibri" w:hAnsi="Calibri"/>
          <w:color w:val="000000"/>
          <w:sz w:val="24"/>
          <w:szCs w:val="24"/>
          <w:lang w:val="ru-RU"/>
        </w:rPr>
        <w:t>«</w:t>
      </w:r>
      <w:r w:rsidRPr="007205EF">
        <w:rPr>
          <w:rFonts w:ascii="Times New Roman" w:hAnsi="Times New Roman"/>
          <w:color w:val="000000"/>
          <w:sz w:val="24"/>
          <w:szCs w:val="24"/>
          <w:lang w:val="ru-RU"/>
        </w:rPr>
        <w:t>протяжённость</w:t>
      </w:r>
      <w:r w:rsidRPr="007205EF">
        <w:rPr>
          <w:rFonts w:ascii="Calibri" w:hAnsi="Calibri"/>
          <w:color w:val="000000"/>
          <w:sz w:val="24"/>
          <w:szCs w:val="24"/>
          <w:lang w:val="ru-RU"/>
        </w:rPr>
        <w:t>»</w:t>
      </w:r>
      <w:r w:rsidRPr="007205EF">
        <w:rPr>
          <w:rFonts w:ascii="Times New Roman" w:hAnsi="Times New Roman"/>
          <w:color w:val="000000"/>
          <w:sz w:val="24"/>
          <w:szCs w:val="24"/>
          <w:lang w:val="ru-RU"/>
        </w:rPr>
        <w:t>);</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применять базовые логические универсальные действия: сравнение, анализ, классификация (группировка), обобщение;</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приобретать практические графические и измерительные навыки для успешного решения учебных и житейских задач;</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b/>
          <w:color w:val="000000"/>
          <w:sz w:val="24"/>
          <w:szCs w:val="24"/>
          <w:lang w:val="ru-RU"/>
        </w:rPr>
        <w:t>Базовые исследовательские действия:</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проявлять способность ориентироваться в учебном материале разных разделов курса математики;</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применять изученные методы познания (измерение, моделирование, перебор вариантов).</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b/>
          <w:color w:val="000000"/>
          <w:sz w:val="24"/>
          <w:szCs w:val="24"/>
          <w:lang w:val="ru-RU"/>
        </w:rPr>
        <w:t>Работа с информацией:</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находить и использовать для решения учебных задач текстовую, графическую информацию в разных источниках информационной среды;</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читать, интерпретировать графически представленную информацию (схему, таблицу, диаграмму, другую модель);</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принимать правила, безопасно использовать предлагаемые электронные средства и источники информации.</w:t>
      </w:r>
    </w:p>
    <w:p w:rsidR="005E3948" w:rsidRPr="007205EF" w:rsidRDefault="005E3948" w:rsidP="005E3948">
      <w:pPr>
        <w:spacing w:after="0" w:line="264" w:lineRule="auto"/>
        <w:ind w:left="120"/>
        <w:jc w:val="both"/>
        <w:rPr>
          <w:sz w:val="24"/>
          <w:szCs w:val="24"/>
          <w:lang w:val="ru-RU"/>
        </w:rPr>
      </w:pPr>
    </w:p>
    <w:p w:rsidR="005E3948" w:rsidRPr="007205EF" w:rsidRDefault="005E3948" w:rsidP="005E3948">
      <w:pPr>
        <w:spacing w:after="0" w:line="264" w:lineRule="auto"/>
        <w:ind w:left="120"/>
        <w:jc w:val="both"/>
        <w:rPr>
          <w:sz w:val="24"/>
          <w:szCs w:val="24"/>
          <w:lang w:val="ru-RU"/>
        </w:rPr>
      </w:pPr>
      <w:r w:rsidRPr="007205EF">
        <w:rPr>
          <w:rFonts w:ascii="Times New Roman" w:hAnsi="Times New Roman"/>
          <w:b/>
          <w:color w:val="000000"/>
          <w:sz w:val="24"/>
          <w:szCs w:val="24"/>
          <w:lang w:val="ru-RU"/>
        </w:rPr>
        <w:t>Коммуникативные универсальные учебные действия</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b/>
          <w:color w:val="000000"/>
          <w:sz w:val="24"/>
          <w:szCs w:val="24"/>
          <w:lang w:val="ru-RU"/>
        </w:rPr>
        <w:t>Общение:</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конструировать утверждения, проверять их истинность;</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использовать текст задания для объяснения способа и хода решения математической задачи;</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комментировать процесс вычисления, построения, решения;</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объяснять полученный ответ с использованием изученной терминологии;</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ориентироваться в алгоритмах: воспроизводить, дополнять, исправлять деформированные;</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lastRenderedPageBreak/>
        <w:t>самостоятельно составлять тексты заданий, аналогичные типовым изученным.</w:t>
      </w:r>
    </w:p>
    <w:p w:rsidR="005E3948" w:rsidRPr="007205EF" w:rsidRDefault="005E3948" w:rsidP="005E3948">
      <w:pPr>
        <w:spacing w:after="0" w:line="264" w:lineRule="auto"/>
        <w:ind w:left="120"/>
        <w:jc w:val="both"/>
        <w:rPr>
          <w:sz w:val="24"/>
          <w:szCs w:val="24"/>
          <w:lang w:val="ru-RU"/>
        </w:rPr>
      </w:pPr>
    </w:p>
    <w:p w:rsidR="005E3948" w:rsidRPr="007205EF" w:rsidRDefault="005E3948" w:rsidP="005E3948">
      <w:pPr>
        <w:spacing w:after="0" w:line="264" w:lineRule="auto"/>
        <w:ind w:left="120"/>
        <w:jc w:val="both"/>
        <w:rPr>
          <w:sz w:val="24"/>
          <w:szCs w:val="24"/>
          <w:lang w:val="ru-RU"/>
        </w:rPr>
      </w:pPr>
      <w:r w:rsidRPr="007205EF">
        <w:rPr>
          <w:rFonts w:ascii="Times New Roman" w:hAnsi="Times New Roman"/>
          <w:b/>
          <w:color w:val="000000"/>
          <w:sz w:val="24"/>
          <w:szCs w:val="24"/>
          <w:lang w:val="ru-RU"/>
        </w:rPr>
        <w:t>Регулятивные универсальные учебные действия</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b/>
          <w:color w:val="000000"/>
          <w:sz w:val="24"/>
          <w:szCs w:val="24"/>
          <w:lang w:val="ru-RU"/>
        </w:rPr>
        <w:t>Самоорганизация:</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планировать действия по решению учебной задачи для получения результата;</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планировать этапы предстоящей работы, определять последовательность учебных действий;</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выполнять правила безопасного использования электронных средств, предлагаемых в процессе обучения.</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b/>
          <w:color w:val="000000"/>
          <w:sz w:val="24"/>
          <w:szCs w:val="24"/>
          <w:lang w:val="ru-RU"/>
        </w:rPr>
        <w:t>Самоконтроль (рефлексия):</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осуществлять контроль процесса и результата своей деятельности;</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выбирать и при необходимости корректировать способы действий;</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находить ошибки в своей работе, устанавливать их причины, вести поиск путей преодоления ошибок;</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оценивать рациональность своих действий, давать им качественную характеристику.</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b/>
          <w:color w:val="000000"/>
          <w:sz w:val="24"/>
          <w:szCs w:val="24"/>
          <w:lang w:val="ru-RU"/>
        </w:rPr>
        <w:t>Совместная деятельность:</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5E3948" w:rsidRPr="007205EF" w:rsidRDefault="005E3948" w:rsidP="005E3948">
      <w:pPr>
        <w:spacing w:after="0" w:line="264" w:lineRule="auto"/>
        <w:ind w:left="120"/>
        <w:jc w:val="both"/>
        <w:rPr>
          <w:sz w:val="24"/>
          <w:szCs w:val="24"/>
          <w:lang w:val="ru-RU"/>
        </w:rPr>
      </w:pPr>
    </w:p>
    <w:p w:rsidR="005E3948" w:rsidRPr="007205EF" w:rsidRDefault="005E3948" w:rsidP="005E3948">
      <w:pPr>
        <w:spacing w:after="0" w:line="264" w:lineRule="auto"/>
        <w:ind w:left="120"/>
        <w:jc w:val="both"/>
        <w:rPr>
          <w:sz w:val="24"/>
          <w:szCs w:val="24"/>
          <w:lang w:val="ru-RU"/>
        </w:rPr>
      </w:pPr>
      <w:r w:rsidRPr="007205EF">
        <w:rPr>
          <w:rFonts w:ascii="Times New Roman" w:hAnsi="Times New Roman"/>
          <w:b/>
          <w:color w:val="000000"/>
          <w:sz w:val="24"/>
          <w:szCs w:val="24"/>
          <w:lang w:val="ru-RU"/>
        </w:rPr>
        <w:t>ПРЕДМЕТНЫЕ РЕЗУЛЬТАТЫ</w:t>
      </w:r>
    </w:p>
    <w:p w:rsidR="005E3948" w:rsidRPr="007205EF" w:rsidRDefault="005E3948" w:rsidP="005E3948">
      <w:pPr>
        <w:spacing w:after="0" w:line="264" w:lineRule="auto"/>
        <w:ind w:left="120"/>
        <w:jc w:val="both"/>
        <w:rPr>
          <w:sz w:val="24"/>
          <w:szCs w:val="24"/>
          <w:lang w:val="ru-RU"/>
        </w:rPr>
      </w:pPr>
    </w:p>
    <w:p w:rsidR="005E3948" w:rsidRPr="007205EF" w:rsidRDefault="005E3948" w:rsidP="005E3948">
      <w:pPr>
        <w:spacing w:after="0" w:line="264" w:lineRule="auto"/>
        <w:ind w:left="120"/>
        <w:jc w:val="both"/>
        <w:rPr>
          <w:sz w:val="24"/>
          <w:szCs w:val="24"/>
          <w:lang w:val="ru-RU"/>
        </w:rPr>
      </w:pPr>
      <w:r w:rsidRPr="007205EF">
        <w:rPr>
          <w:rFonts w:ascii="Times New Roman" w:hAnsi="Times New Roman"/>
          <w:color w:val="000000"/>
          <w:sz w:val="24"/>
          <w:szCs w:val="24"/>
          <w:lang w:val="ru-RU"/>
        </w:rPr>
        <w:t>К концу обучения в</w:t>
      </w:r>
      <w:r w:rsidRPr="007205EF">
        <w:rPr>
          <w:rFonts w:ascii="Times New Roman" w:hAnsi="Times New Roman"/>
          <w:b/>
          <w:color w:val="000000"/>
          <w:sz w:val="24"/>
          <w:szCs w:val="24"/>
          <w:lang w:val="ru-RU"/>
        </w:rPr>
        <w:t xml:space="preserve"> 1 классе</w:t>
      </w:r>
      <w:r w:rsidRPr="007205EF">
        <w:rPr>
          <w:rFonts w:ascii="Times New Roman" w:hAnsi="Times New Roman"/>
          <w:color w:val="000000"/>
          <w:sz w:val="24"/>
          <w:szCs w:val="24"/>
          <w:lang w:val="ru-RU"/>
        </w:rPr>
        <w:t xml:space="preserve"> у обучающегося будут сформированы следующие умения:</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читать, записывать, сравнивать, упорядочивать числа от 0 до 20;</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пересчитывать различные объекты, устанавливать порядковый номер объекта;</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находить числа, большее или меньшее данного числа на заданное число;</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выполнять арифметические действия сложения и вычитания в пределах 20 (устно и письменно) без перехода через десяток;</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называть и различать компоненты действий сложения (слагаемые, сумма) и вычитания (уменьшаемое, вычитаемое, разность);</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решать текстовые задачи в одно действие на сложение и вычитание: выделять условие и требование (вопрос);</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lastRenderedPageBreak/>
        <w:t xml:space="preserve">сравнивать объекты по длине, устанавливая между ними соотношение «длиннее </w:t>
      </w:r>
      <w:r w:rsidRPr="007205EF">
        <w:rPr>
          <w:rFonts w:ascii="Calibri" w:hAnsi="Calibri"/>
          <w:color w:val="000000"/>
          <w:sz w:val="24"/>
          <w:szCs w:val="24"/>
          <w:lang w:val="ru-RU"/>
        </w:rPr>
        <w:t xml:space="preserve">– </w:t>
      </w:r>
      <w:r w:rsidRPr="007205EF">
        <w:rPr>
          <w:rFonts w:ascii="Times New Roman" w:hAnsi="Times New Roman"/>
          <w:color w:val="000000"/>
          <w:sz w:val="24"/>
          <w:szCs w:val="24"/>
          <w:lang w:val="ru-RU"/>
        </w:rPr>
        <w:t>короче», «выше</w:t>
      </w:r>
      <w:r w:rsidRPr="007205EF">
        <w:rPr>
          <w:rFonts w:ascii="Times New Roman" w:hAnsi="Times New Roman"/>
          <w:color w:val="333333"/>
          <w:sz w:val="24"/>
          <w:szCs w:val="24"/>
          <w:lang w:val="ru-RU"/>
        </w:rPr>
        <w:t xml:space="preserve"> – </w:t>
      </w:r>
      <w:r w:rsidRPr="007205EF">
        <w:rPr>
          <w:rFonts w:ascii="Times New Roman" w:hAnsi="Times New Roman"/>
          <w:color w:val="000000"/>
          <w:sz w:val="24"/>
          <w:szCs w:val="24"/>
          <w:lang w:val="ru-RU"/>
        </w:rPr>
        <w:t>ниже», «шире</w:t>
      </w:r>
      <w:r w:rsidRPr="007205EF">
        <w:rPr>
          <w:rFonts w:ascii="Times New Roman" w:hAnsi="Times New Roman"/>
          <w:color w:val="333333"/>
          <w:sz w:val="24"/>
          <w:szCs w:val="24"/>
          <w:lang w:val="ru-RU"/>
        </w:rPr>
        <w:t xml:space="preserve"> – </w:t>
      </w:r>
      <w:r w:rsidRPr="007205EF">
        <w:rPr>
          <w:rFonts w:ascii="Times New Roman" w:hAnsi="Times New Roman"/>
          <w:color w:val="000000"/>
          <w:sz w:val="24"/>
          <w:szCs w:val="24"/>
          <w:lang w:val="ru-RU"/>
        </w:rPr>
        <w:t>уже»;</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измерять длину отрезка (в см), чертить отрезок заданной длины;</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различать число и цифру;</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распознавать геометрические фигуры: круг, треугольник, прямоугольник (квадрат), отрезок;</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устанавливать между объектами соотношения: «слева</w:t>
      </w:r>
      <w:r w:rsidRPr="007205EF">
        <w:rPr>
          <w:rFonts w:ascii="Times New Roman" w:hAnsi="Times New Roman"/>
          <w:color w:val="333333"/>
          <w:sz w:val="24"/>
          <w:szCs w:val="24"/>
          <w:lang w:val="ru-RU"/>
        </w:rPr>
        <w:t xml:space="preserve"> – </w:t>
      </w:r>
      <w:r w:rsidRPr="007205EF">
        <w:rPr>
          <w:rFonts w:ascii="Times New Roman" w:hAnsi="Times New Roman"/>
          <w:color w:val="000000"/>
          <w:sz w:val="24"/>
          <w:szCs w:val="24"/>
          <w:lang w:val="ru-RU"/>
        </w:rPr>
        <w:t>справа», «спереди</w:t>
      </w:r>
      <w:r w:rsidRPr="007205EF">
        <w:rPr>
          <w:rFonts w:ascii="Times New Roman" w:hAnsi="Times New Roman"/>
          <w:color w:val="333333"/>
          <w:sz w:val="24"/>
          <w:szCs w:val="24"/>
          <w:lang w:val="ru-RU"/>
        </w:rPr>
        <w:t xml:space="preserve"> – </w:t>
      </w:r>
      <w:r w:rsidRPr="007205EF">
        <w:rPr>
          <w:rFonts w:ascii="Times New Roman" w:hAnsi="Times New Roman"/>
          <w:color w:val="000000"/>
          <w:sz w:val="24"/>
          <w:szCs w:val="24"/>
          <w:lang w:val="ru-RU"/>
        </w:rPr>
        <w:t xml:space="preserve">сзади», </w:t>
      </w:r>
      <w:r w:rsidRPr="007205EF">
        <w:rPr>
          <w:rFonts w:ascii="Times New Roman" w:hAnsi="Times New Roman"/>
          <w:color w:val="333333"/>
          <w:sz w:val="24"/>
          <w:szCs w:val="24"/>
          <w:lang w:val="ru-RU"/>
        </w:rPr>
        <w:t>«</w:t>
      </w:r>
      <w:r w:rsidRPr="007205EF">
        <w:rPr>
          <w:rFonts w:ascii="Times New Roman" w:hAnsi="Times New Roman"/>
          <w:color w:val="000000"/>
          <w:sz w:val="24"/>
          <w:szCs w:val="24"/>
          <w:lang w:val="ru-RU"/>
        </w:rPr>
        <w:t>между</w:t>
      </w:r>
      <w:r w:rsidRPr="007205EF">
        <w:rPr>
          <w:rFonts w:ascii="Times New Roman" w:hAnsi="Times New Roman"/>
          <w:color w:val="333333"/>
          <w:sz w:val="24"/>
          <w:szCs w:val="24"/>
          <w:lang w:val="ru-RU"/>
        </w:rPr>
        <w:t>»</w:t>
      </w:r>
      <w:r w:rsidRPr="007205EF">
        <w:rPr>
          <w:rFonts w:ascii="Times New Roman" w:hAnsi="Times New Roman"/>
          <w:color w:val="000000"/>
          <w:sz w:val="24"/>
          <w:szCs w:val="24"/>
          <w:lang w:val="ru-RU"/>
        </w:rPr>
        <w:t>;</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распознавать верные (истинные) и неверные (ложные) утверждения относительно заданного набора объектов/предметов;</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группировать объекты по заданному признаку, находить и называть закономерности в ряду объектов повседневной жизни;</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различать строки и столбцы таблицы, вносить данное в таблицу, извлекать данное или данные из таблицы;</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сравнивать два объекта (числа, геометрические фигуры);</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распределять объекты на две группы по заданному основанию.</w:t>
      </w:r>
    </w:p>
    <w:p w:rsidR="005E3948" w:rsidRPr="007205EF" w:rsidRDefault="005E3948" w:rsidP="005E3948">
      <w:pPr>
        <w:spacing w:after="0" w:line="264" w:lineRule="auto"/>
        <w:ind w:left="120"/>
        <w:jc w:val="both"/>
        <w:rPr>
          <w:sz w:val="24"/>
          <w:szCs w:val="24"/>
          <w:lang w:val="ru-RU"/>
        </w:rPr>
      </w:pPr>
    </w:p>
    <w:p w:rsidR="005E3948" w:rsidRPr="007205EF" w:rsidRDefault="005E3948" w:rsidP="005E3948">
      <w:pPr>
        <w:spacing w:after="0" w:line="264" w:lineRule="auto"/>
        <w:ind w:left="120"/>
        <w:jc w:val="both"/>
        <w:rPr>
          <w:sz w:val="24"/>
          <w:szCs w:val="24"/>
          <w:lang w:val="ru-RU"/>
        </w:rPr>
      </w:pPr>
      <w:r w:rsidRPr="007205EF">
        <w:rPr>
          <w:rFonts w:ascii="Times New Roman" w:hAnsi="Times New Roman"/>
          <w:color w:val="000000"/>
          <w:sz w:val="24"/>
          <w:szCs w:val="24"/>
          <w:lang w:val="ru-RU"/>
        </w:rPr>
        <w:t>К концу обучения во</w:t>
      </w:r>
      <w:r w:rsidRPr="007205EF">
        <w:rPr>
          <w:rFonts w:ascii="Times New Roman" w:hAnsi="Times New Roman"/>
          <w:b/>
          <w:i/>
          <w:color w:val="000000"/>
          <w:sz w:val="24"/>
          <w:szCs w:val="24"/>
          <w:lang w:val="ru-RU"/>
        </w:rPr>
        <w:t xml:space="preserve"> </w:t>
      </w:r>
      <w:r w:rsidRPr="007205EF">
        <w:rPr>
          <w:rFonts w:ascii="Times New Roman" w:hAnsi="Times New Roman"/>
          <w:b/>
          <w:color w:val="000000"/>
          <w:sz w:val="24"/>
          <w:szCs w:val="24"/>
          <w:lang w:val="ru-RU"/>
        </w:rPr>
        <w:t>2 классе</w:t>
      </w:r>
      <w:r w:rsidRPr="007205EF">
        <w:rPr>
          <w:rFonts w:ascii="Times New Roman" w:hAnsi="Times New Roman"/>
          <w:color w:val="000000"/>
          <w:sz w:val="24"/>
          <w:szCs w:val="24"/>
          <w:lang w:val="ru-RU"/>
        </w:rPr>
        <w:t xml:space="preserve"> у обучающегося будут сформированы следующие умения:</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читать, записывать, сравнивать, упорядочивать числа в пределах 100;</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называть и различать компоненты действий умножения (множители, произведение), деления (делимое, делитель, частное);</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находить неизвестный компонент сложения, вычитания;</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определять с помощью измерительных инструментов длину, определять время с помощью часов;</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сравнивать величины длины, массы, времени, стоимости, устанавливая между ними соотношение «больше или меньше на»;</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различать и называть геометрические фигуры: прямой угол, ломаную, многоугольник;</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lastRenderedPageBreak/>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выполнять измерение длин реальных объектов с помощью линейки;</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находить длину ломаной, состоящей из двух-трёх звеньев, периметр прямоугольника (квадрата);</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распознавать верные (истинные) и неверные (ложные) утверждения со словами «все», «каждый»;</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проводить одно-двухшаговые логические рассуждения и делать выводы;</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находить общий признак группы математических объектов (чисел, величин, геометрических фигур);</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находить закономерность в ряду объектов (чисел, геометрических фигур);</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сравнивать группы объектов (находить общее, различное);</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обнаруживать модели геометрических фигур в окружающем мире;</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подбирать примеры, подтверждающие суждение, ответ;</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составлять (дополнять) текстовую задачу;</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проверять правильность вычисления, измерения.</w:t>
      </w:r>
    </w:p>
    <w:p w:rsidR="005E3948" w:rsidRPr="007205EF" w:rsidRDefault="005E3948" w:rsidP="005E3948">
      <w:pPr>
        <w:spacing w:after="0" w:line="264" w:lineRule="auto"/>
        <w:ind w:left="120"/>
        <w:jc w:val="both"/>
        <w:rPr>
          <w:sz w:val="24"/>
          <w:szCs w:val="24"/>
          <w:lang w:val="ru-RU"/>
        </w:rPr>
      </w:pPr>
    </w:p>
    <w:p w:rsidR="005E3948" w:rsidRPr="007205EF" w:rsidRDefault="005E3948" w:rsidP="005E3948">
      <w:pPr>
        <w:spacing w:after="0" w:line="264" w:lineRule="auto"/>
        <w:ind w:left="120"/>
        <w:jc w:val="both"/>
        <w:rPr>
          <w:sz w:val="24"/>
          <w:szCs w:val="24"/>
          <w:lang w:val="ru-RU"/>
        </w:rPr>
      </w:pPr>
      <w:r w:rsidRPr="007205EF">
        <w:rPr>
          <w:rFonts w:ascii="Times New Roman" w:hAnsi="Times New Roman"/>
          <w:color w:val="000000"/>
          <w:sz w:val="24"/>
          <w:szCs w:val="24"/>
          <w:lang w:val="ru-RU"/>
        </w:rPr>
        <w:t xml:space="preserve">К концу обучения в </w:t>
      </w:r>
      <w:r w:rsidRPr="007205EF">
        <w:rPr>
          <w:rFonts w:ascii="Times New Roman" w:hAnsi="Times New Roman"/>
          <w:b/>
          <w:color w:val="000000"/>
          <w:sz w:val="24"/>
          <w:szCs w:val="24"/>
          <w:lang w:val="ru-RU"/>
        </w:rPr>
        <w:t>3 классе</w:t>
      </w:r>
      <w:r w:rsidRPr="007205EF">
        <w:rPr>
          <w:rFonts w:ascii="Times New Roman" w:hAnsi="Times New Roman"/>
          <w:color w:val="000000"/>
          <w:sz w:val="24"/>
          <w:szCs w:val="24"/>
          <w:lang w:val="ru-RU"/>
        </w:rPr>
        <w:t xml:space="preserve"> у обучающегося будут сформированы следующие умения:</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читать, записывать, сравнивать, упорядочивать числа в пределах 1000;</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находить число большее или меньшее данного числа на заданное число, в заданное число раз (в пределах 1000);</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выполнять действия умножение и деление с числами 0 и 1;</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использовать при вычислениях переместительное и сочетательное свойства сложения;</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находить неизвестный компонент арифметического действия;</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lastRenderedPageBreak/>
        <w:t xml:space="preserve">сравнивать величины длины, площади, массы, времени, стоимости, устанавливая между ними соотношение «больше или меньше </w:t>
      </w:r>
      <w:proofErr w:type="gramStart"/>
      <w:r w:rsidRPr="007205EF">
        <w:rPr>
          <w:rFonts w:ascii="Times New Roman" w:hAnsi="Times New Roman"/>
          <w:color w:val="000000"/>
          <w:sz w:val="24"/>
          <w:szCs w:val="24"/>
          <w:lang w:val="ru-RU"/>
        </w:rPr>
        <w:t>на</w:t>
      </w:r>
      <w:proofErr w:type="gramEnd"/>
      <w:r w:rsidRPr="007205EF">
        <w:rPr>
          <w:rFonts w:ascii="Times New Roman" w:hAnsi="Times New Roman"/>
          <w:color w:val="000000"/>
          <w:sz w:val="24"/>
          <w:szCs w:val="24"/>
          <w:lang w:val="ru-RU"/>
        </w:rPr>
        <w:t xml:space="preserve"> или в»;</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называть, находить долю величины (половина, четверть);</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сравнивать величины, выраженные долями;</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при решении задач выполнять сложение и вычитание однородных величин, умножение и деление величины на однозначное число;</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конструировать прямоугольник из данных фигур (квадратов), делить прямоугольник, многоугольник на заданные части;</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сравнивать фигуры по площади (наложение, сопоставление числовых значений);</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находить периметр прямоугольника (квадрата), площадь прямоугольника (квадрата);</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распознавать верные (истинные) и неверные (ложные) утверждения со словами: «все», «некоторые», «и», «каждый», «если…, то…»;</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формулировать утверждение (вывод), строить логические рассуждения (одно-двухшаговые), в том числе с использованием изученных связок;</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классифицировать объекты по одному-двум признакам;</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составлять план выполнения учебного задания и следовать ему, выполнять действия по алгоритму;</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сравнивать математические объекты (находить общее, различное, уникальное);</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выбирать верное решение математической задачи.</w:t>
      </w:r>
    </w:p>
    <w:p w:rsidR="005E3948" w:rsidRPr="007205EF" w:rsidRDefault="005E3948" w:rsidP="005E3948">
      <w:pPr>
        <w:spacing w:after="0" w:line="264" w:lineRule="auto"/>
        <w:ind w:left="120"/>
        <w:jc w:val="both"/>
        <w:rPr>
          <w:sz w:val="24"/>
          <w:szCs w:val="24"/>
          <w:lang w:val="ru-RU"/>
        </w:rPr>
      </w:pPr>
    </w:p>
    <w:p w:rsidR="005E3948" w:rsidRPr="007205EF" w:rsidRDefault="005E3948" w:rsidP="005E3948">
      <w:pPr>
        <w:spacing w:after="0" w:line="264" w:lineRule="auto"/>
        <w:ind w:left="120"/>
        <w:jc w:val="both"/>
        <w:rPr>
          <w:sz w:val="24"/>
          <w:szCs w:val="24"/>
          <w:lang w:val="ru-RU"/>
        </w:rPr>
      </w:pPr>
      <w:r w:rsidRPr="007205EF">
        <w:rPr>
          <w:rFonts w:ascii="Times New Roman" w:hAnsi="Times New Roman"/>
          <w:color w:val="000000"/>
          <w:sz w:val="24"/>
          <w:szCs w:val="24"/>
          <w:lang w:val="ru-RU"/>
        </w:rPr>
        <w:t>К концу обучения в</w:t>
      </w:r>
      <w:r w:rsidRPr="007205EF">
        <w:rPr>
          <w:rFonts w:ascii="Times New Roman" w:hAnsi="Times New Roman"/>
          <w:b/>
          <w:color w:val="000000"/>
          <w:sz w:val="24"/>
          <w:szCs w:val="24"/>
          <w:lang w:val="ru-RU"/>
        </w:rPr>
        <w:t xml:space="preserve"> 4 классе</w:t>
      </w:r>
      <w:r w:rsidRPr="007205EF">
        <w:rPr>
          <w:rFonts w:ascii="Times New Roman" w:hAnsi="Times New Roman"/>
          <w:color w:val="000000"/>
          <w:sz w:val="24"/>
          <w:szCs w:val="24"/>
          <w:lang w:val="ru-RU"/>
        </w:rPr>
        <w:t xml:space="preserve"> у обучающегося будут сформированы следующие умения:</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читать, записывать, сравнивать, упорядочивать многозначные числа;</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находить число большее или меньшее данного числа на заданное число, в заданное число раз;</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lastRenderedPageBreak/>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находить долю величины, величину по её доле;</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находить неизвестный компонент арифметического действия;</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использовать единицы величин при решении задач (длина, масса, время, вместимость, стоимость, площадь, скорость);</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различать окружность и круг, изображать с помощью циркуля и линейки окружность заданного радиуса;</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 xml:space="preserve">распознавать верные (истинные) и неверные (ложные) утверждения, приводить пример, контрпример; </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формулировать утверждение (вывод), строить логические рассуждения (двух-трёхшаговые);</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классифицировать объекты по заданным или самостоятельно установленным одному-двум признакам;</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lastRenderedPageBreak/>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заполнять данными предложенную таблицу, столбчатую диаграмму;</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составлять модель текстовой задачи, числовое выражение;</w:t>
      </w:r>
    </w:p>
    <w:p w:rsidR="005E3948" w:rsidRPr="007205EF" w:rsidRDefault="005E3948" w:rsidP="005E3948">
      <w:pPr>
        <w:spacing w:after="0" w:line="264" w:lineRule="auto"/>
        <w:ind w:firstLine="600"/>
        <w:jc w:val="both"/>
        <w:rPr>
          <w:sz w:val="24"/>
          <w:szCs w:val="24"/>
          <w:lang w:val="ru-RU"/>
        </w:rPr>
      </w:pPr>
      <w:r w:rsidRPr="007205EF">
        <w:rPr>
          <w:rFonts w:ascii="Times New Roman" w:hAnsi="Times New Roman"/>
          <w:color w:val="000000"/>
          <w:sz w:val="24"/>
          <w:szCs w:val="24"/>
          <w:lang w:val="ru-RU"/>
        </w:rPr>
        <w:t>выбирать рациональное решение задачи, находить все верные решения из предложенных.</w:t>
      </w:r>
    </w:p>
    <w:p w:rsidR="005E3948" w:rsidRPr="007205EF" w:rsidRDefault="005E3948" w:rsidP="005E3948">
      <w:pPr>
        <w:rPr>
          <w:sz w:val="24"/>
          <w:szCs w:val="24"/>
          <w:lang w:val="ru-RU"/>
        </w:rPr>
        <w:sectPr w:rsidR="005E3948" w:rsidRPr="007205EF" w:rsidSect="005E3948">
          <w:pgSz w:w="16383" w:h="11906" w:orient="landscape"/>
          <w:pgMar w:top="850" w:right="1134" w:bottom="1701" w:left="1134" w:header="720" w:footer="720" w:gutter="0"/>
          <w:cols w:space="720"/>
          <w:docGrid w:linePitch="299"/>
        </w:sectPr>
      </w:pPr>
    </w:p>
    <w:p w:rsidR="005E3948" w:rsidRPr="007205EF" w:rsidRDefault="005E3948" w:rsidP="005E3948">
      <w:pPr>
        <w:spacing w:after="0"/>
        <w:ind w:left="120"/>
        <w:rPr>
          <w:sz w:val="24"/>
          <w:szCs w:val="24"/>
        </w:rPr>
      </w:pPr>
      <w:bookmarkStart w:id="3" w:name="block-7564037"/>
      <w:bookmarkEnd w:id="2"/>
      <w:r w:rsidRPr="007205EF">
        <w:rPr>
          <w:rFonts w:ascii="Times New Roman" w:hAnsi="Times New Roman"/>
          <w:b/>
          <w:color w:val="000000"/>
          <w:sz w:val="24"/>
          <w:szCs w:val="24"/>
          <w:lang w:val="ru-RU"/>
        </w:rPr>
        <w:lastRenderedPageBreak/>
        <w:t xml:space="preserve"> </w:t>
      </w:r>
      <w:r w:rsidRPr="007205EF">
        <w:rPr>
          <w:rFonts w:ascii="Times New Roman" w:hAnsi="Times New Roman"/>
          <w:b/>
          <w:color w:val="000000"/>
          <w:sz w:val="24"/>
          <w:szCs w:val="24"/>
        </w:rPr>
        <w:t xml:space="preserve">ТЕМАТИЧЕСКОЕ ПЛАНИРОВАНИЕ </w:t>
      </w:r>
    </w:p>
    <w:p w:rsidR="005E3948" w:rsidRPr="007205EF" w:rsidRDefault="005E3948" w:rsidP="005E3948">
      <w:pPr>
        <w:spacing w:after="0"/>
        <w:ind w:left="120"/>
        <w:rPr>
          <w:sz w:val="24"/>
          <w:szCs w:val="24"/>
        </w:rPr>
      </w:pPr>
      <w:r w:rsidRPr="007205EF">
        <w:rPr>
          <w:rFonts w:ascii="Times New Roman" w:hAnsi="Times New Roman"/>
          <w:b/>
          <w:color w:val="000000"/>
          <w:sz w:val="24"/>
          <w:szCs w:val="24"/>
        </w:rPr>
        <w:t xml:space="preserve"> </w:t>
      </w:r>
      <w:proofErr w:type="gramStart"/>
      <w:r w:rsidRPr="007205EF">
        <w:rPr>
          <w:rFonts w:ascii="Times New Roman" w:hAnsi="Times New Roman"/>
          <w:b/>
          <w:color w:val="000000"/>
          <w:sz w:val="24"/>
          <w:szCs w:val="24"/>
        </w:rPr>
        <w:t>1</w:t>
      </w:r>
      <w:proofErr w:type="gramEnd"/>
      <w:r w:rsidRPr="007205EF">
        <w:rPr>
          <w:rFonts w:ascii="Times New Roman" w:hAnsi="Times New Roman"/>
          <w:b/>
          <w:color w:val="000000"/>
          <w:sz w:val="24"/>
          <w:szCs w:val="24"/>
        </w:rPr>
        <w:t xml:space="preserve"> КЛАСС </w:t>
      </w:r>
    </w:p>
    <w:tbl>
      <w:tblPr>
        <w:tblW w:w="13731"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1"/>
        <w:gridCol w:w="4487"/>
        <w:gridCol w:w="1496"/>
        <w:gridCol w:w="1841"/>
        <w:gridCol w:w="1910"/>
        <w:gridCol w:w="2956"/>
      </w:tblGrid>
      <w:tr w:rsidR="005E3948" w:rsidRPr="007205EF" w:rsidTr="007205EF">
        <w:trPr>
          <w:trHeight w:val="144"/>
          <w:tblCellSpacing w:w="20" w:type="nil"/>
        </w:trPr>
        <w:tc>
          <w:tcPr>
            <w:tcW w:w="1066" w:type="dxa"/>
            <w:vMerge w:val="restart"/>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b/>
                <w:color w:val="000000"/>
                <w:sz w:val="24"/>
                <w:szCs w:val="24"/>
              </w:rPr>
              <w:t xml:space="preserve">№ п/п </w:t>
            </w:r>
          </w:p>
          <w:p w:rsidR="005E3948" w:rsidRPr="007205EF" w:rsidRDefault="005E3948" w:rsidP="007205EF">
            <w:pPr>
              <w:spacing w:after="0"/>
              <w:ind w:left="135"/>
              <w:rPr>
                <w:sz w:val="24"/>
                <w:szCs w:val="24"/>
              </w:rPr>
            </w:pPr>
          </w:p>
        </w:tc>
        <w:tc>
          <w:tcPr>
            <w:tcW w:w="4642" w:type="dxa"/>
            <w:vMerge w:val="restart"/>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b/>
                <w:color w:val="000000"/>
                <w:sz w:val="24"/>
                <w:szCs w:val="24"/>
              </w:rPr>
              <w:t xml:space="preserve">Наименование разделов и тем программы </w:t>
            </w:r>
          </w:p>
          <w:p w:rsidR="005E3948" w:rsidRPr="007205EF" w:rsidRDefault="005E3948" w:rsidP="007205EF">
            <w:pPr>
              <w:spacing w:after="0"/>
              <w:ind w:left="135"/>
              <w:rPr>
                <w:sz w:val="24"/>
                <w:szCs w:val="24"/>
              </w:rPr>
            </w:pPr>
          </w:p>
        </w:tc>
        <w:tc>
          <w:tcPr>
            <w:tcW w:w="0" w:type="auto"/>
            <w:gridSpan w:val="3"/>
            <w:tcMar>
              <w:top w:w="50" w:type="dxa"/>
              <w:left w:w="100" w:type="dxa"/>
            </w:tcMar>
            <w:vAlign w:val="center"/>
          </w:tcPr>
          <w:p w:rsidR="005E3948" w:rsidRPr="007205EF" w:rsidRDefault="005E3948" w:rsidP="007205EF">
            <w:pPr>
              <w:spacing w:after="0"/>
              <w:rPr>
                <w:sz w:val="24"/>
                <w:szCs w:val="24"/>
              </w:rPr>
            </w:pPr>
            <w:r w:rsidRPr="007205EF">
              <w:rPr>
                <w:rFonts w:ascii="Times New Roman" w:hAnsi="Times New Roman"/>
                <w:b/>
                <w:color w:val="000000"/>
                <w:sz w:val="24"/>
                <w:szCs w:val="24"/>
              </w:rPr>
              <w:t>Количество часов</w:t>
            </w:r>
          </w:p>
        </w:tc>
        <w:tc>
          <w:tcPr>
            <w:tcW w:w="2738" w:type="dxa"/>
            <w:vMerge w:val="restart"/>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b/>
                <w:color w:val="000000"/>
                <w:sz w:val="24"/>
                <w:szCs w:val="24"/>
              </w:rPr>
              <w:t xml:space="preserve">Электронные (цифровые) образовательные ресурсы </w:t>
            </w:r>
          </w:p>
          <w:p w:rsidR="005E3948" w:rsidRPr="007205EF" w:rsidRDefault="005E3948" w:rsidP="007205EF">
            <w:pPr>
              <w:spacing w:after="0"/>
              <w:ind w:left="135"/>
              <w:rPr>
                <w:sz w:val="24"/>
                <w:szCs w:val="24"/>
              </w:rPr>
            </w:pPr>
          </w:p>
        </w:tc>
      </w:tr>
      <w:tr w:rsidR="005E3948" w:rsidRPr="007205EF" w:rsidTr="007205EF">
        <w:trPr>
          <w:trHeight w:val="144"/>
          <w:tblCellSpacing w:w="20" w:type="nil"/>
        </w:trPr>
        <w:tc>
          <w:tcPr>
            <w:tcW w:w="0" w:type="auto"/>
            <w:vMerge/>
            <w:tcBorders>
              <w:top w:val="nil"/>
            </w:tcBorders>
            <w:tcMar>
              <w:top w:w="50" w:type="dxa"/>
              <w:left w:w="100" w:type="dxa"/>
            </w:tcMar>
          </w:tcPr>
          <w:p w:rsidR="005E3948" w:rsidRPr="007205EF" w:rsidRDefault="005E3948" w:rsidP="007205EF">
            <w:pPr>
              <w:rPr>
                <w:sz w:val="24"/>
                <w:szCs w:val="24"/>
              </w:rPr>
            </w:pPr>
          </w:p>
        </w:tc>
        <w:tc>
          <w:tcPr>
            <w:tcW w:w="0" w:type="auto"/>
            <w:vMerge/>
            <w:tcBorders>
              <w:top w:val="nil"/>
            </w:tcBorders>
            <w:tcMar>
              <w:top w:w="50" w:type="dxa"/>
              <w:left w:w="100" w:type="dxa"/>
            </w:tcMar>
          </w:tcPr>
          <w:p w:rsidR="005E3948" w:rsidRPr="007205EF" w:rsidRDefault="005E3948" w:rsidP="007205EF">
            <w:pPr>
              <w:rPr>
                <w:sz w:val="24"/>
                <w:szCs w:val="24"/>
              </w:rPr>
            </w:pPr>
          </w:p>
        </w:tc>
        <w:tc>
          <w:tcPr>
            <w:tcW w:w="1534" w:type="dxa"/>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b/>
                <w:color w:val="000000"/>
                <w:sz w:val="24"/>
                <w:szCs w:val="24"/>
              </w:rPr>
              <w:t xml:space="preserve">Всего </w:t>
            </w:r>
          </w:p>
          <w:p w:rsidR="005E3948" w:rsidRPr="007205EF" w:rsidRDefault="005E3948" w:rsidP="007205EF">
            <w:pPr>
              <w:spacing w:after="0"/>
              <w:ind w:left="135"/>
              <w:rPr>
                <w:sz w:val="24"/>
                <w:szCs w:val="24"/>
              </w:rPr>
            </w:pPr>
          </w:p>
        </w:tc>
        <w:tc>
          <w:tcPr>
            <w:tcW w:w="1841" w:type="dxa"/>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b/>
                <w:color w:val="000000"/>
                <w:sz w:val="24"/>
                <w:szCs w:val="24"/>
              </w:rPr>
              <w:t xml:space="preserve">Контрольные работы </w:t>
            </w:r>
          </w:p>
          <w:p w:rsidR="005E3948" w:rsidRPr="007205EF" w:rsidRDefault="005E3948" w:rsidP="007205EF">
            <w:pPr>
              <w:spacing w:after="0"/>
              <w:ind w:left="135"/>
              <w:rPr>
                <w:sz w:val="24"/>
                <w:szCs w:val="24"/>
              </w:rPr>
            </w:pPr>
          </w:p>
        </w:tc>
        <w:tc>
          <w:tcPr>
            <w:tcW w:w="1910" w:type="dxa"/>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b/>
                <w:color w:val="000000"/>
                <w:sz w:val="24"/>
                <w:szCs w:val="24"/>
              </w:rPr>
              <w:t xml:space="preserve">Практические работы </w:t>
            </w:r>
          </w:p>
          <w:p w:rsidR="005E3948" w:rsidRPr="007205EF" w:rsidRDefault="005E3948" w:rsidP="007205EF">
            <w:pPr>
              <w:spacing w:after="0"/>
              <w:ind w:left="135"/>
              <w:rPr>
                <w:sz w:val="24"/>
                <w:szCs w:val="24"/>
              </w:rPr>
            </w:pPr>
          </w:p>
        </w:tc>
        <w:tc>
          <w:tcPr>
            <w:tcW w:w="0" w:type="auto"/>
            <w:vMerge/>
            <w:tcBorders>
              <w:top w:val="nil"/>
            </w:tcBorders>
            <w:tcMar>
              <w:top w:w="50" w:type="dxa"/>
              <w:left w:w="100" w:type="dxa"/>
            </w:tcMar>
          </w:tcPr>
          <w:p w:rsidR="005E3948" w:rsidRPr="007205EF" w:rsidRDefault="005E3948" w:rsidP="007205EF">
            <w:pPr>
              <w:rPr>
                <w:sz w:val="24"/>
                <w:szCs w:val="24"/>
              </w:rPr>
            </w:pPr>
          </w:p>
        </w:tc>
      </w:tr>
      <w:tr w:rsidR="005E3948" w:rsidRPr="007205EF" w:rsidTr="007205EF">
        <w:trPr>
          <w:trHeight w:val="144"/>
          <w:tblCellSpacing w:w="20" w:type="nil"/>
        </w:trPr>
        <w:tc>
          <w:tcPr>
            <w:tcW w:w="0" w:type="auto"/>
            <w:gridSpan w:val="6"/>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b/>
                <w:color w:val="000000"/>
                <w:sz w:val="24"/>
                <w:szCs w:val="24"/>
              </w:rPr>
              <w:t>Раздел 1.</w:t>
            </w:r>
            <w:r w:rsidRPr="007205EF">
              <w:rPr>
                <w:rFonts w:ascii="Times New Roman" w:hAnsi="Times New Roman"/>
                <w:color w:val="000000"/>
                <w:sz w:val="24"/>
                <w:szCs w:val="24"/>
              </w:rPr>
              <w:t xml:space="preserve"> </w:t>
            </w:r>
            <w:r w:rsidRPr="007205EF">
              <w:rPr>
                <w:rFonts w:ascii="Times New Roman" w:hAnsi="Times New Roman"/>
                <w:b/>
                <w:color w:val="000000"/>
                <w:sz w:val="24"/>
                <w:szCs w:val="24"/>
              </w:rPr>
              <w:t>Числа и величины</w:t>
            </w:r>
          </w:p>
        </w:tc>
      </w:tr>
      <w:tr w:rsidR="005E3948" w:rsidRPr="008E75F7" w:rsidTr="007205EF">
        <w:trPr>
          <w:trHeight w:val="144"/>
          <w:tblCellSpacing w:w="20" w:type="nil"/>
        </w:trPr>
        <w:tc>
          <w:tcPr>
            <w:tcW w:w="1066" w:type="dxa"/>
            <w:tcMar>
              <w:top w:w="50" w:type="dxa"/>
              <w:left w:w="100" w:type="dxa"/>
            </w:tcMar>
            <w:vAlign w:val="center"/>
          </w:tcPr>
          <w:p w:rsidR="005E3948" w:rsidRPr="007205EF" w:rsidRDefault="005E3948" w:rsidP="007205EF">
            <w:pPr>
              <w:spacing w:after="0"/>
              <w:rPr>
                <w:sz w:val="24"/>
                <w:szCs w:val="24"/>
              </w:rPr>
            </w:pPr>
            <w:r w:rsidRPr="007205EF">
              <w:rPr>
                <w:rFonts w:ascii="Times New Roman" w:hAnsi="Times New Roman"/>
                <w:color w:val="000000"/>
                <w:sz w:val="24"/>
                <w:szCs w:val="24"/>
              </w:rPr>
              <w:t>1.1</w:t>
            </w:r>
          </w:p>
        </w:tc>
        <w:tc>
          <w:tcPr>
            <w:tcW w:w="4642" w:type="dxa"/>
            <w:tcMar>
              <w:top w:w="50" w:type="dxa"/>
              <w:left w:w="100" w:type="dxa"/>
            </w:tcMar>
            <w:vAlign w:val="center"/>
          </w:tcPr>
          <w:p w:rsidR="005E3948" w:rsidRPr="007205EF" w:rsidRDefault="005E3948" w:rsidP="007205EF">
            <w:pPr>
              <w:spacing w:after="0"/>
              <w:ind w:left="135"/>
              <w:rPr>
                <w:sz w:val="24"/>
                <w:szCs w:val="24"/>
                <w:lang w:val="ru-RU"/>
              </w:rPr>
            </w:pPr>
            <w:r w:rsidRPr="007205EF">
              <w:rPr>
                <w:rFonts w:ascii="Times New Roman" w:hAnsi="Times New Roman"/>
                <w:color w:val="000000"/>
                <w:sz w:val="24"/>
                <w:szCs w:val="24"/>
                <w:lang w:val="ru-RU"/>
              </w:rPr>
              <w:t>Числа от 1 до 9. Стартовая диагностика</w:t>
            </w:r>
          </w:p>
        </w:tc>
        <w:tc>
          <w:tcPr>
            <w:tcW w:w="1534" w:type="dxa"/>
            <w:tcMar>
              <w:top w:w="50" w:type="dxa"/>
              <w:left w:w="100" w:type="dxa"/>
            </w:tcMar>
            <w:vAlign w:val="center"/>
          </w:tcPr>
          <w:p w:rsidR="005E3948" w:rsidRPr="007205EF" w:rsidRDefault="005E3948" w:rsidP="007205EF">
            <w:pPr>
              <w:spacing w:after="0"/>
              <w:ind w:left="135"/>
              <w:jc w:val="center"/>
              <w:rPr>
                <w:sz w:val="24"/>
                <w:szCs w:val="24"/>
                <w:lang w:val="ru-RU"/>
              </w:rPr>
            </w:pPr>
            <w:r w:rsidRPr="007205EF">
              <w:rPr>
                <w:rFonts w:ascii="Times New Roman" w:hAnsi="Times New Roman"/>
                <w:color w:val="000000"/>
                <w:sz w:val="24"/>
                <w:szCs w:val="24"/>
                <w:lang w:val="ru-RU"/>
              </w:rPr>
              <w:t xml:space="preserve"> 13</w:t>
            </w:r>
          </w:p>
        </w:tc>
        <w:tc>
          <w:tcPr>
            <w:tcW w:w="1841" w:type="dxa"/>
            <w:tcMar>
              <w:top w:w="50" w:type="dxa"/>
              <w:left w:w="100" w:type="dxa"/>
            </w:tcMar>
            <w:vAlign w:val="center"/>
          </w:tcPr>
          <w:p w:rsidR="005E3948" w:rsidRPr="007205EF" w:rsidRDefault="005E3948" w:rsidP="007205EF">
            <w:pPr>
              <w:spacing w:after="0"/>
              <w:ind w:left="135"/>
              <w:jc w:val="center"/>
              <w:rPr>
                <w:sz w:val="24"/>
                <w:szCs w:val="24"/>
                <w:lang w:val="ru-RU"/>
              </w:rPr>
            </w:pPr>
          </w:p>
        </w:tc>
        <w:tc>
          <w:tcPr>
            <w:tcW w:w="1910" w:type="dxa"/>
            <w:tcMar>
              <w:top w:w="50" w:type="dxa"/>
              <w:left w:w="100" w:type="dxa"/>
            </w:tcMar>
            <w:vAlign w:val="center"/>
          </w:tcPr>
          <w:p w:rsidR="005E3948" w:rsidRPr="007205EF" w:rsidRDefault="005E3948" w:rsidP="007205EF">
            <w:pPr>
              <w:spacing w:after="0"/>
              <w:ind w:left="135"/>
              <w:jc w:val="center"/>
              <w:rPr>
                <w:sz w:val="24"/>
                <w:szCs w:val="24"/>
                <w:lang w:val="ru-RU"/>
              </w:rPr>
            </w:pPr>
          </w:p>
        </w:tc>
        <w:tc>
          <w:tcPr>
            <w:tcW w:w="2738" w:type="dxa"/>
            <w:tcMar>
              <w:top w:w="50" w:type="dxa"/>
              <w:left w:w="100" w:type="dxa"/>
            </w:tcMar>
            <w:vAlign w:val="center"/>
          </w:tcPr>
          <w:p w:rsidR="005E3948" w:rsidRPr="007205EF" w:rsidRDefault="008E75F7" w:rsidP="007205EF">
            <w:pPr>
              <w:spacing w:after="0"/>
              <w:ind w:left="135"/>
              <w:rPr>
                <w:sz w:val="24"/>
                <w:szCs w:val="24"/>
                <w:lang w:val="ru-RU"/>
              </w:rPr>
            </w:pPr>
            <w:hyperlink r:id="rId6">
              <w:r w:rsidR="005E3948" w:rsidRPr="007205EF">
                <w:rPr>
                  <w:rFonts w:ascii="Times New Roman" w:hAnsi="Times New Roman"/>
                  <w:color w:val="0000FF"/>
                  <w:sz w:val="24"/>
                  <w:szCs w:val="24"/>
                  <w:u w:val="single"/>
                </w:rPr>
                <w:t>https</w:t>
              </w:r>
              <w:r w:rsidR="005E3948" w:rsidRPr="007205EF">
                <w:rPr>
                  <w:rFonts w:ascii="Times New Roman" w:hAnsi="Times New Roman"/>
                  <w:color w:val="0000FF"/>
                  <w:sz w:val="24"/>
                  <w:szCs w:val="24"/>
                  <w:u w:val="single"/>
                  <w:lang w:val="ru-RU"/>
                </w:rPr>
                <w:t>://</w:t>
              </w:r>
              <w:r w:rsidR="005E3948" w:rsidRPr="007205EF">
                <w:rPr>
                  <w:rFonts w:ascii="Times New Roman" w:hAnsi="Times New Roman"/>
                  <w:color w:val="0000FF"/>
                  <w:sz w:val="24"/>
                  <w:szCs w:val="24"/>
                  <w:u w:val="single"/>
                </w:rPr>
                <w:t>education</w:t>
              </w:r>
              <w:r w:rsidR="005E3948" w:rsidRPr="007205EF">
                <w:rPr>
                  <w:rFonts w:ascii="Times New Roman" w:hAnsi="Times New Roman"/>
                  <w:color w:val="0000FF"/>
                  <w:sz w:val="24"/>
                  <w:szCs w:val="24"/>
                  <w:u w:val="single"/>
                  <w:lang w:val="ru-RU"/>
                </w:rPr>
                <w:t>.</w:t>
              </w:r>
              <w:r w:rsidR="005E3948" w:rsidRPr="007205EF">
                <w:rPr>
                  <w:rFonts w:ascii="Times New Roman" w:hAnsi="Times New Roman"/>
                  <w:color w:val="0000FF"/>
                  <w:sz w:val="24"/>
                  <w:szCs w:val="24"/>
                  <w:u w:val="single"/>
                </w:rPr>
                <w:t>yandex</w:t>
              </w:r>
              <w:r w:rsidR="005E3948" w:rsidRPr="007205EF">
                <w:rPr>
                  <w:rFonts w:ascii="Times New Roman" w:hAnsi="Times New Roman"/>
                  <w:color w:val="0000FF"/>
                  <w:sz w:val="24"/>
                  <w:szCs w:val="24"/>
                  <w:u w:val="single"/>
                  <w:lang w:val="ru-RU"/>
                </w:rPr>
                <w:t>.</w:t>
              </w:r>
              <w:r w:rsidR="005E3948" w:rsidRPr="007205EF">
                <w:rPr>
                  <w:rFonts w:ascii="Times New Roman" w:hAnsi="Times New Roman"/>
                  <w:color w:val="0000FF"/>
                  <w:sz w:val="24"/>
                  <w:szCs w:val="24"/>
                  <w:u w:val="single"/>
                </w:rPr>
                <w:t>ru</w:t>
              </w:r>
            </w:hyperlink>
            <w:r w:rsidR="005E3948" w:rsidRPr="007205EF">
              <w:rPr>
                <w:rFonts w:ascii="Times New Roman" w:hAnsi="Times New Roman"/>
                <w:color w:val="000000"/>
                <w:sz w:val="24"/>
                <w:szCs w:val="24"/>
                <w:lang w:val="ru-RU"/>
              </w:rPr>
              <w:t xml:space="preserve"> </w:t>
            </w:r>
            <w:hyperlink r:id="rId7">
              <w:r w:rsidR="005E3948" w:rsidRPr="007205EF">
                <w:rPr>
                  <w:rFonts w:ascii="Times New Roman" w:hAnsi="Times New Roman"/>
                  <w:color w:val="0000FF"/>
                  <w:sz w:val="24"/>
                  <w:szCs w:val="24"/>
                  <w:u w:val="single"/>
                </w:rPr>
                <w:t>https</w:t>
              </w:r>
              <w:r w:rsidR="005E3948" w:rsidRPr="007205EF">
                <w:rPr>
                  <w:rFonts w:ascii="Times New Roman" w:hAnsi="Times New Roman"/>
                  <w:color w:val="0000FF"/>
                  <w:sz w:val="24"/>
                  <w:szCs w:val="24"/>
                  <w:u w:val="single"/>
                  <w:lang w:val="ru-RU"/>
                </w:rPr>
                <w:t>://</w:t>
              </w:r>
              <w:r w:rsidR="005E3948" w:rsidRPr="007205EF">
                <w:rPr>
                  <w:rFonts w:ascii="Times New Roman" w:hAnsi="Times New Roman"/>
                  <w:color w:val="0000FF"/>
                  <w:sz w:val="24"/>
                  <w:szCs w:val="24"/>
                  <w:u w:val="single"/>
                </w:rPr>
                <w:t>uchi</w:t>
              </w:r>
              <w:r w:rsidR="005E3948" w:rsidRPr="007205EF">
                <w:rPr>
                  <w:rFonts w:ascii="Times New Roman" w:hAnsi="Times New Roman"/>
                  <w:color w:val="0000FF"/>
                  <w:sz w:val="24"/>
                  <w:szCs w:val="24"/>
                  <w:u w:val="single"/>
                  <w:lang w:val="ru-RU"/>
                </w:rPr>
                <w:t>.</w:t>
              </w:r>
              <w:r w:rsidR="005E3948" w:rsidRPr="007205EF">
                <w:rPr>
                  <w:rFonts w:ascii="Times New Roman" w:hAnsi="Times New Roman"/>
                  <w:color w:val="0000FF"/>
                  <w:sz w:val="24"/>
                  <w:szCs w:val="24"/>
                  <w:u w:val="single"/>
                </w:rPr>
                <w:t>ru</w:t>
              </w:r>
            </w:hyperlink>
          </w:p>
        </w:tc>
      </w:tr>
      <w:tr w:rsidR="005E3948" w:rsidRPr="007205EF" w:rsidTr="007205EF">
        <w:trPr>
          <w:trHeight w:val="144"/>
          <w:tblCellSpacing w:w="20" w:type="nil"/>
        </w:trPr>
        <w:tc>
          <w:tcPr>
            <w:tcW w:w="1066" w:type="dxa"/>
            <w:tcMar>
              <w:top w:w="50" w:type="dxa"/>
              <w:left w:w="100" w:type="dxa"/>
            </w:tcMar>
            <w:vAlign w:val="center"/>
          </w:tcPr>
          <w:p w:rsidR="005E3948" w:rsidRPr="007205EF" w:rsidRDefault="005E3948" w:rsidP="007205EF">
            <w:pPr>
              <w:spacing w:after="0"/>
              <w:rPr>
                <w:sz w:val="24"/>
                <w:szCs w:val="24"/>
              </w:rPr>
            </w:pPr>
            <w:r w:rsidRPr="007205EF">
              <w:rPr>
                <w:rFonts w:ascii="Times New Roman" w:hAnsi="Times New Roman"/>
                <w:color w:val="000000"/>
                <w:sz w:val="24"/>
                <w:szCs w:val="24"/>
              </w:rPr>
              <w:t>1.2</w:t>
            </w:r>
          </w:p>
        </w:tc>
        <w:tc>
          <w:tcPr>
            <w:tcW w:w="4642" w:type="dxa"/>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color w:val="000000"/>
                <w:sz w:val="24"/>
                <w:szCs w:val="24"/>
              </w:rPr>
              <w:t>Числа от 0 до 10</w:t>
            </w:r>
          </w:p>
        </w:tc>
        <w:tc>
          <w:tcPr>
            <w:tcW w:w="1534" w:type="dxa"/>
            <w:tcMar>
              <w:top w:w="50" w:type="dxa"/>
              <w:left w:w="100" w:type="dxa"/>
            </w:tcMar>
            <w:vAlign w:val="center"/>
          </w:tcPr>
          <w:p w:rsidR="005E3948" w:rsidRPr="007205EF" w:rsidRDefault="005E3948" w:rsidP="007205EF">
            <w:pPr>
              <w:spacing w:after="0"/>
              <w:ind w:left="135"/>
              <w:jc w:val="center"/>
              <w:rPr>
                <w:sz w:val="24"/>
                <w:szCs w:val="24"/>
              </w:rPr>
            </w:pPr>
            <w:r w:rsidRPr="007205EF">
              <w:rPr>
                <w:rFonts w:ascii="Times New Roman" w:hAnsi="Times New Roman"/>
                <w:color w:val="000000"/>
                <w:sz w:val="24"/>
                <w:szCs w:val="24"/>
              </w:rPr>
              <w:t xml:space="preserve"> 3 </w:t>
            </w:r>
          </w:p>
        </w:tc>
        <w:tc>
          <w:tcPr>
            <w:tcW w:w="1841" w:type="dxa"/>
            <w:tcMar>
              <w:top w:w="50" w:type="dxa"/>
              <w:left w:w="100" w:type="dxa"/>
            </w:tcMar>
            <w:vAlign w:val="center"/>
          </w:tcPr>
          <w:p w:rsidR="005E3948" w:rsidRPr="007205EF" w:rsidRDefault="005E3948" w:rsidP="007205EF">
            <w:pPr>
              <w:spacing w:after="0"/>
              <w:ind w:left="135"/>
              <w:jc w:val="center"/>
              <w:rPr>
                <w:sz w:val="24"/>
                <w:szCs w:val="24"/>
              </w:rPr>
            </w:pPr>
          </w:p>
        </w:tc>
        <w:tc>
          <w:tcPr>
            <w:tcW w:w="1910" w:type="dxa"/>
            <w:tcMar>
              <w:top w:w="50" w:type="dxa"/>
              <w:left w:w="100" w:type="dxa"/>
            </w:tcMar>
            <w:vAlign w:val="center"/>
          </w:tcPr>
          <w:p w:rsidR="005E3948" w:rsidRPr="007205EF" w:rsidRDefault="005E3948" w:rsidP="007205EF">
            <w:pPr>
              <w:spacing w:after="0"/>
              <w:ind w:left="135"/>
              <w:jc w:val="center"/>
              <w:rPr>
                <w:sz w:val="24"/>
                <w:szCs w:val="24"/>
              </w:rPr>
            </w:pPr>
          </w:p>
        </w:tc>
        <w:tc>
          <w:tcPr>
            <w:tcW w:w="2738" w:type="dxa"/>
            <w:tcMar>
              <w:top w:w="50" w:type="dxa"/>
              <w:left w:w="100" w:type="dxa"/>
            </w:tcMar>
            <w:vAlign w:val="center"/>
          </w:tcPr>
          <w:p w:rsidR="005E3948" w:rsidRPr="007205EF" w:rsidRDefault="008E75F7" w:rsidP="007205EF">
            <w:pPr>
              <w:spacing w:after="0"/>
              <w:ind w:left="135"/>
              <w:rPr>
                <w:sz w:val="24"/>
                <w:szCs w:val="24"/>
              </w:rPr>
            </w:pPr>
            <w:hyperlink r:id="rId8">
              <w:r w:rsidR="005E3948" w:rsidRPr="007205EF">
                <w:rPr>
                  <w:rFonts w:ascii="Times New Roman" w:hAnsi="Times New Roman"/>
                  <w:color w:val="0000FF"/>
                  <w:sz w:val="24"/>
                  <w:szCs w:val="24"/>
                  <w:u w:val="single"/>
                </w:rPr>
                <w:t>https://education.yandex.ru</w:t>
              </w:r>
            </w:hyperlink>
            <w:r w:rsidR="005E3948" w:rsidRPr="007205EF">
              <w:rPr>
                <w:rFonts w:ascii="Times New Roman" w:hAnsi="Times New Roman"/>
                <w:color w:val="000000"/>
                <w:sz w:val="24"/>
                <w:szCs w:val="24"/>
              </w:rPr>
              <w:t xml:space="preserve"> </w:t>
            </w:r>
            <w:hyperlink r:id="rId9">
              <w:r w:rsidR="005E3948" w:rsidRPr="007205EF">
                <w:rPr>
                  <w:rFonts w:ascii="Times New Roman" w:hAnsi="Times New Roman"/>
                  <w:color w:val="0000FF"/>
                  <w:sz w:val="24"/>
                  <w:szCs w:val="24"/>
                  <w:u w:val="single"/>
                </w:rPr>
                <w:t>https://uchi.ru</w:t>
              </w:r>
            </w:hyperlink>
          </w:p>
        </w:tc>
      </w:tr>
      <w:tr w:rsidR="005E3948" w:rsidRPr="007205EF" w:rsidTr="007205EF">
        <w:trPr>
          <w:trHeight w:val="144"/>
          <w:tblCellSpacing w:w="20" w:type="nil"/>
        </w:trPr>
        <w:tc>
          <w:tcPr>
            <w:tcW w:w="1066" w:type="dxa"/>
            <w:tcMar>
              <w:top w:w="50" w:type="dxa"/>
              <w:left w:w="100" w:type="dxa"/>
            </w:tcMar>
            <w:vAlign w:val="center"/>
          </w:tcPr>
          <w:p w:rsidR="005E3948" w:rsidRPr="007205EF" w:rsidRDefault="005E3948" w:rsidP="007205EF">
            <w:pPr>
              <w:spacing w:after="0"/>
              <w:rPr>
                <w:sz w:val="24"/>
                <w:szCs w:val="24"/>
              </w:rPr>
            </w:pPr>
            <w:r w:rsidRPr="007205EF">
              <w:rPr>
                <w:rFonts w:ascii="Times New Roman" w:hAnsi="Times New Roman"/>
                <w:color w:val="000000"/>
                <w:sz w:val="24"/>
                <w:szCs w:val="24"/>
              </w:rPr>
              <w:t>1.3</w:t>
            </w:r>
          </w:p>
        </w:tc>
        <w:tc>
          <w:tcPr>
            <w:tcW w:w="4642" w:type="dxa"/>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color w:val="000000"/>
                <w:sz w:val="24"/>
                <w:szCs w:val="24"/>
              </w:rPr>
              <w:t>Числа от 11 до 20</w:t>
            </w:r>
          </w:p>
        </w:tc>
        <w:tc>
          <w:tcPr>
            <w:tcW w:w="1534" w:type="dxa"/>
            <w:tcMar>
              <w:top w:w="50" w:type="dxa"/>
              <w:left w:w="100" w:type="dxa"/>
            </w:tcMar>
            <w:vAlign w:val="center"/>
          </w:tcPr>
          <w:p w:rsidR="005E3948" w:rsidRPr="007205EF" w:rsidRDefault="005E3948" w:rsidP="007205EF">
            <w:pPr>
              <w:spacing w:after="0"/>
              <w:ind w:left="135"/>
              <w:jc w:val="center"/>
              <w:rPr>
                <w:sz w:val="24"/>
                <w:szCs w:val="24"/>
              </w:rPr>
            </w:pPr>
            <w:r w:rsidRPr="007205EF">
              <w:rPr>
                <w:rFonts w:ascii="Times New Roman" w:hAnsi="Times New Roman"/>
                <w:color w:val="000000"/>
                <w:sz w:val="24"/>
                <w:szCs w:val="24"/>
              </w:rPr>
              <w:t xml:space="preserve"> 4 </w:t>
            </w:r>
          </w:p>
        </w:tc>
        <w:tc>
          <w:tcPr>
            <w:tcW w:w="1841" w:type="dxa"/>
            <w:tcMar>
              <w:top w:w="50" w:type="dxa"/>
              <w:left w:w="100" w:type="dxa"/>
            </w:tcMar>
            <w:vAlign w:val="center"/>
          </w:tcPr>
          <w:p w:rsidR="005E3948" w:rsidRPr="007205EF" w:rsidRDefault="005E3948" w:rsidP="007205EF">
            <w:pPr>
              <w:spacing w:after="0"/>
              <w:ind w:left="135"/>
              <w:jc w:val="center"/>
              <w:rPr>
                <w:sz w:val="24"/>
                <w:szCs w:val="24"/>
              </w:rPr>
            </w:pPr>
          </w:p>
        </w:tc>
        <w:tc>
          <w:tcPr>
            <w:tcW w:w="1910" w:type="dxa"/>
            <w:tcMar>
              <w:top w:w="50" w:type="dxa"/>
              <w:left w:w="100" w:type="dxa"/>
            </w:tcMar>
            <w:vAlign w:val="center"/>
          </w:tcPr>
          <w:p w:rsidR="005E3948" w:rsidRPr="007205EF" w:rsidRDefault="005E3948" w:rsidP="007205EF">
            <w:pPr>
              <w:spacing w:after="0"/>
              <w:ind w:left="135"/>
              <w:jc w:val="center"/>
              <w:rPr>
                <w:sz w:val="24"/>
                <w:szCs w:val="24"/>
              </w:rPr>
            </w:pPr>
          </w:p>
        </w:tc>
        <w:tc>
          <w:tcPr>
            <w:tcW w:w="2738" w:type="dxa"/>
            <w:tcMar>
              <w:top w:w="50" w:type="dxa"/>
              <w:left w:w="100" w:type="dxa"/>
            </w:tcMar>
            <w:vAlign w:val="center"/>
          </w:tcPr>
          <w:p w:rsidR="005E3948" w:rsidRPr="007205EF" w:rsidRDefault="008E75F7" w:rsidP="007205EF">
            <w:pPr>
              <w:spacing w:after="0"/>
              <w:ind w:left="135"/>
              <w:rPr>
                <w:sz w:val="24"/>
                <w:szCs w:val="24"/>
              </w:rPr>
            </w:pPr>
            <w:hyperlink r:id="rId10">
              <w:r w:rsidR="005E3948" w:rsidRPr="007205EF">
                <w:rPr>
                  <w:rFonts w:ascii="Times New Roman" w:hAnsi="Times New Roman"/>
                  <w:color w:val="0000FF"/>
                  <w:sz w:val="24"/>
                  <w:szCs w:val="24"/>
                  <w:u w:val="single"/>
                </w:rPr>
                <w:t>https://education.yandex.ru</w:t>
              </w:r>
            </w:hyperlink>
            <w:r w:rsidR="005E3948" w:rsidRPr="007205EF">
              <w:rPr>
                <w:rFonts w:ascii="Times New Roman" w:hAnsi="Times New Roman"/>
                <w:color w:val="000000"/>
                <w:sz w:val="24"/>
                <w:szCs w:val="24"/>
              </w:rPr>
              <w:t xml:space="preserve"> </w:t>
            </w:r>
            <w:hyperlink r:id="rId11">
              <w:r w:rsidR="005E3948" w:rsidRPr="007205EF">
                <w:rPr>
                  <w:rFonts w:ascii="Times New Roman" w:hAnsi="Times New Roman"/>
                  <w:color w:val="0000FF"/>
                  <w:sz w:val="24"/>
                  <w:szCs w:val="24"/>
                  <w:u w:val="single"/>
                </w:rPr>
                <w:t>https://uchi.ru</w:t>
              </w:r>
            </w:hyperlink>
          </w:p>
        </w:tc>
      </w:tr>
      <w:tr w:rsidR="005E3948" w:rsidRPr="007205EF" w:rsidTr="007205EF">
        <w:trPr>
          <w:trHeight w:val="144"/>
          <w:tblCellSpacing w:w="20" w:type="nil"/>
        </w:trPr>
        <w:tc>
          <w:tcPr>
            <w:tcW w:w="1066" w:type="dxa"/>
            <w:tcMar>
              <w:top w:w="50" w:type="dxa"/>
              <w:left w:w="100" w:type="dxa"/>
            </w:tcMar>
            <w:vAlign w:val="center"/>
          </w:tcPr>
          <w:p w:rsidR="005E3948" w:rsidRPr="007205EF" w:rsidRDefault="005E3948" w:rsidP="007205EF">
            <w:pPr>
              <w:spacing w:after="0"/>
              <w:rPr>
                <w:sz w:val="24"/>
                <w:szCs w:val="24"/>
              </w:rPr>
            </w:pPr>
            <w:r w:rsidRPr="007205EF">
              <w:rPr>
                <w:rFonts w:ascii="Times New Roman" w:hAnsi="Times New Roman"/>
                <w:color w:val="000000"/>
                <w:sz w:val="24"/>
                <w:szCs w:val="24"/>
              </w:rPr>
              <w:t>1.4</w:t>
            </w:r>
          </w:p>
        </w:tc>
        <w:tc>
          <w:tcPr>
            <w:tcW w:w="4642" w:type="dxa"/>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color w:val="000000"/>
                <w:sz w:val="24"/>
                <w:szCs w:val="24"/>
              </w:rPr>
              <w:t>Длина. Измерение длины</w:t>
            </w:r>
          </w:p>
        </w:tc>
        <w:tc>
          <w:tcPr>
            <w:tcW w:w="1534" w:type="dxa"/>
            <w:tcMar>
              <w:top w:w="50" w:type="dxa"/>
              <w:left w:w="100" w:type="dxa"/>
            </w:tcMar>
            <w:vAlign w:val="center"/>
          </w:tcPr>
          <w:p w:rsidR="005E3948" w:rsidRPr="007205EF" w:rsidRDefault="005E3948" w:rsidP="007205EF">
            <w:pPr>
              <w:spacing w:after="0"/>
              <w:ind w:left="135"/>
              <w:jc w:val="center"/>
              <w:rPr>
                <w:sz w:val="24"/>
                <w:szCs w:val="24"/>
              </w:rPr>
            </w:pPr>
            <w:r w:rsidRPr="007205EF">
              <w:rPr>
                <w:rFonts w:ascii="Times New Roman" w:hAnsi="Times New Roman"/>
                <w:color w:val="000000"/>
                <w:sz w:val="24"/>
                <w:szCs w:val="24"/>
              </w:rPr>
              <w:t xml:space="preserve"> 7 </w:t>
            </w:r>
          </w:p>
        </w:tc>
        <w:tc>
          <w:tcPr>
            <w:tcW w:w="1841" w:type="dxa"/>
            <w:tcMar>
              <w:top w:w="50" w:type="dxa"/>
              <w:left w:w="100" w:type="dxa"/>
            </w:tcMar>
            <w:vAlign w:val="center"/>
          </w:tcPr>
          <w:p w:rsidR="005E3948" w:rsidRPr="007205EF" w:rsidRDefault="005E3948" w:rsidP="007205EF">
            <w:pPr>
              <w:spacing w:after="0"/>
              <w:ind w:left="135"/>
              <w:jc w:val="center"/>
              <w:rPr>
                <w:sz w:val="24"/>
                <w:szCs w:val="24"/>
              </w:rPr>
            </w:pPr>
          </w:p>
        </w:tc>
        <w:tc>
          <w:tcPr>
            <w:tcW w:w="1910" w:type="dxa"/>
            <w:tcMar>
              <w:top w:w="50" w:type="dxa"/>
              <w:left w:w="100" w:type="dxa"/>
            </w:tcMar>
            <w:vAlign w:val="center"/>
          </w:tcPr>
          <w:p w:rsidR="005E3948" w:rsidRPr="007205EF" w:rsidRDefault="005E3948" w:rsidP="007205EF">
            <w:pPr>
              <w:spacing w:after="0"/>
              <w:ind w:left="135"/>
              <w:jc w:val="center"/>
              <w:rPr>
                <w:sz w:val="24"/>
                <w:szCs w:val="24"/>
              </w:rPr>
            </w:pPr>
          </w:p>
        </w:tc>
        <w:tc>
          <w:tcPr>
            <w:tcW w:w="2738" w:type="dxa"/>
            <w:tcMar>
              <w:top w:w="50" w:type="dxa"/>
              <w:left w:w="100" w:type="dxa"/>
            </w:tcMar>
            <w:vAlign w:val="center"/>
          </w:tcPr>
          <w:p w:rsidR="005E3948" w:rsidRPr="007205EF" w:rsidRDefault="008E75F7" w:rsidP="007205EF">
            <w:pPr>
              <w:spacing w:after="0"/>
              <w:ind w:left="135"/>
              <w:rPr>
                <w:sz w:val="24"/>
                <w:szCs w:val="24"/>
              </w:rPr>
            </w:pPr>
            <w:hyperlink r:id="rId12">
              <w:r w:rsidR="005E3948" w:rsidRPr="007205EF">
                <w:rPr>
                  <w:rFonts w:ascii="Times New Roman" w:hAnsi="Times New Roman"/>
                  <w:color w:val="0000FF"/>
                  <w:sz w:val="24"/>
                  <w:szCs w:val="24"/>
                  <w:u w:val="single"/>
                </w:rPr>
                <w:t>https://education.yandex.ru</w:t>
              </w:r>
            </w:hyperlink>
            <w:r w:rsidR="005E3948" w:rsidRPr="007205EF">
              <w:rPr>
                <w:rFonts w:ascii="Times New Roman" w:hAnsi="Times New Roman"/>
                <w:color w:val="000000"/>
                <w:sz w:val="24"/>
                <w:szCs w:val="24"/>
              </w:rPr>
              <w:t xml:space="preserve"> </w:t>
            </w:r>
            <w:hyperlink r:id="rId13">
              <w:r w:rsidR="005E3948" w:rsidRPr="007205EF">
                <w:rPr>
                  <w:rFonts w:ascii="Times New Roman" w:hAnsi="Times New Roman"/>
                  <w:color w:val="0000FF"/>
                  <w:sz w:val="24"/>
                  <w:szCs w:val="24"/>
                  <w:u w:val="single"/>
                </w:rPr>
                <w:t>https://uchi.ru</w:t>
              </w:r>
            </w:hyperlink>
          </w:p>
        </w:tc>
      </w:tr>
      <w:tr w:rsidR="005E3948" w:rsidRPr="007205EF" w:rsidTr="007205EF">
        <w:trPr>
          <w:trHeight w:val="144"/>
          <w:tblCellSpacing w:w="20" w:type="nil"/>
        </w:trPr>
        <w:tc>
          <w:tcPr>
            <w:tcW w:w="0" w:type="auto"/>
            <w:gridSpan w:val="2"/>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color w:val="000000"/>
                <w:sz w:val="24"/>
                <w:szCs w:val="24"/>
              </w:rPr>
              <w:t>Итого по разделу</w:t>
            </w:r>
          </w:p>
        </w:tc>
        <w:tc>
          <w:tcPr>
            <w:tcW w:w="1534" w:type="dxa"/>
            <w:tcMar>
              <w:top w:w="50" w:type="dxa"/>
              <w:left w:w="100" w:type="dxa"/>
            </w:tcMar>
            <w:vAlign w:val="center"/>
          </w:tcPr>
          <w:p w:rsidR="005E3948" w:rsidRPr="007205EF" w:rsidRDefault="005E3948" w:rsidP="007205EF">
            <w:pPr>
              <w:spacing w:after="0"/>
              <w:ind w:left="135"/>
              <w:jc w:val="center"/>
              <w:rPr>
                <w:sz w:val="24"/>
                <w:szCs w:val="24"/>
              </w:rPr>
            </w:pPr>
            <w:r w:rsidRPr="007205EF">
              <w:rPr>
                <w:rFonts w:ascii="Times New Roman" w:hAnsi="Times New Roman"/>
                <w:color w:val="000000"/>
                <w:sz w:val="24"/>
                <w:szCs w:val="24"/>
              </w:rPr>
              <w:t xml:space="preserve"> 27 </w:t>
            </w:r>
          </w:p>
        </w:tc>
        <w:tc>
          <w:tcPr>
            <w:tcW w:w="0" w:type="auto"/>
            <w:gridSpan w:val="3"/>
            <w:tcMar>
              <w:top w:w="50" w:type="dxa"/>
              <w:left w:w="100" w:type="dxa"/>
            </w:tcMar>
            <w:vAlign w:val="center"/>
          </w:tcPr>
          <w:p w:rsidR="005E3948" w:rsidRPr="007205EF" w:rsidRDefault="005E3948" w:rsidP="007205EF">
            <w:pPr>
              <w:rPr>
                <w:sz w:val="24"/>
                <w:szCs w:val="24"/>
              </w:rPr>
            </w:pPr>
          </w:p>
        </w:tc>
      </w:tr>
      <w:tr w:rsidR="005E3948" w:rsidRPr="007205EF" w:rsidTr="007205EF">
        <w:trPr>
          <w:trHeight w:val="144"/>
          <w:tblCellSpacing w:w="20" w:type="nil"/>
        </w:trPr>
        <w:tc>
          <w:tcPr>
            <w:tcW w:w="0" w:type="auto"/>
            <w:gridSpan w:val="6"/>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b/>
                <w:color w:val="000000"/>
                <w:sz w:val="24"/>
                <w:szCs w:val="24"/>
              </w:rPr>
              <w:t>Раздел 2.</w:t>
            </w:r>
            <w:r w:rsidRPr="007205EF">
              <w:rPr>
                <w:rFonts w:ascii="Times New Roman" w:hAnsi="Times New Roman"/>
                <w:color w:val="000000"/>
                <w:sz w:val="24"/>
                <w:szCs w:val="24"/>
              </w:rPr>
              <w:t xml:space="preserve"> </w:t>
            </w:r>
            <w:r w:rsidRPr="007205EF">
              <w:rPr>
                <w:rFonts w:ascii="Times New Roman" w:hAnsi="Times New Roman"/>
                <w:b/>
                <w:color w:val="000000"/>
                <w:sz w:val="24"/>
                <w:szCs w:val="24"/>
              </w:rPr>
              <w:t>Арифметические действия</w:t>
            </w:r>
          </w:p>
        </w:tc>
      </w:tr>
      <w:tr w:rsidR="005E3948" w:rsidRPr="007205EF" w:rsidTr="007205EF">
        <w:trPr>
          <w:trHeight w:val="144"/>
          <w:tblCellSpacing w:w="20" w:type="nil"/>
        </w:trPr>
        <w:tc>
          <w:tcPr>
            <w:tcW w:w="1066" w:type="dxa"/>
            <w:tcMar>
              <w:top w:w="50" w:type="dxa"/>
              <w:left w:w="100" w:type="dxa"/>
            </w:tcMar>
            <w:vAlign w:val="center"/>
          </w:tcPr>
          <w:p w:rsidR="005E3948" w:rsidRPr="007205EF" w:rsidRDefault="005E3948" w:rsidP="007205EF">
            <w:pPr>
              <w:spacing w:after="0"/>
              <w:rPr>
                <w:sz w:val="24"/>
                <w:szCs w:val="24"/>
              </w:rPr>
            </w:pPr>
            <w:r w:rsidRPr="007205EF">
              <w:rPr>
                <w:rFonts w:ascii="Times New Roman" w:hAnsi="Times New Roman"/>
                <w:color w:val="000000"/>
                <w:sz w:val="24"/>
                <w:szCs w:val="24"/>
              </w:rPr>
              <w:t>2.1</w:t>
            </w:r>
          </w:p>
        </w:tc>
        <w:tc>
          <w:tcPr>
            <w:tcW w:w="4642" w:type="dxa"/>
            <w:tcMar>
              <w:top w:w="50" w:type="dxa"/>
              <w:left w:w="100" w:type="dxa"/>
            </w:tcMar>
            <w:vAlign w:val="center"/>
          </w:tcPr>
          <w:p w:rsidR="005E3948" w:rsidRPr="007205EF" w:rsidRDefault="005E3948" w:rsidP="007205EF">
            <w:pPr>
              <w:spacing w:after="0"/>
              <w:ind w:left="135"/>
              <w:rPr>
                <w:sz w:val="24"/>
                <w:szCs w:val="24"/>
                <w:lang w:val="ru-RU"/>
              </w:rPr>
            </w:pPr>
            <w:r w:rsidRPr="007205EF">
              <w:rPr>
                <w:rFonts w:ascii="Times New Roman" w:hAnsi="Times New Roman"/>
                <w:color w:val="000000"/>
                <w:sz w:val="24"/>
                <w:szCs w:val="24"/>
                <w:lang w:val="ru-RU"/>
              </w:rPr>
              <w:t>Сложение и вычитание в пределах 10</w:t>
            </w:r>
          </w:p>
        </w:tc>
        <w:tc>
          <w:tcPr>
            <w:tcW w:w="1534" w:type="dxa"/>
            <w:tcMar>
              <w:top w:w="50" w:type="dxa"/>
              <w:left w:w="100" w:type="dxa"/>
            </w:tcMar>
            <w:vAlign w:val="center"/>
          </w:tcPr>
          <w:p w:rsidR="005E3948" w:rsidRPr="007205EF" w:rsidRDefault="005E3948" w:rsidP="007205EF">
            <w:pPr>
              <w:spacing w:after="0"/>
              <w:ind w:left="135"/>
              <w:jc w:val="center"/>
              <w:rPr>
                <w:sz w:val="24"/>
                <w:szCs w:val="24"/>
              </w:rPr>
            </w:pPr>
            <w:r w:rsidRPr="007205EF">
              <w:rPr>
                <w:rFonts w:ascii="Times New Roman" w:hAnsi="Times New Roman"/>
                <w:color w:val="000000"/>
                <w:sz w:val="24"/>
                <w:szCs w:val="24"/>
                <w:lang w:val="ru-RU"/>
              </w:rPr>
              <w:t xml:space="preserve"> </w:t>
            </w:r>
            <w:r w:rsidRPr="007205EF">
              <w:rPr>
                <w:rFonts w:ascii="Times New Roman" w:hAnsi="Times New Roman"/>
                <w:color w:val="000000"/>
                <w:sz w:val="24"/>
                <w:szCs w:val="24"/>
              </w:rPr>
              <w:t xml:space="preserve">11 </w:t>
            </w:r>
          </w:p>
        </w:tc>
        <w:tc>
          <w:tcPr>
            <w:tcW w:w="1841" w:type="dxa"/>
            <w:tcMar>
              <w:top w:w="50" w:type="dxa"/>
              <w:left w:w="100" w:type="dxa"/>
            </w:tcMar>
            <w:vAlign w:val="center"/>
          </w:tcPr>
          <w:p w:rsidR="005E3948" w:rsidRPr="007205EF" w:rsidRDefault="005E3948" w:rsidP="007205EF">
            <w:pPr>
              <w:spacing w:after="0"/>
              <w:ind w:left="135"/>
              <w:jc w:val="center"/>
              <w:rPr>
                <w:sz w:val="24"/>
                <w:szCs w:val="24"/>
              </w:rPr>
            </w:pPr>
          </w:p>
        </w:tc>
        <w:tc>
          <w:tcPr>
            <w:tcW w:w="1910" w:type="dxa"/>
            <w:tcMar>
              <w:top w:w="50" w:type="dxa"/>
              <w:left w:w="100" w:type="dxa"/>
            </w:tcMar>
            <w:vAlign w:val="center"/>
          </w:tcPr>
          <w:p w:rsidR="005E3948" w:rsidRPr="007205EF" w:rsidRDefault="005E3948" w:rsidP="007205EF">
            <w:pPr>
              <w:spacing w:after="0"/>
              <w:ind w:left="135"/>
              <w:jc w:val="center"/>
              <w:rPr>
                <w:sz w:val="24"/>
                <w:szCs w:val="24"/>
              </w:rPr>
            </w:pPr>
          </w:p>
        </w:tc>
        <w:tc>
          <w:tcPr>
            <w:tcW w:w="2738" w:type="dxa"/>
            <w:tcMar>
              <w:top w:w="50" w:type="dxa"/>
              <w:left w:w="100" w:type="dxa"/>
            </w:tcMar>
            <w:vAlign w:val="center"/>
          </w:tcPr>
          <w:p w:rsidR="005E3948" w:rsidRPr="007205EF" w:rsidRDefault="008E75F7" w:rsidP="007205EF">
            <w:pPr>
              <w:spacing w:after="0"/>
              <w:ind w:left="135"/>
              <w:rPr>
                <w:sz w:val="24"/>
                <w:szCs w:val="24"/>
              </w:rPr>
            </w:pPr>
            <w:hyperlink r:id="rId14">
              <w:r w:rsidR="005E3948" w:rsidRPr="007205EF">
                <w:rPr>
                  <w:rFonts w:ascii="Times New Roman" w:hAnsi="Times New Roman"/>
                  <w:color w:val="0000FF"/>
                  <w:sz w:val="24"/>
                  <w:szCs w:val="24"/>
                  <w:u w:val="single"/>
                </w:rPr>
                <w:t>https://education.yandex.ru</w:t>
              </w:r>
            </w:hyperlink>
            <w:r w:rsidR="005E3948" w:rsidRPr="007205EF">
              <w:rPr>
                <w:rFonts w:ascii="Times New Roman" w:hAnsi="Times New Roman"/>
                <w:color w:val="000000"/>
                <w:sz w:val="24"/>
                <w:szCs w:val="24"/>
              </w:rPr>
              <w:t xml:space="preserve"> </w:t>
            </w:r>
            <w:hyperlink r:id="rId15">
              <w:r w:rsidR="005E3948" w:rsidRPr="007205EF">
                <w:rPr>
                  <w:rFonts w:ascii="Times New Roman" w:hAnsi="Times New Roman"/>
                  <w:color w:val="0000FF"/>
                  <w:sz w:val="24"/>
                  <w:szCs w:val="24"/>
                  <w:u w:val="single"/>
                </w:rPr>
                <w:t>https://uchi.ru</w:t>
              </w:r>
            </w:hyperlink>
          </w:p>
        </w:tc>
      </w:tr>
      <w:tr w:rsidR="005E3948" w:rsidRPr="007205EF" w:rsidTr="007205EF">
        <w:trPr>
          <w:trHeight w:val="144"/>
          <w:tblCellSpacing w:w="20" w:type="nil"/>
        </w:trPr>
        <w:tc>
          <w:tcPr>
            <w:tcW w:w="1066" w:type="dxa"/>
            <w:tcMar>
              <w:top w:w="50" w:type="dxa"/>
              <w:left w:w="100" w:type="dxa"/>
            </w:tcMar>
            <w:vAlign w:val="center"/>
          </w:tcPr>
          <w:p w:rsidR="005E3948" w:rsidRPr="007205EF" w:rsidRDefault="005E3948" w:rsidP="007205EF">
            <w:pPr>
              <w:spacing w:after="0"/>
              <w:rPr>
                <w:sz w:val="24"/>
                <w:szCs w:val="24"/>
              </w:rPr>
            </w:pPr>
            <w:r w:rsidRPr="007205EF">
              <w:rPr>
                <w:rFonts w:ascii="Times New Roman" w:hAnsi="Times New Roman"/>
                <w:color w:val="000000"/>
                <w:sz w:val="24"/>
                <w:szCs w:val="24"/>
              </w:rPr>
              <w:t>2.2</w:t>
            </w:r>
          </w:p>
        </w:tc>
        <w:tc>
          <w:tcPr>
            <w:tcW w:w="4642" w:type="dxa"/>
            <w:tcMar>
              <w:top w:w="50" w:type="dxa"/>
              <w:left w:w="100" w:type="dxa"/>
            </w:tcMar>
            <w:vAlign w:val="center"/>
          </w:tcPr>
          <w:p w:rsidR="005E3948" w:rsidRPr="007205EF" w:rsidRDefault="005E3948" w:rsidP="007205EF">
            <w:pPr>
              <w:spacing w:after="0"/>
              <w:ind w:left="135"/>
              <w:rPr>
                <w:sz w:val="24"/>
                <w:szCs w:val="24"/>
                <w:lang w:val="ru-RU"/>
              </w:rPr>
            </w:pPr>
            <w:r w:rsidRPr="007205EF">
              <w:rPr>
                <w:rFonts w:ascii="Times New Roman" w:hAnsi="Times New Roman"/>
                <w:color w:val="000000"/>
                <w:sz w:val="24"/>
                <w:szCs w:val="24"/>
                <w:lang w:val="ru-RU"/>
              </w:rPr>
              <w:t>Сложение и вычитание в пределах 20</w:t>
            </w:r>
          </w:p>
        </w:tc>
        <w:tc>
          <w:tcPr>
            <w:tcW w:w="1534" w:type="dxa"/>
            <w:tcMar>
              <w:top w:w="50" w:type="dxa"/>
              <w:left w:w="100" w:type="dxa"/>
            </w:tcMar>
            <w:vAlign w:val="center"/>
          </w:tcPr>
          <w:p w:rsidR="005E3948" w:rsidRPr="007205EF" w:rsidRDefault="005E3948" w:rsidP="007205EF">
            <w:pPr>
              <w:spacing w:after="0"/>
              <w:ind w:left="135"/>
              <w:jc w:val="center"/>
              <w:rPr>
                <w:sz w:val="24"/>
                <w:szCs w:val="24"/>
              </w:rPr>
            </w:pPr>
            <w:r w:rsidRPr="007205EF">
              <w:rPr>
                <w:rFonts w:ascii="Times New Roman" w:hAnsi="Times New Roman"/>
                <w:color w:val="000000"/>
                <w:sz w:val="24"/>
                <w:szCs w:val="24"/>
                <w:lang w:val="ru-RU"/>
              </w:rPr>
              <w:t xml:space="preserve"> </w:t>
            </w:r>
            <w:r w:rsidRPr="007205EF">
              <w:rPr>
                <w:rFonts w:ascii="Times New Roman" w:hAnsi="Times New Roman"/>
                <w:color w:val="000000"/>
                <w:sz w:val="24"/>
                <w:szCs w:val="24"/>
              </w:rPr>
              <w:t xml:space="preserve">29 </w:t>
            </w:r>
          </w:p>
        </w:tc>
        <w:tc>
          <w:tcPr>
            <w:tcW w:w="1841" w:type="dxa"/>
            <w:tcMar>
              <w:top w:w="50" w:type="dxa"/>
              <w:left w:w="100" w:type="dxa"/>
            </w:tcMar>
            <w:vAlign w:val="center"/>
          </w:tcPr>
          <w:p w:rsidR="005E3948" w:rsidRPr="007205EF" w:rsidRDefault="005E3948" w:rsidP="007205EF">
            <w:pPr>
              <w:spacing w:after="0"/>
              <w:ind w:left="135"/>
              <w:jc w:val="center"/>
              <w:rPr>
                <w:sz w:val="24"/>
                <w:szCs w:val="24"/>
              </w:rPr>
            </w:pPr>
          </w:p>
        </w:tc>
        <w:tc>
          <w:tcPr>
            <w:tcW w:w="1910" w:type="dxa"/>
            <w:tcMar>
              <w:top w:w="50" w:type="dxa"/>
              <w:left w:w="100" w:type="dxa"/>
            </w:tcMar>
            <w:vAlign w:val="center"/>
          </w:tcPr>
          <w:p w:rsidR="005E3948" w:rsidRPr="007205EF" w:rsidRDefault="005E3948" w:rsidP="007205EF">
            <w:pPr>
              <w:spacing w:after="0"/>
              <w:ind w:left="135"/>
              <w:jc w:val="center"/>
              <w:rPr>
                <w:sz w:val="24"/>
                <w:szCs w:val="24"/>
              </w:rPr>
            </w:pPr>
          </w:p>
        </w:tc>
        <w:tc>
          <w:tcPr>
            <w:tcW w:w="2738" w:type="dxa"/>
            <w:tcMar>
              <w:top w:w="50" w:type="dxa"/>
              <w:left w:w="100" w:type="dxa"/>
            </w:tcMar>
            <w:vAlign w:val="center"/>
          </w:tcPr>
          <w:p w:rsidR="005E3948" w:rsidRPr="007205EF" w:rsidRDefault="008E75F7" w:rsidP="007205EF">
            <w:pPr>
              <w:spacing w:after="0"/>
              <w:ind w:left="135"/>
              <w:rPr>
                <w:sz w:val="24"/>
                <w:szCs w:val="24"/>
              </w:rPr>
            </w:pPr>
            <w:hyperlink r:id="rId16">
              <w:r w:rsidR="005E3948" w:rsidRPr="007205EF">
                <w:rPr>
                  <w:rFonts w:ascii="Times New Roman" w:hAnsi="Times New Roman"/>
                  <w:color w:val="0000FF"/>
                  <w:sz w:val="24"/>
                  <w:szCs w:val="24"/>
                  <w:u w:val="single"/>
                </w:rPr>
                <w:t>https://education.yandex.ru</w:t>
              </w:r>
            </w:hyperlink>
            <w:r w:rsidR="005E3948" w:rsidRPr="007205EF">
              <w:rPr>
                <w:rFonts w:ascii="Times New Roman" w:hAnsi="Times New Roman"/>
                <w:color w:val="000000"/>
                <w:sz w:val="24"/>
                <w:szCs w:val="24"/>
              </w:rPr>
              <w:t xml:space="preserve"> </w:t>
            </w:r>
            <w:hyperlink r:id="rId17">
              <w:r w:rsidR="005E3948" w:rsidRPr="007205EF">
                <w:rPr>
                  <w:rFonts w:ascii="Times New Roman" w:hAnsi="Times New Roman"/>
                  <w:color w:val="0000FF"/>
                  <w:sz w:val="24"/>
                  <w:szCs w:val="24"/>
                  <w:u w:val="single"/>
                </w:rPr>
                <w:t>https://uchi.ru</w:t>
              </w:r>
            </w:hyperlink>
          </w:p>
        </w:tc>
      </w:tr>
      <w:tr w:rsidR="005E3948" w:rsidRPr="007205EF" w:rsidTr="007205EF">
        <w:trPr>
          <w:trHeight w:val="144"/>
          <w:tblCellSpacing w:w="20" w:type="nil"/>
        </w:trPr>
        <w:tc>
          <w:tcPr>
            <w:tcW w:w="0" w:type="auto"/>
            <w:gridSpan w:val="2"/>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color w:val="000000"/>
                <w:sz w:val="24"/>
                <w:szCs w:val="24"/>
              </w:rPr>
              <w:t>Итого по разделу</w:t>
            </w:r>
          </w:p>
        </w:tc>
        <w:tc>
          <w:tcPr>
            <w:tcW w:w="1534" w:type="dxa"/>
            <w:tcMar>
              <w:top w:w="50" w:type="dxa"/>
              <w:left w:w="100" w:type="dxa"/>
            </w:tcMar>
            <w:vAlign w:val="center"/>
          </w:tcPr>
          <w:p w:rsidR="005E3948" w:rsidRPr="007205EF" w:rsidRDefault="005E3948" w:rsidP="007205EF">
            <w:pPr>
              <w:spacing w:after="0"/>
              <w:ind w:left="135"/>
              <w:jc w:val="center"/>
              <w:rPr>
                <w:sz w:val="24"/>
                <w:szCs w:val="24"/>
              </w:rPr>
            </w:pPr>
            <w:r w:rsidRPr="007205EF">
              <w:rPr>
                <w:rFonts w:ascii="Times New Roman" w:hAnsi="Times New Roman"/>
                <w:color w:val="000000"/>
                <w:sz w:val="24"/>
                <w:szCs w:val="24"/>
              </w:rPr>
              <w:t xml:space="preserve"> 40 </w:t>
            </w:r>
          </w:p>
        </w:tc>
        <w:tc>
          <w:tcPr>
            <w:tcW w:w="0" w:type="auto"/>
            <w:gridSpan w:val="3"/>
            <w:tcMar>
              <w:top w:w="50" w:type="dxa"/>
              <w:left w:w="100" w:type="dxa"/>
            </w:tcMar>
            <w:vAlign w:val="center"/>
          </w:tcPr>
          <w:p w:rsidR="005E3948" w:rsidRPr="007205EF" w:rsidRDefault="005E3948" w:rsidP="007205EF">
            <w:pPr>
              <w:rPr>
                <w:sz w:val="24"/>
                <w:szCs w:val="24"/>
              </w:rPr>
            </w:pPr>
          </w:p>
        </w:tc>
      </w:tr>
      <w:tr w:rsidR="005E3948" w:rsidRPr="007205EF" w:rsidTr="007205EF">
        <w:trPr>
          <w:trHeight w:val="144"/>
          <w:tblCellSpacing w:w="20" w:type="nil"/>
        </w:trPr>
        <w:tc>
          <w:tcPr>
            <w:tcW w:w="0" w:type="auto"/>
            <w:gridSpan w:val="6"/>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b/>
                <w:color w:val="000000"/>
                <w:sz w:val="24"/>
                <w:szCs w:val="24"/>
              </w:rPr>
              <w:t>Раздел 3.</w:t>
            </w:r>
            <w:r w:rsidRPr="007205EF">
              <w:rPr>
                <w:rFonts w:ascii="Times New Roman" w:hAnsi="Times New Roman"/>
                <w:color w:val="000000"/>
                <w:sz w:val="24"/>
                <w:szCs w:val="24"/>
              </w:rPr>
              <w:t xml:space="preserve"> </w:t>
            </w:r>
            <w:r w:rsidRPr="007205EF">
              <w:rPr>
                <w:rFonts w:ascii="Times New Roman" w:hAnsi="Times New Roman"/>
                <w:b/>
                <w:color w:val="000000"/>
                <w:sz w:val="24"/>
                <w:szCs w:val="24"/>
              </w:rPr>
              <w:t>Текстовые задачи</w:t>
            </w:r>
          </w:p>
        </w:tc>
      </w:tr>
      <w:tr w:rsidR="005E3948" w:rsidRPr="007205EF" w:rsidTr="007205EF">
        <w:trPr>
          <w:trHeight w:val="144"/>
          <w:tblCellSpacing w:w="20" w:type="nil"/>
        </w:trPr>
        <w:tc>
          <w:tcPr>
            <w:tcW w:w="1066" w:type="dxa"/>
            <w:tcMar>
              <w:top w:w="50" w:type="dxa"/>
              <w:left w:w="100" w:type="dxa"/>
            </w:tcMar>
            <w:vAlign w:val="center"/>
          </w:tcPr>
          <w:p w:rsidR="005E3948" w:rsidRPr="007205EF" w:rsidRDefault="005E3948" w:rsidP="007205EF">
            <w:pPr>
              <w:spacing w:after="0"/>
              <w:rPr>
                <w:sz w:val="24"/>
                <w:szCs w:val="24"/>
              </w:rPr>
            </w:pPr>
            <w:r w:rsidRPr="007205EF">
              <w:rPr>
                <w:rFonts w:ascii="Times New Roman" w:hAnsi="Times New Roman"/>
                <w:color w:val="000000"/>
                <w:sz w:val="24"/>
                <w:szCs w:val="24"/>
              </w:rPr>
              <w:t>3.1</w:t>
            </w:r>
          </w:p>
        </w:tc>
        <w:tc>
          <w:tcPr>
            <w:tcW w:w="4642" w:type="dxa"/>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color w:val="000000"/>
                <w:sz w:val="24"/>
                <w:szCs w:val="24"/>
              </w:rPr>
              <w:t>Текстовые задачи</w:t>
            </w:r>
          </w:p>
        </w:tc>
        <w:tc>
          <w:tcPr>
            <w:tcW w:w="1534" w:type="dxa"/>
            <w:tcMar>
              <w:top w:w="50" w:type="dxa"/>
              <w:left w:w="100" w:type="dxa"/>
            </w:tcMar>
            <w:vAlign w:val="center"/>
          </w:tcPr>
          <w:p w:rsidR="005E3948" w:rsidRPr="007205EF" w:rsidRDefault="005E3948" w:rsidP="007205EF">
            <w:pPr>
              <w:spacing w:after="0"/>
              <w:ind w:left="135"/>
              <w:jc w:val="center"/>
              <w:rPr>
                <w:sz w:val="24"/>
                <w:szCs w:val="24"/>
              </w:rPr>
            </w:pPr>
            <w:r w:rsidRPr="007205EF">
              <w:rPr>
                <w:rFonts w:ascii="Times New Roman" w:hAnsi="Times New Roman"/>
                <w:color w:val="000000"/>
                <w:sz w:val="24"/>
                <w:szCs w:val="24"/>
              </w:rPr>
              <w:t xml:space="preserve"> 16 </w:t>
            </w:r>
          </w:p>
        </w:tc>
        <w:tc>
          <w:tcPr>
            <w:tcW w:w="1841" w:type="dxa"/>
            <w:tcMar>
              <w:top w:w="50" w:type="dxa"/>
              <w:left w:w="100" w:type="dxa"/>
            </w:tcMar>
            <w:vAlign w:val="center"/>
          </w:tcPr>
          <w:p w:rsidR="005E3948" w:rsidRPr="007205EF" w:rsidRDefault="005E3948" w:rsidP="007205EF">
            <w:pPr>
              <w:spacing w:after="0"/>
              <w:ind w:left="135"/>
              <w:jc w:val="center"/>
              <w:rPr>
                <w:sz w:val="24"/>
                <w:szCs w:val="24"/>
              </w:rPr>
            </w:pPr>
          </w:p>
        </w:tc>
        <w:tc>
          <w:tcPr>
            <w:tcW w:w="1910" w:type="dxa"/>
            <w:tcMar>
              <w:top w:w="50" w:type="dxa"/>
              <w:left w:w="100" w:type="dxa"/>
            </w:tcMar>
            <w:vAlign w:val="center"/>
          </w:tcPr>
          <w:p w:rsidR="005E3948" w:rsidRPr="007205EF" w:rsidRDefault="005E3948" w:rsidP="007205EF">
            <w:pPr>
              <w:spacing w:after="0"/>
              <w:ind w:left="135"/>
              <w:jc w:val="center"/>
              <w:rPr>
                <w:sz w:val="24"/>
                <w:szCs w:val="24"/>
              </w:rPr>
            </w:pPr>
          </w:p>
        </w:tc>
        <w:tc>
          <w:tcPr>
            <w:tcW w:w="2738" w:type="dxa"/>
            <w:tcMar>
              <w:top w:w="50" w:type="dxa"/>
              <w:left w:w="100" w:type="dxa"/>
            </w:tcMar>
            <w:vAlign w:val="center"/>
          </w:tcPr>
          <w:p w:rsidR="005E3948" w:rsidRPr="007205EF" w:rsidRDefault="008E75F7" w:rsidP="007205EF">
            <w:pPr>
              <w:spacing w:after="0"/>
              <w:ind w:left="135"/>
              <w:rPr>
                <w:sz w:val="24"/>
                <w:szCs w:val="24"/>
              </w:rPr>
            </w:pPr>
            <w:hyperlink r:id="rId18">
              <w:r w:rsidR="005E3948" w:rsidRPr="007205EF">
                <w:rPr>
                  <w:rFonts w:ascii="Times New Roman" w:hAnsi="Times New Roman"/>
                  <w:color w:val="0000FF"/>
                  <w:sz w:val="24"/>
                  <w:szCs w:val="24"/>
                  <w:u w:val="single"/>
                </w:rPr>
                <w:t>https://education.yandex.ru</w:t>
              </w:r>
            </w:hyperlink>
            <w:r w:rsidR="005E3948" w:rsidRPr="007205EF">
              <w:rPr>
                <w:rFonts w:ascii="Times New Roman" w:hAnsi="Times New Roman"/>
                <w:color w:val="000000"/>
                <w:sz w:val="24"/>
                <w:szCs w:val="24"/>
              </w:rPr>
              <w:t xml:space="preserve"> </w:t>
            </w:r>
            <w:hyperlink r:id="rId19">
              <w:r w:rsidR="005E3948" w:rsidRPr="007205EF">
                <w:rPr>
                  <w:rFonts w:ascii="Times New Roman" w:hAnsi="Times New Roman"/>
                  <w:color w:val="0000FF"/>
                  <w:sz w:val="24"/>
                  <w:szCs w:val="24"/>
                  <w:u w:val="single"/>
                </w:rPr>
                <w:t>https://uchi.ru</w:t>
              </w:r>
            </w:hyperlink>
          </w:p>
        </w:tc>
      </w:tr>
      <w:tr w:rsidR="005E3948" w:rsidRPr="007205EF" w:rsidTr="007205EF">
        <w:trPr>
          <w:trHeight w:val="144"/>
          <w:tblCellSpacing w:w="20" w:type="nil"/>
        </w:trPr>
        <w:tc>
          <w:tcPr>
            <w:tcW w:w="0" w:type="auto"/>
            <w:gridSpan w:val="2"/>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color w:val="000000"/>
                <w:sz w:val="24"/>
                <w:szCs w:val="24"/>
              </w:rPr>
              <w:lastRenderedPageBreak/>
              <w:t>Итого по разделу</w:t>
            </w:r>
          </w:p>
        </w:tc>
        <w:tc>
          <w:tcPr>
            <w:tcW w:w="1534" w:type="dxa"/>
            <w:tcMar>
              <w:top w:w="50" w:type="dxa"/>
              <w:left w:w="100" w:type="dxa"/>
            </w:tcMar>
            <w:vAlign w:val="center"/>
          </w:tcPr>
          <w:p w:rsidR="005E3948" w:rsidRPr="007205EF" w:rsidRDefault="005E3948" w:rsidP="007205EF">
            <w:pPr>
              <w:spacing w:after="0"/>
              <w:ind w:left="135"/>
              <w:jc w:val="center"/>
              <w:rPr>
                <w:sz w:val="24"/>
                <w:szCs w:val="24"/>
              </w:rPr>
            </w:pPr>
            <w:r w:rsidRPr="007205EF">
              <w:rPr>
                <w:rFonts w:ascii="Times New Roman" w:hAnsi="Times New Roman"/>
                <w:color w:val="000000"/>
                <w:sz w:val="24"/>
                <w:szCs w:val="24"/>
              </w:rPr>
              <w:t xml:space="preserve"> 16 </w:t>
            </w:r>
          </w:p>
        </w:tc>
        <w:tc>
          <w:tcPr>
            <w:tcW w:w="0" w:type="auto"/>
            <w:gridSpan w:val="3"/>
            <w:tcMar>
              <w:top w:w="50" w:type="dxa"/>
              <w:left w:w="100" w:type="dxa"/>
            </w:tcMar>
            <w:vAlign w:val="center"/>
          </w:tcPr>
          <w:p w:rsidR="005E3948" w:rsidRPr="007205EF" w:rsidRDefault="005E3948" w:rsidP="007205EF">
            <w:pPr>
              <w:rPr>
                <w:sz w:val="24"/>
                <w:szCs w:val="24"/>
              </w:rPr>
            </w:pPr>
          </w:p>
        </w:tc>
      </w:tr>
      <w:tr w:rsidR="005E3948" w:rsidRPr="008E75F7" w:rsidTr="007205EF">
        <w:trPr>
          <w:trHeight w:val="144"/>
          <w:tblCellSpacing w:w="20" w:type="nil"/>
        </w:trPr>
        <w:tc>
          <w:tcPr>
            <w:tcW w:w="0" w:type="auto"/>
            <w:gridSpan w:val="6"/>
            <w:tcMar>
              <w:top w:w="50" w:type="dxa"/>
              <w:left w:w="100" w:type="dxa"/>
            </w:tcMar>
            <w:vAlign w:val="center"/>
          </w:tcPr>
          <w:p w:rsidR="005E3948" w:rsidRPr="007205EF" w:rsidRDefault="005E3948" w:rsidP="007205EF">
            <w:pPr>
              <w:spacing w:after="0"/>
              <w:ind w:left="135"/>
              <w:rPr>
                <w:sz w:val="24"/>
                <w:szCs w:val="24"/>
                <w:lang w:val="ru-RU"/>
              </w:rPr>
            </w:pPr>
            <w:r w:rsidRPr="007205EF">
              <w:rPr>
                <w:rFonts w:ascii="Times New Roman" w:hAnsi="Times New Roman"/>
                <w:b/>
                <w:color w:val="000000"/>
                <w:sz w:val="24"/>
                <w:szCs w:val="24"/>
                <w:lang w:val="ru-RU"/>
              </w:rPr>
              <w:t>Раздел 4.</w:t>
            </w:r>
            <w:r w:rsidRPr="007205EF">
              <w:rPr>
                <w:rFonts w:ascii="Times New Roman" w:hAnsi="Times New Roman"/>
                <w:color w:val="000000"/>
                <w:sz w:val="24"/>
                <w:szCs w:val="24"/>
                <w:lang w:val="ru-RU"/>
              </w:rPr>
              <w:t xml:space="preserve"> </w:t>
            </w:r>
            <w:r w:rsidRPr="007205EF">
              <w:rPr>
                <w:rFonts w:ascii="Times New Roman" w:hAnsi="Times New Roman"/>
                <w:b/>
                <w:color w:val="000000"/>
                <w:sz w:val="24"/>
                <w:szCs w:val="24"/>
                <w:lang w:val="ru-RU"/>
              </w:rPr>
              <w:t>Пространственные отношения и геометрические фигуры</w:t>
            </w:r>
          </w:p>
        </w:tc>
      </w:tr>
      <w:tr w:rsidR="005E3948" w:rsidRPr="007205EF" w:rsidTr="007205EF">
        <w:trPr>
          <w:trHeight w:val="144"/>
          <w:tblCellSpacing w:w="20" w:type="nil"/>
        </w:trPr>
        <w:tc>
          <w:tcPr>
            <w:tcW w:w="1066" w:type="dxa"/>
            <w:tcMar>
              <w:top w:w="50" w:type="dxa"/>
              <w:left w:w="100" w:type="dxa"/>
            </w:tcMar>
            <w:vAlign w:val="center"/>
          </w:tcPr>
          <w:p w:rsidR="005E3948" w:rsidRPr="007205EF" w:rsidRDefault="005E3948" w:rsidP="007205EF">
            <w:pPr>
              <w:spacing w:after="0"/>
              <w:rPr>
                <w:sz w:val="24"/>
                <w:szCs w:val="24"/>
              </w:rPr>
            </w:pPr>
            <w:r w:rsidRPr="007205EF">
              <w:rPr>
                <w:rFonts w:ascii="Times New Roman" w:hAnsi="Times New Roman"/>
                <w:color w:val="000000"/>
                <w:sz w:val="24"/>
                <w:szCs w:val="24"/>
              </w:rPr>
              <w:t>4.1</w:t>
            </w:r>
          </w:p>
        </w:tc>
        <w:tc>
          <w:tcPr>
            <w:tcW w:w="4642" w:type="dxa"/>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color w:val="000000"/>
                <w:sz w:val="24"/>
                <w:szCs w:val="24"/>
              </w:rPr>
              <w:t>Пространственные отношения</w:t>
            </w:r>
          </w:p>
        </w:tc>
        <w:tc>
          <w:tcPr>
            <w:tcW w:w="1534" w:type="dxa"/>
            <w:tcMar>
              <w:top w:w="50" w:type="dxa"/>
              <w:left w:w="100" w:type="dxa"/>
            </w:tcMar>
            <w:vAlign w:val="center"/>
          </w:tcPr>
          <w:p w:rsidR="005E3948" w:rsidRPr="007205EF" w:rsidRDefault="005E3948" w:rsidP="007205EF">
            <w:pPr>
              <w:spacing w:after="0"/>
              <w:ind w:left="135"/>
              <w:jc w:val="center"/>
              <w:rPr>
                <w:sz w:val="24"/>
                <w:szCs w:val="24"/>
              </w:rPr>
            </w:pPr>
            <w:r w:rsidRPr="007205EF">
              <w:rPr>
                <w:rFonts w:ascii="Times New Roman" w:hAnsi="Times New Roman"/>
                <w:color w:val="000000"/>
                <w:sz w:val="24"/>
                <w:szCs w:val="24"/>
              </w:rPr>
              <w:t xml:space="preserve"> 3 </w:t>
            </w:r>
          </w:p>
        </w:tc>
        <w:tc>
          <w:tcPr>
            <w:tcW w:w="1841" w:type="dxa"/>
            <w:tcMar>
              <w:top w:w="50" w:type="dxa"/>
              <w:left w:w="100" w:type="dxa"/>
            </w:tcMar>
            <w:vAlign w:val="center"/>
          </w:tcPr>
          <w:p w:rsidR="005E3948" w:rsidRPr="007205EF" w:rsidRDefault="005E3948" w:rsidP="007205EF">
            <w:pPr>
              <w:spacing w:after="0"/>
              <w:ind w:left="135"/>
              <w:jc w:val="center"/>
              <w:rPr>
                <w:sz w:val="24"/>
                <w:szCs w:val="24"/>
              </w:rPr>
            </w:pPr>
          </w:p>
        </w:tc>
        <w:tc>
          <w:tcPr>
            <w:tcW w:w="1910" w:type="dxa"/>
            <w:tcMar>
              <w:top w:w="50" w:type="dxa"/>
              <w:left w:w="100" w:type="dxa"/>
            </w:tcMar>
            <w:vAlign w:val="center"/>
          </w:tcPr>
          <w:p w:rsidR="005E3948" w:rsidRPr="007205EF" w:rsidRDefault="005E3948" w:rsidP="007205EF">
            <w:pPr>
              <w:spacing w:after="0"/>
              <w:ind w:left="135"/>
              <w:jc w:val="center"/>
              <w:rPr>
                <w:sz w:val="24"/>
                <w:szCs w:val="24"/>
              </w:rPr>
            </w:pPr>
          </w:p>
        </w:tc>
        <w:tc>
          <w:tcPr>
            <w:tcW w:w="2738" w:type="dxa"/>
            <w:tcMar>
              <w:top w:w="50" w:type="dxa"/>
              <w:left w:w="100" w:type="dxa"/>
            </w:tcMar>
            <w:vAlign w:val="center"/>
          </w:tcPr>
          <w:p w:rsidR="005E3948" w:rsidRPr="007205EF" w:rsidRDefault="008E75F7" w:rsidP="007205EF">
            <w:pPr>
              <w:spacing w:after="0"/>
              <w:ind w:left="135"/>
              <w:rPr>
                <w:sz w:val="24"/>
                <w:szCs w:val="24"/>
              </w:rPr>
            </w:pPr>
            <w:hyperlink r:id="rId20">
              <w:r w:rsidR="005E3948" w:rsidRPr="007205EF">
                <w:rPr>
                  <w:rFonts w:ascii="Times New Roman" w:hAnsi="Times New Roman"/>
                  <w:color w:val="0000FF"/>
                  <w:sz w:val="24"/>
                  <w:szCs w:val="24"/>
                  <w:u w:val="single"/>
                </w:rPr>
                <w:t>https://education.yandex.ru</w:t>
              </w:r>
            </w:hyperlink>
            <w:r w:rsidR="005E3948" w:rsidRPr="007205EF">
              <w:rPr>
                <w:rFonts w:ascii="Times New Roman" w:hAnsi="Times New Roman"/>
                <w:color w:val="000000"/>
                <w:sz w:val="24"/>
                <w:szCs w:val="24"/>
              </w:rPr>
              <w:t xml:space="preserve"> </w:t>
            </w:r>
            <w:hyperlink r:id="rId21">
              <w:r w:rsidR="005E3948" w:rsidRPr="007205EF">
                <w:rPr>
                  <w:rFonts w:ascii="Times New Roman" w:hAnsi="Times New Roman"/>
                  <w:color w:val="0000FF"/>
                  <w:sz w:val="24"/>
                  <w:szCs w:val="24"/>
                  <w:u w:val="single"/>
                </w:rPr>
                <w:t>https://uchi.ru</w:t>
              </w:r>
            </w:hyperlink>
          </w:p>
        </w:tc>
      </w:tr>
      <w:tr w:rsidR="005E3948" w:rsidRPr="007205EF" w:rsidTr="007205EF">
        <w:trPr>
          <w:trHeight w:val="144"/>
          <w:tblCellSpacing w:w="20" w:type="nil"/>
        </w:trPr>
        <w:tc>
          <w:tcPr>
            <w:tcW w:w="1066" w:type="dxa"/>
            <w:tcMar>
              <w:top w:w="50" w:type="dxa"/>
              <w:left w:w="100" w:type="dxa"/>
            </w:tcMar>
            <w:vAlign w:val="center"/>
          </w:tcPr>
          <w:p w:rsidR="005E3948" w:rsidRPr="007205EF" w:rsidRDefault="005E3948" w:rsidP="007205EF">
            <w:pPr>
              <w:spacing w:after="0"/>
              <w:rPr>
                <w:sz w:val="24"/>
                <w:szCs w:val="24"/>
              </w:rPr>
            </w:pPr>
            <w:r w:rsidRPr="007205EF">
              <w:rPr>
                <w:rFonts w:ascii="Times New Roman" w:hAnsi="Times New Roman"/>
                <w:color w:val="000000"/>
                <w:sz w:val="24"/>
                <w:szCs w:val="24"/>
              </w:rPr>
              <w:t>4.2</w:t>
            </w:r>
          </w:p>
        </w:tc>
        <w:tc>
          <w:tcPr>
            <w:tcW w:w="4642" w:type="dxa"/>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color w:val="000000"/>
                <w:sz w:val="24"/>
                <w:szCs w:val="24"/>
              </w:rPr>
              <w:t>Геометрические фигуры</w:t>
            </w:r>
          </w:p>
        </w:tc>
        <w:tc>
          <w:tcPr>
            <w:tcW w:w="1534" w:type="dxa"/>
            <w:tcMar>
              <w:top w:w="50" w:type="dxa"/>
              <w:left w:w="100" w:type="dxa"/>
            </w:tcMar>
            <w:vAlign w:val="center"/>
          </w:tcPr>
          <w:p w:rsidR="005E3948" w:rsidRPr="007205EF" w:rsidRDefault="005E3948" w:rsidP="007205EF">
            <w:pPr>
              <w:spacing w:after="0"/>
              <w:ind w:left="135"/>
              <w:jc w:val="center"/>
              <w:rPr>
                <w:sz w:val="24"/>
                <w:szCs w:val="24"/>
              </w:rPr>
            </w:pPr>
            <w:r w:rsidRPr="007205EF">
              <w:rPr>
                <w:rFonts w:ascii="Times New Roman" w:hAnsi="Times New Roman"/>
                <w:color w:val="000000"/>
                <w:sz w:val="24"/>
                <w:szCs w:val="24"/>
              </w:rPr>
              <w:t xml:space="preserve"> 17 </w:t>
            </w:r>
          </w:p>
        </w:tc>
        <w:tc>
          <w:tcPr>
            <w:tcW w:w="1841" w:type="dxa"/>
            <w:tcMar>
              <w:top w:w="50" w:type="dxa"/>
              <w:left w:w="100" w:type="dxa"/>
            </w:tcMar>
            <w:vAlign w:val="center"/>
          </w:tcPr>
          <w:p w:rsidR="005E3948" w:rsidRPr="007205EF" w:rsidRDefault="005E3948" w:rsidP="007205EF">
            <w:pPr>
              <w:spacing w:after="0"/>
              <w:ind w:left="135"/>
              <w:jc w:val="center"/>
              <w:rPr>
                <w:sz w:val="24"/>
                <w:szCs w:val="24"/>
              </w:rPr>
            </w:pPr>
          </w:p>
        </w:tc>
        <w:tc>
          <w:tcPr>
            <w:tcW w:w="1910" w:type="dxa"/>
            <w:tcMar>
              <w:top w:w="50" w:type="dxa"/>
              <w:left w:w="100" w:type="dxa"/>
            </w:tcMar>
            <w:vAlign w:val="center"/>
          </w:tcPr>
          <w:p w:rsidR="005E3948" w:rsidRPr="007205EF" w:rsidRDefault="005E3948" w:rsidP="007205EF">
            <w:pPr>
              <w:spacing w:after="0"/>
              <w:ind w:left="135"/>
              <w:jc w:val="center"/>
              <w:rPr>
                <w:sz w:val="24"/>
                <w:szCs w:val="24"/>
              </w:rPr>
            </w:pPr>
          </w:p>
        </w:tc>
        <w:tc>
          <w:tcPr>
            <w:tcW w:w="2738" w:type="dxa"/>
            <w:tcMar>
              <w:top w:w="50" w:type="dxa"/>
              <w:left w:w="100" w:type="dxa"/>
            </w:tcMar>
            <w:vAlign w:val="center"/>
          </w:tcPr>
          <w:p w:rsidR="005E3948" w:rsidRPr="007205EF" w:rsidRDefault="008E75F7" w:rsidP="007205EF">
            <w:pPr>
              <w:spacing w:after="0"/>
              <w:ind w:left="135"/>
              <w:rPr>
                <w:sz w:val="24"/>
                <w:szCs w:val="24"/>
              </w:rPr>
            </w:pPr>
            <w:hyperlink r:id="rId22">
              <w:r w:rsidR="005E3948" w:rsidRPr="007205EF">
                <w:rPr>
                  <w:rFonts w:ascii="Times New Roman" w:hAnsi="Times New Roman"/>
                  <w:color w:val="0000FF"/>
                  <w:sz w:val="24"/>
                  <w:szCs w:val="24"/>
                  <w:u w:val="single"/>
                </w:rPr>
                <w:t>https://education.yandex.ru</w:t>
              </w:r>
            </w:hyperlink>
            <w:r w:rsidR="005E3948" w:rsidRPr="007205EF">
              <w:rPr>
                <w:rFonts w:ascii="Times New Roman" w:hAnsi="Times New Roman"/>
                <w:color w:val="000000"/>
                <w:sz w:val="24"/>
                <w:szCs w:val="24"/>
              </w:rPr>
              <w:t xml:space="preserve"> </w:t>
            </w:r>
            <w:hyperlink r:id="rId23">
              <w:r w:rsidR="005E3948" w:rsidRPr="007205EF">
                <w:rPr>
                  <w:rFonts w:ascii="Times New Roman" w:hAnsi="Times New Roman"/>
                  <w:color w:val="0000FF"/>
                  <w:sz w:val="24"/>
                  <w:szCs w:val="24"/>
                  <w:u w:val="single"/>
                </w:rPr>
                <w:t>https://uchi.ru</w:t>
              </w:r>
            </w:hyperlink>
          </w:p>
        </w:tc>
      </w:tr>
      <w:tr w:rsidR="005E3948" w:rsidRPr="007205EF" w:rsidTr="007205EF">
        <w:trPr>
          <w:trHeight w:val="144"/>
          <w:tblCellSpacing w:w="20" w:type="nil"/>
        </w:trPr>
        <w:tc>
          <w:tcPr>
            <w:tcW w:w="0" w:type="auto"/>
            <w:gridSpan w:val="2"/>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color w:val="000000"/>
                <w:sz w:val="24"/>
                <w:szCs w:val="24"/>
              </w:rPr>
              <w:t>Итого по разделу</w:t>
            </w:r>
          </w:p>
        </w:tc>
        <w:tc>
          <w:tcPr>
            <w:tcW w:w="1534" w:type="dxa"/>
            <w:tcMar>
              <w:top w:w="50" w:type="dxa"/>
              <w:left w:w="100" w:type="dxa"/>
            </w:tcMar>
            <w:vAlign w:val="center"/>
          </w:tcPr>
          <w:p w:rsidR="005E3948" w:rsidRPr="007205EF" w:rsidRDefault="005E3948" w:rsidP="007205EF">
            <w:pPr>
              <w:spacing w:after="0"/>
              <w:ind w:left="135"/>
              <w:jc w:val="center"/>
              <w:rPr>
                <w:sz w:val="24"/>
                <w:szCs w:val="24"/>
              </w:rPr>
            </w:pPr>
            <w:r w:rsidRPr="007205EF">
              <w:rPr>
                <w:rFonts w:ascii="Times New Roman" w:hAnsi="Times New Roman"/>
                <w:color w:val="000000"/>
                <w:sz w:val="24"/>
                <w:szCs w:val="24"/>
              </w:rPr>
              <w:t xml:space="preserve"> 20 </w:t>
            </w:r>
          </w:p>
        </w:tc>
        <w:tc>
          <w:tcPr>
            <w:tcW w:w="0" w:type="auto"/>
            <w:gridSpan w:val="3"/>
            <w:tcMar>
              <w:top w:w="50" w:type="dxa"/>
              <w:left w:w="100" w:type="dxa"/>
            </w:tcMar>
            <w:vAlign w:val="center"/>
          </w:tcPr>
          <w:p w:rsidR="005E3948" w:rsidRPr="007205EF" w:rsidRDefault="005E3948" w:rsidP="007205EF">
            <w:pPr>
              <w:rPr>
                <w:sz w:val="24"/>
                <w:szCs w:val="24"/>
              </w:rPr>
            </w:pPr>
          </w:p>
        </w:tc>
      </w:tr>
      <w:tr w:rsidR="005E3948" w:rsidRPr="007205EF" w:rsidTr="007205EF">
        <w:trPr>
          <w:trHeight w:val="144"/>
          <w:tblCellSpacing w:w="20" w:type="nil"/>
        </w:trPr>
        <w:tc>
          <w:tcPr>
            <w:tcW w:w="0" w:type="auto"/>
            <w:gridSpan w:val="6"/>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b/>
                <w:color w:val="000000"/>
                <w:sz w:val="24"/>
                <w:szCs w:val="24"/>
              </w:rPr>
              <w:t>Раздел 5.</w:t>
            </w:r>
            <w:r w:rsidRPr="007205EF">
              <w:rPr>
                <w:rFonts w:ascii="Times New Roman" w:hAnsi="Times New Roman"/>
                <w:color w:val="000000"/>
                <w:sz w:val="24"/>
                <w:szCs w:val="24"/>
              </w:rPr>
              <w:t xml:space="preserve"> </w:t>
            </w:r>
            <w:r w:rsidRPr="007205EF">
              <w:rPr>
                <w:rFonts w:ascii="Times New Roman" w:hAnsi="Times New Roman"/>
                <w:b/>
                <w:color w:val="000000"/>
                <w:sz w:val="24"/>
                <w:szCs w:val="24"/>
              </w:rPr>
              <w:t>Математическая информация</w:t>
            </w:r>
          </w:p>
        </w:tc>
      </w:tr>
      <w:tr w:rsidR="005E3948" w:rsidRPr="007205EF" w:rsidTr="007205EF">
        <w:trPr>
          <w:trHeight w:val="144"/>
          <w:tblCellSpacing w:w="20" w:type="nil"/>
        </w:trPr>
        <w:tc>
          <w:tcPr>
            <w:tcW w:w="1066" w:type="dxa"/>
            <w:tcMar>
              <w:top w:w="50" w:type="dxa"/>
              <w:left w:w="100" w:type="dxa"/>
            </w:tcMar>
            <w:vAlign w:val="center"/>
          </w:tcPr>
          <w:p w:rsidR="005E3948" w:rsidRPr="007205EF" w:rsidRDefault="005E3948" w:rsidP="007205EF">
            <w:pPr>
              <w:spacing w:after="0"/>
              <w:rPr>
                <w:sz w:val="24"/>
                <w:szCs w:val="24"/>
              </w:rPr>
            </w:pPr>
            <w:r w:rsidRPr="007205EF">
              <w:rPr>
                <w:rFonts w:ascii="Times New Roman" w:hAnsi="Times New Roman"/>
                <w:color w:val="000000"/>
                <w:sz w:val="24"/>
                <w:szCs w:val="24"/>
              </w:rPr>
              <w:t>5.1</w:t>
            </w:r>
          </w:p>
        </w:tc>
        <w:tc>
          <w:tcPr>
            <w:tcW w:w="4642" w:type="dxa"/>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color w:val="000000"/>
                <w:sz w:val="24"/>
                <w:szCs w:val="24"/>
              </w:rPr>
              <w:t>Характеристика объекта, группы объектов</w:t>
            </w:r>
          </w:p>
        </w:tc>
        <w:tc>
          <w:tcPr>
            <w:tcW w:w="1534" w:type="dxa"/>
            <w:tcMar>
              <w:top w:w="50" w:type="dxa"/>
              <w:left w:w="100" w:type="dxa"/>
            </w:tcMar>
            <w:vAlign w:val="center"/>
          </w:tcPr>
          <w:p w:rsidR="005E3948" w:rsidRPr="007205EF" w:rsidRDefault="005E3948" w:rsidP="007205EF">
            <w:pPr>
              <w:spacing w:after="0"/>
              <w:ind w:left="135"/>
              <w:jc w:val="center"/>
              <w:rPr>
                <w:sz w:val="24"/>
                <w:szCs w:val="24"/>
              </w:rPr>
            </w:pPr>
            <w:r w:rsidRPr="007205EF">
              <w:rPr>
                <w:rFonts w:ascii="Times New Roman" w:hAnsi="Times New Roman"/>
                <w:color w:val="000000"/>
                <w:sz w:val="24"/>
                <w:szCs w:val="24"/>
              </w:rPr>
              <w:t xml:space="preserve"> 8 </w:t>
            </w:r>
          </w:p>
        </w:tc>
        <w:tc>
          <w:tcPr>
            <w:tcW w:w="1841" w:type="dxa"/>
            <w:tcMar>
              <w:top w:w="50" w:type="dxa"/>
              <w:left w:w="100" w:type="dxa"/>
            </w:tcMar>
            <w:vAlign w:val="center"/>
          </w:tcPr>
          <w:p w:rsidR="005E3948" w:rsidRPr="007205EF" w:rsidRDefault="005E3948" w:rsidP="007205EF">
            <w:pPr>
              <w:spacing w:after="0"/>
              <w:ind w:left="135"/>
              <w:jc w:val="center"/>
              <w:rPr>
                <w:sz w:val="24"/>
                <w:szCs w:val="24"/>
              </w:rPr>
            </w:pPr>
          </w:p>
        </w:tc>
        <w:tc>
          <w:tcPr>
            <w:tcW w:w="1910" w:type="dxa"/>
            <w:tcMar>
              <w:top w:w="50" w:type="dxa"/>
              <w:left w:w="100" w:type="dxa"/>
            </w:tcMar>
            <w:vAlign w:val="center"/>
          </w:tcPr>
          <w:p w:rsidR="005E3948" w:rsidRPr="007205EF" w:rsidRDefault="005E3948" w:rsidP="007205EF">
            <w:pPr>
              <w:spacing w:after="0"/>
              <w:ind w:left="135"/>
              <w:jc w:val="center"/>
              <w:rPr>
                <w:sz w:val="24"/>
                <w:szCs w:val="24"/>
              </w:rPr>
            </w:pPr>
          </w:p>
        </w:tc>
        <w:tc>
          <w:tcPr>
            <w:tcW w:w="2738" w:type="dxa"/>
            <w:tcMar>
              <w:top w:w="50" w:type="dxa"/>
              <w:left w:w="100" w:type="dxa"/>
            </w:tcMar>
            <w:vAlign w:val="center"/>
          </w:tcPr>
          <w:p w:rsidR="005E3948" w:rsidRPr="007205EF" w:rsidRDefault="008E75F7" w:rsidP="007205EF">
            <w:pPr>
              <w:spacing w:after="0"/>
              <w:ind w:left="135"/>
              <w:rPr>
                <w:sz w:val="24"/>
                <w:szCs w:val="24"/>
              </w:rPr>
            </w:pPr>
            <w:hyperlink r:id="rId24">
              <w:r w:rsidR="005E3948" w:rsidRPr="007205EF">
                <w:rPr>
                  <w:rFonts w:ascii="Times New Roman" w:hAnsi="Times New Roman"/>
                  <w:color w:val="0000FF"/>
                  <w:sz w:val="24"/>
                  <w:szCs w:val="24"/>
                  <w:u w:val="single"/>
                </w:rPr>
                <w:t>https://education.yandex.ru</w:t>
              </w:r>
            </w:hyperlink>
            <w:r w:rsidR="005E3948" w:rsidRPr="007205EF">
              <w:rPr>
                <w:rFonts w:ascii="Times New Roman" w:hAnsi="Times New Roman"/>
                <w:color w:val="000000"/>
                <w:sz w:val="24"/>
                <w:szCs w:val="24"/>
              </w:rPr>
              <w:t xml:space="preserve"> </w:t>
            </w:r>
            <w:hyperlink r:id="rId25">
              <w:r w:rsidR="005E3948" w:rsidRPr="007205EF">
                <w:rPr>
                  <w:rFonts w:ascii="Times New Roman" w:hAnsi="Times New Roman"/>
                  <w:color w:val="0000FF"/>
                  <w:sz w:val="24"/>
                  <w:szCs w:val="24"/>
                  <w:u w:val="single"/>
                </w:rPr>
                <w:t>https://uchi.ru</w:t>
              </w:r>
            </w:hyperlink>
          </w:p>
        </w:tc>
      </w:tr>
      <w:tr w:rsidR="005E3948" w:rsidRPr="007205EF" w:rsidTr="007205EF">
        <w:trPr>
          <w:trHeight w:val="144"/>
          <w:tblCellSpacing w:w="20" w:type="nil"/>
        </w:trPr>
        <w:tc>
          <w:tcPr>
            <w:tcW w:w="1066" w:type="dxa"/>
            <w:tcMar>
              <w:top w:w="50" w:type="dxa"/>
              <w:left w:w="100" w:type="dxa"/>
            </w:tcMar>
            <w:vAlign w:val="center"/>
          </w:tcPr>
          <w:p w:rsidR="005E3948" w:rsidRPr="007205EF" w:rsidRDefault="005E3948" w:rsidP="007205EF">
            <w:pPr>
              <w:spacing w:after="0"/>
              <w:rPr>
                <w:sz w:val="24"/>
                <w:szCs w:val="24"/>
              </w:rPr>
            </w:pPr>
            <w:r w:rsidRPr="007205EF">
              <w:rPr>
                <w:rFonts w:ascii="Times New Roman" w:hAnsi="Times New Roman"/>
                <w:color w:val="000000"/>
                <w:sz w:val="24"/>
                <w:szCs w:val="24"/>
              </w:rPr>
              <w:t>5.2</w:t>
            </w:r>
          </w:p>
        </w:tc>
        <w:tc>
          <w:tcPr>
            <w:tcW w:w="4642" w:type="dxa"/>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color w:val="000000"/>
                <w:sz w:val="24"/>
                <w:szCs w:val="24"/>
              </w:rPr>
              <w:t>Таблицы</w:t>
            </w:r>
          </w:p>
        </w:tc>
        <w:tc>
          <w:tcPr>
            <w:tcW w:w="1534" w:type="dxa"/>
            <w:tcMar>
              <w:top w:w="50" w:type="dxa"/>
              <w:left w:w="100" w:type="dxa"/>
            </w:tcMar>
            <w:vAlign w:val="center"/>
          </w:tcPr>
          <w:p w:rsidR="005E3948" w:rsidRPr="007205EF" w:rsidRDefault="005E3948" w:rsidP="007205EF">
            <w:pPr>
              <w:spacing w:after="0"/>
              <w:ind w:left="135"/>
              <w:jc w:val="center"/>
              <w:rPr>
                <w:sz w:val="24"/>
                <w:szCs w:val="24"/>
              </w:rPr>
            </w:pPr>
            <w:r w:rsidRPr="007205EF">
              <w:rPr>
                <w:rFonts w:ascii="Times New Roman" w:hAnsi="Times New Roman"/>
                <w:color w:val="000000"/>
                <w:sz w:val="24"/>
                <w:szCs w:val="24"/>
              </w:rPr>
              <w:t xml:space="preserve"> 7 </w:t>
            </w:r>
          </w:p>
        </w:tc>
        <w:tc>
          <w:tcPr>
            <w:tcW w:w="1841" w:type="dxa"/>
            <w:tcMar>
              <w:top w:w="50" w:type="dxa"/>
              <w:left w:w="100" w:type="dxa"/>
            </w:tcMar>
            <w:vAlign w:val="center"/>
          </w:tcPr>
          <w:p w:rsidR="005E3948" w:rsidRPr="007205EF" w:rsidRDefault="005E3948" w:rsidP="007205EF">
            <w:pPr>
              <w:spacing w:after="0"/>
              <w:ind w:left="135"/>
              <w:jc w:val="center"/>
              <w:rPr>
                <w:sz w:val="24"/>
                <w:szCs w:val="24"/>
              </w:rPr>
            </w:pPr>
          </w:p>
        </w:tc>
        <w:tc>
          <w:tcPr>
            <w:tcW w:w="1910" w:type="dxa"/>
            <w:tcMar>
              <w:top w:w="50" w:type="dxa"/>
              <w:left w:w="100" w:type="dxa"/>
            </w:tcMar>
            <w:vAlign w:val="center"/>
          </w:tcPr>
          <w:p w:rsidR="005E3948" w:rsidRPr="007205EF" w:rsidRDefault="005E3948" w:rsidP="007205EF">
            <w:pPr>
              <w:spacing w:after="0"/>
              <w:ind w:left="135"/>
              <w:jc w:val="center"/>
              <w:rPr>
                <w:sz w:val="24"/>
                <w:szCs w:val="24"/>
              </w:rPr>
            </w:pPr>
          </w:p>
        </w:tc>
        <w:tc>
          <w:tcPr>
            <w:tcW w:w="2738" w:type="dxa"/>
            <w:tcMar>
              <w:top w:w="50" w:type="dxa"/>
              <w:left w:w="100" w:type="dxa"/>
            </w:tcMar>
            <w:vAlign w:val="center"/>
          </w:tcPr>
          <w:p w:rsidR="005E3948" w:rsidRPr="007205EF" w:rsidRDefault="008E75F7" w:rsidP="007205EF">
            <w:pPr>
              <w:spacing w:after="0"/>
              <w:ind w:left="135"/>
              <w:rPr>
                <w:sz w:val="24"/>
                <w:szCs w:val="24"/>
              </w:rPr>
            </w:pPr>
            <w:hyperlink r:id="rId26">
              <w:r w:rsidR="005E3948" w:rsidRPr="007205EF">
                <w:rPr>
                  <w:rFonts w:ascii="Times New Roman" w:hAnsi="Times New Roman"/>
                  <w:color w:val="0000FF"/>
                  <w:sz w:val="24"/>
                  <w:szCs w:val="24"/>
                  <w:u w:val="single"/>
                </w:rPr>
                <w:t>https://education.yandex.ru</w:t>
              </w:r>
            </w:hyperlink>
            <w:r w:rsidR="005E3948" w:rsidRPr="007205EF">
              <w:rPr>
                <w:rFonts w:ascii="Times New Roman" w:hAnsi="Times New Roman"/>
                <w:color w:val="000000"/>
                <w:sz w:val="24"/>
                <w:szCs w:val="24"/>
              </w:rPr>
              <w:t xml:space="preserve"> </w:t>
            </w:r>
            <w:hyperlink r:id="rId27">
              <w:r w:rsidR="005E3948" w:rsidRPr="007205EF">
                <w:rPr>
                  <w:rFonts w:ascii="Times New Roman" w:hAnsi="Times New Roman"/>
                  <w:color w:val="0000FF"/>
                  <w:sz w:val="24"/>
                  <w:szCs w:val="24"/>
                  <w:u w:val="single"/>
                </w:rPr>
                <w:t>https://uchi.ru</w:t>
              </w:r>
            </w:hyperlink>
          </w:p>
        </w:tc>
      </w:tr>
      <w:tr w:rsidR="005E3948" w:rsidRPr="007205EF" w:rsidTr="007205EF">
        <w:trPr>
          <w:trHeight w:val="144"/>
          <w:tblCellSpacing w:w="20" w:type="nil"/>
        </w:trPr>
        <w:tc>
          <w:tcPr>
            <w:tcW w:w="0" w:type="auto"/>
            <w:gridSpan w:val="2"/>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color w:val="000000"/>
                <w:sz w:val="24"/>
                <w:szCs w:val="24"/>
              </w:rPr>
              <w:t>Итого по разделу</w:t>
            </w:r>
          </w:p>
        </w:tc>
        <w:tc>
          <w:tcPr>
            <w:tcW w:w="1534" w:type="dxa"/>
            <w:tcMar>
              <w:top w:w="50" w:type="dxa"/>
              <w:left w:w="100" w:type="dxa"/>
            </w:tcMar>
            <w:vAlign w:val="center"/>
          </w:tcPr>
          <w:p w:rsidR="005E3948" w:rsidRPr="007205EF" w:rsidRDefault="005E3948" w:rsidP="007205EF">
            <w:pPr>
              <w:spacing w:after="0"/>
              <w:ind w:left="135"/>
              <w:jc w:val="center"/>
              <w:rPr>
                <w:sz w:val="24"/>
                <w:szCs w:val="24"/>
              </w:rPr>
            </w:pPr>
            <w:r w:rsidRPr="007205EF">
              <w:rPr>
                <w:rFonts w:ascii="Times New Roman" w:hAnsi="Times New Roman"/>
                <w:color w:val="000000"/>
                <w:sz w:val="24"/>
                <w:szCs w:val="24"/>
              </w:rPr>
              <w:t xml:space="preserve"> 15 </w:t>
            </w:r>
          </w:p>
        </w:tc>
        <w:tc>
          <w:tcPr>
            <w:tcW w:w="0" w:type="auto"/>
            <w:gridSpan w:val="3"/>
            <w:tcMar>
              <w:top w:w="50" w:type="dxa"/>
              <w:left w:w="100" w:type="dxa"/>
            </w:tcMar>
            <w:vAlign w:val="center"/>
          </w:tcPr>
          <w:p w:rsidR="005E3948" w:rsidRPr="007205EF" w:rsidRDefault="005E3948" w:rsidP="007205EF">
            <w:pPr>
              <w:rPr>
                <w:sz w:val="24"/>
                <w:szCs w:val="24"/>
              </w:rPr>
            </w:pPr>
          </w:p>
        </w:tc>
      </w:tr>
      <w:tr w:rsidR="005E3948" w:rsidRPr="007205EF" w:rsidTr="007205EF">
        <w:trPr>
          <w:trHeight w:val="144"/>
          <w:tblCellSpacing w:w="20" w:type="nil"/>
        </w:trPr>
        <w:tc>
          <w:tcPr>
            <w:tcW w:w="0" w:type="auto"/>
            <w:gridSpan w:val="2"/>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color w:val="000000"/>
                <w:sz w:val="24"/>
                <w:szCs w:val="24"/>
              </w:rPr>
              <w:t>Повторение пройденного материала</w:t>
            </w:r>
          </w:p>
        </w:tc>
        <w:tc>
          <w:tcPr>
            <w:tcW w:w="1534" w:type="dxa"/>
            <w:tcMar>
              <w:top w:w="50" w:type="dxa"/>
              <w:left w:w="100" w:type="dxa"/>
            </w:tcMar>
            <w:vAlign w:val="center"/>
          </w:tcPr>
          <w:p w:rsidR="005E3948" w:rsidRPr="007205EF" w:rsidRDefault="005E3948" w:rsidP="007205EF">
            <w:pPr>
              <w:spacing w:after="0"/>
              <w:ind w:left="135"/>
              <w:jc w:val="center"/>
              <w:rPr>
                <w:sz w:val="24"/>
                <w:szCs w:val="24"/>
              </w:rPr>
            </w:pPr>
            <w:r w:rsidRPr="007205EF">
              <w:rPr>
                <w:rFonts w:ascii="Times New Roman" w:hAnsi="Times New Roman"/>
                <w:color w:val="000000"/>
                <w:sz w:val="24"/>
                <w:szCs w:val="24"/>
              </w:rPr>
              <w:t xml:space="preserve"> 13 </w:t>
            </w:r>
          </w:p>
        </w:tc>
        <w:tc>
          <w:tcPr>
            <w:tcW w:w="1841" w:type="dxa"/>
            <w:tcMar>
              <w:top w:w="50" w:type="dxa"/>
              <w:left w:w="100" w:type="dxa"/>
            </w:tcMar>
            <w:vAlign w:val="center"/>
          </w:tcPr>
          <w:p w:rsidR="005E3948" w:rsidRPr="007205EF" w:rsidRDefault="005E3948" w:rsidP="007205EF">
            <w:pPr>
              <w:spacing w:after="0"/>
              <w:ind w:left="135"/>
              <w:jc w:val="center"/>
              <w:rPr>
                <w:sz w:val="24"/>
                <w:szCs w:val="24"/>
              </w:rPr>
            </w:pPr>
          </w:p>
        </w:tc>
        <w:tc>
          <w:tcPr>
            <w:tcW w:w="1910" w:type="dxa"/>
            <w:tcMar>
              <w:top w:w="50" w:type="dxa"/>
              <w:left w:w="100" w:type="dxa"/>
            </w:tcMar>
            <w:vAlign w:val="center"/>
          </w:tcPr>
          <w:p w:rsidR="005E3948" w:rsidRPr="007205EF" w:rsidRDefault="005E3948" w:rsidP="007205EF">
            <w:pPr>
              <w:spacing w:after="0"/>
              <w:ind w:left="135"/>
              <w:jc w:val="center"/>
              <w:rPr>
                <w:sz w:val="24"/>
                <w:szCs w:val="24"/>
              </w:rPr>
            </w:pPr>
          </w:p>
        </w:tc>
        <w:tc>
          <w:tcPr>
            <w:tcW w:w="2738" w:type="dxa"/>
            <w:tcMar>
              <w:top w:w="50" w:type="dxa"/>
              <w:left w:w="100" w:type="dxa"/>
            </w:tcMar>
            <w:vAlign w:val="center"/>
          </w:tcPr>
          <w:p w:rsidR="005E3948" w:rsidRPr="007205EF" w:rsidRDefault="008E75F7" w:rsidP="007205EF">
            <w:pPr>
              <w:spacing w:after="0"/>
              <w:ind w:left="135"/>
              <w:rPr>
                <w:sz w:val="24"/>
                <w:szCs w:val="24"/>
              </w:rPr>
            </w:pPr>
            <w:hyperlink r:id="rId28">
              <w:r w:rsidR="005E3948" w:rsidRPr="007205EF">
                <w:rPr>
                  <w:rFonts w:ascii="Times New Roman" w:hAnsi="Times New Roman"/>
                  <w:color w:val="0000FF"/>
                  <w:sz w:val="24"/>
                  <w:szCs w:val="24"/>
                  <w:u w:val="single"/>
                </w:rPr>
                <w:t>https://education.yandex.ru</w:t>
              </w:r>
            </w:hyperlink>
            <w:r w:rsidR="005E3948" w:rsidRPr="007205EF">
              <w:rPr>
                <w:rFonts w:ascii="Times New Roman" w:hAnsi="Times New Roman"/>
                <w:color w:val="000000"/>
                <w:sz w:val="24"/>
                <w:szCs w:val="24"/>
              </w:rPr>
              <w:t xml:space="preserve"> </w:t>
            </w:r>
            <w:hyperlink r:id="rId29">
              <w:r w:rsidR="005E3948" w:rsidRPr="007205EF">
                <w:rPr>
                  <w:rFonts w:ascii="Times New Roman" w:hAnsi="Times New Roman"/>
                  <w:color w:val="0000FF"/>
                  <w:sz w:val="24"/>
                  <w:szCs w:val="24"/>
                  <w:u w:val="single"/>
                </w:rPr>
                <w:t>https://uchi.ru</w:t>
              </w:r>
            </w:hyperlink>
          </w:p>
        </w:tc>
      </w:tr>
      <w:tr w:rsidR="005E3948" w:rsidRPr="007205EF" w:rsidTr="007205EF">
        <w:trPr>
          <w:trHeight w:val="144"/>
          <w:tblCellSpacing w:w="20" w:type="nil"/>
        </w:trPr>
        <w:tc>
          <w:tcPr>
            <w:tcW w:w="0" w:type="auto"/>
            <w:gridSpan w:val="2"/>
            <w:tcMar>
              <w:top w:w="50" w:type="dxa"/>
              <w:left w:w="100" w:type="dxa"/>
            </w:tcMar>
            <w:vAlign w:val="center"/>
          </w:tcPr>
          <w:p w:rsidR="005E3948" w:rsidRPr="007205EF" w:rsidRDefault="005E3948" w:rsidP="007205EF">
            <w:pPr>
              <w:spacing w:after="0"/>
              <w:ind w:left="135"/>
              <w:rPr>
                <w:rFonts w:ascii="Times New Roman" w:hAnsi="Times New Roman"/>
                <w:color w:val="000000"/>
                <w:sz w:val="24"/>
                <w:szCs w:val="24"/>
                <w:lang w:val="ru-RU"/>
              </w:rPr>
            </w:pPr>
            <w:r w:rsidRPr="007205EF">
              <w:rPr>
                <w:rFonts w:ascii="Times New Roman" w:hAnsi="Times New Roman"/>
                <w:color w:val="000000"/>
                <w:sz w:val="24"/>
                <w:szCs w:val="24"/>
                <w:lang w:val="ru-RU"/>
              </w:rPr>
              <w:t>Промежуточная аттестация</w:t>
            </w:r>
          </w:p>
        </w:tc>
        <w:tc>
          <w:tcPr>
            <w:tcW w:w="1534" w:type="dxa"/>
            <w:tcMar>
              <w:top w:w="50" w:type="dxa"/>
              <w:left w:w="100" w:type="dxa"/>
            </w:tcMar>
            <w:vAlign w:val="center"/>
          </w:tcPr>
          <w:p w:rsidR="005E3948" w:rsidRPr="007205EF" w:rsidRDefault="005E3948" w:rsidP="007205EF">
            <w:pPr>
              <w:spacing w:after="0"/>
              <w:ind w:left="135"/>
              <w:jc w:val="center"/>
              <w:rPr>
                <w:rFonts w:ascii="Times New Roman" w:hAnsi="Times New Roman"/>
                <w:color w:val="000000"/>
                <w:sz w:val="24"/>
                <w:szCs w:val="24"/>
                <w:lang w:val="ru-RU"/>
              </w:rPr>
            </w:pPr>
            <w:r w:rsidRPr="007205EF">
              <w:rPr>
                <w:rFonts w:ascii="Times New Roman" w:hAnsi="Times New Roman"/>
                <w:color w:val="000000"/>
                <w:sz w:val="24"/>
                <w:szCs w:val="24"/>
                <w:lang w:val="ru-RU"/>
              </w:rPr>
              <w:t>1</w:t>
            </w:r>
          </w:p>
        </w:tc>
        <w:tc>
          <w:tcPr>
            <w:tcW w:w="1841" w:type="dxa"/>
            <w:tcMar>
              <w:top w:w="50" w:type="dxa"/>
              <w:left w:w="100" w:type="dxa"/>
            </w:tcMar>
            <w:vAlign w:val="center"/>
          </w:tcPr>
          <w:p w:rsidR="005E3948" w:rsidRPr="007205EF" w:rsidRDefault="005E3948" w:rsidP="007205EF">
            <w:pPr>
              <w:spacing w:after="0"/>
              <w:ind w:left="135"/>
              <w:jc w:val="center"/>
              <w:rPr>
                <w:sz w:val="24"/>
                <w:szCs w:val="24"/>
                <w:lang w:val="ru-RU"/>
              </w:rPr>
            </w:pPr>
            <w:r w:rsidRPr="007205EF">
              <w:rPr>
                <w:sz w:val="24"/>
                <w:szCs w:val="24"/>
                <w:lang w:val="ru-RU"/>
              </w:rPr>
              <w:t>1</w:t>
            </w:r>
          </w:p>
        </w:tc>
        <w:tc>
          <w:tcPr>
            <w:tcW w:w="1910" w:type="dxa"/>
            <w:tcMar>
              <w:top w:w="50" w:type="dxa"/>
              <w:left w:w="100" w:type="dxa"/>
            </w:tcMar>
            <w:vAlign w:val="center"/>
          </w:tcPr>
          <w:p w:rsidR="005E3948" w:rsidRPr="007205EF" w:rsidRDefault="005E3948" w:rsidP="007205EF">
            <w:pPr>
              <w:spacing w:after="0"/>
              <w:ind w:left="135"/>
              <w:jc w:val="center"/>
              <w:rPr>
                <w:sz w:val="24"/>
                <w:szCs w:val="24"/>
              </w:rPr>
            </w:pPr>
          </w:p>
        </w:tc>
        <w:tc>
          <w:tcPr>
            <w:tcW w:w="2738" w:type="dxa"/>
            <w:tcMar>
              <w:top w:w="50" w:type="dxa"/>
              <w:left w:w="100" w:type="dxa"/>
            </w:tcMar>
            <w:vAlign w:val="center"/>
          </w:tcPr>
          <w:p w:rsidR="005E3948" w:rsidRPr="007205EF" w:rsidRDefault="005E3948" w:rsidP="007205EF">
            <w:pPr>
              <w:spacing w:after="0"/>
              <w:ind w:left="135"/>
              <w:rPr>
                <w:sz w:val="24"/>
                <w:szCs w:val="24"/>
              </w:rPr>
            </w:pPr>
          </w:p>
        </w:tc>
      </w:tr>
      <w:tr w:rsidR="005E3948" w:rsidRPr="007205EF" w:rsidTr="007205EF">
        <w:trPr>
          <w:trHeight w:val="144"/>
          <w:tblCellSpacing w:w="20" w:type="nil"/>
        </w:trPr>
        <w:tc>
          <w:tcPr>
            <w:tcW w:w="0" w:type="auto"/>
            <w:gridSpan w:val="2"/>
            <w:tcMar>
              <w:top w:w="50" w:type="dxa"/>
              <w:left w:w="100" w:type="dxa"/>
            </w:tcMar>
            <w:vAlign w:val="center"/>
          </w:tcPr>
          <w:p w:rsidR="005E3948" w:rsidRPr="007205EF" w:rsidRDefault="005E3948" w:rsidP="007205EF">
            <w:pPr>
              <w:spacing w:after="0"/>
              <w:ind w:left="135"/>
              <w:rPr>
                <w:sz w:val="24"/>
                <w:szCs w:val="24"/>
                <w:lang w:val="ru-RU"/>
              </w:rPr>
            </w:pPr>
            <w:r w:rsidRPr="007205EF">
              <w:rPr>
                <w:rFonts w:ascii="Times New Roman" w:hAnsi="Times New Roman"/>
                <w:color w:val="000000"/>
                <w:sz w:val="24"/>
                <w:szCs w:val="24"/>
                <w:lang w:val="ru-RU"/>
              </w:rPr>
              <w:t>ОБЩЕЕ КОЛИЧЕСТВО ЧАСОВ ПО ПРОГРАММЕ</w:t>
            </w:r>
          </w:p>
        </w:tc>
        <w:tc>
          <w:tcPr>
            <w:tcW w:w="1534" w:type="dxa"/>
            <w:tcMar>
              <w:top w:w="50" w:type="dxa"/>
              <w:left w:w="100" w:type="dxa"/>
            </w:tcMar>
            <w:vAlign w:val="center"/>
          </w:tcPr>
          <w:p w:rsidR="005E3948" w:rsidRPr="007205EF" w:rsidRDefault="005E3948" w:rsidP="007205EF">
            <w:pPr>
              <w:spacing w:after="0"/>
              <w:ind w:left="135"/>
              <w:jc w:val="center"/>
              <w:rPr>
                <w:sz w:val="24"/>
                <w:szCs w:val="24"/>
              </w:rPr>
            </w:pPr>
            <w:r w:rsidRPr="007205EF">
              <w:rPr>
                <w:rFonts w:ascii="Times New Roman" w:hAnsi="Times New Roman"/>
                <w:color w:val="000000"/>
                <w:sz w:val="24"/>
                <w:szCs w:val="24"/>
                <w:lang w:val="ru-RU"/>
              </w:rPr>
              <w:t xml:space="preserve"> </w:t>
            </w:r>
            <w:r w:rsidRPr="007205EF">
              <w:rPr>
                <w:rFonts w:ascii="Times New Roman" w:hAnsi="Times New Roman"/>
                <w:color w:val="000000"/>
                <w:sz w:val="24"/>
                <w:szCs w:val="24"/>
              </w:rPr>
              <w:t xml:space="preserve">132 </w:t>
            </w:r>
          </w:p>
        </w:tc>
        <w:tc>
          <w:tcPr>
            <w:tcW w:w="1841" w:type="dxa"/>
            <w:tcMar>
              <w:top w:w="50" w:type="dxa"/>
              <w:left w:w="100" w:type="dxa"/>
            </w:tcMar>
            <w:vAlign w:val="center"/>
          </w:tcPr>
          <w:p w:rsidR="005E3948" w:rsidRPr="007205EF" w:rsidRDefault="005E3948" w:rsidP="007205EF">
            <w:pPr>
              <w:spacing w:after="0"/>
              <w:ind w:left="135"/>
              <w:jc w:val="center"/>
              <w:rPr>
                <w:sz w:val="24"/>
                <w:szCs w:val="24"/>
                <w:lang w:val="ru-RU"/>
              </w:rPr>
            </w:pPr>
            <w:r w:rsidRPr="007205EF">
              <w:rPr>
                <w:rFonts w:ascii="Times New Roman" w:hAnsi="Times New Roman"/>
                <w:color w:val="000000"/>
                <w:sz w:val="24"/>
                <w:szCs w:val="24"/>
              </w:rPr>
              <w:t xml:space="preserve"> </w:t>
            </w:r>
            <w:r w:rsidRPr="007205EF">
              <w:rPr>
                <w:rFonts w:ascii="Times New Roman" w:hAnsi="Times New Roman"/>
                <w:color w:val="000000"/>
                <w:sz w:val="24"/>
                <w:szCs w:val="24"/>
                <w:lang w:val="ru-RU"/>
              </w:rPr>
              <w:t>1</w:t>
            </w:r>
          </w:p>
        </w:tc>
        <w:tc>
          <w:tcPr>
            <w:tcW w:w="1910" w:type="dxa"/>
            <w:tcMar>
              <w:top w:w="50" w:type="dxa"/>
              <w:left w:w="100" w:type="dxa"/>
            </w:tcMar>
            <w:vAlign w:val="center"/>
          </w:tcPr>
          <w:p w:rsidR="005E3948" w:rsidRPr="007205EF" w:rsidRDefault="005E3948" w:rsidP="007205EF">
            <w:pPr>
              <w:spacing w:after="0"/>
              <w:ind w:left="135"/>
              <w:jc w:val="center"/>
              <w:rPr>
                <w:sz w:val="24"/>
                <w:szCs w:val="24"/>
              </w:rPr>
            </w:pPr>
            <w:r w:rsidRPr="007205EF">
              <w:rPr>
                <w:rFonts w:ascii="Times New Roman" w:hAnsi="Times New Roman"/>
                <w:color w:val="000000"/>
                <w:sz w:val="24"/>
                <w:szCs w:val="24"/>
              </w:rPr>
              <w:t xml:space="preserve"> 0 </w:t>
            </w:r>
          </w:p>
        </w:tc>
        <w:tc>
          <w:tcPr>
            <w:tcW w:w="2738" w:type="dxa"/>
            <w:tcMar>
              <w:top w:w="50" w:type="dxa"/>
              <w:left w:w="100" w:type="dxa"/>
            </w:tcMar>
            <w:vAlign w:val="center"/>
          </w:tcPr>
          <w:p w:rsidR="005E3948" w:rsidRPr="007205EF" w:rsidRDefault="005E3948" w:rsidP="007205EF">
            <w:pPr>
              <w:spacing w:after="0"/>
              <w:ind w:left="135"/>
              <w:rPr>
                <w:sz w:val="24"/>
                <w:szCs w:val="24"/>
              </w:rPr>
            </w:pPr>
          </w:p>
        </w:tc>
      </w:tr>
    </w:tbl>
    <w:p w:rsidR="005E3948" w:rsidRPr="007205EF" w:rsidRDefault="005E3948" w:rsidP="005E3948">
      <w:pPr>
        <w:rPr>
          <w:sz w:val="24"/>
          <w:szCs w:val="24"/>
        </w:rPr>
        <w:sectPr w:rsidR="005E3948" w:rsidRPr="007205EF">
          <w:pgSz w:w="16383" w:h="11906" w:orient="landscape"/>
          <w:pgMar w:top="1134" w:right="850" w:bottom="1134" w:left="1701" w:header="720" w:footer="720" w:gutter="0"/>
          <w:cols w:space="720"/>
        </w:sectPr>
      </w:pPr>
    </w:p>
    <w:p w:rsidR="005E3948" w:rsidRPr="007205EF" w:rsidRDefault="005E3948" w:rsidP="005E3948">
      <w:pPr>
        <w:spacing w:after="0"/>
        <w:ind w:left="120"/>
        <w:rPr>
          <w:sz w:val="24"/>
          <w:szCs w:val="24"/>
        </w:rPr>
      </w:pPr>
      <w:r w:rsidRPr="007205EF">
        <w:rPr>
          <w:rFonts w:ascii="Times New Roman" w:hAnsi="Times New Roman"/>
          <w:b/>
          <w:color w:val="000000"/>
          <w:sz w:val="24"/>
          <w:szCs w:val="24"/>
        </w:rPr>
        <w:lastRenderedPageBreak/>
        <w:t xml:space="preserve"> </w:t>
      </w:r>
      <w:proofErr w:type="gramStart"/>
      <w:r w:rsidRPr="007205EF">
        <w:rPr>
          <w:rFonts w:ascii="Times New Roman" w:hAnsi="Times New Roman"/>
          <w:b/>
          <w:color w:val="000000"/>
          <w:sz w:val="24"/>
          <w:szCs w:val="24"/>
        </w:rPr>
        <w:t>2</w:t>
      </w:r>
      <w:proofErr w:type="gramEnd"/>
      <w:r w:rsidRPr="007205EF">
        <w:rPr>
          <w:rFonts w:ascii="Times New Roman" w:hAnsi="Times New Roman"/>
          <w:b/>
          <w:color w:val="000000"/>
          <w:sz w:val="24"/>
          <w:szCs w:val="24"/>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4"/>
        <w:gridCol w:w="4743"/>
        <w:gridCol w:w="1183"/>
        <w:gridCol w:w="1841"/>
        <w:gridCol w:w="1910"/>
        <w:gridCol w:w="2821"/>
      </w:tblGrid>
      <w:tr w:rsidR="005E3948" w:rsidRPr="007205EF" w:rsidTr="007205EF">
        <w:trPr>
          <w:trHeight w:val="144"/>
          <w:tblCellSpacing w:w="20" w:type="nil"/>
        </w:trPr>
        <w:tc>
          <w:tcPr>
            <w:tcW w:w="1255" w:type="dxa"/>
            <w:vMerge w:val="restart"/>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b/>
                <w:color w:val="000000"/>
                <w:sz w:val="24"/>
                <w:szCs w:val="24"/>
              </w:rPr>
              <w:t xml:space="preserve">№ п/п </w:t>
            </w:r>
          </w:p>
          <w:p w:rsidR="005E3948" w:rsidRPr="007205EF" w:rsidRDefault="005E3948" w:rsidP="007205EF">
            <w:pPr>
              <w:spacing w:after="0"/>
              <w:ind w:left="135"/>
              <w:rPr>
                <w:sz w:val="24"/>
                <w:szCs w:val="24"/>
              </w:rPr>
            </w:pPr>
          </w:p>
        </w:tc>
        <w:tc>
          <w:tcPr>
            <w:tcW w:w="4699" w:type="dxa"/>
            <w:vMerge w:val="restart"/>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b/>
                <w:color w:val="000000"/>
                <w:sz w:val="24"/>
                <w:szCs w:val="24"/>
              </w:rPr>
              <w:t xml:space="preserve">Наименование разделов и тем программы </w:t>
            </w:r>
          </w:p>
          <w:p w:rsidR="005E3948" w:rsidRPr="007205EF" w:rsidRDefault="005E3948" w:rsidP="007205EF">
            <w:pPr>
              <w:spacing w:after="0"/>
              <w:ind w:left="135"/>
              <w:rPr>
                <w:sz w:val="24"/>
                <w:szCs w:val="24"/>
              </w:rPr>
            </w:pPr>
          </w:p>
        </w:tc>
        <w:tc>
          <w:tcPr>
            <w:tcW w:w="0" w:type="auto"/>
            <w:gridSpan w:val="3"/>
            <w:tcMar>
              <w:top w:w="50" w:type="dxa"/>
              <w:left w:w="100" w:type="dxa"/>
            </w:tcMar>
            <w:vAlign w:val="center"/>
          </w:tcPr>
          <w:p w:rsidR="005E3948" w:rsidRPr="007205EF" w:rsidRDefault="005E3948" w:rsidP="007205EF">
            <w:pPr>
              <w:spacing w:after="0"/>
              <w:rPr>
                <w:sz w:val="24"/>
                <w:szCs w:val="24"/>
              </w:rPr>
            </w:pPr>
            <w:r w:rsidRPr="007205EF">
              <w:rPr>
                <w:rFonts w:ascii="Times New Roman" w:hAnsi="Times New Roman"/>
                <w:b/>
                <w:color w:val="000000"/>
                <w:sz w:val="24"/>
                <w:szCs w:val="24"/>
              </w:rPr>
              <w:t>Количество часов</w:t>
            </w:r>
          </w:p>
        </w:tc>
        <w:tc>
          <w:tcPr>
            <w:tcW w:w="2671" w:type="dxa"/>
            <w:vMerge w:val="restart"/>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b/>
                <w:color w:val="000000"/>
                <w:sz w:val="24"/>
                <w:szCs w:val="24"/>
              </w:rPr>
              <w:t xml:space="preserve">Электронные (цифровые) образовательные ресурсы </w:t>
            </w:r>
          </w:p>
          <w:p w:rsidR="005E3948" w:rsidRPr="007205EF" w:rsidRDefault="005E3948" w:rsidP="007205EF">
            <w:pPr>
              <w:spacing w:after="0"/>
              <w:ind w:left="135"/>
              <w:rPr>
                <w:sz w:val="24"/>
                <w:szCs w:val="24"/>
              </w:rPr>
            </w:pPr>
          </w:p>
        </w:tc>
      </w:tr>
      <w:tr w:rsidR="005E3948" w:rsidRPr="007205EF" w:rsidTr="007205EF">
        <w:trPr>
          <w:trHeight w:val="144"/>
          <w:tblCellSpacing w:w="20" w:type="nil"/>
        </w:trPr>
        <w:tc>
          <w:tcPr>
            <w:tcW w:w="0" w:type="auto"/>
            <w:vMerge/>
            <w:tcBorders>
              <w:top w:val="nil"/>
            </w:tcBorders>
            <w:tcMar>
              <w:top w:w="50" w:type="dxa"/>
              <w:left w:w="100" w:type="dxa"/>
            </w:tcMar>
          </w:tcPr>
          <w:p w:rsidR="005E3948" w:rsidRPr="007205EF" w:rsidRDefault="005E3948" w:rsidP="007205EF">
            <w:pPr>
              <w:rPr>
                <w:sz w:val="24"/>
                <w:szCs w:val="24"/>
              </w:rPr>
            </w:pPr>
          </w:p>
        </w:tc>
        <w:tc>
          <w:tcPr>
            <w:tcW w:w="0" w:type="auto"/>
            <w:vMerge/>
            <w:tcBorders>
              <w:top w:val="nil"/>
            </w:tcBorders>
            <w:tcMar>
              <w:top w:w="50" w:type="dxa"/>
              <w:left w:w="100" w:type="dxa"/>
            </w:tcMar>
          </w:tcPr>
          <w:p w:rsidR="005E3948" w:rsidRPr="007205EF" w:rsidRDefault="005E3948" w:rsidP="007205EF">
            <w:pPr>
              <w:rPr>
                <w:sz w:val="24"/>
                <w:szCs w:val="24"/>
              </w:rPr>
            </w:pPr>
          </w:p>
        </w:tc>
        <w:tc>
          <w:tcPr>
            <w:tcW w:w="1456" w:type="dxa"/>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b/>
                <w:color w:val="000000"/>
                <w:sz w:val="24"/>
                <w:szCs w:val="24"/>
              </w:rPr>
              <w:t xml:space="preserve">Всего </w:t>
            </w:r>
          </w:p>
          <w:p w:rsidR="005E3948" w:rsidRPr="007205EF" w:rsidRDefault="005E3948" w:rsidP="007205EF">
            <w:pPr>
              <w:spacing w:after="0"/>
              <w:ind w:left="135"/>
              <w:rPr>
                <w:sz w:val="24"/>
                <w:szCs w:val="24"/>
              </w:rPr>
            </w:pPr>
          </w:p>
        </w:tc>
        <w:tc>
          <w:tcPr>
            <w:tcW w:w="1841" w:type="dxa"/>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b/>
                <w:color w:val="000000"/>
                <w:sz w:val="24"/>
                <w:szCs w:val="24"/>
              </w:rPr>
              <w:t xml:space="preserve">Контрольные работы </w:t>
            </w:r>
          </w:p>
          <w:p w:rsidR="005E3948" w:rsidRPr="007205EF" w:rsidRDefault="005E3948" w:rsidP="007205EF">
            <w:pPr>
              <w:spacing w:after="0"/>
              <w:ind w:left="135"/>
              <w:rPr>
                <w:sz w:val="24"/>
                <w:szCs w:val="24"/>
              </w:rPr>
            </w:pPr>
          </w:p>
        </w:tc>
        <w:tc>
          <w:tcPr>
            <w:tcW w:w="1910" w:type="dxa"/>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b/>
                <w:color w:val="000000"/>
                <w:sz w:val="24"/>
                <w:szCs w:val="24"/>
              </w:rPr>
              <w:t xml:space="preserve">Практические работы </w:t>
            </w:r>
          </w:p>
          <w:p w:rsidR="005E3948" w:rsidRPr="007205EF" w:rsidRDefault="005E3948" w:rsidP="007205EF">
            <w:pPr>
              <w:spacing w:after="0"/>
              <w:ind w:left="135"/>
              <w:rPr>
                <w:sz w:val="24"/>
                <w:szCs w:val="24"/>
              </w:rPr>
            </w:pPr>
          </w:p>
        </w:tc>
        <w:tc>
          <w:tcPr>
            <w:tcW w:w="0" w:type="auto"/>
            <w:vMerge/>
            <w:tcBorders>
              <w:top w:val="nil"/>
            </w:tcBorders>
            <w:tcMar>
              <w:top w:w="50" w:type="dxa"/>
              <w:left w:w="100" w:type="dxa"/>
            </w:tcMar>
          </w:tcPr>
          <w:p w:rsidR="005E3948" w:rsidRPr="007205EF" w:rsidRDefault="005E3948" w:rsidP="007205EF">
            <w:pPr>
              <w:rPr>
                <w:sz w:val="24"/>
                <w:szCs w:val="24"/>
              </w:rPr>
            </w:pPr>
          </w:p>
        </w:tc>
      </w:tr>
      <w:tr w:rsidR="005E3948" w:rsidRPr="007205EF" w:rsidTr="007205EF">
        <w:trPr>
          <w:trHeight w:val="144"/>
          <w:tblCellSpacing w:w="20" w:type="nil"/>
        </w:trPr>
        <w:tc>
          <w:tcPr>
            <w:tcW w:w="0" w:type="auto"/>
            <w:gridSpan w:val="6"/>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b/>
                <w:color w:val="000000"/>
                <w:sz w:val="24"/>
                <w:szCs w:val="24"/>
              </w:rPr>
              <w:t>Раздел 1.</w:t>
            </w:r>
            <w:r w:rsidRPr="007205EF">
              <w:rPr>
                <w:rFonts w:ascii="Times New Roman" w:hAnsi="Times New Roman"/>
                <w:color w:val="000000"/>
                <w:sz w:val="24"/>
                <w:szCs w:val="24"/>
              </w:rPr>
              <w:t xml:space="preserve"> </w:t>
            </w:r>
            <w:r w:rsidRPr="007205EF">
              <w:rPr>
                <w:rFonts w:ascii="Times New Roman" w:hAnsi="Times New Roman"/>
                <w:b/>
                <w:color w:val="000000"/>
                <w:sz w:val="24"/>
                <w:szCs w:val="24"/>
              </w:rPr>
              <w:t>Числа и величины</w:t>
            </w:r>
          </w:p>
        </w:tc>
      </w:tr>
      <w:tr w:rsidR="005E3948" w:rsidRPr="007205EF" w:rsidTr="007205EF">
        <w:trPr>
          <w:trHeight w:val="144"/>
          <w:tblCellSpacing w:w="20" w:type="nil"/>
        </w:trPr>
        <w:tc>
          <w:tcPr>
            <w:tcW w:w="1255" w:type="dxa"/>
            <w:tcMar>
              <w:top w:w="50" w:type="dxa"/>
              <w:left w:w="100" w:type="dxa"/>
            </w:tcMar>
            <w:vAlign w:val="center"/>
          </w:tcPr>
          <w:p w:rsidR="005E3948" w:rsidRPr="007205EF" w:rsidRDefault="005E3948" w:rsidP="007205EF">
            <w:pPr>
              <w:spacing w:after="0"/>
              <w:rPr>
                <w:sz w:val="24"/>
                <w:szCs w:val="24"/>
              </w:rPr>
            </w:pPr>
            <w:r w:rsidRPr="007205EF">
              <w:rPr>
                <w:rFonts w:ascii="Times New Roman" w:hAnsi="Times New Roman"/>
                <w:color w:val="000000"/>
                <w:sz w:val="24"/>
                <w:szCs w:val="24"/>
              </w:rPr>
              <w:t>1.1</w:t>
            </w:r>
          </w:p>
        </w:tc>
        <w:tc>
          <w:tcPr>
            <w:tcW w:w="4699" w:type="dxa"/>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color w:val="000000"/>
                <w:sz w:val="24"/>
                <w:szCs w:val="24"/>
              </w:rPr>
              <w:t>Числа</w:t>
            </w:r>
          </w:p>
        </w:tc>
        <w:tc>
          <w:tcPr>
            <w:tcW w:w="1456" w:type="dxa"/>
            <w:tcMar>
              <w:top w:w="50" w:type="dxa"/>
              <w:left w:w="100" w:type="dxa"/>
            </w:tcMar>
            <w:vAlign w:val="center"/>
          </w:tcPr>
          <w:p w:rsidR="005E3948" w:rsidRPr="007205EF" w:rsidRDefault="005E3948" w:rsidP="007205EF">
            <w:pPr>
              <w:spacing w:after="0"/>
              <w:ind w:left="135"/>
              <w:jc w:val="center"/>
              <w:rPr>
                <w:sz w:val="24"/>
                <w:szCs w:val="24"/>
              </w:rPr>
            </w:pPr>
            <w:r w:rsidRPr="007205EF">
              <w:rPr>
                <w:rFonts w:ascii="Times New Roman" w:hAnsi="Times New Roman"/>
                <w:color w:val="000000"/>
                <w:sz w:val="24"/>
                <w:szCs w:val="24"/>
              </w:rPr>
              <w:t xml:space="preserve"> 9 </w:t>
            </w:r>
          </w:p>
        </w:tc>
        <w:tc>
          <w:tcPr>
            <w:tcW w:w="1841" w:type="dxa"/>
            <w:tcMar>
              <w:top w:w="50" w:type="dxa"/>
              <w:left w:w="100" w:type="dxa"/>
            </w:tcMar>
            <w:vAlign w:val="center"/>
          </w:tcPr>
          <w:p w:rsidR="005E3948" w:rsidRPr="007205EF" w:rsidRDefault="005E3948" w:rsidP="007205EF">
            <w:pPr>
              <w:spacing w:after="0"/>
              <w:ind w:left="135"/>
              <w:jc w:val="center"/>
              <w:rPr>
                <w:sz w:val="24"/>
                <w:szCs w:val="24"/>
              </w:rPr>
            </w:pPr>
          </w:p>
        </w:tc>
        <w:tc>
          <w:tcPr>
            <w:tcW w:w="1910" w:type="dxa"/>
            <w:tcMar>
              <w:top w:w="50" w:type="dxa"/>
              <w:left w:w="100" w:type="dxa"/>
            </w:tcMar>
            <w:vAlign w:val="center"/>
          </w:tcPr>
          <w:p w:rsidR="005E3948" w:rsidRPr="007205EF" w:rsidRDefault="005E3948" w:rsidP="007205EF">
            <w:pPr>
              <w:spacing w:after="0"/>
              <w:ind w:left="135"/>
              <w:jc w:val="center"/>
              <w:rPr>
                <w:sz w:val="24"/>
                <w:szCs w:val="24"/>
              </w:rPr>
            </w:pPr>
          </w:p>
        </w:tc>
        <w:tc>
          <w:tcPr>
            <w:tcW w:w="2671" w:type="dxa"/>
            <w:tcMar>
              <w:top w:w="50" w:type="dxa"/>
              <w:left w:w="100" w:type="dxa"/>
            </w:tcMar>
          </w:tcPr>
          <w:p w:rsidR="005E3948" w:rsidRPr="007205EF" w:rsidRDefault="008E75F7" w:rsidP="007205EF">
            <w:pPr>
              <w:rPr>
                <w:sz w:val="24"/>
                <w:szCs w:val="24"/>
              </w:rPr>
            </w:pPr>
            <w:hyperlink r:id="rId30">
              <w:r w:rsidR="005E3948" w:rsidRPr="007205EF">
                <w:rPr>
                  <w:rFonts w:ascii="Times New Roman" w:hAnsi="Times New Roman"/>
                  <w:color w:val="0000FF"/>
                  <w:sz w:val="24"/>
                  <w:szCs w:val="24"/>
                  <w:u w:val="single"/>
                </w:rPr>
                <w:t>https://education.yandex.ru</w:t>
              </w:r>
            </w:hyperlink>
            <w:r w:rsidR="005E3948" w:rsidRPr="007205EF">
              <w:rPr>
                <w:rFonts w:ascii="Times New Roman" w:hAnsi="Times New Roman"/>
                <w:color w:val="000000"/>
                <w:sz w:val="24"/>
                <w:szCs w:val="24"/>
              </w:rPr>
              <w:t xml:space="preserve"> </w:t>
            </w:r>
            <w:hyperlink r:id="rId31">
              <w:r w:rsidR="005E3948" w:rsidRPr="007205EF">
                <w:rPr>
                  <w:rFonts w:ascii="Times New Roman" w:hAnsi="Times New Roman"/>
                  <w:color w:val="0000FF"/>
                  <w:sz w:val="24"/>
                  <w:szCs w:val="24"/>
                  <w:u w:val="single"/>
                </w:rPr>
                <w:t>https://uchi.ru</w:t>
              </w:r>
            </w:hyperlink>
          </w:p>
        </w:tc>
      </w:tr>
      <w:tr w:rsidR="005E3948" w:rsidRPr="007205EF" w:rsidTr="007205EF">
        <w:trPr>
          <w:trHeight w:val="144"/>
          <w:tblCellSpacing w:w="20" w:type="nil"/>
        </w:trPr>
        <w:tc>
          <w:tcPr>
            <w:tcW w:w="1255" w:type="dxa"/>
            <w:tcMar>
              <w:top w:w="50" w:type="dxa"/>
              <w:left w:w="100" w:type="dxa"/>
            </w:tcMar>
            <w:vAlign w:val="center"/>
          </w:tcPr>
          <w:p w:rsidR="005E3948" w:rsidRPr="007205EF" w:rsidRDefault="005E3948" w:rsidP="007205EF">
            <w:pPr>
              <w:spacing w:after="0"/>
              <w:rPr>
                <w:sz w:val="24"/>
                <w:szCs w:val="24"/>
              </w:rPr>
            </w:pPr>
            <w:r w:rsidRPr="007205EF">
              <w:rPr>
                <w:rFonts w:ascii="Times New Roman" w:hAnsi="Times New Roman"/>
                <w:color w:val="000000"/>
                <w:sz w:val="24"/>
                <w:szCs w:val="24"/>
              </w:rPr>
              <w:t>1.2</w:t>
            </w:r>
          </w:p>
        </w:tc>
        <w:tc>
          <w:tcPr>
            <w:tcW w:w="4699" w:type="dxa"/>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color w:val="000000"/>
                <w:sz w:val="24"/>
                <w:szCs w:val="24"/>
              </w:rPr>
              <w:t>Величины</w:t>
            </w:r>
          </w:p>
        </w:tc>
        <w:tc>
          <w:tcPr>
            <w:tcW w:w="1456" w:type="dxa"/>
            <w:tcMar>
              <w:top w:w="50" w:type="dxa"/>
              <w:left w:w="100" w:type="dxa"/>
            </w:tcMar>
            <w:vAlign w:val="center"/>
          </w:tcPr>
          <w:p w:rsidR="005E3948" w:rsidRPr="007205EF" w:rsidRDefault="005E3948" w:rsidP="007205EF">
            <w:pPr>
              <w:spacing w:after="0"/>
              <w:ind w:left="135"/>
              <w:jc w:val="center"/>
              <w:rPr>
                <w:sz w:val="24"/>
                <w:szCs w:val="24"/>
              </w:rPr>
            </w:pPr>
            <w:r w:rsidRPr="007205EF">
              <w:rPr>
                <w:rFonts w:ascii="Times New Roman" w:hAnsi="Times New Roman"/>
                <w:color w:val="000000"/>
                <w:sz w:val="24"/>
                <w:szCs w:val="24"/>
              </w:rPr>
              <w:t xml:space="preserve"> 10 </w:t>
            </w:r>
          </w:p>
        </w:tc>
        <w:tc>
          <w:tcPr>
            <w:tcW w:w="1841" w:type="dxa"/>
            <w:tcMar>
              <w:top w:w="50" w:type="dxa"/>
              <w:left w:w="100" w:type="dxa"/>
            </w:tcMar>
            <w:vAlign w:val="center"/>
          </w:tcPr>
          <w:p w:rsidR="005E3948" w:rsidRPr="007205EF" w:rsidRDefault="005E3948" w:rsidP="007205EF">
            <w:pPr>
              <w:spacing w:after="0"/>
              <w:ind w:left="135"/>
              <w:jc w:val="center"/>
              <w:rPr>
                <w:sz w:val="24"/>
                <w:szCs w:val="24"/>
              </w:rPr>
            </w:pPr>
          </w:p>
        </w:tc>
        <w:tc>
          <w:tcPr>
            <w:tcW w:w="1910" w:type="dxa"/>
            <w:tcMar>
              <w:top w:w="50" w:type="dxa"/>
              <w:left w:w="100" w:type="dxa"/>
            </w:tcMar>
            <w:vAlign w:val="center"/>
          </w:tcPr>
          <w:p w:rsidR="005E3948" w:rsidRPr="007205EF" w:rsidRDefault="005E3948" w:rsidP="007205EF">
            <w:pPr>
              <w:spacing w:after="0"/>
              <w:ind w:left="135"/>
              <w:jc w:val="center"/>
              <w:rPr>
                <w:sz w:val="24"/>
                <w:szCs w:val="24"/>
              </w:rPr>
            </w:pPr>
          </w:p>
        </w:tc>
        <w:tc>
          <w:tcPr>
            <w:tcW w:w="2671" w:type="dxa"/>
            <w:tcMar>
              <w:top w:w="50" w:type="dxa"/>
              <w:left w:w="100" w:type="dxa"/>
            </w:tcMar>
          </w:tcPr>
          <w:p w:rsidR="005E3948" w:rsidRPr="007205EF" w:rsidRDefault="008E75F7" w:rsidP="007205EF">
            <w:pPr>
              <w:rPr>
                <w:sz w:val="24"/>
                <w:szCs w:val="24"/>
              </w:rPr>
            </w:pPr>
            <w:hyperlink r:id="rId32">
              <w:r w:rsidR="005E3948" w:rsidRPr="007205EF">
                <w:rPr>
                  <w:rFonts w:ascii="Times New Roman" w:hAnsi="Times New Roman"/>
                  <w:color w:val="0000FF"/>
                  <w:sz w:val="24"/>
                  <w:szCs w:val="24"/>
                  <w:u w:val="single"/>
                </w:rPr>
                <w:t>https://education.yandex.ru</w:t>
              </w:r>
            </w:hyperlink>
            <w:r w:rsidR="005E3948" w:rsidRPr="007205EF">
              <w:rPr>
                <w:rFonts w:ascii="Times New Roman" w:hAnsi="Times New Roman"/>
                <w:color w:val="000000"/>
                <w:sz w:val="24"/>
                <w:szCs w:val="24"/>
              </w:rPr>
              <w:t xml:space="preserve"> </w:t>
            </w:r>
            <w:hyperlink r:id="rId33">
              <w:r w:rsidR="005E3948" w:rsidRPr="007205EF">
                <w:rPr>
                  <w:rFonts w:ascii="Times New Roman" w:hAnsi="Times New Roman"/>
                  <w:color w:val="0000FF"/>
                  <w:sz w:val="24"/>
                  <w:szCs w:val="24"/>
                  <w:u w:val="single"/>
                </w:rPr>
                <w:t>https://uchi.ru</w:t>
              </w:r>
            </w:hyperlink>
          </w:p>
        </w:tc>
      </w:tr>
      <w:tr w:rsidR="005E3948" w:rsidRPr="007205EF" w:rsidTr="007205EF">
        <w:trPr>
          <w:trHeight w:val="144"/>
          <w:tblCellSpacing w:w="20" w:type="nil"/>
        </w:trPr>
        <w:tc>
          <w:tcPr>
            <w:tcW w:w="0" w:type="auto"/>
            <w:gridSpan w:val="2"/>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color w:val="000000"/>
                <w:sz w:val="24"/>
                <w:szCs w:val="24"/>
              </w:rPr>
              <w:t>Итого по разделу</w:t>
            </w:r>
          </w:p>
        </w:tc>
        <w:tc>
          <w:tcPr>
            <w:tcW w:w="1456" w:type="dxa"/>
            <w:tcMar>
              <w:top w:w="50" w:type="dxa"/>
              <w:left w:w="100" w:type="dxa"/>
            </w:tcMar>
            <w:vAlign w:val="center"/>
          </w:tcPr>
          <w:p w:rsidR="005E3948" w:rsidRPr="007205EF" w:rsidRDefault="005E3948" w:rsidP="007205EF">
            <w:pPr>
              <w:spacing w:after="0"/>
              <w:ind w:left="135"/>
              <w:jc w:val="center"/>
              <w:rPr>
                <w:sz w:val="24"/>
                <w:szCs w:val="24"/>
              </w:rPr>
            </w:pPr>
            <w:r w:rsidRPr="007205EF">
              <w:rPr>
                <w:rFonts w:ascii="Times New Roman" w:hAnsi="Times New Roman"/>
                <w:color w:val="000000"/>
                <w:sz w:val="24"/>
                <w:szCs w:val="24"/>
              </w:rPr>
              <w:t xml:space="preserve"> 19 </w:t>
            </w:r>
          </w:p>
        </w:tc>
        <w:tc>
          <w:tcPr>
            <w:tcW w:w="0" w:type="auto"/>
            <w:gridSpan w:val="3"/>
            <w:tcMar>
              <w:top w:w="50" w:type="dxa"/>
              <w:left w:w="100" w:type="dxa"/>
            </w:tcMar>
            <w:vAlign w:val="center"/>
          </w:tcPr>
          <w:p w:rsidR="005E3948" w:rsidRPr="007205EF" w:rsidRDefault="005E3948" w:rsidP="007205EF">
            <w:pPr>
              <w:rPr>
                <w:sz w:val="24"/>
                <w:szCs w:val="24"/>
              </w:rPr>
            </w:pPr>
          </w:p>
        </w:tc>
      </w:tr>
      <w:tr w:rsidR="005E3948" w:rsidRPr="007205EF" w:rsidTr="007205EF">
        <w:trPr>
          <w:trHeight w:val="144"/>
          <w:tblCellSpacing w:w="20" w:type="nil"/>
        </w:trPr>
        <w:tc>
          <w:tcPr>
            <w:tcW w:w="0" w:type="auto"/>
            <w:gridSpan w:val="6"/>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b/>
                <w:color w:val="000000"/>
                <w:sz w:val="24"/>
                <w:szCs w:val="24"/>
              </w:rPr>
              <w:t>Раздел 2.</w:t>
            </w:r>
            <w:r w:rsidRPr="007205EF">
              <w:rPr>
                <w:rFonts w:ascii="Times New Roman" w:hAnsi="Times New Roman"/>
                <w:color w:val="000000"/>
                <w:sz w:val="24"/>
                <w:szCs w:val="24"/>
              </w:rPr>
              <w:t xml:space="preserve"> </w:t>
            </w:r>
            <w:r w:rsidRPr="007205EF">
              <w:rPr>
                <w:rFonts w:ascii="Times New Roman" w:hAnsi="Times New Roman"/>
                <w:b/>
                <w:color w:val="000000"/>
                <w:sz w:val="24"/>
                <w:szCs w:val="24"/>
              </w:rPr>
              <w:t>Арифметические действия</w:t>
            </w:r>
          </w:p>
        </w:tc>
      </w:tr>
      <w:tr w:rsidR="005E3948" w:rsidRPr="007205EF" w:rsidTr="007205EF">
        <w:trPr>
          <w:trHeight w:val="144"/>
          <w:tblCellSpacing w:w="20" w:type="nil"/>
        </w:trPr>
        <w:tc>
          <w:tcPr>
            <w:tcW w:w="1255" w:type="dxa"/>
            <w:tcMar>
              <w:top w:w="50" w:type="dxa"/>
              <w:left w:w="100" w:type="dxa"/>
            </w:tcMar>
            <w:vAlign w:val="center"/>
          </w:tcPr>
          <w:p w:rsidR="005E3948" w:rsidRPr="007205EF" w:rsidRDefault="005E3948" w:rsidP="007205EF">
            <w:pPr>
              <w:spacing w:after="0"/>
              <w:rPr>
                <w:sz w:val="24"/>
                <w:szCs w:val="24"/>
              </w:rPr>
            </w:pPr>
            <w:r w:rsidRPr="007205EF">
              <w:rPr>
                <w:rFonts w:ascii="Times New Roman" w:hAnsi="Times New Roman"/>
                <w:color w:val="000000"/>
                <w:sz w:val="24"/>
                <w:szCs w:val="24"/>
              </w:rPr>
              <w:t>2.1</w:t>
            </w:r>
          </w:p>
        </w:tc>
        <w:tc>
          <w:tcPr>
            <w:tcW w:w="4699" w:type="dxa"/>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color w:val="000000"/>
                <w:sz w:val="24"/>
                <w:szCs w:val="24"/>
              </w:rPr>
              <w:t>Сложение и вычитание</w:t>
            </w:r>
          </w:p>
        </w:tc>
        <w:tc>
          <w:tcPr>
            <w:tcW w:w="1456" w:type="dxa"/>
            <w:tcMar>
              <w:top w:w="50" w:type="dxa"/>
              <w:left w:w="100" w:type="dxa"/>
            </w:tcMar>
            <w:vAlign w:val="center"/>
          </w:tcPr>
          <w:p w:rsidR="005E3948" w:rsidRPr="007205EF" w:rsidRDefault="005E3948" w:rsidP="007205EF">
            <w:pPr>
              <w:spacing w:after="0"/>
              <w:ind w:left="135"/>
              <w:jc w:val="center"/>
              <w:rPr>
                <w:sz w:val="24"/>
                <w:szCs w:val="24"/>
              </w:rPr>
            </w:pPr>
            <w:r w:rsidRPr="007205EF">
              <w:rPr>
                <w:rFonts w:ascii="Times New Roman" w:hAnsi="Times New Roman"/>
                <w:color w:val="000000"/>
                <w:sz w:val="24"/>
                <w:szCs w:val="24"/>
              </w:rPr>
              <w:t xml:space="preserve"> 19 </w:t>
            </w:r>
          </w:p>
        </w:tc>
        <w:tc>
          <w:tcPr>
            <w:tcW w:w="1841" w:type="dxa"/>
            <w:tcMar>
              <w:top w:w="50" w:type="dxa"/>
              <w:left w:w="100" w:type="dxa"/>
            </w:tcMar>
            <w:vAlign w:val="center"/>
          </w:tcPr>
          <w:p w:rsidR="005E3948" w:rsidRPr="007205EF" w:rsidRDefault="005E3948" w:rsidP="007205EF">
            <w:pPr>
              <w:spacing w:after="0"/>
              <w:ind w:left="135"/>
              <w:jc w:val="center"/>
              <w:rPr>
                <w:sz w:val="24"/>
                <w:szCs w:val="24"/>
              </w:rPr>
            </w:pPr>
          </w:p>
        </w:tc>
        <w:tc>
          <w:tcPr>
            <w:tcW w:w="1910" w:type="dxa"/>
            <w:tcMar>
              <w:top w:w="50" w:type="dxa"/>
              <w:left w:w="100" w:type="dxa"/>
            </w:tcMar>
            <w:vAlign w:val="center"/>
          </w:tcPr>
          <w:p w:rsidR="005E3948" w:rsidRPr="007205EF" w:rsidRDefault="005E3948" w:rsidP="007205EF">
            <w:pPr>
              <w:spacing w:after="0"/>
              <w:ind w:left="135"/>
              <w:jc w:val="center"/>
              <w:rPr>
                <w:sz w:val="24"/>
                <w:szCs w:val="24"/>
              </w:rPr>
            </w:pPr>
          </w:p>
        </w:tc>
        <w:tc>
          <w:tcPr>
            <w:tcW w:w="2671" w:type="dxa"/>
            <w:tcMar>
              <w:top w:w="50" w:type="dxa"/>
              <w:left w:w="100" w:type="dxa"/>
            </w:tcMar>
          </w:tcPr>
          <w:p w:rsidR="005E3948" w:rsidRPr="007205EF" w:rsidRDefault="008E75F7" w:rsidP="007205EF">
            <w:pPr>
              <w:rPr>
                <w:sz w:val="24"/>
                <w:szCs w:val="24"/>
              </w:rPr>
            </w:pPr>
            <w:hyperlink r:id="rId34">
              <w:r w:rsidR="005E3948" w:rsidRPr="007205EF">
                <w:rPr>
                  <w:rFonts w:ascii="Times New Roman" w:hAnsi="Times New Roman"/>
                  <w:color w:val="0000FF"/>
                  <w:sz w:val="24"/>
                  <w:szCs w:val="24"/>
                  <w:u w:val="single"/>
                </w:rPr>
                <w:t>https://education.yandex.ru</w:t>
              </w:r>
            </w:hyperlink>
            <w:r w:rsidR="005E3948" w:rsidRPr="007205EF">
              <w:rPr>
                <w:rFonts w:ascii="Times New Roman" w:hAnsi="Times New Roman"/>
                <w:color w:val="000000"/>
                <w:sz w:val="24"/>
                <w:szCs w:val="24"/>
              </w:rPr>
              <w:t xml:space="preserve"> </w:t>
            </w:r>
            <w:hyperlink r:id="rId35">
              <w:r w:rsidR="005E3948" w:rsidRPr="007205EF">
                <w:rPr>
                  <w:rFonts w:ascii="Times New Roman" w:hAnsi="Times New Roman"/>
                  <w:color w:val="0000FF"/>
                  <w:sz w:val="24"/>
                  <w:szCs w:val="24"/>
                  <w:u w:val="single"/>
                </w:rPr>
                <w:t>https://uchi.ru</w:t>
              </w:r>
            </w:hyperlink>
          </w:p>
        </w:tc>
      </w:tr>
      <w:tr w:rsidR="005E3948" w:rsidRPr="007205EF" w:rsidTr="007205EF">
        <w:trPr>
          <w:trHeight w:val="144"/>
          <w:tblCellSpacing w:w="20" w:type="nil"/>
        </w:trPr>
        <w:tc>
          <w:tcPr>
            <w:tcW w:w="1255" w:type="dxa"/>
            <w:tcMar>
              <w:top w:w="50" w:type="dxa"/>
              <w:left w:w="100" w:type="dxa"/>
            </w:tcMar>
            <w:vAlign w:val="center"/>
          </w:tcPr>
          <w:p w:rsidR="005E3948" w:rsidRPr="007205EF" w:rsidRDefault="005E3948" w:rsidP="007205EF">
            <w:pPr>
              <w:spacing w:after="0"/>
              <w:rPr>
                <w:sz w:val="24"/>
                <w:szCs w:val="24"/>
              </w:rPr>
            </w:pPr>
            <w:r w:rsidRPr="007205EF">
              <w:rPr>
                <w:rFonts w:ascii="Times New Roman" w:hAnsi="Times New Roman"/>
                <w:color w:val="000000"/>
                <w:sz w:val="24"/>
                <w:szCs w:val="24"/>
              </w:rPr>
              <w:t>2.2</w:t>
            </w:r>
          </w:p>
        </w:tc>
        <w:tc>
          <w:tcPr>
            <w:tcW w:w="4699" w:type="dxa"/>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color w:val="000000"/>
                <w:sz w:val="24"/>
                <w:szCs w:val="24"/>
              </w:rPr>
              <w:t>Умножение и деление</w:t>
            </w:r>
          </w:p>
        </w:tc>
        <w:tc>
          <w:tcPr>
            <w:tcW w:w="1456" w:type="dxa"/>
            <w:tcMar>
              <w:top w:w="50" w:type="dxa"/>
              <w:left w:w="100" w:type="dxa"/>
            </w:tcMar>
            <w:vAlign w:val="center"/>
          </w:tcPr>
          <w:p w:rsidR="005E3948" w:rsidRPr="007205EF" w:rsidRDefault="005E3948" w:rsidP="007205EF">
            <w:pPr>
              <w:spacing w:after="0"/>
              <w:ind w:left="135"/>
              <w:jc w:val="center"/>
              <w:rPr>
                <w:sz w:val="24"/>
                <w:szCs w:val="24"/>
              </w:rPr>
            </w:pPr>
            <w:r w:rsidRPr="007205EF">
              <w:rPr>
                <w:rFonts w:ascii="Times New Roman" w:hAnsi="Times New Roman"/>
                <w:color w:val="000000"/>
                <w:sz w:val="24"/>
                <w:szCs w:val="24"/>
              </w:rPr>
              <w:t xml:space="preserve"> 25 </w:t>
            </w:r>
          </w:p>
        </w:tc>
        <w:tc>
          <w:tcPr>
            <w:tcW w:w="1841" w:type="dxa"/>
            <w:tcMar>
              <w:top w:w="50" w:type="dxa"/>
              <w:left w:w="100" w:type="dxa"/>
            </w:tcMar>
            <w:vAlign w:val="center"/>
          </w:tcPr>
          <w:p w:rsidR="005E3948" w:rsidRPr="007205EF" w:rsidRDefault="005E3948" w:rsidP="007205EF">
            <w:pPr>
              <w:spacing w:after="0"/>
              <w:ind w:left="135"/>
              <w:jc w:val="center"/>
              <w:rPr>
                <w:sz w:val="24"/>
                <w:szCs w:val="24"/>
              </w:rPr>
            </w:pPr>
          </w:p>
        </w:tc>
        <w:tc>
          <w:tcPr>
            <w:tcW w:w="1910" w:type="dxa"/>
            <w:tcMar>
              <w:top w:w="50" w:type="dxa"/>
              <w:left w:w="100" w:type="dxa"/>
            </w:tcMar>
            <w:vAlign w:val="center"/>
          </w:tcPr>
          <w:p w:rsidR="005E3948" w:rsidRPr="007205EF" w:rsidRDefault="005E3948" w:rsidP="007205EF">
            <w:pPr>
              <w:spacing w:after="0"/>
              <w:ind w:left="135"/>
              <w:jc w:val="center"/>
              <w:rPr>
                <w:sz w:val="24"/>
                <w:szCs w:val="24"/>
              </w:rPr>
            </w:pPr>
          </w:p>
        </w:tc>
        <w:tc>
          <w:tcPr>
            <w:tcW w:w="2671" w:type="dxa"/>
            <w:tcMar>
              <w:top w:w="50" w:type="dxa"/>
              <w:left w:w="100" w:type="dxa"/>
            </w:tcMar>
          </w:tcPr>
          <w:p w:rsidR="005E3948" w:rsidRPr="007205EF" w:rsidRDefault="008E75F7" w:rsidP="007205EF">
            <w:pPr>
              <w:rPr>
                <w:sz w:val="24"/>
                <w:szCs w:val="24"/>
              </w:rPr>
            </w:pPr>
            <w:hyperlink r:id="rId36">
              <w:r w:rsidR="005E3948" w:rsidRPr="007205EF">
                <w:rPr>
                  <w:rFonts w:ascii="Times New Roman" w:hAnsi="Times New Roman"/>
                  <w:color w:val="0000FF"/>
                  <w:sz w:val="24"/>
                  <w:szCs w:val="24"/>
                  <w:u w:val="single"/>
                </w:rPr>
                <w:t>https://education.yandex.ru</w:t>
              </w:r>
            </w:hyperlink>
            <w:r w:rsidR="005E3948" w:rsidRPr="007205EF">
              <w:rPr>
                <w:rFonts w:ascii="Times New Roman" w:hAnsi="Times New Roman"/>
                <w:color w:val="000000"/>
                <w:sz w:val="24"/>
                <w:szCs w:val="24"/>
              </w:rPr>
              <w:t xml:space="preserve"> </w:t>
            </w:r>
            <w:hyperlink r:id="rId37">
              <w:r w:rsidR="005E3948" w:rsidRPr="007205EF">
                <w:rPr>
                  <w:rFonts w:ascii="Times New Roman" w:hAnsi="Times New Roman"/>
                  <w:color w:val="0000FF"/>
                  <w:sz w:val="24"/>
                  <w:szCs w:val="24"/>
                  <w:u w:val="single"/>
                </w:rPr>
                <w:t>https://uchi.ru</w:t>
              </w:r>
            </w:hyperlink>
          </w:p>
        </w:tc>
      </w:tr>
      <w:tr w:rsidR="005E3948" w:rsidRPr="007205EF" w:rsidTr="007205EF">
        <w:trPr>
          <w:trHeight w:val="144"/>
          <w:tblCellSpacing w:w="20" w:type="nil"/>
        </w:trPr>
        <w:tc>
          <w:tcPr>
            <w:tcW w:w="1255" w:type="dxa"/>
            <w:tcMar>
              <w:top w:w="50" w:type="dxa"/>
              <w:left w:w="100" w:type="dxa"/>
            </w:tcMar>
            <w:vAlign w:val="center"/>
          </w:tcPr>
          <w:p w:rsidR="005E3948" w:rsidRPr="007205EF" w:rsidRDefault="005E3948" w:rsidP="007205EF">
            <w:pPr>
              <w:spacing w:after="0"/>
              <w:rPr>
                <w:sz w:val="24"/>
                <w:szCs w:val="24"/>
              </w:rPr>
            </w:pPr>
            <w:r w:rsidRPr="007205EF">
              <w:rPr>
                <w:rFonts w:ascii="Times New Roman" w:hAnsi="Times New Roman"/>
                <w:color w:val="000000"/>
                <w:sz w:val="24"/>
                <w:szCs w:val="24"/>
              </w:rPr>
              <w:t>2.3</w:t>
            </w:r>
          </w:p>
        </w:tc>
        <w:tc>
          <w:tcPr>
            <w:tcW w:w="4699" w:type="dxa"/>
            <w:tcMar>
              <w:top w:w="50" w:type="dxa"/>
              <w:left w:w="100" w:type="dxa"/>
            </w:tcMar>
            <w:vAlign w:val="center"/>
          </w:tcPr>
          <w:p w:rsidR="005E3948" w:rsidRPr="007205EF" w:rsidRDefault="005E3948" w:rsidP="007205EF">
            <w:pPr>
              <w:spacing w:after="0"/>
              <w:ind w:left="135"/>
              <w:rPr>
                <w:sz w:val="24"/>
                <w:szCs w:val="24"/>
                <w:lang w:val="ru-RU"/>
              </w:rPr>
            </w:pPr>
            <w:r w:rsidRPr="007205EF">
              <w:rPr>
                <w:rFonts w:ascii="Times New Roman" w:hAnsi="Times New Roman"/>
                <w:color w:val="000000"/>
                <w:sz w:val="24"/>
                <w:szCs w:val="24"/>
                <w:lang w:val="ru-RU"/>
              </w:rPr>
              <w:t>Арифметические действия с числами в пределах 100</w:t>
            </w:r>
          </w:p>
        </w:tc>
        <w:tc>
          <w:tcPr>
            <w:tcW w:w="1456" w:type="dxa"/>
            <w:tcMar>
              <w:top w:w="50" w:type="dxa"/>
              <w:left w:w="100" w:type="dxa"/>
            </w:tcMar>
            <w:vAlign w:val="center"/>
          </w:tcPr>
          <w:p w:rsidR="005E3948" w:rsidRPr="007205EF" w:rsidRDefault="005E3948" w:rsidP="007205EF">
            <w:pPr>
              <w:spacing w:after="0"/>
              <w:ind w:left="135"/>
              <w:jc w:val="center"/>
              <w:rPr>
                <w:sz w:val="24"/>
                <w:szCs w:val="24"/>
              </w:rPr>
            </w:pPr>
            <w:r w:rsidRPr="007205EF">
              <w:rPr>
                <w:rFonts w:ascii="Times New Roman" w:hAnsi="Times New Roman"/>
                <w:color w:val="000000"/>
                <w:sz w:val="24"/>
                <w:szCs w:val="24"/>
                <w:lang w:val="ru-RU"/>
              </w:rPr>
              <w:t xml:space="preserve"> </w:t>
            </w:r>
            <w:r w:rsidRPr="007205EF">
              <w:rPr>
                <w:rFonts w:ascii="Times New Roman" w:hAnsi="Times New Roman"/>
                <w:color w:val="000000"/>
                <w:sz w:val="24"/>
                <w:szCs w:val="24"/>
              </w:rPr>
              <w:t xml:space="preserve">12 </w:t>
            </w:r>
          </w:p>
        </w:tc>
        <w:tc>
          <w:tcPr>
            <w:tcW w:w="1841" w:type="dxa"/>
            <w:tcMar>
              <w:top w:w="50" w:type="dxa"/>
              <w:left w:w="100" w:type="dxa"/>
            </w:tcMar>
            <w:vAlign w:val="center"/>
          </w:tcPr>
          <w:p w:rsidR="005E3948" w:rsidRPr="007205EF" w:rsidRDefault="005E3948" w:rsidP="007205EF">
            <w:pPr>
              <w:spacing w:after="0"/>
              <w:ind w:left="135"/>
              <w:jc w:val="center"/>
              <w:rPr>
                <w:sz w:val="24"/>
                <w:szCs w:val="24"/>
              </w:rPr>
            </w:pPr>
          </w:p>
        </w:tc>
        <w:tc>
          <w:tcPr>
            <w:tcW w:w="1910" w:type="dxa"/>
            <w:tcMar>
              <w:top w:w="50" w:type="dxa"/>
              <w:left w:w="100" w:type="dxa"/>
            </w:tcMar>
            <w:vAlign w:val="center"/>
          </w:tcPr>
          <w:p w:rsidR="005E3948" w:rsidRPr="007205EF" w:rsidRDefault="005E3948" w:rsidP="007205EF">
            <w:pPr>
              <w:spacing w:after="0"/>
              <w:ind w:left="135"/>
              <w:jc w:val="center"/>
              <w:rPr>
                <w:sz w:val="24"/>
                <w:szCs w:val="24"/>
              </w:rPr>
            </w:pPr>
          </w:p>
        </w:tc>
        <w:tc>
          <w:tcPr>
            <w:tcW w:w="2671" w:type="dxa"/>
            <w:tcMar>
              <w:top w:w="50" w:type="dxa"/>
              <w:left w:w="100" w:type="dxa"/>
            </w:tcMar>
            <w:vAlign w:val="center"/>
          </w:tcPr>
          <w:p w:rsidR="005E3948" w:rsidRPr="007205EF" w:rsidRDefault="008E75F7" w:rsidP="007205EF">
            <w:pPr>
              <w:spacing w:after="0"/>
              <w:rPr>
                <w:sz w:val="24"/>
                <w:szCs w:val="24"/>
              </w:rPr>
            </w:pPr>
            <w:hyperlink r:id="rId38">
              <w:r w:rsidR="005E3948" w:rsidRPr="007205EF">
                <w:rPr>
                  <w:rFonts w:ascii="Times New Roman" w:hAnsi="Times New Roman"/>
                  <w:color w:val="0000FF"/>
                  <w:sz w:val="24"/>
                  <w:szCs w:val="24"/>
                  <w:u w:val="single"/>
                </w:rPr>
                <w:t>https://education.yandex.ru</w:t>
              </w:r>
            </w:hyperlink>
            <w:r w:rsidR="005E3948" w:rsidRPr="007205EF">
              <w:rPr>
                <w:rFonts w:ascii="Times New Roman" w:hAnsi="Times New Roman"/>
                <w:color w:val="000000"/>
                <w:sz w:val="24"/>
                <w:szCs w:val="24"/>
              </w:rPr>
              <w:t xml:space="preserve"> </w:t>
            </w:r>
            <w:hyperlink r:id="rId39">
              <w:r w:rsidR="005E3948" w:rsidRPr="007205EF">
                <w:rPr>
                  <w:rFonts w:ascii="Times New Roman" w:hAnsi="Times New Roman"/>
                  <w:color w:val="0000FF"/>
                  <w:sz w:val="24"/>
                  <w:szCs w:val="24"/>
                  <w:u w:val="single"/>
                </w:rPr>
                <w:t>https://uchi.ru</w:t>
              </w:r>
            </w:hyperlink>
          </w:p>
        </w:tc>
      </w:tr>
      <w:tr w:rsidR="005E3948" w:rsidRPr="007205EF" w:rsidTr="007205EF">
        <w:trPr>
          <w:trHeight w:val="144"/>
          <w:tblCellSpacing w:w="20" w:type="nil"/>
        </w:trPr>
        <w:tc>
          <w:tcPr>
            <w:tcW w:w="0" w:type="auto"/>
            <w:gridSpan w:val="2"/>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color w:val="000000"/>
                <w:sz w:val="24"/>
                <w:szCs w:val="24"/>
              </w:rPr>
              <w:t>Итого по разделу</w:t>
            </w:r>
          </w:p>
        </w:tc>
        <w:tc>
          <w:tcPr>
            <w:tcW w:w="1456" w:type="dxa"/>
            <w:tcMar>
              <w:top w:w="50" w:type="dxa"/>
              <w:left w:w="100" w:type="dxa"/>
            </w:tcMar>
            <w:vAlign w:val="center"/>
          </w:tcPr>
          <w:p w:rsidR="005E3948" w:rsidRPr="007205EF" w:rsidRDefault="005E3948" w:rsidP="007205EF">
            <w:pPr>
              <w:spacing w:after="0"/>
              <w:ind w:left="135"/>
              <w:jc w:val="center"/>
              <w:rPr>
                <w:sz w:val="24"/>
                <w:szCs w:val="24"/>
              </w:rPr>
            </w:pPr>
            <w:r w:rsidRPr="007205EF">
              <w:rPr>
                <w:rFonts w:ascii="Times New Roman" w:hAnsi="Times New Roman"/>
                <w:color w:val="000000"/>
                <w:sz w:val="24"/>
                <w:szCs w:val="24"/>
              </w:rPr>
              <w:t xml:space="preserve"> 56 </w:t>
            </w:r>
          </w:p>
        </w:tc>
        <w:tc>
          <w:tcPr>
            <w:tcW w:w="0" w:type="auto"/>
            <w:gridSpan w:val="3"/>
            <w:tcMar>
              <w:top w:w="50" w:type="dxa"/>
              <w:left w:w="100" w:type="dxa"/>
            </w:tcMar>
            <w:vAlign w:val="center"/>
          </w:tcPr>
          <w:p w:rsidR="005E3948" w:rsidRPr="007205EF" w:rsidRDefault="005E3948" w:rsidP="007205EF">
            <w:pPr>
              <w:rPr>
                <w:sz w:val="24"/>
                <w:szCs w:val="24"/>
              </w:rPr>
            </w:pPr>
          </w:p>
        </w:tc>
      </w:tr>
      <w:tr w:rsidR="005E3948" w:rsidRPr="007205EF" w:rsidTr="007205EF">
        <w:trPr>
          <w:trHeight w:val="144"/>
          <w:tblCellSpacing w:w="20" w:type="nil"/>
        </w:trPr>
        <w:tc>
          <w:tcPr>
            <w:tcW w:w="0" w:type="auto"/>
            <w:gridSpan w:val="6"/>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b/>
                <w:color w:val="000000"/>
                <w:sz w:val="24"/>
                <w:szCs w:val="24"/>
              </w:rPr>
              <w:t>Раздел 3.</w:t>
            </w:r>
            <w:r w:rsidRPr="007205EF">
              <w:rPr>
                <w:rFonts w:ascii="Times New Roman" w:hAnsi="Times New Roman"/>
                <w:color w:val="000000"/>
                <w:sz w:val="24"/>
                <w:szCs w:val="24"/>
              </w:rPr>
              <w:t xml:space="preserve"> </w:t>
            </w:r>
            <w:r w:rsidRPr="007205EF">
              <w:rPr>
                <w:rFonts w:ascii="Times New Roman" w:hAnsi="Times New Roman"/>
                <w:b/>
                <w:color w:val="000000"/>
                <w:sz w:val="24"/>
                <w:szCs w:val="24"/>
              </w:rPr>
              <w:t>Текстовые задачи</w:t>
            </w:r>
          </w:p>
        </w:tc>
      </w:tr>
      <w:tr w:rsidR="005E3948" w:rsidRPr="007205EF" w:rsidTr="007205EF">
        <w:trPr>
          <w:trHeight w:val="144"/>
          <w:tblCellSpacing w:w="20" w:type="nil"/>
        </w:trPr>
        <w:tc>
          <w:tcPr>
            <w:tcW w:w="1255" w:type="dxa"/>
            <w:tcMar>
              <w:top w:w="50" w:type="dxa"/>
              <w:left w:w="100" w:type="dxa"/>
            </w:tcMar>
            <w:vAlign w:val="center"/>
          </w:tcPr>
          <w:p w:rsidR="005E3948" w:rsidRPr="007205EF" w:rsidRDefault="005E3948" w:rsidP="007205EF">
            <w:pPr>
              <w:spacing w:after="0"/>
              <w:rPr>
                <w:sz w:val="24"/>
                <w:szCs w:val="24"/>
              </w:rPr>
            </w:pPr>
            <w:r w:rsidRPr="007205EF">
              <w:rPr>
                <w:rFonts w:ascii="Times New Roman" w:hAnsi="Times New Roman"/>
                <w:color w:val="000000"/>
                <w:sz w:val="24"/>
                <w:szCs w:val="24"/>
              </w:rPr>
              <w:t>3.1</w:t>
            </w:r>
          </w:p>
        </w:tc>
        <w:tc>
          <w:tcPr>
            <w:tcW w:w="4699" w:type="dxa"/>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color w:val="000000"/>
                <w:sz w:val="24"/>
                <w:szCs w:val="24"/>
              </w:rPr>
              <w:t>Текстовые задачи</w:t>
            </w:r>
          </w:p>
        </w:tc>
        <w:tc>
          <w:tcPr>
            <w:tcW w:w="1456" w:type="dxa"/>
            <w:tcMar>
              <w:top w:w="50" w:type="dxa"/>
              <w:left w:w="100" w:type="dxa"/>
            </w:tcMar>
            <w:vAlign w:val="center"/>
          </w:tcPr>
          <w:p w:rsidR="005E3948" w:rsidRPr="007205EF" w:rsidRDefault="005E3948" w:rsidP="007205EF">
            <w:pPr>
              <w:spacing w:after="0"/>
              <w:ind w:left="135"/>
              <w:jc w:val="center"/>
              <w:rPr>
                <w:sz w:val="24"/>
                <w:szCs w:val="24"/>
              </w:rPr>
            </w:pPr>
            <w:r w:rsidRPr="007205EF">
              <w:rPr>
                <w:rFonts w:ascii="Times New Roman" w:hAnsi="Times New Roman"/>
                <w:color w:val="000000"/>
                <w:sz w:val="24"/>
                <w:szCs w:val="24"/>
              </w:rPr>
              <w:t xml:space="preserve"> 11 </w:t>
            </w:r>
          </w:p>
        </w:tc>
        <w:tc>
          <w:tcPr>
            <w:tcW w:w="1841" w:type="dxa"/>
            <w:tcMar>
              <w:top w:w="50" w:type="dxa"/>
              <w:left w:w="100" w:type="dxa"/>
            </w:tcMar>
            <w:vAlign w:val="center"/>
          </w:tcPr>
          <w:p w:rsidR="005E3948" w:rsidRPr="007205EF" w:rsidRDefault="005E3948" w:rsidP="007205EF">
            <w:pPr>
              <w:spacing w:after="0"/>
              <w:ind w:left="135"/>
              <w:jc w:val="center"/>
              <w:rPr>
                <w:sz w:val="24"/>
                <w:szCs w:val="24"/>
              </w:rPr>
            </w:pPr>
          </w:p>
        </w:tc>
        <w:tc>
          <w:tcPr>
            <w:tcW w:w="1910" w:type="dxa"/>
            <w:tcMar>
              <w:top w:w="50" w:type="dxa"/>
              <w:left w:w="100" w:type="dxa"/>
            </w:tcMar>
            <w:vAlign w:val="center"/>
          </w:tcPr>
          <w:p w:rsidR="005E3948" w:rsidRPr="007205EF" w:rsidRDefault="005E3948" w:rsidP="007205EF">
            <w:pPr>
              <w:spacing w:after="0"/>
              <w:ind w:left="135"/>
              <w:jc w:val="center"/>
              <w:rPr>
                <w:sz w:val="24"/>
                <w:szCs w:val="24"/>
              </w:rPr>
            </w:pPr>
          </w:p>
        </w:tc>
        <w:tc>
          <w:tcPr>
            <w:tcW w:w="2671" w:type="dxa"/>
            <w:tcMar>
              <w:top w:w="50" w:type="dxa"/>
              <w:left w:w="100" w:type="dxa"/>
            </w:tcMar>
            <w:vAlign w:val="center"/>
          </w:tcPr>
          <w:p w:rsidR="005E3948" w:rsidRPr="007205EF" w:rsidRDefault="008E75F7" w:rsidP="007205EF">
            <w:pPr>
              <w:spacing w:after="0"/>
              <w:rPr>
                <w:sz w:val="24"/>
                <w:szCs w:val="24"/>
              </w:rPr>
            </w:pPr>
            <w:hyperlink r:id="rId40">
              <w:r w:rsidR="005E3948" w:rsidRPr="007205EF">
                <w:rPr>
                  <w:rFonts w:ascii="Times New Roman" w:hAnsi="Times New Roman"/>
                  <w:color w:val="0000FF"/>
                  <w:sz w:val="24"/>
                  <w:szCs w:val="24"/>
                  <w:u w:val="single"/>
                </w:rPr>
                <w:t>https://education.yandex.ru</w:t>
              </w:r>
            </w:hyperlink>
            <w:r w:rsidR="005E3948" w:rsidRPr="007205EF">
              <w:rPr>
                <w:rFonts w:ascii="Times New Roman" w:hAnsi="Times New Roman"/>
                <w:color w:val="000000"/>
                <w:sz w:val="24"/>
                <w:szCs w:val="24"/>
              </w:rPr>
              <w:t xml:space="preserve"> </w:t>
            </w:r>
            <w:hyperlink r:id="rId41">
              <w:r w:rsidR="005E3948" w:rsidRPr="007205EF">
                <w:rPr>
                  <w:rFonts w:ascii="Times New Roman" w:hAnsi="Times New Roman"/>
                  <w:color w:val="0000FF"/>
                  <w:sz w:val="24"/>
                  <w:szCs w:val="24"/>
                  <w:u w:val="single"/>
                </w:rPr>
                <w:t>https://uchi.ru</w:t>
              </w:r>
            </w:hyperlink>
          </w:p>
        </w:tc>
      </w:tr>
      <w:tr w:rsidR="005E3948" w:rsidRPr="007205EF" w:rsidTr="007205EF">
        <w:trPr>
          <w:trHeight w:val="144"/>
          <w:tblCellSpacing w:w="20" w:type="nil"/>
        </w:trPr>
        <w:tc>
          <w:tcPr>
            <w:tcW w:w="0" w:type="auto"/>
            <w:gridSpan w:val="2"/>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color w:val="000000"/>
                <w:sz w:val="24"/>
                <w:szCs w:val="24"/>
              </w:rPr>
              <w:lastRenderedPageBreak/>
              <w:t>Итого по разделу</w:t>
            </w:r>
          </w:p>
        </w:tc>
        <w:tc>
          <w:tcPr>
            <w:tcW w:w="1456" w:type="dxa"/>
            <w:tcMar>
              <w:top w:w="50" w:type="dxa"/>
              <w:left w:w="100" w:type="dxa"/>
            </w:tcMar>
            <w:vAlign w:val="center"/>
          </w:tcPr>
          <w:p w:rsidR="005E3948" w:rsidRPr="007205EF" w:rsidRDefault="005E3948" w:rsidP="007205EF">
            <w:pPr>
              <w:spacing w:after="0"/>
              <w:ind w:left="135"/>
              <w:jc w:val="center"/>
              <w:rPr>
                <w:sz w:val="24"/>
                <w:szCs w:val="24"/>
              </w:rPr>
            </w:pPr>
            <w:r w:rsidRPr="007205EF">
              <w:rPr>
                <w:rFonts w:ascii="Times New Roman" w:hAnsi="Times New Roman"/>
                <w:color w:val="000000"/>
                <w:sz w:val="24"/>
                <w:szCs w:val="24"/>
              </w:rPr>
              <w:t xml:space="preserve"> 11 </w:t>
            </w:r>
          </w:p>
        </w:tc>
        <w:tc>
          <w:tcPr>
            <w:tcW w:w="0" w:type="auto"/>
            <w:gridSpan w:val="3"/>
            <w:tcMar>
              <w:top w:w="50" w:type="dxa"/>
              <w:left w:w="100" w:type="dxa"/>
            </w:tcMar>
            <w:vAlign w:val="center"/>
          </w:tcPr>
          <w:p w:rsidR="005E3948" w:rsidRPr="007205EF" w:rsidRDefault="005E3948" w:rsidP="007205EF">
            <w:pPr>
              <w:rPr>
                <w:sz w:val="24"/>
                <w:szCs w:val="24"/>
              </w:rPr>
            </w:pPr>
          </w:p>
        </w:tc>
      </w:tr>
      <w:tr w:rsidR="005E3948" w:rsidRPr="008E75F7" w:rsidTr="007205EF">
        <w:trPr>
          <w:trHeight w:val="144"/>
          <w:tblCellSpacing w:w="20" w:type="nil"/>
        </w:trPr>
        <w:tc>
          <w:tcPr>
            <w:tcW w:w="0" w:type="auto"/>
            <w:gridSpan w:val="6"/>
            <w:tcMar>
              <w:top w:w="50" w:type="dxa"/>
              <w:left w:w="100" w:type="dxa"/>
            </w:tcMar>
            <w:vAlign w:val="center"/>
          </w:tcPr>
          <w:p w:rsidR="005E3948" w:rsidRPr="007205EF" w:rsidRDefault="005E3948" w:rsidP="007205EF">
            <w:pPr>
              <w:spacing w:after="0"/>
              <w:ind w:left="135"/>
              <w:rPr>
                <w:sz w:val="24"/>
                <w:szCs w:val="24"/>
                <w:lang w:val="ru-RU"/>
              </w:rPr>
            </w:pPr>
            <w:r w:rsidRPr="007205EF">
              <w:rPr>
                <w:rFonts w:ascii="Times New Roman" w:hAnsi="Times New Roman"/>
                <w:b/>
                <w:color w:val="000000"/>
                <w:sz w:val="24"/>
                <w:szCs w:val="24"/>
                <w:lang w:val="ru-RU"/>
              </w:rPr>
              <w:t>Раздел 4.</w:t>
            </w:r>
            <w:r w:rsidRPr="007205EF">
              <w:rPr>
                <w:rFonts w:ascii="Times New Roman" w:hAnsi="Times New Roman"/>
                <w:color w:val="000000"/>
                <w:sz w:val="24"/>
                <w:szCs w:val="24"/>
                <w:lang w:val="ru-RU"/>
              </w:rPr>
              <w:t xml:space="preserve"> </w:t>
            </w:r>
            <w:r w:rsidRPr="007205EF">
              <w:rPr>
                <w:rFonts w:ascii="Times New Roman" w:hAnsi="Times New Roman"/>
                <w:b/>
                <w:color w:val="000000"/>
                <w:sz w:val="24"/>
                <w:szCs w:val="24"/>
                <w:lang w:val="ru-RU"/>
              </w:rPr>
              <w:t>Пространственные отношения и геометрические фигуры</w:t>
            </w:r>
          </w:p>
        </w:tc>
      </w:tr>
      <w:tr w:rsidR="005E3948" w:rsidRPr="007205EF" w:rsidTr="007205EF">
        <w:trPr>
          <w:trHeight w:val="144"/>
          <w:tblCellSpacing w:w="20" w:type="nil"/>
        </w:trPr>
        <w:tc>
          <w:tcPr>
            <w:tcW w:w="1255" w:type="dxa"/>
            <w:tcMar>
              <w:top w:w="50" w:type="dxa"/>
              <w:left w:w="100" w:type="dxa"/>
            </w:tcMar>
            <w:vAlign w:val="center"/>
          </w:tcPr>
          <w:p w:rsidR="005E3948" w:rsidRPr="007205EF" w:rsidRDefault="005E3948" w:rsidP="007205EF">
            <w:pPr>
              <w:spacing w:after="0"/>
              <w:rPr>
                <w:sz w:val="24"/>
                <w:szCs w:val="24"/>
              </w:rPr>
            </w:pPr>
            <w:r w:rsidRPr="007205EF">
              <w:rPr>
                <w:rFonts w:ascii="Times New Roman" w:hAnsi="Times New Roman"/>
                <w:color w:val="000000"/>
                <w:sz w:val="24"/>
                <w:szCs w:val="24"/>
              </w:rPr>
              <w:t>4.1</w:t>
            </w:r>
          </w:p>
        </w:tc>
        <w:tc>
          <w:tcPr>
            <w:tcW w:w="4699" w:type="dxa"/>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color w:val="000000"/>
                <w:sz w:val="24"/>
                <w:szCs w:val="24"/>
              </w:rPr>
              <w:t>Геометрические фигуры</w:t>
            </w:r>
          </w:p>
        </w:tc>
        <w:tc>
          <w:tcPr>
            <w:tcW w:w="1456" w:type="dxa"/>
            <w:tcMar>
              <w:top w:w="50" w:type="dxa"/>
              <w:left w:w="100" w:type="dxa"/>
            </w:tcMar>
            <w:vAlign w:val="center"/>
          </w:tcPr>
          <w:p w:rsidR="005E3948" w:rsidRPr="007205EF" w:rsidRDefault="005E3948" w:rsidP="007205EF">
            <w:pPr>
              <w:spacing w:after="0"/>
              <w:ind w:left="135"/>
              <w:jc w:val="center"/>
              <w:rPr>
                <w:sz w:val="24"/>
                <w:szCs w:val="24"/>
              </w:rPr>
            </w:pPr>
            <w:r w:rsidRPr="007205EF">
              <w:rPr>
                <w:rFonts w:ascii="Times New Roman" w:hAnsi="Times New Roman"/>
                <w:color w:val="000000"/>
                <w:sz w:val="24"/>
                <w:szCs w:val="24"/>
              </w:rPr>
              <w:t xml:space="preserve"> 10 </w:t>
            </w:r>
          </w:p>
        </w:tc>
        <w:tc>
          <w:tcPr>
            <w:tcW w:w="1841" w:type="dxa"/>
            <w:tcMar>
              <w:top w:w="50" w:type="dxa"/>
              <w:left w:w="100" w:type="dxa"/>
            </w:tcMar>
            <w:vAlign w:val="center"/>
          </w:tcPr>
          <w:p w:rsidR="005E3948" w:rsidRPr="007205EF" w:rsidRDefault="005E3948" w:rsidP="007205EF">
            <w:pPr>
              <w:spacing w:after="0"/>
              <w:ind w:left="135"/>
              <w:jc w:val="center"/>
              <w:rPr>
                <w:sz w:val="24"/>
                <w:szCs w:val="24"/>
              </w:rPr>
            </w:pPr>
          </w:p>
        </w:tc>
        <w:tc>
          <w:tcPr>
            <w:tcW w:w="1910" w:type="dxa"/>
            <w:tcMar>
              <w:top w:w="50" w:type="dxa"/>
              <w:left w:w="100" w:type="dxa"/>
            </w:tcMar>
            <w:vAlign w:val="center"/>
          </w:tcPr>
          <w:p w:rsidR="005E3948" w:rsidRPr="007205EF" w:rsidRDefault="005E3948" w:rsidP="007205EF">
            <w:pPr>
              <w:spacing w:after="0"/>
              <w:ind w:left="135"/>
              <w:jc w:val="center"/>
              <w:rPr>
                <w:sz w:val="24"/>
                <w:szCs w:val="24"/>
              </w:rPr>
            </w:pPr>
          </w:p>
        </w:tc>
        <w:tc>
          <w:tcPr>
            <w:tcW w:w="2671" w:type="dxa"/>
            <w:tcMar>
              <w:top w:w="50" w:type="dxa"/>
              <w:left w:w="100" w:type="dxa"/>
            </w:tcMar>
            <w:vAlign w:val="center"/>
          </w:tcPr>
          <w:p w:rsidR="005E3948" w:rsidRPr="007205EF" w:rsidRDefault="008E75F7" w:rsidP="007205EF">
            <w:pPr>
              <w:spacing w:after="0"/>
              <w:rPr>
                <w:sz w:val="24"/>
                <w:szCs w:val="24"/>
              </w:rPr>
            </w:pPr>
            <w:hyperlink r:id="rId42">
              <w:r w:rsidR="005E3948" w:rsidRPr="007205EF">
                <w:rPr>
                  <w:rFonts w:ascii="Times New Roman" w:hAnsi="Times New Roman"/>
                  <w:color w:val="0000FF"/>
                  <w:sz w:val="24"/>
                  <w:szCs w:val="24"/>
                  <w:u w:val="single"/>
                </w:rPr>
                <w:t>https://education.yandex.ru</w:t>
              </w:r>
            </w:hyperlink>
            <w:r w:rsidR="005E3948" w:rsidRPr="007205EF">
              <w:rPr>
                <w:rFonts w:ascii="Times New Roman" w:hAnsi="Times New Roman"/>
                <w:color w:val="000000"/>
                <w:sz w:val="24"/>
                <w:szCs w:val="24"/>
              </w:rPr>
              <w:t xml:space="preserve"> </w:t>
            </w:r>
            <w:hyperlink r:id="rId43">
              <w:r w:rsidR="005E3948" w:rsidRPr="007205EF">
                <w:rPr>
                  <w:rFonts w:ascii="Times New Roman" w:hAnsi="Times New Roman"/>
                  <w:color w:val="0000FF"/>
                  <w:sz w:val="24"/>
                  <w:szCs w:val="24"/>
                  <w:u w:val="single"/>
                </w:rPr>
                <w:t>https://uchi.ru</w:t>
              </w:r>
            </w:hyperlink>
          </w:p>
        </w:tc>
      </w:tr>
      <w:tr w:rsidR="005E3948" w:rsidRPr="007205EF" w:rsidTr="007205EF">
        <w:trPr>
          <w:trHeight w:val="144"/>
          <w:tblCellSpacing w:w="20" w:type="nil"/>
        </w:trPr>
        <w:tc>
          <w:tcPr>
            <w:tcW w:w="1255" w:type="dxa"/>
            <w:tcMar>
              <w:top w:w="50" w:type="dxa"/>
              <w:left w:w="100" w:type="dxa"/>
            </w:tcMar>
            <w:vAlign w:val="center"/>
          </w:tcPr>
          <w:p w:rsidR="005E3948" w:rsidRPr="007205EF" w:rsidRDefault="005E3948" w:rsidP="007205EF">
            <w:pPr>
              <w:spacing w:after="0"/>
              <w:rPr>
                <w:sz w:val="24"/>
                <w:szCs w:val="24"/>
              </w:rPr>
            </w:pPr>
            <w:r w:rsidRPr="007205EF">
              <w:rPr>
                <w:rFonts w:ascii="Times New Roman" w:hAnsi="Times New Roman"/>
                <w:color w:val="000000"/>
                <w:sz w:val="24"/>
                <w:szCs w:val="24"/>
              </w:rPr>
              <w:t>4.2</w:t>
            </w:r>
          </w:p>
        </w:tc>
        <w:tc>
          <w:tcPr>
            <w:tcW w:w="4699" w:type="dxa"/>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color w:val="000000"/>
                <w:sz w:val="24"/>
                <w:szCs w:val="24"/>
              </w:rPr>
              <w:t>Геометрические величины</w:t>
            </w:r>
          </w:p>
        </w:tc>
        <w:tc>
          <w:tcPr>
            <w:tcW w:w="1456" w:type="dxa"/>
            <w:tcMar>
              <w:top w:w="50" w:type="dxa"/>
              <w:left w:w="100" w:type="dxa"/>
            </w:tcMar>
            <w:vAlign w:val="center"/>
          </w:tcPr>
          <w:p w:rsidR="005E3948" w:rsidRPr="007205EF" w:rsidRDefault="005E3948" w:rsidP="007205EF">
            <w:pPr>
              <w:spacing w:after="0"/>
              <w:ind w:left="135"/>
              <w:jc w:val="center"/>
              <w:rPr>
                <w:sz w:val="24"/>
                <w:szCs w:val="24"/>
              </w:rPr>
            </w:pPr>
            <w:r w:rsidRPr="007205EF">
              <w:rPr>
                <w:rFonts w:ascii="Times New Roman" w:hAnsi="Times New Roman"/>
                <w:color w:val="000000"/>
                <w:sz w:val="24"/>
                <w:szCs w:val="24"/>
              </w:rPr>
              <w:t xml:space="preserve"> 9 </w:t>
            </w:r>
          </w:p>
        </w:tc>
        <w:tc>
          <w:tcPr>
            <w:tcW w:w="1841" w:type="dxa"/>
            <w:tcMar>
              <w:top w:w="50" w:type="dxa"/>
              <w:left w:w="100" w:type="dxa"/>
            </w:tcMar>
            <w:vAlign w:val="center"/>
          </w:tcPr>
          <w:p w:rsidR="005E3948" w:rsidRPr="007205EF" w:rsidRDefault="005E3948" w:rsidP="007205EF">
            <w:pPr>
              <w:spacing w:after="0"/>
              <w:ind w:left="135"/>
              <w:jc w:val="center"/>
              <w:rPr>
                <w:sz w:val="24"/>
                <w:szCs w:val="24"/>
              </w:rPr>
            </w:pPr>
          </w:p>
        </w:tc>
        <w:tc>
          <w:tcPr>
            <w:tcW w:w="1910" w:type="dxa"/>
            <w:tcMar>
              <w:top w:w="50" w:type="dxa"/>
              <w:left w:w="100" w:type="dxa"/>
            </w:tcMar>
            <w:vAlign w:val="center"/>
          </w:tcPr>
          <w:p w:rsidR="005E3948" w:rsidRPr="007205EF" w:rsidRDefault="005E3948" w:rsidP="007205EF">
            <w:pPr>
              <w:spacing w:after="0"/>
              <w:ind w:left="135"/>
              <w:jc w:val="center"/>
              <w:rPr>
                <w:sz w:val="24"/>
                <w:szCs w:val="24"/>
              </w:rPr>
            </w:pPr>
          </w:p>
        </w:tc>
        <w:tc>
          <w:tcPr>
            <w:tcW w:w="2671" w:type="dxa"/>
            <w:tcMar>
              <w:top w:w="50" w:type="dxa"/>
              <w:left w:w="100" w:type="dxa"/>
            </w:tcMar>
            <w:vAlign w:val="center"/>
          </w:tcPr>
          <w:p w:rsidR="005E3948" w:rsidRPr="007205EF" w:rsidRDefault="008E75F7" w:rsidP="007205EF">
            <w:pPr>
              <w:spacing w:after="0"/>
              <w:rPr>
                <w:sz w:val="24"/>
                <w:szCs w:val="24"/>
              </w:rPr>
            </w:pPr>
            <w:hyperlink r:id="rId44">
              <w:r w:rsidR="005E3948" w:rsidRPr="007205EF">
                <w:rPr>
                  <w:rFonts w:ascii="Times New Roman" w:hAnsi="Times New Roman"/>
                  <w:color w:val="0000FF"/>
                  <w:sz w:val="24"/>
                  <w:szCs w:val="24"/>
                  <w:u w:val="single"/>
                </w:rPr>
                <w:t>https://education.yandex.ru</w:t>
              </w:r>
            </w:hyperlink>
            <w:r w:rsidR="005E3948" w:rsidRPr="007205EF">
              <w:rPr>
                <w:rFonts w:ascii="Times New Roman" w:hAnsi="Times New Roman"/>
                <w:color w:val="000000"/>
                <w:sz w:val="24"/>
                <w:szCs w:val="24"/>
              </w:rPr>
              <w:t xml:space="preserve"> </w:t>
            </w:r>
            <w:hyperlink r:id="rId45">
              <w:r w:rsidR="005E3948" w:rsidRPr="007205EF">
                <w:rPr>
                  <w:rFonts w:ascii="Times New Roman" w:hAnsi="Times New Roman"/>
                  <w:color w:val="0000FF"/>
                  <w:sz w:val="24"/>
                  <w:szCs w:val="24"/>
                  <w:u w:val="single"/>
                </w:rPr>
                <w:t>https://uchi.ru</w:t>
              </w:r>
            </w:hyperlink>
          </w:p>
        </w:tc>
      </w:tr>
      <w:tr w:rsidR="005E3948" w:rsidRPr="007205EF" w:rsidTr="007205EF">
        <w:trPr>
          <w:trHeight w:val="144"/>
          <w:tblCellSpacing w:w="20" w:type="nil"/>
        </w:trPr>
        <w:tc>
          <w:tcPr>
            <w:tcW w:w="0" w:type="auto"/>
            <w:gridSpan w:val="2"/>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color w:val="000000"/>
                <w:sz w:val="24"/>
                <w:szCs w:val="24"/>
              </w:rPr>
              <w:t>Итого по разделу</w:t>
            </w:r>
          </w:p>
        </w:tc>
        <w:tc>
          <w:tcPr>
            <w:tcW w:w="1456" w:type="dxa"/>
            <w:tcMar>
              <w:top w:w="50" w:type="dxa"/>
              <w:left w:w="100" w:type="dxa"/>
            </w:tcMar>
            <w:vAlign w:val="center"/>
          </w:tcPr>
          <w:p w:rsidR="005E3948" w:rsidRPr="007205EF" w:rsidRDefault="005E3948" w:rsidP="007205EF">
            <w:pPr>
              <w:spacing w:after="0"/>
              <w:ind w:left="135"/>
              <w:jc w:val="center"/>
              <w:rPr>
                <w:sz w:val="24"/>
                <w:szCs w:val="24"/>
              </w:rPr>
            </w:pPr>
            <w:r w:rsidRPr="007205EF">
              <w:rPr>
                <w:rFonts w:ascii="Times New Roman" w:hAnsi="Times New Roman"/>
                <w:color w:val="000000"/>
                <w:sz w:val="24"/>
                <w:szCs w:val="24"/>
              </w:rPr>
              <w:t xml:space="preserve"> 19 </w:t>
            </w:r>
          </w:p>
        </w:tc>
        <w:tc>
          <w:tcPr>
            <w:tcW w:w="0" w:type="auto"/>
            <w:gridSpan w:val="3"/>
            <w:tcMar>
              <w:top w:w="50" w:type="dxa"/>
              <w:left w:w="100" w:type="dxa"/>
            </w:tcMar>
            <w:vAlign w:val="center"/>
          </w:tcPr>
          <w:p w:rsidR="005E3948" w:rsidRPr="007205EF" w:rsidRDefault="005E3948" w:rsidP="007205EF">
            <w:pPr>
              <w:rPr>
                <w:sz w:val="24"/>
                <w:szCs w:val="24"/>
              </w:rPr>
            </w:pPr>
          </w:p>
        </w:tc>
      </w:tr>
      <w:tr w:rsidR="005E3948" w:rsidRPr="007205EF" w:rsidTr="007205EF">
        <w:trPr>
          <w:trHeight w:val="144"/>
          <w:tblCellSpacing w:w="20" w:type="nil"/>
        </w:trPr>
        <w:tc>
          <w:tcPr>
            <w:tcW w:w="0" w:type="auto"/>
            <w:gridSpan w:val="6"/>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b/>
                <w:color w:val="000000"/>
                <w:sz w:val="24"/>
                <w:szCs w:val="24"/>
              </w:rPr>
              <w:t>Раздел 5.</w:t>
            </w:r>
            <w:r w:rsidRPr="007205EF">
              <w:rPr>
                <w:rFonts w:ascii="Times New Roman" w:hAnsi="Times New Roman"/>
                <w:color w:val="000000"/>
                <w:sz w:val="24"/>
                <w:szCs w:val="24"/>
              </w:rPr>
              <w:t xml:space="preserve"> </w:t>
            </w:r>
            <w:r w:rsidRPr="007205EF">
              <w:rPr>
                <w:rFonts w:ascii="Times New Roman" w:hAnsi="Times New Roman"/>
                <w:b/>
                <w:color w:val="000000"/>
                <w:sz w:val="24"/>
                <w:szCs w:val="24"/>
              </w:rPr>
              <w:t>Математическая информация</w:t>
            </w:r>
          </w:p>
        </w:tc>
      </w:tr>
      <w:tr w:rsidR="005E3948" w:rsidRPr="007205EF" w:rsidTr="007205EF">
        <w:trPr>
          <w:trHeight w:val="144"/>
          <w:tblCellSpacing w:w="20" w:type="nil"/>
        </w:trPr>
        <w:tc>
          <w:tcPr>
            <w:tcW w:w="1255" w:type="dxa"/>
            <w:tcMar>
              <w:top w:w="50" w:type="dxa"/>
              <w:left w:w="100" w:type="dxa"/>
            </w:tcMar>
            <w:vAlign w:val="center"/>
          </w:tcPr>
          <w:p w:rsidR="005E3948" w:rsidRPr="007205EF" w:rsidRDefault="005E3948" w:rsidP="007205EF">
            <w:pPr>
              <w:spacing w:after="0"/>
              <w:rPr>
                <w:sz w:val="24"/>
                <w:szCs w:val="24"/>
              </w:rPr>
            </w:pPr>
            <w:r w:rsidRPr="007205EF">
              <w:rPr>
                <w:rFonts w:ascii="Times New Roman" w:hAnsi="Times New Roman"/>
                <w:color w:val="000000"/>
                <w:sz w:val="24"/>
                <w:szCs w:val="24"/>
              </w:rPr>
              <w:t>5.1</w:t>
            </w:r>
          </w:p>
        </w:tc>
        <w:tc>
          <w:tcPr>
            <w:tcW w:w="4699" w:type="dxa"/>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color w:val="000000"/>
                <w:sz w:val="24"/>
                <w:szCs w:val="24"/>
              </w:rPr>
              <w:t>Математическая информация</w:t>
            </w:r>
          </w:p>
        </w:tc>
        <w:tc>
          <w:tcPr>
            <w:tcW w:w="1456" w:type="dxa"/>
            <w:tcMar>
              <w:top w:w="50" w:type="dxa"/>
              <w:left w:w="100" w:type="dxa"/>
            </w:tcMar>
            <w:vAlign w:val="center"/>
          </w:tcPr>
          <w:p w:rsidR="005E3948" w:rsidRPr="007205EF" w:rsidRDefault="005E3948" w:rsidP="007205EF">
            <w:pPr>
              <w:spacing w:after="0"/>
              <w:ind w:left="135"/>
              <w:jc w:val="center"/>
              <w:rPr>
                <w:sz w:val="24"/>
                <w:szCs w:val="24"/>
              </w:rPr>
            </w:pPr>
            <w:r w:rsidRPr="007205EF">
              <w:rPr>
                <w:rFonts w:ascii="Times New Roman" w:hAnsi="Times New Roman"/>
                <w:color w:val="000000"/>
                <w:sz w:val="24"/>
                <w:szCs w:val="24"/>
              </w:rPr>
              <w:t xml:space="preserve"> 14 </w:t>
            </w:r>
          </w:p>
        </w:tc>
        <w:tc>
          <w:tcPr>
            <w:tcW w:w="1841" w:type="dxa"/>
            <w:tcMar>
              <w:top w:w="50" w:type="dxa"/>
              <w:left w:w="100" w:type="dxa"/>
            </w:tcMar>
            <w:vAlign w:val="center"/>
          </w:tcPr>
          <w:p w:rsidR="005E3948" w:rsidRPr="007205EF" w:rsidRDefault="005E3948" w:rsidP="007205EF">
            <w:pPr>
              <w:spacing w:after="0"/>
              <w:ind w:left="135"/>
              <w:jc w:val="center"/>
              <w:rPr>
                <w:sz w:val="24"/>
                <w:szCs w:val="24"/>
              </w:rPr>
            </w:pPr>
          </w:p>
        </w:tc>
        <w:tc>
          <w:tcPr>
            <w:tcW w:w="1910" w:type="dxa"/>
            <w:tcMar>
              <w:top w:w="50" w:type="dxa"/>
              <w:left w:w="100" w:type="dxa"/>
            </w:tcMar>
            <w:vAlign w:val="center"/>
          </w:tcPr>
          <w:p w:rsidR="005E3948" w:rsidRPr="007205EF" w:rsidRDefault="005E3948" w:rsidP="007205EF">
            <w:pPr>
              <w:spacing w:after="0"/>
              <w:ind w:left="135"/>
              <w:jc w:val="center"/>
              <w:rPr>
                <w:sz w:val="24"/>
                <w:szCs w:val="24"/>
              </w:rPr>
            </w:pPr>
          </w:p>
        </w:tc>
        <w:tc>
          <w:tcPr>
            <w:tcW w:w="2671" w:type="dxa"/>
            <w:tcMar>
              <w:top w:w="50" w:type="dxa"/>
              <w:left w:w="100" w:type="dxa"/>
            </w:tcMar>
            <w:vAlign w:val="center"/>
          </w:tcPr>
          <w:p w:rsidR="005E3948" w:rsidRPr="007205EF" w:rsidRDefault="008E75F7" w:rsidP="007205EF">
            <w:pPr>
              <w:spacing w:after="0"/>
              <w:rPr>
                <w:sz w:val="24"/>
                <w:szCs w:val="24"/>
              </w:rPr>
            </w:pPr>
            <w:hyperlink r:id="rId46">
              <w:r w:rsidR="005E3948" w:rsidRPr="007205EF">
                <w:rPr>
                  <w:rFonts w:ascii="Times New Roman" w:hAnsi="Times New Roman"/>
                  <w:color w:val="0000FF"/>
                  <w:sz w:val="24"/>
                  <w:szCs w:val="24"/>
                  <w:u w:val="single"/>
                </w:rPr>
                <w:t>https://education.yandex.ru</w:t>
              </w:r>
            </w:hyperlink>
            <w:r w:rsidR="005E3948" w:rsidRPr="007205EF">
              <w:rPr>
                <w:rFonts w:ascii="Times New Roman" w:hAnsi="Times New Roman"/>
                <w:color w:val="000000"/>
                <w:sz w:val="24"/>
                <w:szCs w:val="24"/>
              </w:rPr>
              <w:t xml:space="preserve"> </w:t>
            </w:r>
            <w:hyperlink r:id="rId47">
              <w:r w:rsidR="005E3948" w:rsidRPr="007205EF">
                <w:rPr>
                  <w:rFonts w:ascii="Times New Roman" w:hAnsi="Times New Roman"/>
                  <w:color w:val="0000FF"/>
                  <w:sz w:val="24"/>
                  <w:szCs w:val="24"/>
                  <w:u w:val="single"/>
                </w:rPr>
                <w:t>https://uchi.ru</w:t>
              </w:r>
            </w:hyperlink>
          </w:p>
        </w:tc>
      </w:tr>
      <w:tr w:rsidR="005E3948" w:rsidRPr="007205EF" w:rsidTr="007205EF">
        <w:trPr>
          <w:trHeight w:val="144"/>
          <w:tblCellSpacing w:w="20" w:type="nil"/>
        </w:trPr>
        <w:tc>
          <w:tcPr>
            <w:tcW w:w="0" w:type="auto"/>
            <w:gridSpan w:val="2"/>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color w:val="000000"/>
                <w:sz w:val="24"/>
                <w:szCs w:val="24"/>
              </w:rPr>
              <w:t>Итого по разделу</w:t>
            </w:r>
          </w:p>
        </w:tc>
        <w:tc>
          <w:tcPr>
            <w:tcW w:w="1456" w:type="dxa"/>
            <w:tcMar>
              <w:top w:w="50" w:type="dxa"/>
              <w:left w:w="100" w:type="dxa"/>
            </w:tcMar>
            <w:vAlign w:val="center"/>
          </w:tcPr>
          <w:p w:rsidR="005E3948" w:rsidRPr="007205EF" w:rsidRDefault="005E3948" w:rsidP="007205EF">
            <w:pPr>
              <w:spacing w:after="0"/>
              <w:ind w:left="135"/>
              <w:jc w:val="center"/>
              <w:rPr>
                <w:sz w:val="24"/>
                <w:szCs w:val="24"/>
              </w:rPr>
            </w:pPr>
            <w:r w:rsidRPr="007205EF">
              <w:rPr>
                <w:rFonts w:ascii="Times New Roman" w:hAnsi="Times New Roman"/>
                <w:color w:val="000000"/>
                <w:sz w:val="24"/>
                <w:szCs w:val="24"/>
              </w:rPr>
              <w:t xml:space="preserve"> 14 </w:t>
            </w:r>
          </w:p>
        </w:tc>
        <w:tc>
          <w:tcPr>
            <w:tcW w:w="0" w:type="auto"/>
            <w:gridSpan w:val="3"/>
            <w:tcMar>
              <w:top w:w="50" w:type="dxa"/>
              <w:left w:w="100" w:type="dxa"/>
            </w:tcMar>
            <w:vAlign w:val="center"/>
          </w:tcPr>
          <w:p w:rsidR="005E3948" w:rsidRPr="007205EF" w:rsidRDefault="005E3948" w:rsidP="007205EF">
            <w:pPr>
              <w:rPr>
                <w:sz w:val="24"/>
                <w:szCs w:val="24"/>
              </w:rPr>
            </w:pPr>
          </w:p>
        </w:tc>
      </w:tr>
      <w:tr w:rsidR="005E3948" w:rsidRPr="007205EF" w:rsidTr="007205EF">
        <w:trPr>
          <w:trHeight w:val="144"/>
          <w:tblCellSpacing w:w="20" w:type="nil"/>
        </w:trPr>
        <w:tc>
          <w:tcPr>
            <w:tcW w:w="0" w:type="auto"/>
            <w:gridSpan w:val="2"/>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color w:val="000000"/>
                <w:sz w:val="24"/>
                <w:szCs w:val="24"/>
              </w:rPr>
              <w:t>Повторение пройденного материала</w:t>
            </w:r>
          </w:p>
        </w:tc>
        <w:tc>
          <w:tcPr>
            <w:tcW w:w="1456" w:type="dxa"/>
            <w:tcMar>
              <w:top w:w="50" w:type="dxa"/>
              <w:left w:w="100" w:type="dxa"/>
            </w:tcMar>
            <w:vAlign w:val="center"/>
          </w:tcPr>
          <w:p w:rsidR="005E3948" w:rsidRPr="007205EF" w:rsidRDefault="005E3948" w:rsidP="007205EF">
            <w:pPr>
              <w:spacing w:after="0"/>
              <w:ind w:left="135"/>
              <w:jc w:val="center"/>
              <w:rPr>
                <w:sz w:val="24"/>
                <w:szCs w:val="24"/>
              </w:rPr>
            </w:pPr>
            <w:r w:rsidRPr="007205EF">
              <w:rPr>
                <w:rFonts w:ascii="Times New Roman" w:hAnsi="Times New Roman"/>
                <w:color w:val="000000"/>
                <w:sz w:val="24"/>
                <w:szCs w:val="24"/>
              </w:rPr>
              <w:t xml:space="preserve"> 9</w:t>
            </w:r>
          </w:p>
        </w:tc>
        <w:tc>
          <w:tcPr>
            <w:tcW w:w="1841" w:type="dxa"/>
            <w:tcMar>
              <w:top w:w="50" w:type="dxa"/>
              <w:left w:w="100" w:type="dxa"/>
            </w:tcMar>
            <w:vAlign w:val="center"/>
          </w:tcPr>
          <w:p w:rsidR="005E3948" w:rsidRPr="007205EF" w:rsidRDefault="005E3948" w:rsidP="007205EF">
            <w:pPr>
              <w:spacing w:after="0"/>
              <w:ind w:left="135"/>
              <w:jc w:val="center"/>
              <w:rPr>
                <w:sz w:val="24"/>
                <w:szCs w:val="24"/>
              </w:rPr>
            </w:pPr>
          </w:p>
        </w:tc>
        <w:tc>
          <w:tcPr>
            <w:tcW w:w="1910" w:type="dxa"/>
            <w:tcMar>
              <w:top w:w="50" w:type="dxa"/>
              <w:left w:w="100" w:type="dxa"/>
            </w:tcMar>
            <w:vAlign w:val="center"/>
          </w:tcPr>
          <w:p w:rsidR="005E3948" w:rsidRPr="007205EF" w:rsidRDefault="005E3948" w:rsidP="007205EF">
            <w:pPr>
              <w:spacing w:after="0"/>
              <w:ind w:left="135"/>
              <w:jc w:val="center"/>
              <w:rPr>
                <w:sz w:val="24"/>
                <w:szCs w:val="24"/>
              </w:rPr>
            </w:pPr>
          </w:p>
        </w:tc>
        <w:tc>
          <w:tcPr>
            <w:tcW w:w="2671" w:type="dxa"/>
            <w:tcMar>
              <w:top w:w="50" w:type="dxa"/>
              <w:left w:w="100" w:type="dxa"/>
            </w:tcMar>
            <w:vAlign w:val="center"/>
          </w:tcPr>
          <w:p w:rsidR="005E3948" w:rsidRPr="007205EF" w:rsidRDefault="008E75F7" w:rsidP="007205EF">
            <w:pPr>
              <w:spacing w:after="0"/>
              <w:rPr>
                <w:sz w:val="24"/>
                <w:szCs w:val="24"/>
              </w:rPr>
            </w:pPr>
            <w:hyperlink r:id="rId48">
              <w:r w:rsidR="005E3948" w:rsidRPr="007205EF">
                <w:rPr>
                  <w:rFonts w:ascii="Times New Roman" w:hAnsi="Times New Roman"/>
                  <w:color w:val="0000FF"/>
                  <w:sz w:val="24"/>
                  <w:szCs w:val="24"/>
                  <w:u w:val="single"/>
                </w:rPr>
                <w:t>https://education.yandex.ru</w:t>
              </w:r>
            </w:hyperlink>
            <w:r w:rsidR="005E3948" w:rsidRPr="007205EF">
              <w:rPr>
                <w:rFonts w:ascii="Times New Roman" w:hAnsi="Times New Roman"/>
                <w:color w:val="000000"/>
                <w:sz w:val="24"/>
                <w:szCs w:val="24"/>
              </w:rPr>
              <w:t xml:space="preserve"> </w:t>
            </w:r>
            <w:hyperlink r:id="rId49">
              <w:r w:rsidR="005E3948" w:rsidRPr="007205EF">
                <w:rPr>
                  <w:rFonts w:ascii="Times New Roman" w:hAnsi="Times New Roman"/>
                  <w:color w:val="0000FF"/>
                  <w:sz w:val="24"/>
                  <w:szCs w:val="24"/>
                  <w:u w:val="single"/>
                </w:rPr>
                <w:t>https://uchi.ru</w:t>
              </w:r>
            </w:hyperlink>
          </w:p>
        </w:tc>
      </w:tr>
      <w:tr w:rsidR="005E3948" w:rsidRPr="007205EF" w:rsidTr="007205EF">
        <w:trPr>
          <w:trHeight w:val="144"/>
          <w:tblCellSpacing w:w="20" w:type="nil"/>
        </w:trPr>
        <w:tc>
          <w:tcPr>
            <w:tcW w:w="0" w:type="auto"/>
            <w:gridSpan w:val="2"/>
            <w:tcMar>
              <w:top w:w="50" w:type="dxa"/>
              <w:left w:w="100" w:type="dxa"/>
            </w:tcMar>
            <w:vAlign w:val="center"/>
          </w:tcPr>
          <w:p w:rsidR="005E3948" w:rsidRPr="007205EF" w:rsidRDefault="005E3948" w:rsidP="007205EF">
            <w:pPr>
              <w:spacing w:after="0"/>
              <w:ind w:left="135"/>
              <w:rPr>
                <w:sz w:val="24"/>
                <w:szCs w:val="24"/>
                <w:lang w:val="ru-RU"/>
              </w:rPr>
            </w:pPr>
            <w:r w:rsidRPr="007205EF">
              <w:rPr>
                <w:rFonts w:ascii="Times New Roman" w:hAnsi="Times New Roman"/>
                <w:color w:val="000000"/>
                <w:sz w:val="24"/>
                <w:szCs w:val="24"/>
                <w:lang w:val="ru-RU"/>
              </w:rPr>
              <w:t>Итоговый контроль (контрольные работы, проверочные работы, промежуточная аттестация)</w:t>
            </w:r>
          </w:p>
        </w:tc>
        <w:tc>
          <w:tcPr>
            <w:tcW w:w="1456" w:type="dxa"/>
            <w:tcMar>
              <w:top w:w="50" w:type="dxa"/>
              <w:left w:w="100" w:type="dxa"/>
            </w:tcMar>
            <w:vAlign w:val="center"/>
          </w:tcPr>
          <w:p w:rsidR="005E3948" w:rsidRPr="007205EF" w:rsidRDefault="005E3948" w:rsidP="007205EF">
            <w:pPr>
              <w:spacing w:after="0"/>
              <w:ind w:left="135"/>
              <w:jc w:val="center"/>
              <w:rPr>
                <w:sz w:val="24"/>
                <w:szCs w:val="24"/>
              </w:rPr>
            </w:pPr>
            <w:r w:rsidRPr="007205EF">
              <w:rPr>
                <w:rFonts w:ascii="Times New Roman" w:hAnsi="Times New Roman"/>
                <w:color w:val="000000"/>
                <w:sz w:val="24"/>
                <w:szCs w:val="24"/>
                <w:lang w:val="ru-RU"/>
              </w:rPr>
              <w:t>8</w:t>
            </w:r>
          </w:p>
        </w:tc>
        <w:tc>
          <w:tcPr>
            <w:tcW w:w="1841" w:type="dxa"/>
            <w:tcMar>
              <w:top w:w="50" w:type="dxa"/>
              <w:left w:w="100" w:type="dxa"/>
            </w:tcMar>
            <w:vAlign w:val="center"/>
          </w:tcPr>
          <w:p w:rsidR="005E3948" w:rsidRPr="007205EF" w:rsidRDefault="005E3948" w:rsidP="007205EF">
            <w:pPr>
              <w:spacing w:after="0"/>
              <w:ind w:left="135"/>
              <w:jc w:val="center"/>
              <w:rPr>
                <w:sz w:val="24"/>
                <w:szCs w:val="24"/>
              </w:rPr>
            </w:pPr>
            <w:r w:rsidRPr="007205EF">
              <w:rPr>
                <w:rFonts w:ascii="Times New Roman" w:hAnsi="Times New Roman"/>
                <w:color w:val="000000"/>
                <w:sz w:val="24"/>
                <w:szCs w:val="24"/>
                <w:lang w:val="ru-RU"/>
              </w:rPr>
              <w:t>8</w:t>
            </w:r>
          </w:p>
        </w:tc>
        <w:tc>
          <w:tcPr>
            <w:tcW w:w="1910" w:type="dxa"/>
            <w:tcMar>
              <w:top w:w="50" w:type="dxa"/>
              <w:left w:w="100" w:type="dxa"/>
            </w:tcMar>
            <w:vAlign w:val="center"/>
          </w:tcPr>
          <w:p w:rsidR="005E3948" w:rsidRPr="007205EF" w:rsidRDefault="005E3948" w:rsidP="007205EF">
            <w:pPr>
              <w:spacing w:after="0"/>
              <w:ind w:left="135"/>
              <w:jc w:val="center"/>
              <w:rPr>
                <w:sz w:val="24"/>
                <w:szCs w:val="24"/>
              </w:rPr>
            </w:pPr>
          </w:p>
        </w:tc>
        <w:tc>
          <w:tcPr>
            <w:tcW w:w="2671" w:type="dxa"/>
            <w:tcMar>
              <w:top w:w="50" w:type="dxa"/>
              <w:left w:w="100" w:type="dxa"/>
            </w:tcMar>
            <w:vAlign w:val="center"/>
          </w:tcPr>
          <w:p w:rsidR="005E3948" w:rsidRPr="007205EF" w:rsidRDefault="008E75F7" w:rsidP="007205EF">
            <w:pPr>
              <w:spacing w:after="0"/>
              <w:rPr>
                <w:sz w:val="24"/>
                <w:szCs w:val="24"/>
              </w:rPr>
            </w:pPr>
            <w:hyperlink r:id="rId50">
              <w:r w:rsidR="005E3948" w:rsidRPr="007205EF">
                <w:rPr>
                  <w:rFonts w:ascii="Times New Roman" w:hAnsi="Times New Roman"/>
                  <w:color w:val="0000FF"/>
                  <w:sz w:val="24"/>
                  <w:szCs w:val="24"/>
                  <w:u w:val="single"/>
                </w:rPr>
                <w:t>https://education.yandex.ru</w:t>
              </w:r>
            </w:hyperlink>
            <w:r w:rsidR="005E3948" w:rsidRPr="007205EF">
              <w:rPr>
                <w:rFonts w:ascii="Times New Roman" w:hAnsi="Times New Roman"/>
                <w:color w:val="000000"/>
                <w:sz w:val="24"/>
                <w:szCs w:val="24"/>
              </w:rPr>
              <w:t xml:space="preserve"> </w:t>
            </w:r>
            <w:hyperlink r:id="rId51">
              <w:r w:rsidR="005E3948" w:rsidRPr="007205EF">
                <w:rPr>
                  <w:rFonts w:ascii="Times New Roman" w:hAnsi="Times New Roman"/>
                  <w:color w:val="0000FF"/>
                  <w:sz w:val="24"/>
                  <w:szCs w:val="24"/>
                  <w:u w:val="single"/>
                </w:rPr>
                <w:t>https://uchi.ru</w:t>
              </w:r>
            </w:hyperlink>
          </w:p>
        </w:tc>
      </w:tr>
      <w:tr w:rsidR="005E3948" w:rsidRPr="007205EF" w:rsidTr="007205EF">
        <w:trPr>
          <w:trHeight w:val="144"/>
          <w:tblCellSpacing w:w="20" w:type="nil"/>
        </w:trPr>
        <w:tc>
          <w:tcPr>
            <w:tcW w:w="0" w:type="auto"/>
            <w:gridSpan w:val="2"/>
            <w:tcMar>
              <w:top w:w="50" w:type="dxa"/>
              <w:left w:w="100" w:type="dxa"/>
            </w:tcMar>
            <w:vAlign w:val="center"/>
          </w:tcPr>
          <w:p w:rsidR="005E3948" w:rsidRPr="007205EF" w:rsidRDefault="005E3948" w:rsidP="007205EF">
            <w:pPr>
              <w:spacing w:after="0"/>
              <w:ind w:left="135"/>
              <w:rPr>
                <w:sz w:val="24"/>
                <w:szCs w:val="24"/>
                <w:lang w:val="ru-RU"/>
              </w:rPr>
            </w:pPr>
            <w:r w:rsidRPr="007205EF">
              <w:rPr>
                <w:rFonts w:ascii="Times New Roman" w:hAnsi="Times New Roman"/>
                <w:color w:val="000000"/>
                <w:sz w:val="24"/>
                <w:szCs w:val="24"/>
                <w:lang w:val="ru-RU"/>
              </w:rPr>
              <w:t>ОБЩЕЕ КОЛИЧЕСТВО ЧАСОВ ПО ПРОГРАММЕ</w:t>
            </w:r>
          </w:p>
        </w:tc>
        <w:tc>
          <w:tcPr>
            <w:tcW w:w="1456" w:type="dxa"/>
            <w:tcMar>
              <w:top w:w="50" w:type="dxa"/>
              <w:left w:w="100" w:type="dxa"/>
            </w:tcMar>
            <w:vAlign w:val="center"/>
          </w:tcPr>
          <w:p w:rsidR="005E3948" w:rsidRPr="007205EF" w:rsidRDefault="005E3948" w:rsidP="007205EF">
            <w:pPr>
              <w:spacing w:after="0"/>
              <w:ind w:left="135"/>
              <w:jc w:val="center"/>
              <w:rPr>
                <w:sz w:val="24"/>
                <w:szCs w:val="24"/>
              </w:rPr>
            </w:pPr>
            <w:r w:rsidRPr="007205EF">
              <w:rPr>
                <w:rFonts w:ascii="Times New Roman" w:hAnsi="Times New Roman"/>
                <w:color w:val="000000"/>
                <w:sz w:val="24"/>
                <w:szCs w:val="24"/>
                <w:lang w:val="ru-RU"/>
              </w:rPr>
              <w:t xml:space="preserve"> </w:t>
            </w:r>
            <w:r w:rsidRPr="007205EF">
              <w:rPr>
                <w:rFonts w:ascii="Times New Roman" w:hAnsi="Times New Roman"/>
                <w:color w:val="000000"/>
                <w:sz w:val="24"/>
                <w:szCs w:val="24"/>
              </w:rPr>
              <w:t xml:space="preserve">136 </w:t>
            </w:r>
          </w:p>
        </w:tc>
        <w:tc>
          <w:tcPr>
            <w:tcW w:w="1841" w:type="dxa"/>
            <w:tcMar>
              <w:top w:w="50" w:type="dxa"/>
              <w:left w:w="100" w:type="dxa"/>
            </w:tcMar>
            <w:vAlign w:val="center"/>
          </w:tcPr>
          <w:p w:rsidR="005E3948" w:rsidRPr="007205EF" w:rsidRDefault="005E3948" w:rsidP="007205EF">
            <w:pPr>
              <w:spacing w:after="0"/>
              <w:ind w:left="135"/>
              <w:jc w:val="center"/>
              <w:rPr>
                <w:sz w:val="24"/>
                <w:szCs w:val="24"/>
              </w:rPr>
            </w:pPr>
            <w:r w:rsidRPr="007205EF">
              <w:rPr>
                <w:rFonts w:ascii="Times New Roman" w:hAnsi="Times New Roman"/>
                <w:color w:val="000000"/>
                <w:sz w:val="24"/>
                <w:szCs w:val="24"/>
              </w:rPr>
              <w:t xml:space="preserve"> 8</w:t>
            </w:r>
          </w:p>
        </w:tc>
        <w:tc>
          <w:tcPr>
            <w:tcW w:w="1910" w:type="dxa"/>
            <w:tcMar>
              <w:top w:w="50" w:type="dxa"/>
              <w:left w:w="100" w:type="dxa"/>
            </w:tcMar>
            <w:vAlign w:val="center"/>
          </w:tcPr>
          <w:p w:rsidR="005E3948" w:rsidRPr="007205EF" w:rsidRDefault="005E3948" w:rsidP="007205EF">
            <w:pPr>
              <w:spacing w:after="0"/>
              <w:ind w:left="135"/>
              <w:jc w:val="center"/>
              <w:rPr>
                <w:sz w:val="24"/>
                <w:szCs w:val="24"/>
              </w:rPr>
            </w:pPr>
            <w:r w:rsidRPr="007205EF">
              <w:rPr>
                <w:rFonts w:ascii="Times New Roman" w:hAnsi="Times New Roman"/>
                <w:color w:val="000000"/>
                <w:sz w:val="24"/>
                <w:szCs w:val="24"/>
              </w:rPr>
              <w:t xml:space="preserve"> 0 </w:t>
            </w:r>
          </w:p>
        </w:tc>
        <w:tc>
          <w:tcPr>
            <w:tcW w:w="2671" w:type="dxa"/>
            <w:tcMar>
              <w:top w:w="50" w:type="dxa"/>
              <w:left w:w="100" w:type="dxa"/>
            </w:tcMar>
            <w:vAlign w:val="center"/>
          </w:tcPr>
          <w:p w:rsidR="005E3948" w:rsidRPr="007205EF" w:rsidRDefault="005E3948" w:rsidP="007205EF">
            <w:pPr>
              <w:rPr>
                <w:sz w:val="24"/>
                <w:szCs w:val="24"/>
              </w:rPr>
            </w:pPr>
          </w:p>
        </w:tc>
      </w:tr>
    </w:tbl>
    <w:p w:rsidR="005E3948" w:rsidRPr="007205EF" w:rsidRDefault="005E3948" w:rsidP="005E3948">
      <w:pPr>
        <w:rPr>
          <w:sz w:val="24"/>
          <w:szCs w:val="24"/>
        </w:rPr>
        <w:sectPr w:rsidR="005E3948" w:rsidRPr="007205EF">
          <w:pgSz w:w="16383" w:h="11906" w:orient="landscape"/>
          <w:pgMar w:top="1134" w:right="850" w:bottom="1134" w:left="1701" w:header="720" w:footer="720" w:gutter="0"/>
          <w:cols w:space="720"/>
        </w:sectPr>
      </w:pPr>
    </w:p>
    <w:p w:rsidR="005E3948" w:rsidRPr="007205EF" w:rsidRDefault="005E3948" w:rsidP="005E3948">
      <w:pPr>
        <w:spacing w:after="0"/>
        <w:ind w:left="120"/>
        <w:rPr>
          <w:sz w:val="24"/>
          <w:szCs w:val="24"/>
        </w:rPr>
      </w:pPr>
      <w:r w:rsidRPr="007205EF">
        <w:rPr>
          <w:rFonts w:ascii="Times New Roman" w:hAnsi="Times New Roman"/>
          <w:b/>
          <w:color w:val="000000"/>
          <w:sz w:val="24"/>
          <w:szCs w:val="24"/>
        </w:rPr>
        <w:lastRenderedPageBreak/>
        <w:t xml:space="preserve"> </w:t>
      </w:r>
      <w:proofErr w:type="gramStart"/>
      <w:r w:rsidRPr="007205EF">
        <w:rPr>
          <w:rFonts w:ascii="Times New Roman" w:hAnsi="Times New Roman"/>
          <w:b/>
          <w:color w:val="000000"/>
          <w:sz w:val="24"/>
          <w:szCs w:val="24"/>
        </w:rPr>
        <w:t>3</w:t>
      </w:r>
      <w:proofErr w:type="gramEnd"/>
      <w:r w:rsidRPr="007205EF">
        <w:rPr>
          <w:rFonts w:ascii="Times New Roman" w:hAnsi="Times New Roman"/>
          <w:b/>
          <w:color w:val="000000"/>
          <w:sz w:val="24"/>
          <w:szCs w:val="24"/>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76"/>
        <w:gridCol w:w="4448"/>
        <w:gridCol w:w="1107"/>
        <w:gridCol w:w="1841"/>
        <w:gridCol w:w="1910"/>
        <w:gridCol w:w="3250"/>
      </w:tblGrid>
      <w:tr w:rsidR="005E3948" w:rsidRPr="007205EF" w:rsidTr="007205EF">
        <w:trPr>
          <w:trHeight w:val="144"/>
          <w:tblCellSpacing w:w="20" w:type="nil"/>
        </w:trPr>
        <w:tc>
          <w:tcPr>
            <w:tcW w:w="520" w:type="dxa"/>
            <w:vMerge w:val="restart"/>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b/>
                <w:color w:val="000000"/>
                <w:sz w:val="24"/>
                <w:szCs w:val="24"/>
              </w:rPr>
              <w:t xml:space="preserve">№ п/п </w:t>
            </w:r>
          </w:p>
          <w:p w:rsidR="005E3948" w:rsidRPr="007205EF" w:rsidRDefault="005E3948" w:rsidP="007205EF">
            <w:pPr>
              <w:spacing w:after="0"/>
              <w:ind w:left="135"/>
              <w:rPr>
                <w:sz w:val="24"/>
                <w:szCs w:val="24"/>
              </w:rPr>
            </w:pPr>
          </w:p>
        </w:tc>
        <w:tc>
          <w:tcPr>
            <w:tcW w:w="2640" w:type="dxa"/>
            <w:vMerge w:val="restart"/>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b/>
                <w:color w:val="000000"/>
                <w:sz w:val="24"/>
                <w:szCs w:val="24"/>
              </w:rPr>
              <w:t xml:space="preserve">Наименование разделов и тем программы </w:t>
            </w:r>
          </w:p>
          <w:p w:rsidR="005E3948" w:rsidRPr="007205EF" w:rsidRDefault="005E3948" w:rsidP="007205EF">
            <w:pPr>
              <w:spacing w:after="0"/>
              <w:ind w:left="135"/>
              <w:rPr>
                <w:sz w:val="24"/>
                <w:szCs w:val="24"/>
              </w:rPr>
            </w:pPr>
          </w:p>
        </w:tc>
        <w:tc>
          <w:tcPr>
            <w:tcW w:w="0" w:type="auto"/>
            <w:gridSpan w:val="3"/>
            <w:tcMar>
              <w:top w:w="50" w:type="dxa"/>
              <w:left w:w="100" w:type="dxa"/>
            </w:tcMar>
            <w:vAlign w:val="center"/>
          </w:tcPr>
          <w:p w:rsidR="005E3948" w:rsidRPr="007205EF" w:rsidRDefault="005E3948" w:rsidP="007205EF">
            <w:pPr>
              <w:spacing w:after="0"/>
              <w:rPr>
                <w:sz w:val="24"/>
                <w:szCs w:val="24"/>
              </w:rPr>
            </w:pPr>
            <w:r w:rsidRPr="007205EF">
              <w:rPr>
                <w:rFonts w:ascii="Times New Roman" w:hAnsi="Times New Roman"/>
                <w:b/>
                <w:color w:val="000000"/>
                <w:sz w:val="24"/>
                <w:szCs w:val="24"/>
              </w:rPr>
              <w:t>Количество часов</w:t>
            </w:r>
          </w:p>
        </w:tc>
        <w:tc>
          <w:tcPr>
            <w:tcW w:w="2741" w:type="dxa"/>
            <w:vMerge w:val="restart"/>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b/>
                <w:color w:val="000000"/>
                <w:sz w:val="24"/>
                <w:szCs w:val="24"/>
              </w:rPr>
              <w:t xml:space="preserve">Электронные (цифровые) образовательные ресурсы </w:t>
            </w:r>
          </w:p>
          <w:p w:rsidR="005E3948" w:rsidRPr="007205EF" w:rsidRDefault="005E3948" w:rsidP="007205EF">
            <w:pPr>
              <w:spacing w:after="0"/>
              <w:ind w:left="135"/>
              <w:rPr>
                <w:sz w:val="24"/>
                <w:szCs w:val="24"/>
              </w:rPr>
            </w:pPr>
          </w:p>
        </w:tc>
      </w:tr>
      <w:tr w:rsidR="005E3948" w:rsidRPr="007205EF" w:rsidTr="007205EF">
        <w:trPr>
          <w:trHeight w:val="144"/>
          <w:tblCellSpacing w:w="20" w:type="nil"/>
        </w:trPr>
        <w:tc>
          <w:tcPr>
            <w:tcW w:w="0" w:type="auto"/>
            <w:vMerge/>
            <w:tcBorders>
              <w:top w:val="nil"/>
            </w:tcBorders>
            <w:tcMar>
              <w:top w:w="50" w:type="dxa"/>
              <w:left w:w="100" w:type="dxa"/>
            </w:tcMar>
          </w:tcPr>
          <w:p w:rsidR="005E3948" w:rsidRPr="007205EF" w:rsidRDefault="005E3948" w:rsidP="007205EF">
            <w:pPr>
              <w:rPr>
                <w:sz w:val="24"/>
                <w:szCs w:val="24"/>
              </w:rPr>
            </w:pPr>
          </w:p>
        </w:tc>
        <w:tc>
          <w:tcPr>
            <w:tcW w:w="0" w:type="auto"/>
            <w:vMerge/>
            <w:tcBorders>
              <w:top w:val="nil"/>
            </w:tcBorders>
            <w:tcMar>
              <w:top w:w="50" w:type="dxa"/>
              <w:left w:w="100" w:type="dxa"/>
            </w:tcMar>
          </w:tcPr>
          <w:p w:rsidR="005E3948" w:rsidRPr="007205EF" w:rsidRDefault="005E3948" w:rsidP="007205EF">
            <w:pPr>
              <w:rPr>
                <w:sz w:val="24"/>
                <w:szCs w:val="24"/>
              </w:rPr>
            </w:pPr>
          </w:p>
        </w:tc>
        <w:tc>
          <w:tcPr>
            <w:tcW w:w="1011" w:type="dxa"/>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b/>
                <w:color w:val="000000"/>
                <w:sz w:val="24"/>
                <w:szCs w:val="24"/>
              </w:rPr>
              <w:t xml:space="preserve">Всего </w:t>
            </w:r>
          </w:p>
          <w:p w:rsidR="005E3948" w:rsidRPr="007205EF" w:rsidRDefault="005E3948" w:rsidP="007205EF">
            <w:pPr>
              <w:spacing w:after="0"/>
              <w:ind w:left="135"/>
              <w:rPr>
                <w:sz w:val="24"/>
                <w:szCs w:val="24"/>
              </w:rPr>
            </w:pPr>
          </w:p>
        </w:tc>
        <w:tc>
          <w:tcPr>
            <w:tcW w:w="1738" w:type="dxa"/>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b/>
                <w:color w:val="000000"/>
                <w:sz w:val="24"/>
                <w:szCs w:val="24"/>
              </w:rPr>
              <w:t xml:space="preserve">Контрольные работы </w:t>
            </w:r>
          </w:p>
          <w:p w:rsidR="005E3948" w:rsidRPr="007205EF" w:rsidRDefault="005E3948" w:rsidP="007205EF">
            <w:pPr>
              <w:spacing w:after="0"/>
              <w:ind w:left="135"/>
              <w:rPr>
                <w:sz w:val="24"/>
                <w:szCs w:val="24"/>
              </w:rPr>
            </w:pPr>
          </w:p>
        </w:tc>
        <w:tc>
          <w:tcPr>
            <w:tcW w:w="1823" w:type="dxa"/>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b/>
                <w:color w:val="000000"/>
                <w:sz w:val="24"/>
                <w:szCs w:val="24"/>
              </w:rPr>
              <w:t xml:space="preserve">Практические работы </w:t>
            </w:r>
          </w:p>
          <w:p w:rsidR="005E3948" w:rsidRPr="007205EF" w:rsidRDefault="005E3948" w:rsidP="007205EF">
            <w:pPr>
              <w:spacing w:after="0"/>
              <w:ind w:left="135"/>
              <w:rPr>
                <w:sz w:val="24"/>
                <w:szCs w:val="24"/>
              </w:rPr>
            </w:pPr>
          </w:p>
        </w:tc>
        <w:tc>
          <w:tcPr>
            <w:tcW w:w="0" w:type="auto"/>
            <w:vMerge/>
            <w:tcBorders>
              <w:top w:val="nil"/>
            </w:tcBorders>
            <w:tcMar>
              <w:top w:w="50" w:type="dxa"/>
              <w:left w:w="100" w:type="dxa"/>
            </w:tcMar>
          </w:tcPr>
          <w:p w:rsidR="005E3948" w:rsidRPr="007205EF" w:rsidRDefault="005E3948" w:rsidP="007205EF">
            <w:pPr>
              <w:rPr>
                <w:sz w:val="24"/>
                <w:szCs w:val="24"/>
              </w:rPr>
            </w:pPr>
          </w:p>
        </w:tc>
      </w:tr>
      <w:tr w:rsidR="005E3948" w:rsidRPr="007205EF" w:rsidTr="007205EF">
        <w:trPr>
          <w:trHeight w:val="144"/>
          <w:tblCellSpacing w:w="20" w:type="nil"/>
        </w:trPr>
        <w:tc>
          <w:tcPr>
            <w:tcW w:w="0" w:type="auto"/>
            <w:gridSpan w:val="6"/>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b/>
                <w:color w:val="000000"/>
                <w:sz w:val="24"/>
                <w:szCs w:val="24"/>
              </w:rPr>
              <w:t>Раздел 1.</w:t>
            </w:r>
            <w:r w:rsidRPr="007205EF">
              <w:rPr>
                <w:rFonts w:ascii="Times New Roman" w:hAnsi="Times New Roman"/>
                <w:color w:val="000000"/>
                <w:sz w:val="24"/>
                <w:szCs w:val="24"/>
              </w:rPr>
              <w:t xml:space="preserve"> </w:t>
            </w:r>
            <w:r w:rsidRPr="007205EF">
              <w:rPr>
                <w:rFonts w:ascii="Times New Roman" w:hAnsi="Times New Roman"/>
                <w:b/>
                <w:color w:val="000000"/>
                <w:sz w:val="24"/>
                <w:szCs w:val="24"/>
              </w:rPr>
              <w:t>Числа и величины</w:t>
            </w:r>
          </w:p>
        </w:tc>
      </w:tr>
      <w:tr w:rsidR="005E3948" w:rsidRPr="008E75F7" w:rsidTr="007205EF">
        <w:trPr>
          <w:trHeight w:val="144"/>
          <w:tblCellSpacing w:w="20" w:type="nil"/>
        </w:trPr>
        <w:tc>
          <w:tcPr>
            <w:tcW w:w="520" w:type="dxa"/>
            <w:tcMar>
              <w:top w:w="50" w:type="dxa"/>
              <w:left w:w="100" w:type="dxa"/>
            </w:tcMar>
            <w:vAlign w:val="center"/>
          </w:tcPr>
          <w:p w:rsidR="005E3948" w:rsidRPr="007205EF" w:rsidRDefault="005E3948" w:rsidP="007205EF">
            <w:pPr>
              <w:spacing w:after="0"/>
              <w:rPr>
                <w:sz w:val="24"/>
                <w:szCs w:val="24"/>
              </w:rPr>
            </w:pPr>
            <w:r w:rsidRPr="007205EF">
              <w:rPr>
                <w:rFonts w:ascii="Times New Roman" w:hAnsi="Times New Roman"/>
                <w:color w:val="000000"/>
                <w:sz w:val="24"/>
                <w:szCs w:val="24"/>
              </w:rPr>
              <w:t>1.1</w:t>
            </w:r>
          </w:p>
        </w:tc>
        <w:tc>
          <w:tcPr>
            <w:tcW w:w="2640" w:type="dxa"/>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color w:val="000000"/>
                <w:sz w:val="24"/>
                <w:szCs w:val="24"/>
              </w:rPr>
              <w:t>Числа</w:t>
            </w:r>
          </w:p>
        </w:tc>
        <w:tc>
          <w:tcPr>
            <w:tcW w:w="1011" w:type="dxa"/>
            <w:tcMar>
              <w:top w:w="50" w:type="dxa"/>
              <w:left w:w="100" w:type="dxa"/>
            </w:tcMar>
            <w:vAlign w:val="center"/>
          </w:tcPr>
          <w:p w:rsidR="005E3948" w:rsidRPr="007205EF" w:rsidRDefault="005E3948" w:rsidP="007205EF">
            <w:pPr>
              <w:spacing w:after="0"/>
              <w:ind w:left="135"/>
              <w:jc w:val="center"/>
              <w:rPr>
                <w:sz w:val="24"/>
                <w:szCs w:val="24"/>
              </w:rPr>
            </w:pPr>
            <w:r w:rsidRPr="007205EF">
              <w:rPr>
                <w:rFonts w:ascii="Times New Roman" w:hAnsi="Times New Roman"/>
                <w:color w:val="000000"/>
                <w:sz w:val="24"/>
                <w:szCs w:val="24"/>
              </w:rPr>
              <w:t xml:space="preserve"> 10 </w:t>
            </w:r>
          </w:p>
        </w:tc>
        <w:tc>
          <w:tcPr>
            <w:tcW w:w="1738" w:type="dxa"/>
            <w:tcMar>
              <w:top w:w="50" w:type="dxa"/>
              <w:left w:w="100" w:type="dxa"/>
            </w:tcMar>
            <w:vAlign w:val="center"/>
          </w:tcPr>
          <w:p w:rsidR="005E3948" w:rsidRPr="007205EF" w:rsidRDefault="005E3948" w:rsidP="007205EF">
            <w:pPr>
              <w:spacing w:after="0"/>
              <w:ind w:left="135"/>
              <w:jc w:val="center"/>
              <w:rPr>
                <w:sz w:val="24"/>
                <w:szCs w:val="24"/>
              </w:rPr>
            </w:pPr>
          </w:p>
        </w:tc>
        <w:tc>
          <w:tcPr>
            <w:tcW w:w="1823" w:type="dxa"/>
            <w:tcMar>
              <w:top w:w="50" w:type="dxa"/>
              <w:left w:w="100" w:type="dxa"/>
            </w:tcMar>
            <w:vAlign w:val="center"/>
          </w:tcPr>
          <w:p w:rsidR="005E3948" w:rsidRPr="007205EF" w:rsidRDefault="005E3948" w:rsidP="007205EF">
            <w:pPr>
              <w:spacing w:after="0"/>
              <w:ind w:left="135"/>
              <w:jc w:val="center"/>
              <w:rPr>
                <w:sz w:val="24"/>
                <w:szCs w:val="24"/>
              </w:rPr>
            </w:pPr>
          </w:p>
        </w:tc>
        <w:tc>
          <w:tcPr>
            <w:tcW w:w="2741" w:type="dxa"/>
            <w:tcMar>
              <w:top w:w="50" w:type="dxa"/>
              <w:left w:w="100" w:type="dxa"/>
            </w:tcMar>
            <w:vAlign w:val="center"/>
          </w:tcPr>
          <w:p w:rsidR="005E3948" w:rsidRPr="007205EF" w:rsidRDefault="005E3948" w:rsidP="007205EF">
            <w:pPr>
              <w:spacing w:after="0"/>
              <w:ind w:left="135"/>
              <w:rPr>
                <w:sz w:val="24"/>
                <w:szCs w:val="24"/>
                <w:lang w:val="ru-RU"/>
              </w:rPr>
            </w:pPr>
            <w:r w:rsidRPr="007205EF">
              <w:rPr>
                <w:rFonts w:ascii="Times New Roman" w:hAnsi="Times New Roman"/>
                <w:color w:val="000000"/>
                <w:sz w:val="24"/>
                <w:szCs w:val="24"/>
                <w:lang w:val="ru-RU"/>
              </w:rPr>
              <w:t>[Библиотека ЦОК [</w:t>
            </w:r>
            <w:hyperlink r:id="rId52">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/7</w:t>
              </w:r>
              <w:r w:rsidRPr="007205EF">
                <w:rPr>
                  <w:rFonts w:ascii="Times New Roman" w:hAnsi="Times New Roman"/>
                  <w:color w:val="0000FF"/>
                  <w:sz w:val="24"/>
                  <w:szCs w:val="24"/>
                  <w:u w:val="single"/>
                </w:rPr>
                <w:t>f</w:t>
              </w:r>
              <w:r w:rsidRPr="007205EF">
                <w:rPr>
                  <w:rFonts w:ascii="Times New Roman" w:hAnsi="Times New Roman"/>
                  <w:color w:val="0000FF"/>
                  <w:sz w:val="24"/>
                  <w:szCs w:val="24"/>
                  <w:u w:val="single"/>
                  <w:lang w:val="ru-RU"/>
                </w:rPr>
                <w:t>4110</w:t>
              </w:r>
              <w:r w:rsidRPr="007205EF">
                <w:rPr>
                  <w:rFonts w:ascii="Times New Roman" w:hAnsi="Times New Roman"/>
                  <w:color w:val="0000FF"/>
                  <w:sz w:val="24"/>
                  <w:szCs w:val="24"/>
                  <w:u w:val="single"/>
                </w:rPr>
                <w:t>fe</w:t>
              </w:r>
            </w:hyperlink>
            <w:r w:rsidRPr="007205EF">
              <w:rPr>
                <w:rFonts w:ascii="Times New Roman" w:hAnsi="Times New Roman"/>
                <w:color w:val="000000"/>
                <w:sz w:val="24"/>
                <w:szCs w:val="24"/>
                <w:lang w:val="ru-RU"/>
              </w:rPr>
              <w:t>]]</w:t>
            </w:r>
          </w:p>
        </w:tc>
      </w:tr>
      <w:tr w:rsidR="005E3948" w:rsidRPr="008E75F7" w:rsidTr="007205EF">
        <w:trPr>
          <w:trHeight w:val="144"/>
          <w:tblCellSpacing w:w="20" w:type="nil"/>
        </w:trPr>
        <w:tc>
          <w:tcPr>
            <w:tcW w:w="520" w:type="dxa"/>
            <w:tcMar>
              <w:top w:w="50" w:type="dxa"/>
              <w:left w:w="100" w:type="dxa"/>
            </w:tcMar>
            <w:vAlign w:val="center"/>
          </w:tcPr>
          <w:p w:rsidR="005E3948" w:rsidRPr="007205EF" w:rsidRDefault="005E3948" w:rsidP="007205EF">
            <w:pPr>
              <w:spacing w:after="0"/>
              <w:rPr>
                <w:sz w:val="24"/>
                <w:szCs w:val="24"/>
              </w:rPr>
            </w:pPr>
            <w:r w:rsidRPr="007205EF">
              <w:rPr>
                <w:rFonts w:ascii="Times New Roman" w:hAnsi="Times New Roman"/>
                <w:color w:val="000000"/>
                <w:sz w:val="24"/>
                <w:szCs w:val="24"/>
              </w:rPr>
              <w:t>1.2</w:t>
            </w:r>
          </w:p>
        </w:tc>
        <w:tc>
          <w:tcPr>
            <w:tcW w:w="2640" w:type="dxa"/>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color w:val="000000"/>
                <w:sz w:val="24"/>
                <w:szCs w:val="24"/>
              </w:rPr>
              <w:t>Величины</w:t>
            </w:r>
          </w:p>
        </w:tc>
        <w:tc>
          <w:tcPr>
            <w:tcW w:w="1011" w:type="dxa"/>
            <w:tcMar>
              <w:top w:w="50" w:type="dxa"/>
              <w:left w:w="100" w:type="dxa"/>
            </w:tcMar>
            <w:vAlign w:val="center"/>
          </w:tcPr>
          <w:p w:rsidR="005E3948" w:rsidRPr="007205EF" w:rsidRDefault="005E3948" w:rsidP="007205EF">
            <w:pPr>
              <w:spacing w:after="0"/>
              <w:ind w:left="135"/>
              <w:jc w:val="center"/>
              <w:rPr>
                <w:sz w:val="24"/>
                <w:szCs w:val="24"/>
              </w:rPr>
            </w:pPr>
            <w:r w:rsidRPr="007205EF">
              <w:rPr>
                <w:rFonts w:ascii="Times New Roman" w:hAnsi="Times New Roman"/>
                <w:color w:val="000000"/>
                <w:sz w:val="24"/>
                <w:szCs w:val="24"/>
              </w:rPr>
              <w:t xml:space="preserve"> 8 </w:t>
            </w:r>
          </w:p>
        </w:tc>
        <w:tc>
          <w:tcPr>
            <w:tcW w:w="1738" w:type="dxa"/>
            <w:tcMar>
              <w:top w:w="50" w:type="dxa"/>
              <w:left w:w="100" w:type="dxa"/>
            </w:tcMar>
            <w:vAlign w:val="center"/>
          </w:tcPr>
          <w:p w:rsidR="005E3948" w:rsidRPr="007205EF" w:rsidRDefault="005E3948" w:rsidP="007205EF">
            <w:pPr>
              <w:spacing w:after="0"/>
              <w:ind w:left="135"/>
              <w:jc w:val="center"/>
              <w:rPr>
                <w:sz w:val="24"/>
                <w:szCs w:val="24"/>
              </w:rPr>
            </w:pPr>
          </w:p>
        </w:tc>
        <w:tc>
          <w:tcPr>
            <w:tcW w:w="1823" w:type="dxa"/>
            <w:tcMar>
              <w:top w:w="50" w:type="dxa"/>
              <w:left w:w="100" w:type="dxa"/>
            </w:tcMar>
            <w:vAlign w:val="center"/>
          </w:tcPr>
          <w:p w:rsidR="005E3948" w:rsidRPr="007205EF" w:rsidRDefault="005E3948" w:rsidP="007205EF">
            <w:pPr>
              <w:spacing w:after="0"/>
              <w:ind w:left="135"/>
              <w:jc w:val="center"/>
              <w:rPr>
                <w:sz w:val="24"/>
                <w:szCs w:val="24"/>
              </w:rPr>
            </w:pPr>
          </w:p>
        </w:tc>
        <w:tc>
          <w:tcPr>
            <w:tcW w:w="2741" w:type="dxa"/>
            <w:tcMar>
              <w:top w:w="50" w:type="dxa"/>
              <w:left w:w="100" w:type="dxa"/>
            </w:tcMar>
            <w:vAlign w:val="center"/>
          </w:tcPr>
          <w:p w:rsidR="005E3948" w:rsidRPr="007205EF" w:rsidRDefault="005E3948" w:rsidP="007205EF">
            <w:pPr>
              <w:spacing w:after="0"/>
              <w:ind w:left="135"/>
              <w:rPr>
                <w:sz w:val="24"/>
                <w:szCs w:val="24"/>
                <w:lang w:val="ru-RU"/>
              </w:rPr>
            </w:pPr>
            <w:r w:rsidRPr="007205EF">
              <w:rPr>
                <w:rFonts w:ascii="Times New Roman" w:hAnsi="Times New Roman"/>
                <w:color w:val="000000"/>
                <w:sz w:val="24"/>
                <w:szCs w:val="24"/>
                <w:lang w:val="ru-RU"/>
              </w:rPr>
              <w:t>[Библиотека ЦОК [</w:t>
            </w:r>
            <w:hyperlink r:id="rId53">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/7</w:t>
              </w:r>
              <w:r w:rsidRPr="007205EF">
                <w:rPr>
                  <w:rFonts w:ascii="Times New Roman" w:hAnsi="Times New Roman"/>
                  <w:color w:val="0000FF"/>
                  <w:sz w:val="24"/>
                  <w:szCs w:val="24"/>
                  <w:u w:val="single"/>
                </w:rPr>
                <w:t>f</w:t>
              </w:r>
              <w:r w:rsidRPr="007205EF">
                <w:rPr>
                  <w:rFonts w:ascii="Times New Roman" w:hAnsi="Times New Roman"/>
                  <w:color w:val="0000FF"/>
                  <w:sz w:val="24"/>
                  <w:szCs w:val="24"/>
                  <w:u w:val="single"/>
                  <w:lang w:val="ru-RU"/>
                </w:rPr>
                <w:t>4110</w:t>
              </w:r>
              <w:r w:rsidRPr="007205EF">
                <w:rPr>
                  <w:rFonts w:ascii="Times New Roman" w:hAnsi="Times New Roman"/>
                  <w:color w:val="0000FF"/>
                  <w:sz w:val="24"/>
                  <w:szCs w:val="24"/>
                  <w:u w:val="single"/>
                </w:rPr>
                <w:t>fe</w:t>
              </w:r>
            </w:hyperlink>
            <w:r w:rsidRPr="007205EF">
              <w:rPr>
                <w:rFonts w:ascii="Times New Roman" w:hAnsi="Times New Roman"/>
                <w:color w:val="000000"/>
                <w:sz w:val="24"/>
                <w:szCs w:val="24"/>
                <w:lang w:val="ru-RU"/>
              </w:rPr>
              <w:t>]]</w:t>
            </w:r>
          </w:p>
        </w:tc>
      </w:tr>
      <w:tr w:rsidR="005E3948" w:rsidRPr="007205EF" w:rsidTr="007205EF">
        <w:trPr>
          <w:trHeight w:val="144"/>
          <w:tblCellSpacing w:w="20" w:type="nil"/>
        </w:trPr>
        <w:tc>
          <w:tcPr>
            <w:tcW w:w="0" w:type="auto"/>
            <w:gridSpan w:val="2"/>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color w:val="000000"/>
                <w:sz w:val="24"/>
                <w:szCs w:val="24"/>
              </w:rPr>
              <w:t>Итого по разделу</w:t>
            </w:r>
          </w:p>
        </w:tc>
        <w:tc>
          <w:tcPr>
            <w:tcW w:w="1589" w:type="dxa"/>
            <w:tcMar>
              <w:top w:w="50" w:type="dxa"/>
              <w:left w:w="100" w:type="dxa"/>
            </w:tcMar>
            <w:vAlign w:val="center"/>
          </w:tcPr>
          <w:p w:rsidR="005E3948" w:rsidRPr="007205EF" w:rsidRDefault="005E3948" w:rsidP="007205EF">
            <w:pPr>
              <w:spacing w:after="0"/>
              <w:ind w:left="135"/>
              <w:jc w:val="center"/>
              <w:rPr>
                <w:sz w:val="24"/>
                <w:szCs w:val="24"/>
              </w:rPr>
            </w:pPr>
            <w:r w:rsidRPr="007205EF">
              <w:rPr>
                <w:rFonts w:ascii="Times New Roman" w:hAnsi="Times New Roman"/>
                <w:color w:val="000000"/>
                <w:sz w:val="24"/>
                <w:szCs w:val="24"/>
              </w:rPr>
              <w:t xml:space="preserve"> 18 </w:t>
            </w:r>
          </w:p>
        </w:tc>
        <w:tc>
          <w:tcPr>
            <w:tcW w:w="0" w:type="auto"/>
            <w:gridSpan w:val="3"/>
            <w:tcMar>
              <w:top w:w="50" w:type="dxa"/>
              <w:left w:w="100" w:type="dxa"/>
            </w:tcMar>
            <w:vAlign w:val="center"/>
          </w:tcPr>
          <w:p w:rsidR="005E3948" w:rsidRPr="007205EF" w:rsidRDefault="005E3948" w:rsidP="007205EF">
            <w:pPr>
              <w:rPr>
                <w:sz w:val="24"/>
                <w:szCs w:val="24"/>
              </w:rPr>
            </w:pPr>
          </w:p>
        </w:tc>
      </w:tr>
      <w:tr w:rsidR="005E3948" w:rsidRPr="007205EF" w:rsidTr="007205EF">
        <w:trPr>
          <w:trHeight w:val="144"/>
          <w:tblCellSpacing w:w="20" w:type="nil"/>
        </w:trPr>
        <w:tc>
          <w:tcPr>
            <w:tcW w:w="0" w:type="auto"/>
            <w:gridSpan w:val="6"/>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b/>
                <w:color w:val="000000"/>
                <w:sz w:val="24"/>
                <w:szCs w:val="24"/>
              </w:rPr>
              <w:t>Раздел 2.</w:t>
            </w:r>
            <w:r w:rsidRPr="007205EF">
              <w:rPr>
                <w:rFonts w:ascii="Times New Roman" w:hAnsi="Times New Roman"/>
                <w:color w:val="000000"/>
                <w:sz w:val="24"/>
                <w:szCs w:val="24"/>
              </w:rPr>
              <w:t xml:space="preserve"> </w:t>
            </w:r>
            <w:r w:rsidRPr="007205EF">
              <w:rPr>
                <w:rFonts w:ascii="Times New Roman" w:hAnsi="Times New Roman"/>
                <w:b/>
                <w:color w:val="000000"/>
                <w:sz w:val="24"/>
                <w:szCs w:val="24"/>
              </w:rPr>
              <w:t>Арифметические действия</w:t>
            </w:r>
          </w:p>
        </w:tc>
      </w:tr>
      <w:tr w:rsidR="005E3948" w:rsidRPr="008E75F7" w:rsidTr="007205EF">
        <w:trPr>
          <w:trHeight w:val="144"/>
          <w:tblCellSpacing w:w="20" w:type="nil"/>
        </w:trPr>
        <w:tc>
          <w:tcPr>
            <w:tcW w:w="520" w:type="dxa"/>
            <w:tcMar>
              <w:top w:w="50" w:type="dxa"/>
              <w:left w:w="100" w:type="dxa"/>
            </w:tcMar>
            <w:vAlign w:val="center"/>
          </w:tcPr>
          <w:p w:rsidR="005E3948" w:rsidRPr="007205EF" w:rsidRDefault="005E3948" w:rsidP="007205EF">
            <w:pPr>
              <w:spacing w:after="0"/>
              <w:rPr>
                <w:sz w:val="24"/>
                <w:szCs w:val="24"/>
              </w:rPr>
            </w:pPr>
            <w:r w:rsidRPr="007205EF">
              <w:rPr>
                <w:rFonts w:ascii="Times New Roman" w:hAnsi="Times New Roman"/>
                <w:color w:val="000000"/>
                <w:sz w:val="24"/>
                <w:szCs w:val="24"/>
              </w:rPr>
              <w:t>2.1</w:t>
            </w:r>
          </w:p>
        </w:tc>
        <w:tc>
          <w:tcPr>
            <w:tcW w:w="2640" w:type="dxa"/>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color w:val="000000"/>
                <w:sz w:val="24"/>
                <w:szCs w:val="24"/>
              </w:rPr>
              <w:t>Вычисления</w:t>
            </w:r>
          </w:p>
        </w:tc>
        <w:tc>
          <w:tcPr>
            <w:tcW w:w="1011" w:type="dxa"/>
            <w:tcMar>
              <w:top w:w="50" w:type="dxa"/>
              <w:left w:w="100" w:type="dxa"/>
            </w:tcMar>
            <w:vAlign w:val="center"/>
          </w:tcPr>
          <w:p w:rsidR="005E3948" w:rsidRPr="007205EF" w:rsidRDefault="005E3948" w:rsidP="007205EF">
            <w:pPr>
              <w:spacing w:after="0"/>
              <w:ind w:left="135"/>
              <w:jc w:val="center"/>
              <w:rPr>
                <w:sz w:val="24"/>
                <w:szCs w:val="24"/>
              </w:rPr>
            </w:pPr>
            <w:r w:rsidRPr="007205EF">
              <w:rPr>
                <w:rFonts w:ascii="Times New Roman" w:hAnsi="Times New Roman"/>
                <w:color w:val="000000"/>
                <w:sz w:val="24"/>
                <w:szCs w:val="24"/>
              </w:rPr>
              <w:t xml:space="preserve"> 40 </w:t>
            </w:r>
          </w:p>
        </w:tc>
        <w:tc>
          <w:tcPr>
            <w:tcW w:w="1738" w:type="dxa"/>
            <w:tcMar>
              <w:top w:w="50" w:type="dxa"/>
              <w:left w:w="100" w:type="dxa"/>
            </w:tcMar>
            <w:vAlign w:val="center"/>
          </w:tcPr>
          <w:p w:rsidR="005E3948" w:rsidRPr="007205EF" w:rsidRDefault="005E3948" w:rsidP="007205EF">
            <w:pPr>
              <w:spacing w:after="0"/>
              <w:ind w:left="135"/>
              <w:jc w:val="center"/>
              <w:rPr>
                <w:sz w:val="24"/>
                <w:szCs w:val="24"/>
              </w:rPr>
            </w:pPr>
          </w:p>
        </w:tc>
        <w:tc>
          <w:tcPr>
            <w:tcW w:w="1823" w:type="dxa"/>
            <w:tcMar>
              <w:top w:w="50" w:type="dxa"/>
              <w:left w:w="100" w:type="dxa"/>
            </w:tcMar>
            <w:vAlign w:val="center"/>
          </w:tcPr>
          <w:p w:rsidR="005E3948" w:rsidRPr="007205EF" w:rsidRDefault="005E3948" w:rsidP="007205EF">
            <w:pPr>
              <w:spacing w:after="0"/>
              <w:ind w:left="135"/>
              <w:jc w:val="center"/>
              <w:rPr>
                <w:sz w:val="24"/>
                <w:szCs w:val="24"/>
              </w:rPr>
            </w:pPr>
          </w:p>
        </w:tc>
        <w:tc>
          <w:tcPr>
            <w:tcW w:w="2741" w:type="dxa"/>
            <w:tcMar>
              <w:top w:w="50" w:type="dxa"/>
              <w:left w:w="100" w:type="dxa"/>
            </w:tcMar>
            <w:vAlign w:val="center"/>
          </w:tcPr>
          <w:p w:rsidR="005E3948" w:rsidRPr="007205EF" w:rsidRDefault="005E3948" w:rsidP="007205EF">
            <w:pPr>
              <w:spacing w:after="0"/>
              <w:ind w:left="135"/>
              <w:rPr>
                <w:sz w:val="24"/>
                <w:szCs w:val="24"/>
                <w:lang w:val="ru-RU"/>
              </w:rPr>
            </w:pPr>
            <w:r w:rsidRPr="007205EF">
              <w:rPr>
                <w:rFonts w:ascii="Times New Roman" w:hAnsi="Times New Roman"/>
                <w:color w:val="000000"/>
                <w:sz w:val="24"/>
                <w:szCs w:val="24"/>
                <w:lang w:val="ru-RU"/>
              </w:rPr>
              <w:t>[Библиотека ЦОК [</w:t>
            </w:r>
            <w:hyperlink r:id="rId54">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/7</w:t>
              </w:r>
              <w:r w:rsidRPr="007205EF">
                <w:rPr>
                  <w:rFonts w:ascii="Times New Roman" w:hAnsi="Times New Roman"/>
                  <w:color w:val="0000FF"/>
                  <w:sz w:val="24"/>
                  <w:szCs w:val="24"/>
                  <w:u w:val="single"/>
                </w:rPr>
                <w:t>f</w:t>
              </w:r>
              <w:r w:rsidRPr="007205EF">
                <w:rPr>
                  <w:rFonts w:ascii="Times New Roman" w:hAnsi="Times New Roman"/>
                  <w:color w:val="0000FF"/>
                  <w:sz w:val="24"/>
                  <w:szCs w:val="24"/>
                  <w:u w:val="single"/>
                  <w:lang w:val="ru-RU"/>
                </w:rPr>
                <w:t>4110</w:t>
              </w:r>
              <w:r w:rsidRPr="007205EF">
                <w:rPr>
                  <w:rFonts w:ascii="Times New Roman" w:hAnsi="Times New Roman"/>
                  <w:color w:val="0000FF"/>
                  <w:sz w:val="24"/>
                  <w:szCs w:val="24"/>
                  <w:u w:val="single"/>
                </w:rPr>
                <w:t>fe</w:t>
              </w:r>
            </w:hyperlink>
            <w:r w:rsidRPr="007205EF">
              <w:rPr>
                <w:rFonts w:ascii="Times New Roman" w:hAnsi="Times New Roman"/>
                <w:color w:val="000000"/>
                <w:sz w:val="24"/>
                <w:szCs w:val="24"/>
                <w:lang w:val="ru-RU"/>
              </w:rPr>
              <w:t>]]</w:t>
            </w:r>
          </w:p>
        </w:tc>
      </w:tr>
      <w:tr w:rsidR="005E3948" w:rsidRPr="008E75F7" w:rsidTr="007205EF">
        <w:trPr>
          <w:trHeight w:val="144"/>
          <w:tblCellSpacing w:w="20" w:type="nil"/>
        </w:trPr>
        <w:tc>
          <w:tcPr>
            <w:tcW w:w="520" w:type="dxa"/>
            <w:tcMar>
              <w:top w:w="50" w:type="dxa"/>
              <w:left w:w="100" w:type="dxa"/>
            </w:tcMar>
            <w:vAlign w:val="center"/>
          </w:tcPr>
          <w:p w:rsidR="005E3948" w:rsidRPr="007205EF" w:rsidRDefault="005E3948" w:rsidP="007205EF">
            <w:pPr>
              <w:spacing w:after="0"/>
              <w:rPr>
                <w:sz w:val="24"/>
                <w:szCs w:val="24"/>
              </w:rPr>
            </w:pPr>
            <w:r w:rsidRPr="007205EF">
              <w:rPr>
                <w:rFonts w:ascii="Times New Roman" w:hAnsi="Times New Roman"/>
                <w:color w:val="000000"/>
                <w:sz w:val="24"/>
                <w:szCs w:val="24"/>
              </w:rPr>
              <w:t>2.2</w:t>
            </w:r>
          </w:p>
        </w:tc>
        <w:tc>
          <w:tcPr>
            <w:tcW w:w="2640" w:type="dxa"/>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color w:val="000000"/>
                <w:sz w:val="24"/>
                <w:szCs w:val="24"/>
              </w:rPr>
              <w:t>Числовые выражения</w:t>
            </w:r>
          </w:p>
        </w:tc>
        <w:tc>
          <w:tcPr>
            <w:tcW w:w="1011" w:type="dxa"/>
            <w:tcMar>
              <w:top w:w="50" w:type="dxa"/>
              <w:left w:w="100" w:type="dxa"/>
            </w:tcMar>
            <w:vAlign w:val="center"/>
          </w:tcPr>
          <w:p w:rsidR="005E3948" w:rsidRPr="007205EF" w:rsidRDefault="005E3948" w:rsidP="007205EF">
            <w:pPr>
              <w:spacing w:after="0"/>
              <w:ind w:left="135"/>
              <w:jc w:val="center"/>
              <w:rPr>
                <w:sz w:val="24"/>
                <w:szCs w:val="24"/>
              </w:rPr>
            </w:pPr>
            <w:r w:rsidRPr="007205EF">
              <w:rPr>
                <w:rFonts w:ascii="Times New Roman" w:hAnsi="Times New Roman"/>
                <w:color w:val="000000"/>
                <w:sz w:val="24"/>
                <w:szCs w:val="24"/>
              </w:rPr>
              <w:t xml:space="preserve"> 7 </w:t>
            </w:r>
          </w:p>
        </w:tc>
        <w:tc>
          <w:tcPr>
            <w:tcW w:w="1738" w:type="dxa"/>
            <w:tcMar>
              <w:top w:w="50" w:type="dxa"/>
              <w:left w:w="100" w:type="dxa"/>
            </w:tcMar>
            <w:vAlign w:val="center"/>
          </w:tcPr>
          <w:p w:rsidR="005E3948" w:rsidRPr="007205EF" w:rsidRDefault="005E3948" w:rsidP="007205EF">
            <w:pPr>
              <w:spacing w:after="0"/>
              <w:ind w:left="135"/>
              <w:jc w:val="center"/>
              <w:rPr>
                <w:sz w:val="24"/>
                <w:szCs w:val="24"/>
              </w:rPr>
            </w:pPr>
          </w:p>
        </w:tc>
        <w:tc>
          <w:tcPr>
            <w:tcW w:w="1823" w:type="dxa"/>
            <w:tcMar>
              <w:top w:w="50" w:type="dxa"/>
              <w:left w:w="100" w:type="dxa"/>
            </w:tcMar>
            <w:vAlign w:val="center"/>
          </w:tcPr>
          <w:p w:rsidR="005E3948" w:rsidRPr="007205EF" w:rsidRDefault="005E3948" w:rsidP="007205EF">
            <w:pPr>
              <w:spacing w:after="0"/>
              <w:ind w:left="135"/>
              <w:jc w:val="center"/>
              <w:rPr>
                <w:sz w:val="24"/>
                <w:szCs w:val="24"/>
              </w:rPr>
            </w:pPr>
          </w:p>
        </w:tc>
        <w:tc>
          <w:tcPr>
            <w:tcW w:w="2741" w:type="dxa"/>
            <w:tcMar>
              <w:top w:w="50" w:type="dxa"/>
              <w:left w:w="100" w:type="dxa"/>
            </w:tcMar>
            <w:vAlign w:val="center"/>
          </w:tcPr>
          <w:p w:rsidR="005E3948" w:rsidRPr="007205EF" w:rsidRDefault="005E3948" w:rsidP="007205EF">
            <w:pPr>
              <w:spacing w:after="0"/>
              <w:ind w:left="135"/>
              <w:rPr>
                <w:sz w:val="24"/>
                <w:szCs w:val="24"/>
                <w:lang w:val="ru-RU"/>
              </w:rPr>
            </w:pPr>
            <w:r w:rsidRPr="007205EF">
              <w:rPr>
                <w:rFonts w:ascii="Times New Roman" w:hAnsi="Times New Roman"/>
                <w:color w:val="000000"/>
                <w:sz w:val="24"/>
                <w:szCs w:val="24"/>
                <w:lang w:val="ru-RU"/>
              </w:rPr>
              <w:t>[Библиотека ЦОК [</w:t>
            </w:r>
            <w:hyperlink r:id="rId55">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/7</w:t>
              </w:r>
              <w:r w:rsidRPr="007205EF">
                <w:rPr>
                  <w:rFonts w:ascii="Times New Roman" w:hAnsi="Times New Roman"/>
                  <w:color w:val="0000FF"/>
                  <w:sz w:val="24"/>
                  <w:szCs w:val="24"/>
                  <w:u w:val="single"/>
                </w:rPr>
                <w:t>f</w:t>
              </w:r>
              <w:r w:rsidRPr="007205EF">
                <w:rPr>
                  <w:rFonts w:ascii="Times New Roman" w:hAnsi="Times New Roman"/>
                  <w:color w:val="0000FF"/>
                  <w:sz w:val="24"/>
                  <w:szCs w:val="24"/>
                  <w:u w:val="single"/>
                  <w:lang w:val="ru-RU"/>
                </w:rPr>
                <w:t>4110</w:t>
              </w:r>
              <w:r w:rsidRPr="007205EF">
                <w:rPr>
                  <w:rFonts w:ascii="Times New Roman" w:hAnsi="Times New Roman"/>
                  <w:color w:val="0000FF"/>
                  <w:sz w:val="24"/>
                  <w:szCs w:val="24"/>
                  <w:u w:val="single"/>
                </w:rPr>
                <w:t>fe</w:t>
              </w:r>
            </w:hyperlink>
            <w:r w:rsidRPr="007205EF">
              <w:rPr>
                <w:rFonts w:ascii="Times New Roman" w:hAnsi="Times New Roman"/>
                <w:color w:val="000000"/>
                <w:sz w:val="24"/>
                <w:szCs w:val="24"/>
                <w:lang w:val="ru-RU"/>
              </w:rPr>
              <w:t>]]</w:t>
            </w:r>
          </w:p>
        </w:tc>
      </w:tr>
      <w:tr w:rsidR="005E3948" w:rsidRPr="007205EF" w:rsidTr="007205EF">
        <w:trPr>
          <w:trHeight w:val="144"/>
          <w:tblCellSpacing w:w="20" w:type="nil"/>
        </w:trPr>
        <w:tc>
          <w:tcPr>
            <w:tcW w:w="0" w:type="auto"/>
            <w:gridSpan w:val="2"/>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color w:val="000000"/>
                <w:sz w:val="24"/>
                <w:szCs w:val="24"/>
              </w:rPr>
              <w:t>Итого по разделу</w:t>
            </w:r>
          </w:p>
        </w:tc>
        <w:tc>
          <w:tcPr>
            <w:tcW w:w="1589" w:type="dxa"/>
            <w:tcMar>
              <w:top w:w="50" w:type="dxa"/>
              <w:left w:w="100" w:type="dxa"/>
            </w:tcMar>
            <w:vAlign w:val="center"/>
          </w:tcPr>
          <w:p w:rsidR="005E3948" w:rsidRPr="007205EF" w:rsidRDefault="005E3948" w:rsidP="007205EF">
            <w:pPr>
              <w:spacing w:after="0"/>
              <w:ind w:left="135"/>
              <w:jc w:val="center"/>
              <w:rPr>
                <w:sz w:val="24"/>
                <w:szCs w:val="24"/>
              </w:rPr>
            </w:pPr>
            <w:r w:rsidRPr="007205EF">
              <w:rPr>
                <w:rFonts w:ascii="Times New Roman" w:hAnsi="Times New Roman"/>
                <w:color w:val="000000"/>
                <w:sz w:val="24"/>
                <w:szCs w:val="24"/>
              </w:rPr>
              <w:t xml:space="preserve"> 47 </w:t>
            </w:r>
          </w:p>
        </w:tc>
        <w:tc>
          <w:tcPr>
            <w:tcW w:w="0" w:type="auto"/>
            <w:gridSpan w:val="3"/>
            <w:tcMar>
              <w:top w:w="50" w:type="dxa"/>
              <w:left w:w="100" w:type="dxa"/>
            </w:tcMar>
            <w:vAlign w:val="center"/>
          </w:tcPr>
          <w:p w:rsidR="005E3948" w:rsidRPr="007205EF" w:rsidRDefault="005E3948" w:rsidP="007205EF">
            <w:pPr>
              <w:rPr>
                <w:sz w:val="24"/>
                <w:szCs w:val="24"/>
              </w:rPr>
            </w:pPr>
          </w:p>
        </w:tc>
      </w:tr>
      <w:tr w:rsidR="005E3948" w:rsidRPr="007205EF" w:rsidTr="007205EF">
        <w:trPr>
          <w:trHeight w:val="144"/>
          <w:tblCellSpacing w:w="20" w:type="nil"/>
        </w:trPr>
        <w:tc>
          <w:tcPr>
            <w:tcW w:w="0" w:type="auto"/>
            <w:gridSpan w:val="6"/>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b/>
                <w:color w:val="000000"/>
                <w:sz w:val="24"/>
                <w:szCs w:val="24"/>
              </w:rPr>
              <w:t>Раздел 3.</w:t>
            </w:r>
            <w:r w:rsidRPr="007205EF">
              <w:rPr>
                <w:rFonts w:ascii="Times New Roman" w:hAnsi="Times New Roman"/>
                <w:color w:val="000000"/>
                <w:sz w:val="24"/>
                <w:szCs w:val="24"/>
              </w:rPr>
              <w:t xml:space="preserve"> </w:t>
            </w:r>
            <w:r w:rsidRPr="007205EF">
              <w:rPr>
                <w:rFonts w:ascii="Times New Roman" w:hAnsi="Times New Roman"/>
                <w:b/>
                <w:color w:val="000000"/>
                <w:sz w:val="24"/>
                <w:szCs w:val="24"/>
              </w:rPr>
              <w:t>Текстовые задачи</w:t>
            </w:r>
          </w:p>
        </w:tc>
      </w:tr>
      <w:tr w:rsidR="005E3948" w:rsidRPr="008E75F7" w:rsidTr="007205EF">
        <w:trPr>
          <w:trHeight w:val="144"/>
          <w:tblCellSpacing w:w="20" w:type="nil"/>
        </w:trPr>
        <w:tc>
          <w:tcPr>
            <w:tcW w:w="520" w:type="dxa"/>
            <w:tcMar>
              <w:top w:w="50" w:type="dxa"/>
              <w:left w:w="100" w:type="dxa"/>
            </w:tcMar>
            <w:vAlign w:val="center"/>
          </w:tcPr>
          <w:p w:rsidR="005E3948" w:rsidRPr="007205EF" w:rsidRDefault="005E3948" w:rsidP="007205EF">
            <w:pPr>
              <w:spacing w:after="0"/>
              <w:rPr>
                <w:sz w:val="24"/>
                <w:szCs w:val="24"/>
              </w:rPr>
            </w:pPr>
            <w:r w:rsidRPr="007205EF">
              <w:rPr>
                <w:rFonts w:ascii="Times New Roman" w:hAnsi="Times New Roman"/>
                <w:color w:val="000000"/>
                <w:sz w:val="24"/>
                <w:szCs w:val="24"/>
              </w:rPr>
              <w:t>3.1</w:t>
            </w:r>
          </w:p>
        </w:tc>
        <w:tc>
          <w:tcPr>
            <w:tcW w:w="2640" w:type="dxa"/>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color w:val="000000"/>
                <w:sz w:val="24"/>
                <w:szCs w:val="24"/>
              </w:rPr>
              <w:t>Работа с текстовой задачей</w:t>
            </w:r>
          </w:p>
        </w:tc>
        <w:tc>
          <w:tcPr>
            <w:tcW w:w="1011" w:type="dxa"/>
            <w:tcMar>
              <w:top w:w="50" w:type="dxa"/>
              <w:left w:w="100" w:type="dxa"/>
            </w:tcMar>
            <w:vAlign w:val="center"/>
          </w:tcPr>
          <w:p w:rsidR="005E3948" w:rsidRPr="007205EF" w:rsidRDefault="005E3948" w:rsidP="007205EF">
            <w:pPr>
              <w:spacing w:after="0"/>
              <w:ind w:left="135"/>
              <w:jc w:val="center"/>
              <w:rPr>
                <w:sz w:val="24"/>
                <w:szCs w:val="24"/>
              </w:rPr>
            </w:pPr>
            <w:r w:rsidRPr="007205EF">
              <w:rPr>
                <w:rFonts w:ascii="Times New Roman" w:hAnsi="Times New Roman"/>
                <w:color w:val="000000"/>
                <w:sz w:val="24"/>
                <w:szCs w:val="24"/>
              </w:rPr>
              <w:t xml:space="preserve"> 12 </w:t>
            </w:r>
          </w:p>
        </w:tc>
        <w:tc>
          <w:tcPr>
            <w:tcW w:w="1738" w:type="dxa"/>
            <w:tcMar>
              <w:top w:w="50" w:type="dxa"/>
              <w:left w:w="100" w:type="dxa"/>
            </w:tcMar>
            <w:vAlign w:val="center"/>
          </w:tcPr>
          <w:p w:rsidR="005E3948" w:rsidRPr="007205EF" w:rsidRDefault="005E3948" w:rsidP="007205EF">
            <w:pPr>
              <w:spacing w:after="0"/>
              <w:ind w:left="135"/>
              <w:jc w:val="center"/>
              <w:rPr>
                <w:sz w:val="24"/>
                <w:szCs w:val="24"/>
              </w:rPr>
            </w:pPr>
          </w:p>
        </w:tc>
        <w:tc>
          <w:tcPr>
            <w:tcW w:w="1823" w:type="dxa"/>
            <w:tcMar>
              <w:top w:w="50" w:type="dxa"/>
              <w:left w:w="100" w:type="dxa"/>
            </w:tcMar>
            <w:vAlign w:val="center"/>
          </w:tcPr>
          <w:p w:rsidR="005E3948" w:rsidRPr="007205EF" w:rsidRDefault="005E3948" w:rsidP="007205EF">
            <w:pPr>
              <w:spacing w:after="0"/>
              <w:ind w:left="135"/>
              <w:jc w:val="center"/>
              <w:rPr>
                <w:sz w:val="24"/>
                <w:szCs w:val="24"/>
              </w:rPr>
            </w:pPr>
          </w:p>
        </w:tc>
        <w:tc>
          <w:tcPr>
            <w:tcW w:w="2741" w:type="dxa"/>
            <w:tcMar>
              <w:top w:w="50" w:type="dxa"/>
              <w:left w:w="100" w:type="dxa"/>
            </w:tcMar>
            <w:vAlign w:val="center"/>
          </w:tcPr>
          <w:p w:rsidR="005E3948" w:rsidRPr="007205EF" w:rsidRDefault="005E3948" w:rsidP="007205EF">
            <w:pPr>
              <w:spacing w:after="0"/>
              <w:ind w:left="135"/>
              <w:rPr>
                <w:sz w:val="24"/>
                <w:szCs w:val="24"/>
                <w:lang w:val="ru-RU"/>
              </w:rPr>
            </w:pPr>
            <w:r w:rsidRPr="007205EF">
              <w:rPr>
                <w:rFonts w:ascii="Times New Roman" w:hAnsi="Times New Roman"/>
                <w:color w:val="000000"/>
                <w:sz w:val="24"/>
                <w:szCs w:val="24"/>
                <w:lang w:val="ru-RU"/>
              </w:rPr>
              <w:t>[Библиотека ЦОК [</w:t>
            </w:r>
            <w:hyperlink r:id="rId56">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/7</w:t>
              </w:r>
              <w:r w:rsidRPr="007205EF">
                <w:rPr>
                  <w:rFonts w:ascii="Times New Roman" w:hAnsi="Times New Roman"/>
                  <w:color w:val="0000FF"/>
                  <w:sz w:val="24"/>
                  <w:szCs w:val="24"/>
                  <w:u w:val="single"/>
                </w:rPr>
                <w:t>f</w:t>
              </w:r>
              <w:r w:rsidRPr="007205EF">
                <w:rPr>
                  <w:rFonts w:ascii="Times New Roman" w:hAnsi="Times New Roman"/>
                  <w:color w:val="0000FF"/>
                  <w:sz w:val="24"/>
                  <w:szCs w:val="24"/>
                  <w:u w:val="single"/>
                  <w:lang w:val="ru-RU"/>
                </w:rPr>
                <w:t>4110</w:t>
              </w:r>
              <w:r w:rsidRPr="007205EF">
                <w:rPr>
                  <w:rFonts w:ascii="Times New Roman" w:hAnsi="Times New Roman"/>
                  <w:color w:val="0000FF"/>
                  <w:sz w:val="24"/>
                  <w:szCs w:val="24"/>
                  <w:u w:val="single"/>
                </w:rPr>
                <w:t>fe</w:t>
              </w:r>
            </w:hyperlink>
            <w:r w:rsidRPr="007205EF">
              <w:rPr>
                <w:rFonts w:ascii="Times New Roman" w:hAnsi="Times New Roman"/>
                <w:color w:val="000000"/>
                <w:sz w:val="24"/>
                <w:szCs w:val="24"/>
                <w:lang w:val="ru-RU"/>
              </w:rPr>
              <w:t>]]</w:t>
            </w:r>
          </w:p>
        </w:tc>
      </w:tr>
      <w:tr w:rsidR="005E3948" w:rsidRPr="008E75F7" w:rsidTr="007205EF">
        <w:trPr>
          <w:trHeight w:val="144"/>
          <w:tblCellSpacing w:w="20" w:type="nil"/>
        </w:trPr>
        <w:tc>
          <w:tcPr>
            <w:tcW w:w="520" w:type="dxa"/>
            <w:tcMar>
              <w:top w:w="50" w:type="dxa"/>
              <w:left w:w="100" w:type="dxa"/>
            </w:tcMar>
            <w:vAlign w:val="center"/>
          </w:tcPr>
          <w:p w:rsidR="005E3948" w:rsidRPr="007205EF" w:rsidRDefault="005E3948" w:rsidP="007205EF">
            <w:pPr>
              <w:spacing w:after="0"/>
              <w:rPr>
                <w:sz w:val="24"/>
                <w:szCs w:val="24"/>
              </w:rPr>
            </w:pPr>
            <w:r w:rsidRPr="007205EF">
              <w:rPr>
                <w:rFonts w:ascii="Times New Roman" w:hAnsi="Times New Roman"/>
                <w:color w:val="000000"/>
                <w:sz w:val="24"/>
                <w:szCs w:val="24"/>
              </w:rPr>
              <w:t>3.2</w:t>
            </w:r>
          </w:p>
        </w:tc>
        <w:tc>
          <w:tcPr>
            <w:tcW w:w="2640" w:type="dxa"/>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color w:val="000000"/>
                <w:sz w:val="24"/>
                <w:szCs w:val="24"/>
              </w:rPr>
              <w:t>Решение задач</w:t>
            </w:r>
          </w:p>
        </w:tc>
        <w:tc>
          <w:tcPr>
            <w:tcW w:w="1011" w:type="dxa"/>
            <w:tcMar>
              <w:top w:w="50" w:type="dxa"/>
              <w:left w:w="100" w:type="dxa"/>
            </w:tcMar>
            <w:vAlign w:val="center"/>
          </w:tcPr>
          <w:p w:rsidR="005E3948" w:rsidRPr="007205EF" w:rsidRDefault="005E3948" w:rsidP="007205EF">
            <w:pPr>
              <w:spacing w:after="0"/>
              <w:ind w:left="135"/>
              <w:jc w:val="center"/>
              <w:rPr>
                <w:sz w:val="24"/>
                <w:szCs w:val="24"/>
              </w:rPr>
            </w:pPr>
            <w:r w:rsidRPr="007205EF">
              <w:rPr>
                <w:rFonts w:ascii="Times New Roman" w:hAnsi="Times New Roman"/>
                <w:color w:val="000000"/>
                <w:sz w:val="24"/>
                <w:szCs w:val="24"/>
              </w:rPr>
              <w:t xml:space="preserve"> 11 </w:t>
            </w:r>
          </w:p>
        </w:tc>
        <w:tc>
          <w:tcPr>
            <w:tcW w:w="1738" w:type="dxa"/>
            <w:tcMar>
              <w:top w:w="50" w:type="dxa"/>
              <w:left w:w="100" w:type="dxa"/>
            </w:tcMar>
            <w:vAlign w:val="center"/>
          </w:tcPr>
          <w:p w:rsidR="005E3948" w:rsidRPr="007205EF" w:rsidRDefault="005E3948" w:rsidP="007205EF">
            <w:pPr>
              <w:spacing w:after="0"/>
              <w:ind w:left="135"/>
              <w:jc w:val="center"/>
              <w:rPr>
                <w:sz w:val="24"/>
                <w:szCs w:val="24"/>
              </w:rPr>
            </w:pPr>
          </w:p>
        </w:tc>
        <w:tc>
          <w:tcPr>
            <w:tcW w:w="1823" w:type="dxa"/>
            <w:tcMar>
              <w:top w:w="50" w:type="dxa"/>
              <w:left w:w="100" w:type="dxa"/>
            </w:tcMar>
            <w:vAlign w:val="center"/>
          </w:tcPr>
          <w:p w:rsidR="005E3948" w:rsidRPr="007205EF" w:rsidRDefault="005E3948" w:rsidP="007205EF">
            <w:pPr>
              <w:spacing w:after="0"/>
              <w:ind w:left="135"/>
              <w:jc w:val="center"/>
              <w:rPr>
                <w:sz w:val="24"/>
                <w:szCs w:val="24"/>
              </w:rPr>
            </w:pPr>
          </w:p>
        </w:tc>
        <w:tc>
          <w:tcPr>
            <w:tcW w:w="2741" w:type="dxa"/>
            <w:tcMar>
              <w:top w:w="50" w:type="dxa"/>
              <w:left w:w="100" w:type="dxa"/>
            </w:tcMar>
            <w:vAlign w:val="center"/>
          </w:tcPr>
          <w:p w:rsidR="005E3948" w:rsidRPr="007205EF" w:rsidRDefault="005E3948" w:rsidP="007205EF">
            <w:pPr>
              <w:spacing w:after="0"/>
              <w:ind w:left="135"/>
              <w:rPr>
                <w:sz w:val="24"/>
                <w:szCs w:val="24"/>
                <w:lang w:val="ru-RU"/>
              </w:rPr>
            </w:pPr>
            <w:r w:rsidRPr="007205EF">
              <w:rPr>
                <w:rFonts w:ascii="Times New Roman" w:hAnsi="Times New Roman"/>
                <w:color w:val="000000"/>
                <w:sz w:val="24"/>
                <w:szCs w:val="24"/>
                <w:lang w:val="ru-RU"/>
              </w:rPr>
              <w:t>[Библиотека ЦОК [</w:t>
            </w:r>
            <w:hyperlink r:id="rId57">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/7</w:t>
              </w:r>
              <w:r w:rsidRPr="007205EF">
                <w:rPr>
                  <w:rFonts w:ascii="Times New Roman" w:hAnsi="Times New Roman"/>
                  <w:color w:val="0000FF"/>
                  <w:sz w:val="24"/>
                  <w:szCs w:val="24"/>
                  <w:u w:val="single"/>
                </w:rPr>
                <w:t>f</w:t>
              </w:r>
              <w:r w:rsidRPr="007205EF">
                <w:rPr>
                  <w:rFonts w:ascii="Times New Roman" w:hAnsi="Times New Roman"/>
                  <w:color w:val="0000FF"/>
                  <w:sz w:val="24"/>
                  <w:szCs w:val="24"/>
                  <w:u w:val="single"/>
                  <w:lang w:val="ru-RU"/>
                </w:rPr>
                <w:t>4110</w:t>
              </w:r>
              <w:r w:rsidRPr="007205EF">
                <w:rPr>
                  <w:rFonts w:ascii="Times New Roman" w:hAnsi="Times New Roman"/>
                  <w:color w:val="0000FF"/>
                  <w:sz w:val="24"/>
                  <w:szCs w:val="24"/>
                  <w:u w:val="single"/>
                </w:rPr>
                <w:t>fe</w:t>
              </w:r>
            </w:hyperlink>
            <w:r w:rsidRPr="007205EF">
              <w:rPr>
                <w:rFonts w:ascii="Times New Roman" w:hAnsi="Times New Roman"/>
                <w:color w:val="000000"/>
                <w:sz w:val="24"/>
                <w:szCs w:val="24"/>
                <w:lang w:val="ru-RU"/>
              </w:rPr>
              <w:t>]]</w:t>
            </w:r>
          </w:p>
        </w:tc>
      </w:tr>
      <w:tr w:rsidR="005E3948" w:rsidRPr="007205EF" w:rsidTr="007205EF">
        <w:trPr>
          <w:trHeight w:val="144"/>
          <w:tblCellSpacing w:w="20" w:type="nil"/>
        </w:trPr>
        <w:tc>
          <w:tcPr>
            <w:tcW w:w="0" w:type="auto"/>
            <w:gridSpan w:val="2"/>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color w:val="000000"/>
                <w:sz w:val="24"/>
                <w:szCs w:val="24"/>
              </w:rPr>
              <w:t>Итого по разделу</w:t>
            </w:r>
          </w:p>
        </w:tc>
        <w:tc>
          <w:tcPr>
            <w:tcW w:w="1589" w:type="dxa"/>
            <w:tcMar>
              <w:top w:w="50" w:type="dxa"/>
              <w:left w:w="100" w:type="dxa"/>
            </w:tcMar>
            <w:vAlign w:val="center"/>
          </w:tcPr>
          <w:p w:rsidR="005E3948" w:rsidRPr="007205EF" w:rsidRDefault="005E3948" w:rsidP="007205EF">
            <w:pPr>
              <w:spacing w:after="0"/>
              <w:ind w:left="135"/>
              <w:jc w:val="center"/>
              <w:rPr>
                <w:sz w:val="24"/>
                <w:szCs w:val="24"/>
              </w:rPr>
            </w:pPr>
            <w:r w:rsidRPr="007205EF">
              <w:rPr>
                <w:rFonts w:ascii="Times New Roman" w:hAnsi="Times New Roman"/>
                <w:color w:val="000000"/>
                <w:sz w:val="24"/>
                <w:szCs w:val="24"/>
              </w:rPr>
              <w:t xml:space="preserve"> 23 </w:t>
            </w:r>
          </w:p>
        </w:tc>
        <w:tc>
          <w:tcPr>
            <w:tcW w:w="0" w:type="auto"/>
            <w:gridSpan w:val="3"/>
            <w:tcMar>
              <w:top w:w="50" w:type="dxa"/>
              <w:left w:w="100" w:type="dxa"/>
            </w:tcMar>
            <w:vAlign w:val="center"/>
          </w:tcPr>
          <w:p w:rsidR="005E3948" w:rsidRPr="007205EF" w:rsidRDefault="005E3948" w:rsidP="007205EF">
            <w:pPr>
              <w:rPr>
                <w:sz w:val="24"/>
                <w:szCs w:val="24"/>
              </w:rPr>
            </w:pPr>
          </w:p>
        </w:tc>
      </w:tr>
      <w:tr w:rsidR="005E3948" w:rsidRPr="008E75F7" w:rsidTr="007205EF">
        <w:trPr>
          <w:trHeight w:val="144"/>
          <w:tblCellSpacing w:w="20" w:type="nil"/>
        </w:trPr>
        <w:tc>
          <w:tcPr>
            <w:tcW w:w="0" w:type="auto"/>
            <w:gridSpan w:val="6"/>
            <w:tcMar>
              <w:top w:w="50" w:type="dxa"/>
              <w:left w:w="100" w:type="dxa"/>
            </w:tcMar>
            <w:vAlign w:val="center"/>
          </w:tcPr>
          <w:p w:rsidR="005E3948" w:rsidRPr="007205EF" w:rsidRDefault="005E3948" w:rsidP="007205EF">
            <w:pPr>
              <w:spacing w:after="0"/>
              <w:ind w:left="135"/>
              <w:rPr>
                <w:sz w:val="24"/>
                <w:szCs w:val="24"/>
                <w:lang w:val="ru-RU"/>
              </w:rPr>
            </w:pPr>
            <w:r w:rsidRPr="007205EF">
              <w:rPr>
                <w:rFonts w:ascii="Times New Roman" w:hAnsi="Times New Roman"/>
                <w:b/>
                <w:color w:val="000000"/>
                <w:sz w:val="24"/>
                <w:szCs w:val="24"/>
                <w:lang w:val="ru-RU"/>
              </w:rPr>
              <w:t>Раздел 4.</w:t>
            </w:r>
            <w:r w:rsidRPr="007205EF">
              <w:rPr>
                <w:rFonts w:ascii="Times New Roman" w:hAnsi="Times New Roman"/>
                <w:color w:val="000000"/>
                <w:sz w:val="24"/>
                <w:szCs w:val="24"/>
                <w:lang w:val="ru-RU"/>
              </w:rPr>
              <w:t xml:space="preserve"> </w:t>
            </w:r>
            <w:r w:rsidRPr="007205EF">
              <w:rPr>
                <w:rFonts w:ascii="Times New Roman" w:hAnsi="Times New Roman"/>
                <w:b/>
                <w:color w:val="000000"/>
                <w:sz w:val="24"/>
                <w:szCs w:val="24"/>
                <w:lang w:val="ru-RU"/>
              </w:rPr>
              <w:t>Пространственные отношения и геометрические фигуры</w:t>
            </w:r>
          </w:p>
        </w:tc>
      </w:tr>
      <w:tr w:rsidR="005E3948" w:rsidRPr="008E75F7" w:rsidTr="007205EF">
        <w:trPr>
          <w:trHeight w:val="144"/>
          <w:tblCellSpacing w:w="20" w:type="nil"/>
        </w:trPr>
        <w:tc>
          <w:tcPr>
            <w:tcW w:w="520" w:type="dxa"/>
            <w:tcMar>
              <w:top w:w="50" w:type="dxa"/>
              <w:left w:w="100" w:type="dxa"/>
            </w:tcMar>
            <w:vAlign w:val="center"/>
          </w:tcPr>
          <w:p w:rsidR="005E3948" w:rsidRPr="007205EF" w:rsidRDefault="005E3948" w:rsidP="007205EF">
            <w:pPr>
              <w:spacing w:after="0"/>
              <w:rPr>
                <w:sz w:val="24"/>
                <w:szCs w:val="24"/>
              </w:rPr>
            </w:pPr>
            <w:r w:rsidRPr="007205EF">
              <w:rPr>
                <w:rFonts w:ascii="Times New Roman" w:hAnsi="Times New Roman"/>
                <w:color w:val="000000"/>
                <w:sz w:val="24"/>
                <w:szCs w:val="24"/>
              </w:rPr>
              <w:lastRenderedPageBreak/>
              <w:t>4.1</w:t>
            </w:r>
          </w:p>
        </w:tc>
        <w:tc>
          <w:tcPr>
            <w:tcW w:w="2640" w:type="dxa"/>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color w:val="000000"/>
                <w:sz w:val="24"/>
                <w:szCs w:val="24"/>
              </w:rPr>
              <w:t>Геометрические фигуры</w:t>
            </w:r>
          </w:p>
        </w:tc>
        <w:tc>
          <w:tcPr>
            <w:tcW w:w="1011" w:type="dxa"/>
            <w:tcMar>
              <w:top w:w="50" w:type="dxa"/>
              <w:left w:w="100" w:type="dxa"/>
            </w:tcMar>
            <w:vAlign w:val="center"/>
          </w:tcPr>
          <w:p w:rsidR="005E3948" w:rsidRPr="007205EF" w:rsidRDefault="005E3948" w:rsidP="007205EF">
            <w:pPr>
              <w:spacing w:after="0"/>
              <w:ind w:left="135"/>
              <w:jc w:val="center"/>
              <w:rPr>
                <w:sz w:val="24"/>
                <w:szCs w:val="24"/>
              </w:rPr>
            </w:pPr>
            <w:r w:rsidRPr="007205EF">
              <w:rPr>
                <w:rFonts w:ascii="Times New Roman" w:hAnsi="Times New Roman"/>
                <w:color w:val="000000"/>
                <w:sz w:val="24"/>
                <w:szCs w:val="24"/>
              </w:rPr>
              <w:t xml:space="preserve"> 9 </w:t>
            </w:r>
          </w:p>
        </w:tc>
        <w:tc>
          <w:tcPr>
            <w:tcW w:w="1738" w:type="dxa"/>
            <w:tcMar>
              <w:top w:w="50" w:type="dxa"/>
              <w:left w:w="100" w:type="dxa"/>
            </w:tcMar>
            <w:vAlign w:val="center"/>
          </w:tcPr>
          <w:p w:rsidR="005E3948" w:rsidRPr="007205EF" w:rsidRDefault="005E3948" w:rsidP="007205EF">
            <w:pPr>
              <w:spacing w:after="0"/>
              <w:ind w:left="135"/>
              <w:jc w:val="center"/>
              <w:rPr>
                <w:sz w:val="24"/>
                <w:szCs w:val="24"/>
              </w:rPr>
            </w:pPr>
          </w:p>
        </w:tc>
        <w:tc>
          <w:tcPr>
            <w:tcW w:w="1823" w:type="dxa"/>
            <w:tcMar>
              <w:top w:w="50" w:type="dxa"/>
              <w:left w:w="100" w:type="dxa"/>
            </w:tcMar>
            <w:vAlign w:val="center"/>
          </w:tcPr>
          <w:p w:rsidR="005E3948" w:rsidRPr="007205EF" w:rsidRDefault="005E3948" w:rsidP="007205EF">
            <w:pPr>
              <w:spacing w:after="0"/>
              <w:ind w:left="135"/>
              <w:jc w:val="center"/>
              <w:rPr>
                <w:sz w:val="24"/>
                <w:szCs w:val="24"/>
              </w:rPr>
            </w:pPr>
          </w:p>
        </w:tc>
        <w:tc>
          <w:tcPr>
            <w:tcW w:w="2741" w:type="dxa"/>
            <w:tcMar>
              <w:top w:w="50" w:type="dxa"/>
              <w:left w:w="100" w:type="dxa"/>
            </w:tcMar>
            <w:vAlign w:val="center"/>
          </w:tcPr>
          <w:p w:rsidR="005E3948" w:rsidRPr="007205EF" w:rsidRDefault="005E3948" w:rsidP="007205EF">
            <w:pPr>
              <w:spacing w:after="0"/>
              <w:ind w:left="135"/>
              <w:rPr>
                <w:sz w:val="24"/>
                <w:szCs w:val="24"/>
                <w:lang w:val="ru-RU"/>
              </w:rPr>
            </w:pPr>
            <w:r w:rsidRPr="007205EF">
              <w:rPr>
                <w:rFonts w:ascii="Times New Roman" w:hAnsi="Times New Roman"/>
                <w:color w:val="000000"/>
                <w:sz w:val="24"/>
                <w:szCs w:val="24"/>
                <w:lang w:val="ru-RU"/>
              </w:rPr>
              <w:t>[Библиотека ЦОК [</w:t>
            </w:r>
            <w:hyperlink r:id="rId58">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/7</w:t>
              </w:r>
              <w:r w:rsidRPr="007205EF">
                <w:rPr>
                  <w:rFonts w:ascii="Times New Roman" w:hAnsi="Times New Roman"/>
                  <w:color w:val="0000FF"/>
                  <w:sz w:val="24"/>
                  <w:szCs w:val="24"/>
                  <w:u w:val="single"/>
                </w:rPr>
                <w:t>f</w:t>
              </w:r>
              <w:r w:rsidRPr="007205EF">
                <w:rPr>
                  <w:rFonts w:ascii="Times New Roman" w:hAnsi="Times New Roman"/>
                  <w:color w:val="0000FF"/>
                  <w:sz w:val="24"/>
                  <w:szCs w:val="24"/>
                  <w:u w:val="single"/>
                  <w:lang w:val="ru-RU"/>
                </w:rPr>
                <w:t>4110</w:t>
              </w:r>
              <w:r w:rsidRPr="007205EF">
                <w:rPr>
                  <w:rFonts w:ascii="Times New Roman" w:hAnsi="Times New Roman"/>
                  <w:color w:val="0000FF"/>
                  <w:sz w:val="24"/>
                  <w:szCs w:val="24"/>
                  <w:u w:val="single"/>
                </w:rPr>
                <w:t>fe</w:t>
              </w:r>
            </w:hyperlink>
            <w:r w:rsidRPr="007205EF">
              <w:rPr>
                <w:rFonts w:ascii="Times New Roman" w:hAnsi="Times New Roman"/>
                <w:color w:val="000000"/>
                <w:sz w:val="24"/>
                <w:szCs w:val="24"/>
                <w:lang w:val="ru-RU"/>
              </w:rPr>
              <w:t>]]</w:t>
            </w:r>
          </w:p>
        </w:tc>
      </w:tr>
      <w:tr w:rsidR="005E3948" w:rsidRPr="008E75F7" w:rsidTr="007205EF">
        <w:trPr>
          <w:trHeight w:val="144"/>
          <w:tblCellSpacing w:w="20" w:type="nil"/>
        </w:trPr>
        <w:tc>
          <w:tcPr>
            <w:tcW w:w="520" w:type="dxa"/>
            <w:tcMar>
              <w:top w:w="50" w:type="dxa"/>
              <w:left w:w="100" w:type="dxa"/>
            </w:tcMar>
            <w:vAlign w:val="center"/>
          </w:tcPr>
          <w:p w:rsidR="005E3948" w:rsidRPr="007205EF" w:rsidRDefault="005E3948" w:rsidP="007205EF">
            <w:pPr>
              <w:spacing w:after="0"/>
              <w:rPr>
                <w:sz w:val="24"/>
                <w:szCs w:val="24"/>
              </w:rPr>
            </w:pPr>
            <w:r w:rsidRPr="007205EF">
              <w:rPr>
                <w:rFonts w:ascii="Times New Roman" w:hAnsi="Times New Roman"/>
                <w:color w:val="000000"/>
                <w:sz w:val="24"/>
                <w:szCs w:val="24"/>
              </w:rPr>
              <w:t>4.2</w:t>
            </w:r>
          </w:p>
        </w:tc>
        <w:tc>
          <w:tcPr>
            <w:tcW w:w="2640" w:type="dxa"/>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color w:val="000000"/>
                <w:sz w:val="24"/>
                <w:szCs w:val="24"/>
              </w:rPr>
              <w:t>Геометрические величины</w:t>
            </w:r>
          </w:p>
        </w:tc>
        <w:tc>
          <w:tcPr>
            <w:tcW w:w="1011" w:type="dxa"/>
            <w:tcMar>
              <w:top w:w="50" w:type="dxa"/>
              <w:left w:w="100" w:type="dxa"/>
            </w:tcMar>
            <w:vAlign w:val="center"/>
          </w:tcPr>
          <w:p w:rsidR="005E3948" w:rsidRPr="007205EF" w:rsidRDefault="005E3948" w:rsidP="007205EF">
            <w:pPr>
              <w:spacing w:after="0"/>
              <w:ind w:left="135"/>
              <w:jc w:val="center"/>
              <w:rPr>
                <w:sz w:val="24"/>
                <w:szCs w:val="24"/>
              </w:rPr>
            </w:pPr>
            <w:r w:rsidRPr="007205EF">
              <w:rPr>
                <w:rFonts w:ascii="Times New Roman" w:hAnsi="Times New Roman"/>
                <w:color w:val="000000"/>
                <w:sz w:val="24"/>
                <w:szCs w:val="24"/>
              </w:rPr>
              <w:t xml:space="preserve"> 13 </w:t>
            </w:r>
          </w:p>
        </w:tc>
        <w:tc>
          <w:tcPr>
            <w:tcW w:w="1738" w:type="dxa"/>
            <w:tcMar>
              <w:top w:w="50" w:type="dxa"/>
              <w:left w:w="100" w:type="dxa"/>
            </w:tcMar>
            <w:vAlign w:val="center"/>
          </w:tcPr>
          <w:p w:rsidR="005E3948" w:rsidRPr="007205EF" w:rsidRDefault="005E3948" w:rsidP="007205EF">
            <w:pPr>
              <w:spacing w:after="0"/>
              <w:ind w:left="135"/>
              <w:jc w:val="center"/>
              <w:rPr>
                <w:sz w:val="24"/>
                <w:szCs w:val="24"/>
              </w:rPr>
            </w:pPr>
          </w:p>
        </w:tc>
        <w:tc>
          <w:tcPr>
            <w:tcW w:w="1823" w:type="dxa"/>
            <w:tcMar>
              <w:top w:w="50" w:type="dxa"/>
              <w:left w:w="100" w:type="dxa"/>
            </w:tcMar>
            <w:vAlign w:val="center"/>
          </w:tcPr>
          <w:p w:rsidR="005E3948" w:rsidRPr="007205EF" w:rsidRDefault="005E3948" w:rsidP="007205EF">
            <w:pPr>
              <w:spacing w:after="0"/>
              <w:ind w:left="135"/>
              <w:jc w:val="center"/>
              <w:rPr>
                <w:sz w:val="24"/>
                <w:szCs w:val="24"/>
              </w:rPr>
            </w:pPr>
          </w:p>
        </w:tc>
        <w:tc>
          <w:tcPr>
            <w:tcW w:w="2741" w:type="dxa"/>
            <w:tcMar>
              <w:top w:w="50" w:type="dxa"/>
              <w:left w:w="100" w:type="dxa"/>
            </w:tcMar>
            <w:vAlign w:val="center"/>
          </w:tcPr>
          <w:p w:rsidR="005E3948" w:rsidRPr="007205EF" w:rsidRDefault="005E3948" w:rsidP="007205EF">
            <w:pPr>
              <w:spacing w:after="0"/>
              <w:ind w:left="135"/>
              <w:rPr>
                <w:sz w:val="24"/>
                <w:szCs w:val="24"/>
                <w:lang w:val="ru-RU"/>
              </w:rPr>
            </w:pPr>
            <w:r w:rsidRPr="007205EF">
              <w:rPr>
                <w:rFonts w:ascii="Times New Roman" w:hAnsi="Times New Roman"/>
                <w:color w:val="000000"/>
                <w:sz w:val="24"/>
                <w:szCs w:val="24"/>
                <w:lang w:val="ru-RU"/>
              </w:rPr>
              <w:t>[Библиотека ЦОК [</w:t>
            </w:r>
            <w:hyperlink r:id="rId59">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/7</w:t>
              </w:r>
              <w:r w:rsidRPr="007205EF">
                <w:rPr>
                  <w:rFonts w:ascii="Times New Roman" w:hAnsi="Times New Roman"/>
                  <w:color w:val="0000FF"/>
                  <w:sz w:val="24"/>
                  <w:szCs w:val="24"/>
                  <w:u w:val="single"/>
                </w:rPr>
                <w:t>f</w:t>
              </w:r>
              <w:r w:rsidRPr="007205EF">
                <w:rPr>
                  <w:rFonts w:ascii="Times New Roman" w:hAnsi="Times New Roman"/>
                  <w:color w:val="0000FF"/>
                  <w:sz w:val="24"/>
                  <w:szCs w:val="24"/>
                  <w:u w:val="single"/>
                  <w:lang w:val="ru-RU"/>
                </w:rPr>
                <w:t>4110</w:t>
              </w:r>
              <w:r w:rsidRPr="007205EF">
                <w:rPr>
                  <w:rFonts w:ascii="Times New Roman" w:hAnsi="Times New Roman"/>
                  <w:color w:val="0000FF"/>
                  <w:sz w:val="24"/>
                  <w:szCs w:val="24"/>
                  <w:u w:val="single"/>
                </w:rPr>
                <w:t>fe</w:t>
              </w:r>
            </w:hyperlink>
            <w:r w:rsidRPr="007205EF">
              <w:rPr>
                <w:rFonts w:ascii="Times New Roman" w:hAnsi="Times New Roman"/>
                <w:color w:val="000000"/>
                <w:sz w:val="24"/>
                <w:szCs w:val="24"/>
                <w:lang w:val="ru-RU"/>
              </w:rPr>
              <w:t>]]</w:t>
            </w:r>
          </w:p>
        </w:tc>
      </w:tr>
      <w:tr w:rsidR="005E3948" w:rsidRPr="007205EF" w:rsidTr="007205EF">
        <w:trPr>
          <w:trHeight w:val="144"/>
          <w:tblCellSpacing w:w="20" w:type="nil"/>
        </w:trPr>
        <w:tc>
          <w:tcPr>
            <w:tcW w:w="0" w:type="auto"/>
            <w:gridSpan w:val="2"/>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color w:val="000000"/>
                <w:sz w:val="24"/>
                <w:szCs w:val="24"/>
              </w:rPr>
              <w:t>Итого по разделу</w:t>
            </w:r>
          </w:p>
        </w:tc>
        <w:tc>
          <w:tcPr>
            <w:tcW w:w="1589" w:type="dxa"/>
            <w:tcMar>
              <w:top w:w="50" w:type="dxa"/>
              <w:left w:w="100" w:type="dxa"/>
            </w:tcMar>
            <w:vAlign w:val="center"/>
          </w:tcPr>
          <w:p w:rsidR="005E3948" w:rsidRPr="007205EF" w:rsidRDefault="005E3948" w:rsidP="007205EF">
            <w:pPr>
              <w:spacing w:after="0"/>
              <w:ind w:left="135"/>
              <w:jc w:val="center"/>
              <w:rPr>
                <w:sz w:val="24"/>
                <w:szCs w:val="24"/>
              </w:rPr>
            </w:pPr>
            <w:r w:rsidRPr="007205EF">
              <w:rPr>
                <w:rFonts w:ascii="Times New Roman" w:hAnsi="Times New Roman"/>
                <w:color w:val="000000"/>
                <w:sz w:val="24"/>
                <w:szCs w:val="24"/>
              </w:rPr>
              <w:t xml:space="preserve"> 22 </w:t>
            </w:r>
          </w:p>
        </w:tc>
        <w:tc>
          <w:tcPr>
            <w:tcW w:w="0" w:type="auto"/>
            <w:gridSpan w:val="3"/>
            <w:tcMar>
              <w:top w:w="50" w:type="dxa"/>
              <w:left w:w="100" w:type="dxa"/>
            </w:tcMar>
            <w:vAlign w:val="center"/>
          </w:tcPr>
          <w:p w:rsidR="005E3948" w:rsidRPr="007205EF" w:rsidRDefault="005E3948" w:rsidP="007205EF">
            <w:pPr>
              <w:rPr>
                <w:sz w:val="24"/>
                <w:szCs w:val="24"/>
              </w:rPr>
            </w:pPr>
          </w:p>
        </w:tc>
      </w:tr>
      <w:tr w:rsidR="005E3948" w:rsidRPr="007205EF" w:rsidTr="007205EF">
        <w:trPr>
          <w:trHeight w:val="144"/>
          <w:tblCellSpacing w:w="20" w:type="nil"/>
        </w:trPr>
        <w:tc>
          <w:tcPr>
            <w:tcW w:w="0" w:type="auto"/>
            <w:gridSpan w:val="6"/>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b/>
                <w:color w:val="000000"/>
                <w:sz w:val="24"/>
                <w:szCs w:val="24"/>
              </w:rPr>
              <w:t>Раздел 5.</w:t>
            </w:r>
            <w:r w:rsidRPr="007205EF">
              <w:rPr>
                <w:rFonts w:ascii="Times New Roman" w:hAnsi="Times New Roman"/>
                <w:color w:val="000000"/>
                <w:sz w:val="24"/>
                <w:szCs w:val="24"/>
              </w:rPr>
              <w:t xml:space="preserve"> </w:t>
            </w:r>
            <w:r w:rsidRPr="007205EF">
              <w:rPr>
                <w:rFonts w:ascii="Times New Roman" w:hAnsi="Times New Roman"/>
                <w:b/>
                <w:color w:val="000000"/>
                <w:sz w:val="24"/>
                <w:szCs w:val="24"/>
              </w:rPr>
              <w:t>Математическая информация</w:t>
            </w:r>
          </w:p>
        </w:tc>
      </w:tr>
      <w:tr w:rsidR="005E3948" w:rsidRPr="008E75F7" w:rsidTr="007205EF">
        <w:trPr>
          <w:trHeight w:val="144"/>
          <w:tblCellSpacing w:w="20" w:type="nil"/>
        </w:trPr>
        <w:tc>
          <w:tcPr>
            <w:tcW w:w="520" w:type="dxa"/>
            <w:tcMar>
              <w:top w:w="50" w:type="dxa"/>
              <w:left w:w="100" w:type="dxa"/>
            </w:tcMar>
            <w:vAlign w:val="center"/>
          </w:tcPr>
          <w:p w:rsidR="005E3948" w:rsidRPr="007205EF" w:rsidRDefault="005E3948" w:rsidP="007205EF">
            <w:pPr>
              <w:spacing w:after="0"/>
              <w:rPr>
                <w:sz w:val="24"/>
                <w:szCs w:val="24"/>
              </w:rPr>
            </w:pPr>
            <w:r w:rsidRPr="007205EF">
              <w:rPr>
                <w:rFonts w:ascii="Times New Roman" w:hAnsi="Times New Roman"/>
                <w:color w:val="000000"/>
                <w:sz w:val="24"/>
                <w:szCs w:val="24"/>
              </w:rPr>
              <w:t>5.1</w:t>
            </w:r>
          </w:p>
        </w:tc>
        <w:tc>
          <w:tcPr>
            <w:tcW w:w="2640" w:type="dxa"/>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color w:val="000000"/>
                <w:sz w:val="24"/>
                <w:szCs w:val="24"/>
              </w:rPr>
              <w:t>Математическая информация</w:t>
            </w:r>
          </w:p>
        </w:tc>
        <w:tc>
          <w:tcPr>
            <w:tcW w:w="1011" w:type="dxa"/>
            <w:tcMar>
              <w:top w:w="50" w:type="dxa"/>
              <w:left w:w="100" w:type="dxa"/>
            </w:tcMar>
            <w:vAlign w:val="center"/>
          </w:tcPr>
          <w:p w:rsidR="005E3948" w:rsidRPr="007205EF" w:rsidRDefault="005E3948" w:rsidP="007205EF">
            <w:pPr>
              <w:spacing w:after="0"/>
              <w:ind w:left="135"/>
              <w:jc w:val="center"/>
              <w:rPr>
                <w:sz w:val="24"/>
                <w:szCs w:val="24"/>
              </w:rPr>
            </w:pPr>
            <w:r w:rsidRPr="007205EF">
              <w:rPr>
                <w:rFonts w:ascii="Times New Roman" w:hAnsi="Times New Roman"/>
                <w:color w:val="000000"/>
                <w:sz w:val="24"/>
                <w:szCs w:val="24"/>
              </w:rPr>
              <w:t xml:space="preserve"> 15 </w:t>
            </w:r>
          </w:p>
        </w:tc>
        <w:tc>
          <w:tcPr>
            <w:tcW w:w="1738" w:type="dxa"/>
            <w:tcMar>
              <w:top w:w="50" w:type="dxa"/>
              <w:left w:w="100" w:type="dxa"/>
            </w:tcMar>
            <w:vAlign w:val="center"/>
          </w:tcPr>
          <w:p w:rsidR="005E3948" w:rsidRPr="007205EF" w:rsidRDefault="005E3948" w:rsidP="007205EF">
            <w:pPr>
              <w:spacing w:after="0"/>
              <w:ind w:left="135"/>
              <w:jc w:val="center"/>
              <w:rPr>
                <w:sz w:val="24"/>
                <w:szCs w:val="24"/>
              </w:rPr>
            </w:pPr>
          </w:p>
        </w:tc>
        <w:tc>
          <w:tcPr>
            <w:tcW w:w="1823" w:type="dxa"/>
            <w:tcMar>
              <w:top w:w="50" w:type="dxa"/>
              <w:left w:w="100" w:type="dxa"/>
            </w:tcMar>
            <w:vAlign w:val="center"/>
          </w:tcPr>
          <w:p w:rsidR="005E3948" w:rsidRPr="007205EF" w:rsidRDefault="005E3948" w:rsidP="007205EF">
            <w:pPr>
              <w:spacing w:after="0"/>
              <w:ind w:left="135"/>
              <w:jc w:val="center"/>
              <w:rPr>
                <w:sz w:val="24"/>
                <w:szCs w:val="24"/>
              </w:rPr>
            </w:pPr>
          </w:p>
        </w:tc>
        <w:tc>
          <w:tcPr>
            <w:tcW w:w="2741" w:type="dxa"/>
            <w:tcMar>
              <w:top w:w="50" w:type="dxa"/>
              <w:left w:w="100" w:type="dxa"/>
            </w:tcMar>
            <w:vAlign w:val="center"/>
          </w:tcPr>
          <w:p w:rsidR="005E3948" w:rsidRPr="007205EF" w:rsidRDefault="005E3948" w:rsidP="007205EF">
            <w:pPr>
              <w:spacing w:after="0"/>
              <w:ind w:left="135"/>
              <w:rPr>
                <w:sz w:val="24"/>
                <w:szCs w:val="24"/>
                <w:lang w:val="ru-RU"/>
              </w:rPr>
            </w:pPr>
            <w:r w:rsidRPr="007205EF">
              <w:rPr>
                <w:rFonts w:ascii="Times New Roman" w:hAnsi="Times New Roman"/>
                <w:color w:val="000000"/>
                <w:sz w:val="24"/>
                <w:szCs w:val="24"/>
                <w:lang w:val="ru-RU"/>
              </w:rPr>
              <w:t>[Библиотека ЦОК [</w:t>
            </w:r>
            <w:hyperlink r:id="rId60">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/7</w:t>
              </w:r>
              <w:r w:rsidRPr="007205EF">
                <w:rPr>
                  <w:rFonts w:ascii="Times New Roman" w:hAnsi="Times New Roman"/>
                  <w:color w:val="0000FF"/>
                  <w:sz w:val="24"/>
                  <w:szCs w:val="24"/>
                  <w:u w:val="single"/>
                </w:rPr>
                <w:t>f</w:t>
              </w:r>
              <w:r w:rsidRPr="007205EF">
                <w:rPr>
                  <w:rFonts w:ascii="Times New Roman" w:hAnsi="Times New Roman"/>
                  <w:color w:val="0000FF"/>
                  <w:sz w:val="24"/>
                  <w:szCs w:val="24"/>
                  <w:u w:val="single"/>
                  <w:lang w:val="ru-RU"/>
                </w:rPr>
                <w:t>4110</w:t>
              </w:r>
              <w:r w:rsidRPr="007205EF">
                <w:rPr>
                  <w:rFonts w:ascii="Times New Roman" w:hAnsi="Times New Roman"/>
                  <w:color w:val="0000FF"/>
                  <w:sz w:val="24"/>
                  <w:szCs w:val="24"/>
                  <w:u w:val="single"/>
                </w:rPr>
                <w:t>fe</w:t>
              </w:r>
            </w:hyperlink>
            <w:r w:rsidRPr="007205EF">
              <w:rPr>
                <w:rFonts w:ascii="Times New Roman" w:hAnsi="Times New Roman"/>
                <w:color w:val="000000"/>
                <w:sz w:val="24"/>
                <w:szCs w:val="24"/>
                <w:lang w:val="ru-RU"/>
              </w:rPr>
              <w:t>]]</w:t>
            </w:r>
          </w:p>
        </w:tc>
      </w:tr>
      <w:tr w:rsidR="005E3948" w:rsidRPr="007205EF" w:rsidTr="007205EF">
        <w:trPr>
          <w:trHeight w:val="144"/>
          <w:tblCellSpacing w:w="20" w:type="nil"/>
        </w:trPr>
        <w:tc>
          <w:tcPr>
            <w:tcW w:w="0" w:type="auto"/>
            <w:gridSpan w:val="2"/>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color w:val="000000"/>
                <w:sz w:val="24"/>
                <w:szCs w:val="24"/>
              </w:rPr>
              <w:t>Итого по разделу</w:t>
            </w:r>
          </w:p>
        </w:tc>
        <w:tc>
          <w:tcPr>
            <w:tcW w:w="1589" w:type="dxa"/>
            <w:tcMar>
              <w:top w:w="50" w:type="dxa"/>
              <w:left w:w="100" w:type="dxa"/>
            </w:tcMar>
            <w:vAlign w:val="center"/>
          </w:tcPr>
          <w:p w:rsidR="005E3948" w:rsidRPr="007205EF" w:rsidRDefault="005E3948" w:rsidP="007205EF">
            <w:pPr>
              <w:spacing w:after="0"/>
              <w:ind w:left="135"/>
              <w:jc w:val="center"/>
              <w:rPr>
                <w:sz w:val="24"/>
                <w:szCs w:val="24"/>
              </w:rPr>
            </w:pPr>
            <w:r w:rsidRPr="007205EF">
              <w:rPr>
                <w:rFonts w:ascii="Times New Roman" w:hAnsi="Times New Roman"/>
                <w:color w:val="000000"/>
                <w:sz w:val="24"/>
                <w:szCs w:val="24"/>
              </w:rPr>
              <w:t xml:space="preserve"> 15 </w:t>
            </w:r>
          </w:p>
        </w:tc>
        <w:tc>
          <w:tcPr>
            <w:tcW w:w="0" w:type="auto"/>
            <w:gridSpan w:val="3"/>
            <w:tcMar>
              <w:top w:w="50" w:type="dxa"/>
              <w:left w:w="100" w:type="dxa"/>
            </w:tcMar>
            <w:vAlign w:val="center"/>
          </w:tcPr>
          <w:p w:rsidR="005E3948" w:rsidRPr="007205EF" w:rsidRDefault="005E3948" w:rsidP="007205EF">
            <w:pPr>
              <w:rPr>
                <w:sz w:val="24"/>
                <w:szCs w:val="24"/>
              </w:rPr>
            </w:pPr>
          </w:p>
        </w:tc>
      </w:tr>
      <w:tr w:rsidR="005E3948" w:rsidRPr="008E75F7" w:rsidTr="007205EF">
        <w:trPr>
          <w:trHeight w:val="144"/>
          <w:tblCellSpacing w:w="20" w:type="nil"/>
        </w:trPr>
        <w:tc>
          <w:tcPr>
            <w:tcW w:w="0" w:type="auto"/>
            <w:gridSpan w:val="2"/>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color w:val="000000"/>
                <w:sz w:val="24"/>
                <w:szCs w:val="24"/>
              </w:rPr>
              <w:t>Повторение пройденного материала</w:t>
            </w:r>
          </w:p>
        </w:tc>
        <w:tc>
          <w:tcPr>
            <w:tcW w:w="1589" w:type="dxa"/>
            <w:tcMar>
              <w:top w:w="50" w:type="dxa"/>
              <w:left w:w="100" w:type="dxa"/>
            </w:tcMar>
            <w:vAlign w:val="center"/>
          </w:tcPr>
          <w:p w:rsidR="005E3948" w:rsidRPr="007205EF" w:rsidRDefault="005E3948" w:rsidP="007205EF">
            <w:pPr>
              <w:spacing w:after="0"/>
              <w:ind w:left="135"/>
              <w:jc w:val="center"/>
              <w:rPr>
                <w:sz w:val="24"/>
                <w:szCs w:val="24"/>
              </w:rPr>
            </w:pPr>
            <w:r w:rsidRPr="007205EF">
              <w:rPr>
                <w:rFonts w:ascii="Times New Roman" w:hAnsi="Times New Roman"/>
                <w:color w:val="000000"/>
                <w:sz w:val="24"/>
                <w:szCs w:val="24"/>
              </w:rPr>
              <w:t xml:space="preserve"> 4</w:t>
            </w:r>
          </w:p>
        </w:tc>
        <w:tc>
          <w:tcPr>
            <w:tcW w:w="1738" w:type="dxa"/>
            <w:tcMar>
              <w:top w:w="50" w:type="dxa"/>
              <w:left w:w="100" w:type="dxa"/>
            </w:tcMar>
            <w:vAlign w:val="center"/>
          </w:tcPr>
          <w:p w:rsidR="005E3948" w:rsidRPr="007205EF" w:rsidRDefault="005E3948" w:rsidP="007205EF">
            <w:pPr>
              <w:spacing w:after="0"/>
              <w:ind w:left="135"/>
              <w:jc w:val="center"/>
              <w:rPr>
                <w:sz w:val="24"/>
                <w:szCs w:val="24"/>
              </w:rPr>
            </w:pPr>
          </w:p>
        </w:tc>
        <w:tc>
          <w:tcPr>
            <w:tcW w:w="1823" w:type="dxa"/>
            <w:tcMar>
              <w:top w:w="50" w:type="dxa"/>
              <w:left w:w="100" w:type="dxa"/>
            </w:tcMar>
            <w:vAlign w:val="center"/>
          </w:tcPr>
          <w:p w:rsidR="005E3948" w:rsidRPr="007205EF" w:rsidRDefault="005E3948" w:rsidP="007205EF">
            <w:pPr>
              <w:spacing w:after="0"/>
              <w:ind w:left="135"/>
              <w:jc w:val="center"/>
              <w:rPr>
                <w:sz w:val="24"/>
                <w:szCs w:val="24"/>
              </w:rPr>
            </w:pPr>
            <w:r w:rsidRPr="007205EF">
              <w:rPr>
                <w:rFonts w:ascii="Times New Roman" w:hAnsi="Times New Roman"/>
                <w:color w:val="000000"/>
                <w:sz w:val="24"/>
                <w:szCs w:val="24"/>
              </w:rPr>
              <w:t xml:space="preserve"> 1 </w:t>
            </w:r>
          </w:p>
        </w:tc>
        <w:tc>
          <w:tcPr>
            <w:tcW w:w="2741" w:type="dxa"/>
            <w:tcMar>
              <w:top w:w="50" w:type="dxa"/>
              <w:left w:w="100" w:type="dxa"/>
            </w:tcMar>
            <w:vAlign w:val="center"/>
          </w:tcPr>
          <w:p w:rsidR="005E3948" w:rsidRPr="007205EF" w:rsidRDefault="005E3948" w:rsidP="007205EF">
            <w:pPr>
              <w:spacing w:after="0"/>
              <w:ind w:left="135"/>
              <w:rPr>
                <w:sz w:val="24"/>
                <w:szCs w:val="24"/>
                <w:lang w:val="ru-RU"/>
              </w:rPr>
            </w:pPr>
            <w:r w:rsidRPr="007205EF">
              <w:rPr>
                <w:rFonts w:ascii="Times New Roman" w:hAnsi="Times New Roman"/>
                <w:color w:val="000000"/>
                <w:sz w:val="24"/>
                <w:szCs w:val="24"/>
                <w:lang w:val="ru-RU"/>
              </w:rPr>
              <w:t>[Библиотека ЦОК [</w:t>
            </w:r>
            <w:hyperlink r:id="rId61">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/7</w:t>
              </w:r>
              <w:r w:rsidRPr="007205EF">
                <w:rPr>
                  <w:rFonts w:ascii="Times New Roman" w:hAnsi="Times New Roman"/>
                  <w:color w:val="0000FF"/>
                  <w:sz w:val="24"/>
                  <w:szCs w:val="24"/>
                  <w:u w:val="single"/>
                </w:rPr>
                <w:t>f</w:t>
              </w:r>
              <w:r w:rsidRPr="007205EF">
                <w:rPr>
                  <w:rFonts w:ascii="Times New Roman" w:hAnsi="Times New Roman"/>
                  <w:color w:val="0000FF"/>
                  <w:sz w:val="24"/>
                  <w:szCs w:val="24"/>
                  <w:u w:val="single"/>
                  <w:lang w:val="ru-RU"/>
                </w:rPr>
                <w:t>4110</w:t>
              </w:r>
              <w:r w:rsidRPr="007205EF">
                <w:rPr>
                  <w:rFonts w:ascii="Times New Roman" w:hAnsi="Times New Roman"/>
                  <w:color w:val="0000FF"/>
                  <w:sz w:val="24"/>
                  <w:szCs w:val="24"/>
                  <w:u w:val="single"/>
                </w:rPr>
                <w:t>fe</w:t>
              </w:r>
            </w:hyperlink>
            <w:r w:rsidRPr="007205EF">
              <w:rPr>
                <w:rFonts w:ascii="Times New Roman" w:hAnsi="Times New Roman"/>
                <w:color w:val="000000"/>
                <w:sz w:val="24"/>
                <w:szCs w:val="24"/>
                <w:lang w:val="ru-RU"/>
              </w:rPr>
              <w:t>]]</w:t>
            </w:r>
          </w:p>
        </w:tc>
      </w:tr>
      <w:tr w:rsidR="005E3948" w:rsidRPr="008E75F7" w:rsidTr="007205EF">
        <w:trPr>
          <w:trHeight w:val="144"/>
          <w:tblCellSpacing w:w="20" w:type="nil"/>
        </w:trPr>
        <w:tc>
          <w:tcPr>
            <w:tcW w:w="0" w:type="auto"/>
            <w:gridSpan w:val="2"/>
            <w:tcMar>
              <w:top w:w="50" w:type="dxa"/>
              <w:left w:w="100" w:type="dxa"/>
            </w:tcMar>
            <w:vAlign w:val="center"/>
          </w:tcPr>
          <w:p w:rsidR="005E3948" w:rsidRPr="007205EF" w:rsidRDefault="005E3948" w:rsidP="007205EF">
            <w:pPr>
              <w:spacing w:after="0"/>
              <w:ind w:left="135"/>
              <w:rPr>
                <w:sz w:val="24"/>
                <w:szCs w:val="24"/>
                <w:lang w:val="ru-RU"/>
              </w:rPr>
            </w:pPr>
            <w:r w:rsidRPr="007205EF">
              <w:rPr>
                <w:rFonts w:ascii="Times New Roman" w:hAnsi="Times New Roman"/>
                <w:color w:val="000000"/>
                <w:sz w:val="24"/>
                <w:szCs w:val="24"/>
                <w:lang w:val="ru-RU"/>
              </w:rPr>
              <w:t>Итоговый контроль (контрольные работы, проверочные работы, письменная работа на межпредметной основе, промежуточная аттестация)</w:t>
            </w:r>
          </w:p>
        </w:tc>
        <w:tc>
          <w:tcPr>
            <w:tcW w:w="1589" w:type="dxa"/>
            <w:tcMar>
              <w:top w:w="50" w:type="dxa"/>
              <w:left w:w="100" w:type="dxa"/>
            </w:tcMar>
            <w:vAlign w:val="center"/>
          </w:tcPr>
          <w:p w:rsidR="005E3948" w:rsidRPr="007205EF" w:rsidRDefault="005E3948" w:rsidP="007205EF">
            <w:pPr>
              <w:spacing w:after="0"/>
              <w:ind w:left="135"/>
              <w:jc w:val="center"/>
              <w:rPr>
                <w:sz w:val="24"/>
                <w:szCs w:val="24"/>
              </w:rPr>
            </w:pPr>
            <w:r w:rsidRPr="007205EF">
              <w:rPr>
                <w:rFonts w:ascii="Times New Roman" w:hAnsi="Times New Roman"/>
                <w:color w:val="000000"/>
                <w:sz w:val="24"/>
                <w:szCs w:val="24"/>
                <w:lang w:val="ru-RU"/>
              </w:rPr>
              <w:t xml:space="preserve"> </w:t>
            </w:r>
            <w:r w:rsidRPr="007205EF">
              <w:rPr>
                <w:rFonts w:ascii="Times New Roman" w:hAnsi="Times New Roman"/>
                <w:color w:val="000000"/>
                <w:sz w:val="24"/>
                <w:szCs w:val="24"/>
              </w:rPr>
              <w:t>7</w:t>
            </w:r>
          </w:p>
        </w:tc>
        <w:tc>
          <w:tcPr>
            <w:tcW w:w="1738" w:type="dxa"/>
            <w:tcMar>
              <w:top w:w="50" w:type="dxa"/>
              <w:left w:w="100" w:type="dxa"/>
            </w:tcMar>
            <w:vAlign w:val="center"/>
          </w:tcPr>
          <w:p w:rsidR="005E3948" w:rsidRPr="007205EF" w:rsidRDefault="005E3948" w:rsidP="007205EF">
            <w:pPr>
              <w:spacing w:after="0"/>
              <w:ind w:left="135"/>
              <w:jc w:val="center"/>
              <w:rPr>
                <w:sz w:val="24"/>
                <w:szCs w:val="24"/>
              </w:rPr>
            </w:pPr>
            <w:r w:rsidRPr="007205EF">
              <w:rPr>
                <w:rFonts w:ascii="Times New Roman" w:hAnsi="Times New Roman"/>
                <w:color w:val="000000"/>
                <w:sz w:val="24"/>
                <w:szCs w:val="24"/>
              </w:rPr>
              <w:t xml:space="preserve"> 7</w:t>
            </w:r>
          </w:p>
        </w:tc>
        <w:tc>
          <w:tcPr>
            <w:tcW w:w="1823" w:type="dxa"/>
            <w:tcMar>
              <w:top w:w="50" w:type="dxa"/>
              <w:left w:w="100" w:type="dxa"/>
            </w:tcMar>
            <w:vAlign w:val="center"/>
          </w:tcPr>
          <w:p w:rsidR="005E3948" w:rsidRPr="007205EF" w:rsidRDefault="005E3948" w:rsidP="007205EF">
            <w:pPr>
              <w:spacing w:after="0"/>
              <w:ind w:left="135"/>
              <w:jc w:val="center"/>
              <w:rPr>
                <w:sz w:val="24"/>
                <w:szCs w:val="24"/>
              </w:rPr>
            </w:pPr>
          </w:p>
        </w:tc>
        <w:tc>
          <w:tcPr>
            <w:tcW w:w="2741" w:type="dxa"/>
            <w:tcMar>
              <w:top w:w="50" w:type="dxa"/>
              <w:left w:w="100" w:type="dxa"/>
            </w:tcMar>
            <w:vAlign w:val="center"/>
          </w:tcPr>
          <w:p w:rsidR="005E3948" w:rsidRPr="007205EF" w:rsidRDefault="005E3948" w:rsidP="007205EF">
            <w:pPr>
              <w:spacing w:after="0"/>
              <w:ind w:left="135"/>
              <w:rPr>
                <w:sz w:val="24"/>
                <w:szCs w:val="24"/>
                <w:lang w:val="ru-RU"/>
              </w:rPr>
            </w:pPr>
            <w:r w:rsidRPr="007205EF">
              <w:rPr>
                <w:rFonts w:ascii="Times New Roman" w:hAnsi="Times New Roman"/>
                <w:color w:val="000000"/>
                <w:sz w:val="24"/>
                <w:szCs w:val="24"/>
                <w:lang w:val="ru-RU"/>
              </w:rPr>
              <w:t>[Библиотека ЦОК [</w:t>
            </w:r>
            <w:hyperlink r:id="rId62">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/7</w:t>
              </w:r>
              <w:r w:rsidRPr="007205EF">
                <w:rPr>
                  <w:rFonts w:ascii="Times New Roman" w:hAnsi="Times New Roman"/>
                  <w:color w:val="0000FF"/>
                  <w:sz w:val="24"/>
                  <w:szCs w:val="24"/>
                  <w:u w:val="single"/>
                </w:rPr>
                <w:t>f</w:t>
              </w:r>
              <w:r w:rsidRPr="007205EF">
                <w:rPr>
                  <w:rFonts w:ascii="Times New Roman" w:hAnsi="Times New Roman"/>
                  <w:color w:val="0000FF"/>
                  <w:sz w:val="24"/>
                  <w:szCs w:val="24"/>
                  <w:u w:val="single"/>
                  <w:lang w:val="ru-RU"/>
                </w:rPr>
                <w:t>4110</w:t>
              </w:r>
              <w:r w:rsidRPr="007205EF">
                <w:rPr>
                  <w:rFonts w:ascii="Times New Roman" w:hAnsi="Times New Roman"/>
                  <w:color w:val="0000FF"/>
                  <w:sz w:val="24"/>
                  <w:szCs w:val="24"/>
                  <w:u w:val="single"/>
                </w:rPr>
                <w:t>fe</w:t>
              </w:r>
            </w:hyperlink>
            <w:r w:rsidRPr="007205EF">
              <w:rPr>
                <w:rFonts w:ascii="Times New Roman" w:hAnsi="Times New Roman"/>
                <w:color w:val="000000"/>
                <w:sz w:val="24"/>
                <w:szCs w:val="24"/>
                <w:lang w:val="ru-RU"/>
              </w:rPr>
              <w:t>]]</w:t>
            </w:r>
          </w:p>
        </w:tc>
      </w:tr>
      <w:tr w:rsidR="005E3948" w:rsidRPr="007205EF" w:rsidTr="007205EF">
        <w:trPr>
          <w:trHeight w:val="144"/>
          <w:tblCellSpacing w:w="20" w:type="nil"/>
        </w:trPr>
        <w:tc>
          <w:tcPr>
            <w:tcW w:w="0" w:type="auto"/>
            <w:gridSpan w:val="2"/>
            <w:tcMar>
              <w:top w:w="50" w:type="dxa"/>
              <w:left w:w="100" w:type="dxa"/>
            </w:tcMar>
            <w:vAlign w:val="center"/>
          </w:tcPr>
          <w:p w:rsidR="005E3948" w:rsidRPr="007205EF" w:rsidRDefault="005E3948" w:rsidP="007205EF">
            <w:pPr>
              <w:spacing w:after="0"/>
              <w:ind w:left="135"/>
              <w:rPr>
                <w:sz w:val="24"/>
                <w:szCs w:val="24"/>
                <w:lang w:val="ru-RU"/>
              </w:rPr>
            </w:pPr>
            <w:r w:rsidRPr="007205EF">
              <w:rPr>
                <w:rFonts w:ascii="Times New Roman" w:hAnsi="Times New Roman"/>
                <w:color w:val="000000"/>
                <w:sz w:val="24"/>
                <w:szCs w:val="24"/>
                <w:lang w:val="ru-RU"/>
              </w:rPr>
              <w:t>ОБЩЕЕ КОЛИЧЕСТВО ЧАСОВ ПО ПРОГРАММЕ</w:t>
            </w:r>
          </w:p>
        </w:tc>
        <w:tc>
          <w:tcPr>
            <w:tcW w:w="1589" w:type="dxa"/>
            <w:tcMar>
              <w:top w:w="50" w:type="dxa"/>
              <w:left w:w="100" w:type="dxa"/>
            </w:tcMar>
            <w:vAlign w:val="center"/>
          </w:tcPr>
          <w:p w:rsidR="005E3948" w:rsidRPr="007205EF" w:rsidRDefault="005E3948" w:rsidP="007205EF">
            <w:pPr>
              <w:spacing w:after="0"/>
              <w:ind w:left="135"/>
              <w:jc w:val="center"/>
              <w:rPr>
                <w:sz w:val="24"/>
                <w:szCs w:val="24"/>
              </w:rPr>
            </w:pPr>
            <w:r w:rsidRPr="007205EF">
              <w:rPr>
                <w:rFonts w:ascii="Times New Roman" w:hAnsi="Times New Roman"/>
                <w:color w:val="000000"/>
                <w:sz w:val="24"/>
                <w:szCs w:val="24"/>
                <w:lang w:val="ru-RU"/>
              </w:rPr>
              <w:t xml:space="preserve"> </w:t>
            </w:r>
            <w:r w:rsidRPr="007205EF">
              <w:rPr>
                <w:rFonts w:ascii="Times New Roman" w:hAnsi="Times New Roman"/>
                <w:color w:val="000000"/>
                <w:sz w:val="24"/>
                <w:szCs w:val="24"/>
              </w:rPr>
              <w:t xml:space="preserve">136 </w:t>
            </w:r>
          </w:p>
        </w:tc>
        <w:tc>
          <w:tcPr>
            <w:tcW w:w="1738" w:type="dxa"/>
            <w:tcMar>
              <w:top w:w="50" w:type="dxa"/>
              <w:left w:w="100" w:type="dxa"/>
            </w:tcMar>
            <w:vAlign w:val="center"/>
          </w:tcPr>
          <w:p w:rsidR="005E3948" w:rsidRPr="007205EF" w:rsidRDefault="005E3948" w:rsidP="007205EF">
            <w:pPr>
              <w:spacing w:after="0"/>
              <w:ind w:left="135"/>
              <w:jc w:val="center"/>
              <w:rPr>
                <w:sz w:val="24"/>
                <w:szCs w:val="24"/>
              </w:rPr>
            </w:pPr>
            <w:r w:rsidRPr="007205EF">
              <w:rPr>
                <w:rFonts w:ascii="Times New Roman" w:hAnsi="Times New Roman"/>
                <w:color w:val="000000"/>
                <w:sz w:val="24"/>
                <w:szCs w:val="24"/>
              </w:rPr>
              <w:t xml:space="preserve"> 7</w:t>
            </w:r>
          </w:p>
        </w:tc>
        <w:tc>
          <w:tcPr>
            <w:tcW w:w="1823" w:type="dxa"/>
            <w:tcMar>
              <w:top w:w="50" w:type="dxa"/>
              <w:left w:w="100" w:type="dxa"/>
            </w:tcMar>
            <w:vAlign w:val="center"/>
          </w:tcPr>
          <w:p w:rsidR="005E3948" w:rsidRPr="007205EF" w:rsidRDefault="005E3948" w:rsidP="007205EF">
            <w:pPr>
              <w:spacing w:after="0"/>
              <w:ind w:left="135"/>
              <w:jc w:val="center"/>
              <w:rPr>
                <w:sz w:val="24"/>
                <w:szCs w:val="24"/>
              </w:rPr>
            </w:pPr>
            <w:r w:rsidRPr="007205EF">
              <w:rPr>
                <w:rFonts w:ascii="Times New Roman" w:hAnsi="Times New Roman"/>
                <w:color w:val="000000"/>
                <w:sz w:val="24"/>
                <w:szCs w:val="24"/>
              </w:rPr>
              <w:t xml:space="preserve"> 1 </w:t>
            </w:r>
          </w:p>
        </w:tc>
        <w:tc>
          <w:tcPr>
            <w:tcW w:w="2741" w:type="dxa"/>
            <w:tcMar>
              <w:top w:w="50" w:type="dxa"/>
              <w:left w:w="100" w:type="dxa"/>
            </w:tcMar>
            <w:vAlign w:val="center"/>
          </w:tcPr>
          <w:p w:rsidR="005E3948" w:rsidRPr="007205EF" w:rsidRDefault="005E3948" w:rsidP="007205EF">
            <w:pPr>
              <w:rPr>
                <w:sz w:val="24"/>
                <w:szCs w:val="24"/>
              </w:rPr>
            </w:pPr>
          </w:p>
        </w:tc>
      </w:tr>
    </w:tbl>
    <w:p w:rsidR="005E3948" w:rsidRPr="007205EF" w:rsidRDefault="005E3948" w:rsidP="005E3948">
      <w:pPr>
        <w:rPr>
          <w:sz w:val="24"/>
          <w:szCs w:val="24"/>
        </w:rPr>
        <w:sectPr w:rsidR="005E3948" w:rsidRPr="007205EF">
          <w:pgSz w:w="16383" w:h="11906" w:orient="landscape"/>
          <w:pgMar w:top="1134" w:right="850" w:bottom="1134" w:left="1701" w:header="720" w:footer="720" w:gutter="0"/>
          <w:cols w:space="720"/>
        </w:sectPr>
      </w:pPr>
    </w:p>
    <w:p w:rsidR="005E3948" w:rsidRPr="007205EF" w:rsidRDefault="005E3948" w:rsidP="005E3948">
      <w:pPr>
        <w:spacing w:after="0"/>
        <w:ind w:left="120"/>
        <w:rPr>
          <w:sz w:val="24"/>
          <w:szCs w:val="24"/>
        </w:rPr>
      </w:pPr>
      <w:r w:rsidRPr="007205EF">
        <w:rPr>
          <w:rFonts w:ascii="Times New Roman" w:hAnsi="Times New Roman"/>
          <w:b/>
          <w:color w:val="000000"/>
          <w:sz w:val="24"/>
          <w:szCs w:val="24"/>
        </w:rPr>
        <w:lastRenderedPageBreak/>
        <w:t xml:space="preserve"> </w:t>
      </w:r>
      <w:proofErr w:type="gramStart"/>
      <w:r w:rsidRPr="007205EF">
        <w:rPr>
          <w:rFonts w:ascii="Times New Roman" w:hAnsi="Times New Roman"/>
          <w:b/>
          <w:color w:val="000000"/>
          <w:sz w:val="24"/>
          <w:szCs w:val="24"/>
        </w:rPr>
        <w:t>4</w:t>
      </w:r>
      <w:proofErr w:type="gramEnd"/>
      <w:r w:rsidRPr="007205EF">
        <w:rPr>
          <w:rFonts w:ascii="Times New Roman" w:hAnsi="Times New Roman"/>
          <w:b/>
          <w:color w:val="000000"/>
          <w:sz w:val="24"/>
          <w:szCs w:val="24"/>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01"/>
        <w:gridCol w:w="4596"/>
        <w:gridCol w:w="1161"/>
        <w:gridCol w:w="1841"/>
        <w:gridCol w:w="1910"/>
        <w:gridCol w:w="3023"/>
      </w:tblGrid>
      <w:tr w:rsidR="005E3948" w:rsidRPr="007205EF" w:rsidTr="007205EF">
        <w:trPr>
          <w:trHeight w:val="144"/>
          <w:tblCellSpacing w:w="20" w:type="nil"/>
        </w:trPr>
        <w:tc>
          <w:tcPr>
            <w:tcW w:w="520" w:type="dxa"/>
            <w:vMerge w:val="restart"/>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b/>
                <w:color w:val="000000"/>
                <w:sz w:val="24"/>
                <w:szCs w:val="24"/>
              </w:rPr>
              <w:t xml:space="preserve">№ п/п </w:t>
            </w:r>
          </w:p>
          <w:p w:rsidR="005E3948" w:rsidRPr="007205EF" w:rsidRDefault="005E3948" w:rsidP="007205EF">
            <w:pPr>
              <w:spacing w:after="0"/>
              <w:ind w:left="135"/>
              <w:rPr>
                <w:sz w:val="24"/>
                <w:szCs w:val="24"/>
              </w:rPr>
            </w:pPr>
          </w:p>
        </w:tc>
        <w:tc>
          <w:tcPr>
            <w:tcW w:w="2640" w:type="dxa"/>
            <w:vMerge w:val="restart"/>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b/>
                <w:color w:val="000000"/>
                <w:sz w:val="24"/>
                <w:szCs w:val="24"/>
              </w:rPr>
              <w:t xml:space="preserve">Наименование разделов и тем программы </w:t>
            </w:r>
          </w:p>
          <w:p w:rsidR="005E3948" w:rsidRPr="007205EF" w:rsidRDefault="005E3948" w:rsidP="007205EF">
            <w:pPr>
              <w:spacing w:after="0"/>
              <w:ind w:left="135"/>
              <w:rPr>
                <w:sz w:val="24"/>
                <w:szCs w:val="24"/>
              </w:rPr>
            </w:pPr>
          </w:p>
        </w:tc>
        <w:tc>
          <w:tcPr>
            <w:tcW w:w="0" w:type="auto"/>
            <w:gridSpan w:val="3"/>
            <w:tcMar>
              <w:top w:w="50" w:type="dxa"/>
              <w:left w:w="100" w:type="dxa"/>
            </w:tcMar>
            <w:vAlign w:val="center"/>
          </w:tcPr>
          <w:p w:rsidR="005E3948" w:rsidRPr="007205EF" w:rsidRDefault="005E3948" w:rsidP="007205EF">
            <w:pPr>
              <w:spacing w:after="0"/>
              <w:rPr>
                <w:sz w:val="24"/>
                <w:szCs w:val="24"/>
              </w:rPr>
            </w:pPr>
            <w:r w:rsidRPr="007205EF">
              <w:rPr>
                <w:rFonts w:ascii="Times New Roman" w:hAnsi="Times New Roman"/>
                <w:b/>
                <w:color w:val="000000"/>
                <w:sz w:val="24"/>
                <w:szCs w:val="24"/>
              </w:rPr>
              <w:t>Количество часов</w:t>
            </w:r>
          </w:p>
        </w:tc>
        <w:tc>
          <w:tcPr>
            <w:tcW w:w="2741" w:type="dxa"/>
            <w:vMerge w:val="restart"/>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b/>
                <w:color w:val="000000"/>
                <w:sz w:val="24"/>
                <w:szCs w:val="24"/>
              </w:rPr>
              <w:t xml:space="preserve">Электронные (цифровые) образовательные ресурсы </w:t>
            </w:r>
          </w:p>
          <w:p w:rsidR="005E3948" w:rsidRPr="007205EF" w:rsidRDefault="005E3948" w:rsidP="007205EF">
            <w:pPr>
              <w:spacing w:after="0"/>
              <w:ind w:left="135"/>
              <w:rPr>
                <w:sz w:val="24"/>
                <w:szCs w:val="24"/>
              </w:rPr>
            </w:pPr>
          </w:p>
        </w:tc>
      </w:tr>
      <w:tr w:rsidR="005E3948" w:rsidRPr="007205EF" w:rsidTr="007205EF">
        <w:trPr>
          <w:trHeight w:val="144"/>
          <w:tblCellSpacing w:w="20" w:type="nil"/>
        </w:trPr>
        <w:tc>
          <w:tcPr>
            <w:tcW w:w="0" w:type="auto"/>
            <w:vMerge/>
            <w:tcBorders>
              <w:top w:val="nil"/>
            </w:tcBorders>
            <w:tcMar>
              <w:top w:w="50" w:type="dxa"/>
              <w:left w:w="100" w:type="dxa"/>
            </w:tcMar>
          </w:tcPr>
          <w:p w:rsidR="005E3948" w:rsidRPr="007205EF" w:rsidRDefault="005E3948" w:rsidP="007205EF">
            <w:pPr>
              <w:rPr>
                <w:sz w:val="24"/>
                <w:szCs w:val="24"/>
              </w:rPr>
            </w:pPr>
          </w:p>
        </w:tc>
        <w:tc>
          <w:tcPr>
            <w:tcW w:w="0" w:type="auto"/>
            <w:vMerge/>
            <w:tcBorders>
              <w:top w:val="nil"/>
            </w:tcBorders>
            <w:tcMar>
              <w:top w:w="50" w:type="dxa"/>
              <w:left w:w="100" w:type="dxa"/>
            </w:tcMar>
          </w:tcPr>
          <w:p w:rsidR="005E3948" w:rsidRPr="007205EF" w:rsidRDefault="005E3948" w:rsidP="007205EF">
            <w:pPr>
              <w:rPr>
                <w:sz w:val="24"/>
                <w:szCs w:val="24"/>
              </w:rPr>
            </w:pPr>
          </w:p>
        </w:tc>
        <w:tc>
          <w:tcPr>
            <w:tcW w:w="1011" w:type="dxa"/>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b/>
                <w:color w:val="000000"/>
                <w:sz w:val="24"/>
                <w:szCs w:val="24"/>
              </w:rPr>
              <w:t xml:space="preserve">Всего </w:t>
            </w:r>
          </w:p>
          <w:p w:rsidR="005E3948" w:rsidRPr="007205EF" w:rsidRDefault="005E3948" w:rsidP="007205EF">
            <w:pPr>
              <w:spacing w:after="0"/>
              <w:ind w:left="135"/>
              <w:rPr>
                <w:sz w:val="24"/>
                <w:szCs w:val="24"/>
              </w:rPr>
            </w:pPr>
          </w:p>
        </w:tc>
        <w:tc>
          <w:tcPr>
            <w:tcW w:w="1738" w:type="dxa"/>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b/>
                <w:color w:val="000000"/>
                <w:sz w:val="24"/>
                <w:szCs w:val="24"/>
              </w:rPr>
              <w:t xml:space="preserve">Контрольные работы </w:t>
            </w:r>
          </w:p>
          <w:p w:rsidR="005E3948" w:rsidRPr="007205EF" w:rsidRDefault="005E3948" w:rsidP="007205EF">
            <w:pPr>
              <w:spacing w:after="0"/>
              <w:ind w:left="135"/>
              <w:rPr>
                <w:sz w:val="24"/>
                <w:szCs w:val="24"/>
              </w:rPr>
            </w:pPr>
          </w:p>
        </w:tc>
        <w:tc>
          <w:tcPr>
            <w:tcW w:w="1823" w:type="dxa"/>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b/>
                <w:color w:val="000000"/>
                <w:sz w:val="24"/>
                <w:szCs w:val="24"/>
              </w:rPr>
              <w:t xml:space="preserve">Практические работы </w:t>
            </w:r>
          </w:p>
          <w:p w:rsidR="005E3948" w:rsidRPr="007205EF" w:rsidRDefault="005E3948" w:rsidP="007205EF">
            <w:pPr>
              <w:spacing w:after="0"/>
              <w:ind w:left="135"/>
              <w:rPr>
                <w:sz w:val="24"/>
                <w:szCs w:val="24"/>
              </w:rPr>
            </w:pPr>
          </w:p>
        </w:tc>
        <w:tc>
          <w:tcPr>
            <w:tcW w:w="0" w:type="auto"/>
            <w:vMerge/>
            <w:tcBorders>
              <w:top w:val="nil"/>
            </w:tcBorders>
            <w:tcMar>
              <w:top w:w="50" w:type="dxa"/>
              <w:left w:w="100" w:type="dxa"/>
            </w:tcMar>
          </w:tcPr>
          <w:p w:rsidR="005E3948" w:rsidRPr="007205EF" w:rsidRDefault="005E3948" w:rsidP="007205EF">
            <w:pPr>
              <w:rPr>
                <w:sz w:val="24"/>
                <w:szCs w:val="24"/>
              </w:rPr>
            </w:pPr>
          </w:p>
        </w:tc>
      </w:tr>
      <w:tr w:rsidR="005E3948" w:rsidRPr="007205EF" w:rsidTr="007205EF">
        <w:trPr>
          <w:trHeight w:val="144"/>
          <w:tblCellSpacing w:w="20" w:type="nil"/>
        </w:trPr>
        <w:tc>
          <w:tcPr>
            <w:tcW w:w="0" w:type="auto"/>
            <w:gridSpan w:val="6"/>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b/>
                <w:color w:val="000000"/>
                <w:sz w:val="24"/>
                <w:szCs w:val="24"/>
              </w:rPr>
              <w:t>Раздел 1.</w:t>
            </w:r>
            <w:r w:rsidRPr="007205EF">
              <w:rPr>
                <w:rFonts w:ascii="Times New Roman" w:hAnsi="Times New Roman"/>
                <w:color w:val="000000"/>
                <w:sz w:val="24"/>
                <w:szCs w:val="24"/>
              </w:rPr>
              <w:t xml:space="preserve"> </w:t>
            </w:r>
            <w:r w:rsidRPr="007205EF">
              <w:rPr>
                <w:rFonts w:ascii="Times New Roman" w:hAnsi="Times New Roman"/>
                <w:b/>
                <w:color w:val="000000"/>
                <w:sz w:val="24"/>
                <w:szCs w:val="24"/>
              </w:rPr>
              <w:t>Числа и величины</w:t>
            </w:r>
          </w:p>
        </w:tc>
      </w:tr>
      <w:tr w:rsidR="005E3948" w:rsidRPr="008E75F7" w:rsidTr="007205EF">
        <w:trPr>
          <w:trHeight w:val="144"/>
          <w:tblCellSpacing w:w="20" w:type="nil"/>
        </w:trPr>
        <w:tc>
          <w:tcPr>
            <w:tcW w:w="520" w:type="dxa"/>
            <w:tcMar>
              <w:top w:w="50" w:type="dxa"/>
              <w:left w:w="100" w:type="dxa"/>
            </w:tcMar>
            <w:vAlign w:val="center"/>
          </w:tcPr>
          <w:p w:rsidR="005E3948" w:rsidRPr="007205EF" w:rsidRDefault="005E3948" w:rsidP="007205EF">
            <w:pPr>
              <w:spacing w:after="0"/>
              <w:rPr>
                <w:sz w:val="24"/>
                <w:szCs w:val="24"/>
              </w:rPr>
            </w:pPr>
            <w:r w:rsidRPr="007205EF">
              <w:rPr>
                <w:rFonts w:ascii="Times New Roman" w:hAnsi="Times New Roman"/>
                <w:color w:val="000000"/>
                <w:sz w:val="24"/>
                <w:szCs w:val="24"/>
              </w:rPr>
              <w:t>1.1</w:t>
            </w:r>
          </w:p>
        </w:tc>
        <w:tc>
          <w:tcPr>
            <w:tcW w:w="2640" w:type="dxa"/>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color w:val="000000"/>
                <w:sz w:val="24"/>
                <w:szCs w:val="24"/>
              </w:rPr>
              <w:t>Числа</w:t>
            </w:r>
          </w:p>
        </w:tc>
        <w:tc>
          <w:tcPr>
            <w:tcW w:w="1011" w:type="dxa"/>
            <w:tcMar>
              <w:top w:w="50" w:type="dxa"/>
              <w:left w:w="100" w:type="dxa"/>
            </w:tcMar>
            <w:vAlign w:val="center"/>
          </w:tcPr>
          <w:p w:rsidR="005E3948" w:rsidRPr="007205EF" w:rsidRDefault="005E3948" w:rsidP="007205EF">
            <w:pPr>
              <w:spacing w:after="0"/>
              <w:ind w:left="135"/>
              <w:jc w:val="center"/>
              <w:rPr>
                <w:sz w:val="24"/>
                <w:szCs w:val="24"/>
              </w:rPr>
            </w:pPr>
            <w:r w:rsidRPr="007205EF">
              <w:rPr>
                <w:rFonts w:ascii="Times New Roman" w:hAnsi="Times New Roman"/>
                <w:color w:val="000000"/>
                <w:sz w:val="24"/>
                <w:szCs w:val="24"/>
              </w:rPr>
              <w:t xml:space="preserve"> 11 </w:t>
            </w:r>
          </w:p>
        </w:tc>
        <w:tc>
          <w:tcPr>
            <w:tcW w:w="1738" w:type="dxa"/>
            <w:tcMar>
              <w:top w:w="50" w:type="dxa"/>
              <w:left w:w="100" w:type="dxa"/>
            </w:tcMar>
            <w:vAlign w:val="center"/>
          </w:tcPr>
          <w:p w:rsidR="005E3948" w:rsidRPr="007205EF" w:rsidRDefault="005E3948" w:rsidP="007205EF">
            <w:pPr>
              <w:spacing w:after="0"/>
              <w:ind w:left="135"/>
              <w:jc w:val="center"/>
              <w:rPr>
                <w:sz w:val="24"/>
                <w:szCs w:val="24"/>
              </w:rPr>
            </w:pPr>
          </w:p>
        </w:tc>
        <w:tc>
          <w:tcPr>
            <w:tcW w:w="1823" w:type="dxa"/>
            <w:tcMar>
              <w:top w:w="50" w:type="dxa"/>
              <w:left w:w="100" w:type="dxa"/>
            </w:tcMar>
            <w:vAlign w:val="center"/>
          </w:tcPr>
          <w:p w:rsidR="005E3948" w:rsidRPr="007205EF" w:rsidRDefault="005E3948" w:rsidP="007205EF">
            <w:pPr>
              <w:spacing w:after="0"/>
              <w:ind w:left="135"/>
              <w:jc w:val="center"/>
              <w:rPr>
                <w:sz w:val="24"/>
                <w:szCs w:val="24"/>
              </w:rPr>
            </w:pPr>
          </w:p>
        </w:tc>
        <w:tc>
          <w:tcPr>
            <w:tcW w:w="2741" w:type="dxa"/>
            <w:tcMar>
              <w:top w:w="50" w:type="dxa"/>
              <w:left w:w="100" w:type="dxa"/>
            </w:tcMar>
            <w:vAlign w:val="center"/>
          </w:tcPr>
          <w:p w:rsidR="005E3948" w:rsidRPr="007205EF" w:rsidRDefault="005E3948"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63">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/7</w:t>
              </w:r>
              <w:r w:rsidRPr="007205EF">
                <w:rPr>
                  <w:rFonts w:ascii="Times New Roman" w:hAnsi="Times New Roman"/>
                  <w:color w:val="0000FF"/>
                  <w:sz w:val="24"/>
                  <w:szCs w:val="24"/>
                  <w:u w:val="single"/>
                </w:rPr>
                <w:t>f</w:t>
              </w:r>
              <w:r w:rsidRPr="007205EF">
                <w:rPr>
                  <w:rFonts w:ascii="Times New Roman" w:hAnsi="Times New Roman"/>
                  <w:color w:val="0000FF"/>
                  <w:sz w:val="24"/>
                  <w:szCs w:val="24"/>
                  <w:u w:val="single"/>
                  <w:lang w:val="ru-RU"/>
                </w:rPr>
                <w:t>411</w:t>
              </w:r>
              <w:r w:rsidRPr="007205EF">
                <w:rPr>
                  <w:rFonts w:ascii="Times New Roman" w:hAnsi="Times New Roman"/>
                  <w:color w:val="0000FF"/>
                  <w:sz w:val="24"/>
                  <w:szCs w:val="24"/>
                  <w:u w:val="single"/>
                </w:rPr>
                <w:t>f</w:t>
              </w:r>
              <w:r w:rsidRPr="007205EF">
                <w:rPr>
                  <w:rFonts w:ascii="Times New Roman" w:hAnsi="Times New Roman"/>
                  <w:color w:val="0000FF"/>
                  <w:sz w:val="24"/>
                  <w:szCs w:val="24"/>
                  <w:u w:val="single"/>
                  <w:lang w:val="ru-RU"/>
                </w:rPr>
                <w:t>36</w:t>
              </w:r>
            </w:hyperlink>
          </w:p>
        </w:tc>
      </w:tr>
      <w:tr w:rsidR="005E3948" w:rsidRPr="008E75F7" w:rsidTr="007205EF">
        <w:trPr>
          <w:trHeight w:val="144"/>
          <w:tblCellSpacing w:w="20" w:type="nil"/>
        </w:trPr>
        <w:tc>
          <w:tcPr>
            <w:tcW w:w="520" w:type="dxa"/>
            <w:tcMar>
              <w:top w:w="50" w:type="dxa"/>
              <w:left w:w="100" w:type="dxa"/>
            </w:tcMar>
            <w:vAlign w:val="center"/>
          </w:tcPr>
          <w:p w:rsidR="005E3948" w:rsidRPr="007205EF" w:rsidRDefault="005E3948" w:rsidP="007205EF">
            <w:pPr>
              <w:spacing w:after="0"/>
              <w:rPr>
                <w:sz w:val="24"/>
                <w:szCs w:val="24"/>
              </w:rPr>
            </w:pPr>
            <w:r w:rsidRPr="007205EF">
              <w:rPr>
                <w:rFonts w:ascii="Times New Roman" w:hAnsi="Times New Roman"/>
                <w:color w:val="000000"/>
                <w:sz w:val="24"/>
                <w:szCs w:val="24"/>
              </w:rPr>
              <w:t>1.2</w:t>
            </w:r>
          </w:p>
        </w:tc>
        <w:tc>
          <w:tcPr>
            <w:tcW w:w="2640" w:type="dxa"/>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color w:val="000000"/>
                <w:sz w:val="24"/>
                <w:szCs w:val="24"/>
              </w:rPr>
              <w:t>Величины</w:t>
            </w:r>
          </w:p>
        </w:tc>
        <w:tc>
          <w:tcPr>
            <w:tcW w:w="1011" w:type="dxa"/>
            <w:tcMar>
              <w:top w:w="50" w:type="dxa"/>
              <w:left w:w="100" w:type="dxa"/>
            </w:tcMar>
            <w:vAlign w:val="center"/>
          </w:tcPr>
          <w:p w:rsidR="005E3948" w:rsidRPr="007205EF" w:rsidRDefault="005E3948" w:rsidP="007205EF">
            <w:pPr>
              <w:spacing w:after="0"/>
              <w:ind w:left="135"/>
              <w:jc w:val="center"/>
              <w:rPr>
                <w:sz w:val="24"/>
                <w:szCs w:val="24"/>
              </w:rPr>
            </w:pPr>
            <w:r w:rsidRPr="007205EF">
              <w:rPr>
                <w:rFonts w:ascii="Times New Roman" w:hAnsi="Times New Roman"/>
                <w:color w:val="000000"/>
                <w:sz w:val="24"/>
                <w:szCs w:val="24"/>
              </w:rPr>
              <w:t xml:space="preserve"> 12 </w:t>
            </w:r>
          </w:p>
        </w:tc>
        <w:tc>
          <w:tcPr>
            <w:tcW w:w="1738" w:type="dxa"/>
            <w:tcMar>
              <w:top w:w="50" w:type="dxa"/>
              <w:left w:w="100" w:type="dxa"/>
            </w:tcMar>
            <w:vAlign w:val="center"/>
          </w:tcPr>
          <w:p w:rsidR="005E3948" w:rsidRPr="007205EF" w:rsidRDefault="005E3948" w:rsidP="007205EF">
            <w:pPr>
              <w:spacing w:after="0"/>
              <w:ind w:left="135"/>
              <w:jc w:val="center"/>
              <w:rPr>
                <w:sz w:val="24"/>
                <w:szCs w:val="24"/>
              </w:rPr>
            </w:pPr>
          </w:p>
        </w:tc>
        <w:tc>
          <w:tcPr>
            <w:tcW w:w="1823" w:type="dxa"/>
            <w:tcMar>
              <w:top w:w="50" w:type="dxa"/>
              <w:left w:w="100" w:type="dxa"/>
            </w:tcMar>
            <w:vAlign w:val="center"/>
          </w:tcPr>
          <w:p w:rsidR="005E3948" w:rsidRPr="007205EF" w:rsidRDefault="005E3948" w:rsidP="007205EF">
            <w:pPr>
              <w:spacing w:after="0"/>
              <w:ind w:left="135"/>
              <w:jc w:val="center"/>
              <w:rPr>
                <w:sz w:val="24"/>
                <w:szCs w:val="24"/>
              </w:rPr>
            </w:pPr>
          </w:p>
        </w:tc>
        <w:tc>
          <w:tcPr>
            <w:tcW w:w="2741" w:type="dxa"/>
            <w:tcMar>
              <w:top w:w="50" w:type="dxa"/>
              <w:left w:w="100" w:type="dxa"/>
            </w:tcMar>
            <w:vAlign w:val="center"/>
          </w:tcPr>
          <w:p w:rsidR="005E3948" w:rsidRPr="007205EF" w:rsidRDefault="005E3948"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64">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/7</w:t>
              </w:r>
              <w:r w:rsidRPr="007205EF">
                <w:rPr>
                  <w:rFonts w:ascii="Times New Roman" w:hAnsi="Times New Roman"/>
                  <w:color w:val="0000FF"/>
                  <w:sz w:val="24"/>
                  <w:szCs w:val="24"/>
                  <w:u w:val="single"/>
                </w:rPr>
                <w:t>f</w:t>
              </w:r>
              <w:r w:rsidRPr="007205EF">
                <w:rPr>
                  <w:rFonts w:ascii="Times New Roman" w:hAnsi="Times New Roman"/>
                  <w:color w:val="0000FF"/>
                  <w:sz w:val="24"/>
                  <w:szCs w:val="24"/>
                  <w:u w:val="single"/>
                  <w:lang w:val="ru-RU"/>
                </w:rPr>
                <w:t>411</w:t>
              </w:r>
              <w:r w:rsidRPr="007205EF">
                <w:rPr>
                  <w:rFonts w:ascii="Times New Roman" w:hAnsi="Times New Roman"/>
                  <w:color w:val="0000FF"/>
                  <w:sz w:val="24"/>
                  <w:szCs w:val="24"/>
                  <w:u w:val="single"/>
                </w:rPr>
                <w:t>f</w:t>
              </w:r>
              <w:r w:rsidRPr="007205EF">
                <w:rPr>
                  <w:rFonts w:ascii="Times New Roman" w:hAnsi="Times New Roman"/>
                  <w:color w:val="0000FF"/>
                  <w:sz w:val="24"/>
                  <w:szCs w:val="24"/>
                  <w:u w:val="single"/>
                  <w:lang w:val="ru-RU"/>
                </w:rPr>
                <w:t>36</w:t>
              </w:r>
            </w:hyperlink>
          </w:p>
        </w:tc>
      </w:tr>
      <w:tr w:rsidR="005E3948" w:rsidRPr="007205EF" w:rsidTr="007205EF">
        <w:trPr>
          <w:trHeight w:val="144"/>
          <w:tblCellSpacing w:w="20" w:type="nil"/>
        </w:trPr>
        <w:tc>
          <w:tcPr>
            <w:tcW w:w="0" w:type="auto"/>
            <w:gridSpan w:val="2"/>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color w:val="000000"/>
                <w:sz w:val="24"/>
                <w:szCs w:val="24"/>
              </w:rPr>
              <w:t>Итого по разделу</w:t>
            </w:r>
          </w:p>
        </w:tc>
        <w:tc>
          <w:tcPr>
            <w:tcW w:w="1589" w:type="dxa"/>
            <w:tcMar>
              <w:top w:w="50" w:type="dxa"/>
              <w:left w:w="100" w:type="dxa"/>
            </w:tcMar>
            <w:vAlign w:val="center"/>
          </w:tcPr>
          <w:p w:rsidR="005E3948" w:rsidRPr="007205EF" w:rsidRDefault="005E3948" w:rsidP="007205EF">
            <w:pPr>
              <w:spacing w:after="0"/>
              <w:ind w:left="135"/>
              <w:jc w:val="center"/>
              <w:rPr>
                <w:sz w:val="24"/>
                <w:szCs w:val="24"/>
              </w:rPr>
            </w:pPr>
            <w:r w:rsidRPr="007205EF">
              <w:rPr>
                <w:rFonts w:ascii="Times New Roman" w:hAnsi="Times New Roman"/>
                <w:color w:val="000000"/>
                <w:sz w:val="24"/>
                <w:szCs w:val="24"/>
              </w:rPr>
              <w:t xml:space="preserve"> 23 </w:t>
            </w:r>
          </w:p>
        </w:tc>
        <w:tc>
          <w:tcPr>
            <w:tcW w:w="0" w:type="auto"/>
            <w:gridSpan w:val="3"/>
            <w:tcMar>
              <w:top w:w="50" w:type="dxa"/>
              <w:left w:w="100" w:type="dxa"/>
            </w:tcMar>
            <w:vAlign w:val="center"/>
          </w:tcPr>
          <w:p w:rsidR="005E3948" w:rsidRPr="007205EF" w:rsidRDefault="005E3948" w:rsidP="007205EF">
            <w:pPr>
              <w:rPr>
                <w:sz w:val="24"/>
                <w:szCs w:val="24"/>
              </w:rPr>
            </w:pPr>
          </w:p>
        </w:tc>
      </w:tr>
      <w:tr w:rsidR="005E3948" w:rsidRPr="007205EF" w:rsidTr="007205EF">
        <w:trPr>
          <w:trHeight w:val="144"/>
          <w:tblCellSpacing w:w="20" w:type="nil"/>
        </w:trPr>
        <w:tc>
          <w:tcPr>
            <w:tcW w:w="0" w:type="auto"/>
            <w:gridSpan w:val="6"/>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b/>
                <w:color w:val="000000"/>
                <w:sz w:val="24"/>
                <w:szCs w:val="24"/>
              </w:rPr>
              <w:t>Раздел 2.</w:t>
            </w:r>
            <w:r w:rsidRPr="007205EF">
              <w:rPr>
                <w:rFonts w:ascii="Times New Roman" w:hAnsi="Times New Roman"/>
                <w:color w:val="000000"/>
                <w:sz w:val="24"/>
                <w:szCs w:val="24"/>
              </w:rPr>
              <w:t xml:space="preserve"> </w:t>
            </w:r>
            <w:r w:rsidRPr="007205EF">
              <w:rPr>
                <w:rFonts w:ascii="Times New Roman" w:hAnsi="Times New Roman"/>
                <w:b/>
                <w:color w:val="000000"/>
                <w:sz w:val="24"/>
                <w:szCs w:val="24"/>
              </w:rPr>
              <w:t>Арифметические действия</w:t>
            </w:r>
          </w:p>
        </w:tc>
      </w:tr>
      <w:tr w:rsidR="005E3948" w:rsidRPr="008E75F7" w:rsidTr="007205EF">
        <w:trPr>
          <w:trHeight w:val="144"/>
          <w:tblCellSpacing w:w="20" w:type="nil"/>
        </w:trPr>
        <w:tc>
          <w:tcPr>
            <w:tcW w:w="520" w:type="dxa"/>
            <w:tcMar>
              <w:top w:w="50" w:type="dxa"/>
              <w:left w:w="100" w:type="dxa"/>
            </w:tcMar>
            <w:vAlign w:val="center"/>
          </w:tcPr>
          <w:p w:rsidR="005E3948" w:rsidRPr="007205EF" w:rsidRDefault="005E3948" w:rsidP="007205EF">
            <w:pPr>
              <w:spacing w:after="0"/>
              <w:rPr>
                <w:sz w:val="24"/>
                <w:szCs w:val="24"/>
              </w:rPr>
            </w:pPr>
            <w:r w:rsidRPr="007205EF">
              <w:rPr>
                <w:rFonts w:ascii="Times New Roman" w:hAnsi="Times New Roman"/>
                <w:color w:val="000000"/>
                <w:sz w:val="24"/>
                <w:szCs w:val="24"/>
              </w:rPr>
              <w:t>2.1</w:t>
            </w:r>
          </w:p>
        </w:tc>
        <w:tc>
          <w:tcPr>
            <w:tcW w:w="2640" w:type="dxa"/>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color w:val="000000"/>
                <w:sz w:val="24"/>
                <w:szCs w:val="24"/>
              </w:rPr>
              <w:t>Вычисления</w:t>
            </w:r>
          </w:p>
        </w:tc>
        <w:tc>
          <w:tcPr>
            <w:tcW w:w="1011" w:type="dxa"/>
            <w:tcMar>
              <w:top w:w="50" w:type="dxa"/>
              <w:left w:w="100" w:type="dxa"/>
            </w:tcMar>
            <w:vAlign w:val="center"/>
          </w:tcPr>
          <w:p w:rsidR="005E3948" w:rsidRPr="007205EF" w:rsidRDefault="005E3948" w:rsidP="007205EF">
            <w:pPr>
              <w:spacing w:after="0"/>
              <w:ind w:left="135"/>
              <w:jc w:val="center"/>
              <w:rPr>
                <w:sz w:val="24"/>
                <w:szCs w:val="24"/>
              </w:rPr>
            </w:pPr>
            <w:r w:rsidRPr="007205EF">
              <w:rPr>
                <w:rFonts w:ascii="Times New Roman" w:hAnsi="Times New Roman"/>
                <w:color w:val="000000"/>
                <w:sz w:val="24"/>
                <w:szCs w:val="24"/>
              </w:rPr>
              <w:t xml:space="preserve"> 25 </w:t>
            </w:r>
          </w:p>
        </w:tc>
        <w:tc>
          <w:tcPr>
            <w:tcW w:w="1738" w:type="dxa"/>
            <w:tcMar>
              <w:top w:w="50" w:type="dxa"/>
              <w:left w:w="100" w:type="dxa"/>
            </w:tcMar>
            <w:vAlign w:val="center"/>
          </w:tcPr>
          <w:p w:rsidR="005E3948" w:rsidRPr="007205EF" w:rsidRDefault="005E3948" w:rsidP="007205EF">
            <w:pPr>
              <w:spacing w:after="0"/>
              <w:ind w:left="135"/>
              <w:jc w:val="center"/>
              <w:rPr>
                <w:sz w:val="24"/>
                <w:szCs w:val="24"/>
              </w:rPr>
            </w:pPr>
          </w:p>
        </w:tc>
        <w:tc>
          <w:tcPr>
            <w:tcW w:w="1823" w:type="dxa"/>
            <w:tcMar>
              <w:top w:w="50" w:type="dxa"/>
              <w:left w:w="100" w:type="dxa"/>
            </w:tcMar>
            <w:vAlign w:val="center"/>
          </w:tcPr>
          <w:p w:rsidR="005E3948" w:rsidRPr="007205EF" w:rsidRDefault="005E3948" w:rsidP="007205EF">
            <w:pPr>
              <w:spacing w:after="0"/>
              <w:ind w:left="135"/>
              <w:jc w:val="center"/>
              <w:rPr>
                <w:sz w:val="24"/>
                <w:szCs w:val="24"/>
              </w:rPr>
            </w:pPr>
          </w:p>
        </w:tc>
        <w:tc>
          <w:tcPr>
            <w:tcW w:w="2741" w:type="dxa"/>
            <w:tcMar>
              <w:top w:w="50" w:type="dxa"/>
              <w:left w:w="100" w:type="dxa"/>
            </w:tcMar>
            <w:vAlign w:val="center"/>
          </w:tcPr>
          <w:p w:rsidR="005E3948" w:rsidRPr="007205EF" w:rsidRDefault="005E3948"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65">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/7</w:t>
              </w:r>
              <w:r w:rsidRPr="007205EF">
                <w:rPr>
                  <w:rFonts w:ascii="Times New Roman" w:hAnsi="Times New Roman"/>
                  <w:color w:val="0000FF"/>
                  <w:sz w:val="24"/>
                  <w:szCs w:val="24"/>
                  <w:u w:val="single"/>
                </w:rPr>
                <w:t>f</w:t>
              </w:r>
              <w:r w:rsidRPr="007205EF">
                <w:rPr>
                  <w:rFonts w:ascii="Times New Roman" w:hAnsi="Times New Roman"/>
                  <w:color w:val="0000FF"/>
                  <w:sz w:val="24"/>
                  <w:szCs w:val="24"/>
                  <w:u w:val="single"/>
                  <w:lang w:val="ru-RU"/>
                </w:rPr>
                <w:t>411</w:t>
              </w:r>
              <w:r w:rsidRPr="007205EF">
                <w:rPr>
                  <w:rFonts w:ascii="Times New Roman" w:hAnsi="Times New Roman"/>
                  <w:color w:val="0000FF"/>
                  <w:sz w:val="24"/>
                  <w:szCs w:val="24"/>
                  <w:u w:val="single"/>
                </w:rPr>
                <w:t>f</w:t>
              </w:r>
              <w:r w:rsidRPr="007205EF">
                <w:rPr>
                  <w:rFonts w:ascii="Times New Roman" w:hAnsi="Times New Roman"/>
                  <w:color w:val="0000FF"/>
                  <w:sz w:val="24"/>
                  <w:szCs w:val="24"/>
                  <w:u w:val="single"/>
                  <w:lang w:val="ru-RU"/>
                </w:rPr>
                <w:t>36</w:t>
              </w:r>
            </w:hyperlink>
          </w:p>
        </w:tc>
      </w:tr>
      <w:tr w:rsidR="005E3948" w:rsidRPr="008E75F7" w:rsidTr="007205EF">
        <w:trPr>
          <w:trHeight w:val="144"/>
          <w:tblCellSpacing w:w="20" w:type="nil"/>
        </w:trPr>
        <w:tc>
          <w:tcPr>
            <w:tcW w:w="520" w:type="dxa"/>
            <w:tcMar>
              <w:top w:w="50" w:type="dxa"/>
              <w:left w:w="100" w:type="dxa"/>
            </w:tcMar>
            <w:vAlign w:val="center"/>
          </w:tcPr>
          <w:p w:rsidR="005E3948" w:rsidRPr="007205EF" w:rsidRDefault="005E3948" w:rsidP="007205EF">
            <w:pPr>
              <w:spacing w:after="0"/>
              <w:rPr>
                <w:sz w:val="24"/>
                <w:szCs w:val="24"/>
              </w:rPr>
            </w:pPr>
            <w:r w:rsidRPr="007205EF">
              <w:rPr>
                <w:rFonts w:ascii="Times New Roman" w:hAnsi="Times New Roman"/>
                <w:color w:val="000000"/>
                <w:sz w:val="24"/>
                <w:szCs w:val="24"/>
              </w:rPr>
              <w:t>2.2</w:t>
            </w:r>
          </w:p>
        </w:tc>
        <w:tc>
          <w:tcPr>
            <w:tcW w:w="2640" w:type="dxa"/>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color w:val="000000"/>
                <w:sz w:val="24"/>
                <w:szCs w:val="24"/>
              </w:rPr>
              <w:t>Числовые выражения</w:t>
            </w:r>
          </w:p>
        </w:tc>
        <w:tc>
          <w:tcPr>
            <w:tcW w:w="1011" w:type="dxa"/>
            <w:tcMar>
              <w:top w:w="50" w:type="dxa"/>
              <w:left w:w="100" w:type="dxa"/>
            </w:tcMar>
            <w:vAlign w:val="center"/>
          </w:tcPr>
          <w:p w:rsidR="005E3948" w:rsidRPr="007205EF" w:rsidRDefault="005E3948" w:rsidP="007205EF">
            <w:pPr>
              <w:spacing w:after="0"/>
              <w:ind w:left="135"/>
              <w:jc w:val="center"/>
              <w:rPr>
                <w:sz w:val="24"/>
                <w:szCs w:val="24"/>
              </w:rPr>
            </w:pPr>
            <w:r w:rsidRPr="007205EF">
              <w:rPr>
                <w:rFonts w:ascii="Times New Roman" w:hAnsi="Times New Roman"/>
                <w:color w:val="000000"/>
                <w:sz w:val="24"/>
                <w:szCs w:val="24"/>
              </w:rPr>
              <w:t xml:space="preserve"> 12 </w:t>
            </w:r>
          </w:p>
        </w:tc>
        <w:tc>
          <w:tcPr>
            <w:tcW w:w="1738" w:type="dxa"/>
            <w:tcMar>
              <w:top w:w="50" w:type="dxa"/>
              <w:left w:w="100" w:type="dxa"/>
            </w:tcMar>
            <w:vAlign w:val="center"/>
          </w:tcPr>
          <w:p w:rsidR="005E3948" w:rsidRPr="007205EF" w:rsidRDefault="005E3948" w:rsidP="007205EF">
            <w:pPr>
              <w:spacing w:after="0"/>
              <w:ind w:left="135"/>
              <w:jc w:val="center"/>
              <w:rPr>
                <w:sz w:val="24"/>
                <w:szCs w:val="24"/>
              </w:rPr>
            </w:pPr>
          </w:p>
        </w:tc>
        <w:tc>
          <w:tcPr>
            <w:tcW w:w="1823" w:type="dxa"/>
            <w:tcMar>
              <w:top w:w="50" w:type="dxa"/>
              <w:left w:w="100" w:type="dxa"/>
            </w:tcMar>
            <w:vAlign w:val="center"/>
          </w:tcPr>
          <w:p w:rsidR="005E3948" w:rsidRPr="007205EF" w:rsidRDefault="005E3948" w:rsidP="007205EF">
            <w:pPr>
              <w:spacing w:after="0"/>
              <w:ind w:left="135"/>
              <w:jc w:val="center"/>
              <w:rPr>
                <w:sz w:val="24"/>
                <w:szCs w:val="24"/>
              </w:rPr>
            </w:pPr>
          </w:p>
        </w:tc>
        <w:tc>
          <w:tcPr>
            <w:tcW w:w="2741" w:type="dxa"/>
            <w:tcMar>
              <w:top w:w="50" w:type="dxa"/>
              <w:left w:w="100" w:type="dxa"/>
            </w:tcMar>
            <w:vAlign w:val="center"/>
          </w:tcPr>
          <w:p w:rsidR="005E3948" w:rsidRPr="007205EF" w:rsidRDefault="005E3948"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66">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/7</w:t>
              </w:r>
              <w:r w:rsidRPr="007205EF">
                <w:rPr>
                  <w:rFonts w:ascii="Times New Roman" w:hAnsi="Times New Roman"/>
                  <w:color w:val="0000FF"/>
                  <w:sz w:val="24"/>
                  <w:szCs w:val="24"/>
                  <w:u w:val="single"/>
                </w:rPr>
                <w:t>f</w:t>
              </w:r>
              <w:r w:rsidRPr="007205EF">
                <w:rPr>
                  <w:rFonts w:ascii="Times New Roman" w:hAnsi="Times New Roman"/>
                  <w:color w:val="0000FF"/>
                  <w:sz w:val="24"/>
                  <w:szCs w:val="24"/>
                  <w:u w:val="single"/>
                  <w:lang w:val="ru-RU"/>
                </w:rPr>
                <w:t>411</w:t>
              </w:r>
              <w:r w:rsidRPr="007205EF">
                <w:rPr>
                  <w:rFonts w:ascii="Times New Roman" w:hAnsi="Times New Roman"/>
                  <w:color w:val="0000FF"/>
                  <w:sz w:val="24"/>
                  <w:szCs w:val="24"/>
                  <w:u w:val="single"/>
                </w:rPr>
                <w:t>f</w:t>
              </w:r>
              <w:r w:rsidRPr="007205EF">
                <w:rPr>
                  <w:rFonts w:ascii="Times New Roman" w:hAnsi="Times New Roman"/>
                  <w:color w:val="0000FF"/>
                  <w:sz w:val="24"/>
                  <w:szCs w:val="24"/>
                  <w:u w:val="single"/>
                  <w:lang w:val="ru-RU"/>
                </w:rPr>
                <w:t>36</w:t>
              </w:r>
            </w:hyperlink>
          </w:p>
        </w:tc>
      </w:tr>
      <w:tr w:rsidR="005E3948" w:rsidRPr="007205EF" w:rsidTr="007205EF">
        <w:trPr>
          <w:trHeight w:val="144"/>
          <w:tblCellSpacing w:w="20" w:type="nil"/>
        </w:trPr>
        <w:tc>
          <w:tcPr>
            <w:tcW w:w="0" w:type="auto"/>
            <w:gridSpan w:val="2"/>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color w:val="000000"/>
                <w:sz w:val="24"/>
                <w:szCs w:val="24"/>
              </w:rPr>
              <w:t>Итого по разделу</w:t>
            </w:r>
          </w:p>
        </w:tc>
        <w:tc>
          <w:tcPr>
            <w:tcW w:w="1589" w:type="dxa"/>
            <w:tcMar>
              <w:top w:w="50" w:type="dxa"/>
              <w:left w:w="100" w:type="dxa"/>
            </w:tcMar>
            <w:vAlign w:val="center"/>
          </w:tcPr>
          <w:p w:rsidR="005E3948" w:rsidRPr="007205EF" w:rsidRDefault="005E3948" w:rsidP="007205EF">
            <w:pPr>
              <w:spacing w:after="0"/>
              <w:ind w:left="135"/>
              <w:jc w:val="center"/>
              <w:rPr>
                <w:sz w:val="24"/>
                <w:szCs w:val="24"/>
              </w:rPr>
            </w:pPr>
            <w:r w:rsidRPr="007205EF">
              <w:rPr>
                <w:rFonts w:ascii="Times New Roman" w:hAnsi="Times New Roman"/>
                <w:color w:val="000000"/>
                <w:sz w:val="24"/>
                <w:szCs w:val="24"/>
              </w:rPr>
              <w:t xml:space="preserve"> 37 </w:t>
            </w:r>
          </w:p>
        </w:tc>
        <w:tc>
          <w:tcPr>
            <w:tcW w:w="0" w:type="auto"/>
            <w:gridSpan w:val="3"/>
            <w:tcMar>
              <w:top w:w="50" w:type="dxa"/>
              <w:left w:w="100" w:type="dxa"/>
            </w:tcMar>
            <w:vAlign w:val="center"/>
          </w:tcPr>
          <w:p w:rsidR="005E3948" w:rsidRPr="007205EF" w:rsidRDefault="005E3948" w:rsidP="007205EF">
            <w:pPr>
              <w:rPr>
                <w:sz w:val="24"/>
                <w:szCs w:val="24"/>
              </w:rPr>
            </w:pPr>
          </w:p>
        </w:tc>
      </w:tr>
      <w:tr w:rsidR="005E3948" w:rsidRPr="007205EF" w:rsidTr="007205EF">
        <w:trPr>
          <w:trHeight w:val="144"/>
          <w:tblCellSpacing w:w="20" w:type="nil"/>
        </w:trPr>
        <w:tc>
          <w:tcPr>
            <w:tcW w:w="0" w:type="auto"/>
            <w:gridSpan w:val="6"/>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b/>
                <w:color w:val="000000"/>
                <w:sz w:val="24"/>
                <w:szCs w:val="24"/>
              </w:rPr>
              <w:t>Раздел 3.</w:t>
            </w:r>
            <w:r w:rsidRPr="007205EF">
              <w:rPr>
                <w:rFonts w:ascii="Times New Roman" w:hAnsi="Times New Roman"/>
                <w:color w:val="000000"/>
                <w:sz w:val="24"/>
                <w:szCs w:val="24"/>
              </w:rPr>
              <w:t xml:space="preserve"> </w:t>
            </w:r>
            <w:r w:rsidRPr="007205EF">
              <w:rPr>
                <w:rFonts w:ascii="Times New Roman" w:hAnsi="Times New Roman"/>
                <w:b/>
                <w:color w:val="000000"/>
                <w:sz w:val="24"/>
                <w:szCs w:val="24"/>
              </w:rPr>
              <w:t>Текстовые задачи</w:t>
            </w:r>
          </w:p>
        </w:tc>
      </w:tr>
      <w:tr w:rsidR="005E3948" w:rsidRPr="008E75F7" w:rsidTr="007205EF">
        <w:trPr>
          <w:trHeight w:val="144"/>
          <w:tblCellSpacing w:w="20" w:type="nil"/>
        </w:trPr>
        <w:tc>
          <w:tcPr>
            <w:tcW w:w="520" w:type="dxa"/>
            <w:tcMar>
              <w:top w:w="50" w:type="dxa"/>
              <w:left w:w="100" w:type="dxa"/>
            </w:tcMar>
            <w:vAlign w:val="center"/>
          </w:tcPr>
          <w:p w:rsidR="005E3948" w:rsidRPr="007205EF" w:rsidRDefault="005E3948" w:rsidP="007205EF">
            <w:pPr>
              <w:spacing w:after="0"/>
              <w:rPr>
                <w:sz w:val="24"/>
                <w:szCs w:val="24"/>
              </w:rPr>
            </w:pPr>
            <w:r w:rsidRPr="007205EF">
              <w:rPr>
                <w:rFonts w:ascii="Times New Roman" w:hAnsi="Times New Roman"/>
                <w:color w:val="000000"/>
                <w:sz w:val="24"/>
                <w:szCs w:val="24"/>
              </w:rPr>
              <w:t>3.1</w:t>
            </w:r>
          </w:p>
        </w:tc>
        <w:tc>
          <w:tcPr>
            <w:tcW w:w="2640" w:type="dxa"/>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color w:val="000000"/>
                <w:sz w:val="24"/>
                <w:szCs w:val="24"/>
              </w:rPr>
              <w:t>Решение текстовых задач</w:t>
            </w:r>
          </w:p>
        </w:tc>
        <w:tc>
          <w:tcPr>
            <w:tcW w:w="1011" w:type="dxa"/>
            <w:tcMar>
              <w:top w:w="50" w:type="dxa"/>
              <w:left w:w="100" w:type="dxa"/>
            </w:tcMar>
            <w:vAlign w:val="center"/>
          </w:tcPr>
          <w:p w:rsidR="005E3948" w:rsidRPr="007205EF" w:rsidRDefault="005E3948" w:rsidP="007205EF">
            <w:pPr>
              <w:spacing w:after="0"/>
              <w:ind w:left="135"/>
              <w:jc w:val="center"/>
              <w:rPr>
                <w:sz w:val="24"/>
                <w:szCs w:val="24"/>
              </w:rPr>
            </w:pPr>
            <w:r w:rsidRPr="007205EF">
              <w:rPr>
                <w:rFonts w:ascii="Times New Roman" w:hAnsi="Times New Roman"/>
                <w:color w:val="000000"/>
                <w:sz w:val="24"/>
                <w:szCs w:val="24"/>
              </w:rPr>
              <w:t xml:space="preserve"> 20 </w:t>
            </w:r>
          </w:p>
        </w:tc>
        <w:tc>
          <w:tcPr>
            <w:tcW w:w="1738" w:type="dxa"/>
            <w:tcMar>
              <w:top w:w="50" w:type="dxa"/>
              <w:left w:w="100" w:type="dxa"/>
            </w:tcMar>
            <w:vAlign w:val="center"/>
          </w:tcPr>
          <w:p w:rsidR="005E3948" w:rsidRPr="007205EF" w:rsidRDefault="005E3948" w:rsidP="007205EF">
            <w:pPr>
              <w:spacing w:after="0"/>
              <w:ind w:left="135"/>
              <w:jc w:val="center"/>
              <w:rPr>
                <w:sz w:val="24"/>
                <w:szCs w:val="24"/>
              </w:rPr>
            </w:pPr>
          </w:p>
        </w:tc>
        <w:tc>
          <w:tcPr>
            <w:tcW w:w="1823" w:type="dxa"/>
            <w:tcMar>
              <w:top w:w="50" w:type="dxa"/>
              <w:left w:w="100" w:type="dxa"/>
            </w:tcMar>
            <w:vAlign w:val="center"/>
          </w:tcPr>
          <w:p w:rsidR="005E3948" w:rsidRPr="007205EF" w:rsidRDefault="005E3948" w:rsidP="007205EF">
            <w:pPr>
              <w:spacing w:after="0"/>
              <w:ind w:left="135"/>
              <w:jc w:val="center"/>
              <w:rPr>
                <w:sz w:val="24"/>
                <w:szCs w:val="24"/>
              </w:rPr>
            </w:pPr>
          </w:p>
        </w:tc>
        <w:tc>
          <w:tcPr>
            <w:tcW w:w="2741" w:type="dxa"/>
            <w:tcMar>
              <w:top w:w="50" w:type="dxa"/>
              <w:left w:w="100" w:type="dxa"/>
            </w:tcMar>
            <w:vAlign w:val="center"/>
          </w:tcPr>
          <w:p w:rsidR="005E3948" w:rsidRPr="007205EF" w:rsidRDefault="005E3948"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67">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/7</w:t>
              </w:r>
              <w:r w:rsidRPr="007205EF">
                <w:rPr>
                  <w:rFonts w:ascii="Times New Roman" w:hAnsi="Times New Roman"/>
                  <w:color w:val="0000FF"/>
                  <w:sz w:val="24"/>
                  <w:szCs w:val="24"/>
                  <w:u w:val="single"/>
                </w:rPr>
                <w:t>f</w:t>
              </w:r>
              <w:r w:rsidRPr="007205EF">
                <w:rPr>
                  <w:rFonts w:ascii="Times New Roman" w:hAnsi="Times New Roman"/>
                  <w:color w:val="0000FF"/>
                  <w:sz w:val="24"/>
                  <w:szCs w:val="24"/>
                  <w:u w:val="single"/>
                  <w:lang w:val="ru-RU"/>
                </w:rPr>
                <w:t>411</w:t>
              </w:r>
              <w:r w:rsidRPr="007205EF">
                <w:rPr>
                  <w:rFonts w:ascii="Times New Roman" w:hAnsi="Times New Roman"/>
                  <w:color w:val="0000FF"/>
                  <w:sz w:val="24"/>
                  <w:szCs w:val="24"/>
                  <w:u w:val="single"/>
                </w:rPr>
                <w:t>f</w:t>
              </w:r>
              <w:r w:rsidRPr="007205EF">
                <w:rPr>
                  <w:rFonts w:ascii="Times New Roman" w:hAnsi="Times New Roman"/>
                  <w:color w:val="0000FF"/>
                  <w:sz w:val="24"/>
                  <w:szCs w:val="24"/>
                  <w:u w:val="single"/>
                  <w:lang w:val="ru-RU"/>
                </w:rPr>
                <w:t>36</w:t>
              </w:r>
            </w:hyperlink>
          </w:p>
        </w:tc>
      </w:tr>
      <w:tr w:rsidR="005E3948" w:rsidRPr="007205EF" w:rsidTr="007205EF">
        <w:trPr>
          <w:trHeight w:val="144"/>
          <w:tblCellSpacing w:w="20" w:type="nil"/>
        </w:trPr>
        <w:tc>
          <w:tcPr>
            <w:tcW w:w="0" w:type="auto"/>
            <w:gridSpan w:val="2"/>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color w:val="000000"/>
                <w:sz w:val="24"/>
                <w:szCs w:val="24"/>
              </w:rPr>
              <w:t>Итого по разделу</w:t>
            </w:r>
          </w:p>
        </w:tc>
        <w:tc>
          <w:tcPr>
            <w:tcW w:w="1589" w:type="dxa"/>
            <w:tcMar>
              <w:top w:w="50" w:type="dxa"/>
              <w:left w:w="100" w:type="dxa"/>
            </w:tcMar>
            <w:vAlign w:val="center"/>
          </w:tcPr>
          <w:p w:rsidR="005E3948" w:rsidRPr="007205EF" w:rsidRDefault="005E3948" w:rsidP="007205EF">
            <w:pPr>
              <w:spacing w:after="0"/>
              <w:ind w:left="135"/>
              <w:jc w:val="center"/>
              <w:rPr>
                <w:sz w:val="24"/>
                <w:szCs w:val="24"/>
              </w:rPr>
            </w:pPr>
            <w:r w:rsidRPr="007205EF">
              <w:rPr>
                <w:rFonts w:ascii="Times New Roman" w:hAnsi="Times New Roman"/>
                <w:color w:val="000000"/>
                <w:sz w:val="24"/>
                <w:szCs w:val="24"/>
              </w:rPr>
              <w:t xml:space="preserve"> 20 </w:t>
            </w:r>
          </w:p>
        </w:tc>
        <w:tc>
          <w:tcPr>
            <w:tcW w:w="0" w:type="auto"/>
            <w:gridSpan w:val="3"/>
            <w:tcMar>
              <w:top w:w="50" w:type="dxa"/>
              <w:left w:w="100" w:type="dxa"/>
            </w:tcMar>
            <w:vAlign w:val="center"/>
          </w:tcPr>
          <w:p w:rsidR="005E3948" w:rsidRPr="007205EF" w:rsidRDefault="005E3948" w:rsidP="007205EF">
            <w:pPr>
              <w:rPr>
                <w:sz w:val="24"/>
                <w:szCs w:val="24"/>
              </w:rPr>
            </w:pPr>
          </w:p>
        </w:tc>
      </w:tr>
      <w:tr w:rsidR="005E3948" w:rsidRPr="008E75F7" w:rsidTr="007205EF">
        <w:trPr>
          <w:trHeight w:val="144"/>
          <w:tblCellSpacing w:w="20" w:type="nil"/>
        </w:trPr>
        <w:tc>
          <w:tcPr>
            <w:tcW w:w="0" w:type="auto"/>
            <w:gridSpan w:val="6"/>
            <w:tcMar>
              <w:top w:w="50" w:type="dxa"/>
              <w:left w:w="100" w:type="dxa"/>
            </w:tcMar>
            <w:vAlign w:val="center"/>
          </w:tcPr>
          <w:p w:rsidR="005E3948" w:rsidRPr="007205EF" w:rsidRDefault="005E3948" w:rsidP="007205EF">
            <w:pPr>
              <w:spacing w:after="0"/>
              <w:ind w:left="135"/>
              <w:rPr>
                <w:sz w:val="24"/>
                <w:szCs w:val="24"/>
                <w:lang w:val="ru-RU"/>
              </w:rPr>
            </w:pPr>
            <w:r w:rsidRPr="007205EF">
              <w:rPr>
                <w:rFonts w:ascii="Times New Roman" w:hAnsi="Times New Roman"/>
                <w:b/>
                <w:color w:val="000000"/>
                <w:sz w:val="24"/>
                <w:szCs w:val="24"/>
                <w:lang w:val="ru-RU"/>
              </w:rPr>
              <w:t>Раздел 4.</w:t>
            </w:r>
            <w:r w:rsidRPr="007205EF">
              <w:rPr>
                <w:rFonts w:ascii="Times New Roman" w:hAnsi="Times New Roman"/>
                <w:color w:val="000000"/>
                <w:sz w:val="24"/>
                <w:szCs w:val="24"/>
                <w:lang w:val="ru-RU"/>
              </w:rPr>
              <w:t xml:space="preserve"> </w:t>
            </w:r>
            <w:r w:rsidRPr="007205EF">
              <w:rPr>
                <w:rFonts w:ascii="Times New Roman" w:hAnsi="Times New Roman"/>
                <w:b/>
                <w:color w:val="000000"/>
                <w:sz w:val="24"/>
                <w:szCs w:val="24"/>
                <w:lang w:val="ru-RU"/>
              </w:rPr>
              <w:t>Пространственные отношения и геометрические фигуры</w:t>
            </w:r>
          </w:p>
        </w:tc>
      </w:tr>
      <w:tr w:rsidR="005E3948" w:rsidRPr="008E75F7" w:rsidTr="007205EF">
        <w:trPr>
          <w:trHeight w:val="144"/>
          <w:tblCellSpacing w:w="20" w:type="nil"/>
        </w:trPr>
        <w:tc>
          <w:tcPr>
            <w:tcW w:w="520" w:type="dxa"/>
            <w:tcMar>
              <w:top w:w="50" w:type="dxa"/>
              <w:left w:w="100" w:type="dxa"/>
            </w:tcMar>
            <w:vAlign w:val="center"/>
          </w:tcPr>
          <w:p w:rsidR="005E3948" w:rsidRPr="007205EF" w:rsidRDefault="005E3948" w:rsidP="007205EF">
            <w:pPr>
              <w:spacing w:after="0"/>
              <w:rPr>
                <w:sz w:val="24"/>
                <w:szCs w:val="24"/>
              </w:rPr>
            </w:pPr>
            <w:r w:rsidRPr="007205EF">
              <w:rPr>
                <w:rFonts w:ascii="Times New Roman" w:hAnsi="Times New Roman"/>
                <w:color w:val="000000"/>
                <w:sz w:val="24"/>
                <w:szCs w:val="24"/>
              </w:rPr>
              <w:t>4.1</w:t>
            </w:r>
          </w:p>
        </w:tc>
        <w:tc>
          <w:tcPr>
            <w:tcW w:w="2640" w:type="dxa"/>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color w:val="000000"/>
                <w:sz w:val="24"/>
                <w:szCs w:val="24"/>
              </w:rPr>
              <w:t>Геометрические фигуры</w:t>
            </w:r>
          </w:p>
        </w:tc>
        <w:tc>
          <w:tcPr>
            <w:tcW w:w="1011" w:type="dxa"/>
            <w:tcMar>
              <w:top w:w="50" w:type="dxa"/>
              <w:left w:w="100" w:type="dxa"/>
            </w:tcMar>
            <w:vAlign w:val="center"/>
          </w:tcPr>
          <w:p w:rsidR="005E3948" w:rsidRPr="007205EF" w:rsidRDefault="005E3948" w:rsidP="007205EF">
            <w:pPr>
              <w:spacing w:after="0"/>
              <w:ind w:left="135"/>
              <w:jc w:val="center"/>
              <w:rPr>
                <w:sz w:val="24"/>
                <w:szCs w:val="24"/>
              </w:rPr>
            </w:pPr>
            <w:r w:rsidRPr="007205EF">
              <w:rPr>
                <w:rFonts w:ascii="Times New Roman" w:hAnsi="Times New Roman"/>
                <w:color w:val="000000"/>
                <w:sz w:val="24"/>
                <w:szCs w:val="24"/>
              </w:rPr>
              <w:t xml:space="preserve"> 12 </w:t>
            </w:r>
          </w:p>
        </w:tc>
        <w:tc>
          <w:tcPr>
            <w:tcW w:w="1738" w:type="dxa"/>
            <w:tcMar>
              <w:top w:w="50" w:type="dxa"/>
              <w:left w:w="100" w:type="dxa"/>
            </w:tcMar>
            <w:vAlign w:val="center"/>
          </w:tcPr>
          <w:p w:rsidR="005E3948" w:rsidRPr="007205EF" w:rsidRDefault="005E3948" w:rsidP="007205EF">
            <w:pPr>
              <w:spacing w:after="0"/>
              <w:ind w:left="135"/>
              <w:jc w:val="center"/>
              <w:rPr>
                <w:sz w:val="24"/>
                <w:szCs w:val="24"/>
              </w:rPr>
            </w:pPr>
          </w:p>
        </w:tc>
        <w:tc>
          <w:tcPr>
            <w:tcW w:w="1823" w:type="dxa"/>
            <w:tcMar>
              <w:top w:w="50" w:type="dxa"/>
              <w:left w:w="100" w:type="dxa"/>
            </w:tcMar>
            <w:vAlign w:val="center"/>
          </w:tcPr>
          <w:p w:rsidR="005E3948" w:rsidRPr="007205EF" w:rsidRDefault="005E3948" w:rsidP="007205EF">
            <w:pPr>
              <w:spacing w:after="0"/>
              <w:ind w:left="135"/>
              <w:jc w:val="center"/>
              <w:rPr>
                <w:sz w:val="24"/>
                <w:szCs w:val="24"/>
              </w:rPr>
            </w:pPr>
          </w:p>
        </w:tc>
        <w:tc>
          <w:tcPr>
            <w:tcW w:w="2741" w:type="dxa"/>
            <w:tcMar>
              <w:top w:w="50" w:type="dxa"/>
              <w:left w:w="100" w:type="dxa"/>
            </w:tcMar>
            <w:vAlign w:val="center"/>
          </w:tcPr>
          <w:p w:rsidR="005E3948" w:rsidRPr="007205EF" w:rsidRDefault="005E3948"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68">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/7</w:t>
              </w:r>
              <w:r w:rsidRPr="007205EF">
                <w:rPr>
                  <w:rFonts w:ascii="Times New Roman" w:hAnsi="Times New Roman"/>
                  <w:color w:val="0000FF"/>
                  <w:sz w:val="24"/>
                  <w:szCs w:val="24"/>
                  <w:u w:val="single"/>
                </w:rPr>
                <w:t>f</w:t>
              </w:r>
              <w:r w:rsidRPr="007205EF">
                <w:rPr>
                  <w:rFonts w:ascii="Times New Roman" w:hAnsi="Times New Roman"/>
                  <w:color w:val="0000FF"/>
                  <w:sz w:val="24"/>
                  <w:szCs w:val="24"/>
                  <w:u w:val="single"/>
                  <w:lang w:val="ru-RU"/>
                </w:rPr>
                <w:t>411</w:t>
              </w:r>
              <w:r w:rsidRPr="007205EF">
                <w:rPr>
                  <w:rFonts w:ascii="Times New Roman" w:hAnsi="Times New Roman"/>
                  <w:color w:val="0000FF"/>
                  <w:sz w:val="24"/>
                  <w:szCs w:val="24"/>
                  <w:u w:val="single"/>
                </w:rPr>
                <w:t>f</w:t>
              </w:r>
              <w:r w:rsidRPr="007205EF">
                <w:rPr>
                  <w:rFonts w:ascii="Times New Roman" w:hAnsi="Times New Roman"/>
                  <w:color w:val="0000FF"/>
                  <w:sz w:val="24"/>
                  <w:szCs w:val="24"/>
                  <w:u w:val="single"/>
                  <w:lang w:val="ru-RU"/>
                </w:rPr>
                <w:t>36</w:t>
              </w:r>
            </w:hyperlink>
          </w:p>
        </w:tc>
      </w:tr>
      <w:tr w:rsidR="005E3948" w:rsidRPr="008E75F7" w:rsidTr="007205EF">
        <w:trPr>
          <w:trHeight w:val="144"/>
          <w:tblCellSpacing w:w="20" w:type="nil"/>
        </w:trPr>
        <w:tc>
          <w:tcPr>
            <w:tcW w:w="520" w:type="dxa"/>
            <w:tcMar>
              <w:top w:w="50" w:type="dxa"/>
              <w:left w:w="100" w:type="dxa"/>
            </w:tcMar>
            <w:vAlign w:val="center"/>
          </w:tcPr>
          <w:p w:rsidR="005E3948" w:rsidRPr="007205EF" w:rsidRDefault="005E3948" w:rsidP="007205EF">
            <w:pPr>
              <w:spacing w:after="0"/>
              <w:rPr>
                <w:sz w:val="24"/>
                <w:szCs w:val="24"/>
              </w:rPr>
            </w:pPr>
            <w:r w:rsidRPr="007205EF">
              <w:rPr>
                <w:rFonts w:ascii="Times New Roman" w:hAnsi="Times New Roman"/>
                <w:color w:val="000000"/>
                <w:sz w:val="24"/>
                <w:szCs w:val="24"/>
              </w:rPr>
              <w:lastRenderedPageBreak/>
              <w:t>4.2</w:t>
            </w:r>
          </w:p>
        </w:tc>
        <w:tc>
          <w:tcPr>
            <w:tcW w:w="2640" w:type="dxa"/>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color w:val="000000"/>
                <w:sz w:val="24"/>
                <w:szCs w:val="24"/>
              </w:rPr>
              <w:t>Геометрические величины</w:t>
            </w:r>
          </w:p>
        </w:tc>
        <w:tc>
          <w:tcPr>
            <w:tcW w:w="1011" w:type="dxa"/>
            <w:tcMar>
              <w:top w:w="50" w:type="dxa"/>
              <w:left w:w="100" w:type="dxa"/>
            </w:tcMar>
            <w:vAlign w:val="center"/>
          </w:tcPr>
          <w:p w:rsidR="005E3948" w:rsidRPr="007205EF" w:rsidRDefault="005E3948" w:rsidP="007205EF">
            <w:pPr>
              <w:spacing w:after="0"/>
              <w:ind w:left="135"/>
              <w:jc w:val="center"/>
              <w:rPr>
                <w:sz w:val="24"/>
                <w:szCs w:val="24"/>
              </w:rPr>
            </w:pPr>
            <w:r w:rsidRPr="007205EF">
              <w:rPr>
                <w:rFonts w:ascii="Times New Roman" w:hAnsi="Times New Roman"/>
                <w:color w:val="000000"/>
                <w:sz w:val="24"/>
                <w:szCs w:val="24"/>
              </w:rPr>
              <w:t xml:space="preserve"> 8 </w:t>
            </w:r>
          </w:p>
        </w:tc>
        <w:tc>
          <w:tcPr>
            <w:tcW w:w="1738" w:type="dxa"/>
            <w:tcMar>
              <w:top w:w="50" w:type="dxa"/>
              <w:left w:w="100" w:type="dxa"/>
            </w:tcMar>
            <w:vAlign w:val="center"/>
          </w:tcPr>
          <w:p w:rsidR="005E3948" w:rsidRPr="007205EF" w:rsidRDefault="005E3948" w:rsidP="007205EF">
            <w:pPr>
              <w:spacing w:after="0"/>
              <w:ind w:left="135"/>
              <w:jc w:val="center"/>
              <w:rPr>
                <w:sz w:val="24"/>
                <w:szCs w:val="24"/>
              </w:rPr>
            </w:pPr>
          </w:p>
        </w:tc>
        <w:tc>
          <w:tcPr>
            <w:tcW w:w="1823" w:type="dxa"/>
            <w:tcMar>
              <w:top w:w="50" w:type="dxa"/>
              <w:left w:w="100" w:type="dxa"/>
            </w:tcMar>
            <w:vAlign w:val="center"/>
          </w:tcPr>
          <w:p w:rsidR="005E3948" w:rsidRPr="007205EF" w:rsidRDefault="005E3948" w:rsidP="007205EF">
            <w:pPr>
              <w:spacing w:after="0"/>
              <w:ind w:left="135"/>
              <w:jc w:val="center"/>
              <w:rPr>
                <w:sz w:val="24"/>
                <w:szCs w:val="24"/>
              </w:rPr>
            </w:pPr>
          </w:p>
        </w:tc>
        <w:tc>
          <w:tcPr>
            <w:tcW w:w="2741" w:type="dxa"/>
            <w:tcMar>
              <w:top w:w="50" w:type="dxa"/>
              <w:left w:w="100" w:type="dxa"/>
            </w:tcMar>
            <w:vAlign w:val="center"/>
          </w:tcPr>
          <w:p w:rsidR="005E3948" w:rsidRPr="007205EF" w:rsidRDefault="005E3948"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69">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/7</w:t>
              </w:r>
              <w:r w:rsidRPr="007205EF">
                <w:rPr>
                  <w:rFonts w:ascii="Times New Roman" w:hAnsi="Times New Roman"/>
                  <w:color w:val="0000FF"/>
                  <w:sz w:val="24"/>
                  <w:szCs w:val="24"/>
                  <w:u w:val="single"/>
                </w:rPr>
                <w:t>f</w:t>
              </w:r>
              <w:r w:rsidRPr="007205EF">
                <w:rPr>
                  <w:rFonts w:ascii="Times New Roman" w:hAnsi="Times New Roman"/>
                  <w:color w:val="0000FF"/>
                  <w:sz w:val="24"/>
                  <w:szCs w:val="24"/>
                  <w:u w:val="single"/>
                  <w:lang w:val="ru-RU"/>
                </w:rPr>
                <w:t>411</w:t>
              </w:r>
              <w:r w:rsidRPr="007205EF">
                <w:rPr>
                  <w:rFonts w:ascii="Times New Roman" w:hAnsi="Times New Roman"/>
                  <w:color w:val="0000FF"/>
                  <w:sz w:val="24"/>
                  <w:szCs w:val="24"/>
                  <w:u w:val="single"/>
                </w:rPr>
                <w:t>f</w:t>
              </w:r>
              <w:r w:rsidRPr="007205EF">
                <w:rPr>
                  <w:rFonts w:ascii="Times New Roman" w:hAnsi="Times New Roman"/>
                  <w:color w:val="0000FF"/>
                  <w:sz w:val="24"/>
                  <w:szCs w:val="24"/>
                  <w:u w:val="single"/>
                  <w:lang w:val="ru-RU"/>
                </w:rPr>
                <w:t>36</w:t>
              </w:r>
            </w:hyperlink>
          </w:p>
        </w:tc>
      </w:tr>
      <w:tr w:rsidR="005E3948" w:rsidRPr="007205EF" w:rsidTr="007205EF">
        <w:trPr>
          <w:trHeight w:val="144"/>
          <w:tblCellSpacing w:w="20" w:type="nil"/>
        </w:trPr>
        <w:tc>
          <w:tcPr>
            <w:tcW w:w="0" w:type="auto"/>
            <w:gridSpan w:val="2"/>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color w:val="000000"/>
                <w:sz w:val="24"/>
                <w:szCs w:val="24"/>
              </w:rPr>
              <w:t>Итого по разделу</w:t>
            </w:r>
          </w:p>
        </w:tc>
        <w:tc>
          <w:tcPr>
            <w:tcW w:w="1589" w:type="dxa"/>
            <w:tcMar>
              <w:top w:w="50" w:type="dxa"/>
              <w:left w:w="100" w:type="dxa"/>
            </w:tcMar>
            <w:vAlign w:val="center"/>
          </w:tcPr>
          <w:p w:rsidR="005E3948" w:rsidRPr="007205EF" w:rsidRDefault="005E3948" w:rsidP="007205EF">
            <w:pPr>
              <w:spacing w:after="0"/>
              <w:ind w:left="135"/>
              <w:jc w:val="center"/>
              <w:rPr>
                <w:sz w:val="24"/>
                <w:szCs w:val="24"/>
              </w:rPr>
            </w:pPr>
            <w:r w:rsidRPr="007205EF">
              <w:rPr>
                <w:rFonts w:ascii="Times New Roman" w:hAnsi="Times New Roman"/>
                <w:color w:val="000000"/>
                <w:sz w:val="24"/>
                <w:szCs w:val="24"/>
              </w:rPr>
              <w:t xml:space="preserve"> 20 </w:t>
            </w:r>
          </w:p>
        </w:tc>
        <w:tc>
          <w:tcPr>
            <w:tcW w:w="0" w:type="auto"/>
            <w:gridSpan w:val="3"/>
            <w:tcMar>
              <w:top w:w="50" w:type="dxa"/>
              <w:left w:w="100" w:type="dxa"/>
            </w:tcMar>
            <w:vAlign w:val="center"/>
          </w:tcPr>
          <w:p w:rsidR="005E3948" w:rsidRPr="007205EF" w:rsidRDefault="005E3948" w:rsidP="007205EF">
            <w:pPr>
              <w:rPr>
                <w:sz w:val="24"/>
                <w:szCs w:val="24"/>
              </w:rPr>
            </w:pPr>
          </w:p>
        </w:tc>
      </w:tr>
      <w:tr w:rsidR="005E3948" w:rsidRPr="007205EF" w:rsidTr="007205EF">
        <w:trPr>
          <w:trHeight w:val="144"/>
          <w:tblCellSpacing w:w="20" w:type="nil"/>
        </w:trPr>
        <w:tc>
          <w:tcPr>
            <w:tcW w:w="0" w:type="auto"/>
            <w:gridSpan w:val="6"/>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b/>
                <w:color w:val="000000"/>
                <w:sz w:val="24"/>
                <w:szCs w:val="24"/>
              </w:rPr>
              <w:t>Раздел 5.</w:t>
            </w:r>
            <w:r w:rsidRPr="007205EF">
              <w:rPr>
                <w:rFonts w:ascii="Times New Roman" w:hAnsi="Times New Roman"/>
                <w:color w:val="000000"/>
                <w:sz w:val="24"/>
                <w:szCs w:val="24"/>
              </w:rPr>
              <w:t xml:space="preserve"> </w:t>
            </w:r>
            <w:r w:rsidRPr="007205EF">
              <w:rPr>
                <w:rFonts w:ascii="Times New Roman" w:hAnsi="Times New Roman"/>
                <w:b/>
                <w:color w:val="000000"/>
                <w:sz w:val="24"/>
                <w:szCs w:val="24"/>
              </w:rPr>
              <w:t>Математическая информация</w:t>
            </w:r>
          </w:p>
        </w:tc>
      </w:tr>
      <w:tr w:rsidR="005E3948" w:rsidRPr="008E75F7" w:rsidTr="007205EF">
        <w:trPr>
          <w:trHeight w:val="144"/>
          <w:tblCellSpacing w:w="20" w:type="nil"/>
        </w:trPr>
        <w:tc>
          <w:tcPr>
            <w:tcW w:w="520" w:type="dxa"/>
            <w:tcMar>
              <w:top w:w="50" w:type="dxa"/>
              <w:left w:w="100" w:type="dxa"/>
            </w:tcMar>
            <w:vAlign w:val="center"/>
          </w:tcPr>
          <w:p w:rsidR="005E3948" w:rsidRPr="007205EF" w:rsidRDefault="005E3948" w:rsidP="007205EF">
            <w:pPr>
              <w:spacing w:after="0"/>
              <w:rPr>
                <w:sz w:val="24"/>
                <w:szCs w:val="24"/>
              </w:rPr>
            </w:pPr>
            <w:r w:rsidRPr="007205EF">
              <w:rPr>
                <w:rFonts w:ascii="Times New Roman" w:hAnsi="Times New Roman"/>
                <w:color w:val="000000"/>
                <w:sz w:val="24"/>
                <w:szCs w:val="24"/>
              </w:rPr>
              <w:t>5.1</w:t>
            </w:r>
          </w:p>
        </w:tc>
        <w:tc>
          <w:tcPr>
            <w:tcW w:w="2640" w:type="dxa"/>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color w:val="000000"/>
                <w:sz w:val="24"/>
                <w:szCs w:val="24"/>
              </w:rPr>
              <w:t>Математическая информация</w:t>
            </w:r>
          </w:p>
        </w:tc>
        <w:tc>
          <w:tcPr>
            <w:tcW w:w="1011" w:type="dxa"/>
            <w:tcMar>
              <w:top w:w="50" w:type="dxa"/>
              <w:left w:w="100" w:type="dxa"/>
            </w:tcMar>
            <w:vAlign w:val="center"/>
          </w:tcPr>
          <w:p w:rsidR="005E3948" w:rsidRPr="007205EF" w:rsidRDefault="005E3948" w:rsidP="007205EF">
            <w:pPr>
              <w:spacing w:after="0"/>
              <w:ind w:left="135"/>
              <w:jc w:val="center"/>
              <w:rPr>
                <w:sz w:val="24"/>
                <w:szCs w:val="24"/>
              </w:rPr>
            </w:pPr>
            <w:r w:rsidRPr="007205EF">
              <w:rPr>
                <w:rFonts w:ascii="Times New Roman" w:hAnsi="Times New Roman"/>
                <w:color w:val="000000"/>
                <w:sz w:val="24"/>
                <w:szCs w:val="24"/>
              </w:rPr>
              <w:t xml:space="preserve"> 15 </w:t>
            </w:r>
          </w:p>
        </w:tc>
        <w:tc>
          <w:tcPr>
            <w:tcW w:w="1738" w:type="dxa"/>
            <w:tcMar>
              <w:top w:w="50" w:type="dxa"/>
              <w:left w:w="100" w:type="dxa"/>
            </w:tcMar>
            <w:vAlign w:val="center"/>
          </w:tcPr>
          <w:p w:rsidR="005E3948" w:rsidRPr="007205EF" w:rsidRDefault="005E3948" w:rsidP="007205EF">
            <w:pPr>
              <w:spacing w:after="0"/>
              <w:ind w:left="135"/>
              <w:jc w:val="center"/>
              <w:rPr>
                <w:sz w:val="24"/>
                <w:szCs w:val="24"/>
              </w:rPr>
            </w:pPr>
          </w:p>
        </w:tc>
        <w:tc>
          <w:tcPr>
            <w:tcW w:w="1823" w:type="dxa"/>
            <w:tcMar>
              <w:top w:w="50" w:type="dxa"/>
              <w:left w:w="100" w:type="dxa"/>
            </w:tcMar>
            <w:vAlign w:val="center"/>
          </w:tcPr>
          <w:p w:rsidR="005E3948" w:rsidRPr="007205EF" w:rsidRDefault="005E3948" w:rsidP="007205EF">
            <w:pPr>
              <w:spacing w:after="0"/>
              <w:ind w:left="135"/>
              <w:jc w:val="center"/>
              <w:rPr>
                <w:sz w:val="24"/>
                <w:szCs w:val="24"/>
              </w:rPr>
            </w:pPr>
          </w:p>
        </w:tc>
        <w:tc>
          <w:tcPr>
            <w:tcW w:w="2741" w:type="dxa"/>
            <w:tcMar>
              <w:top w:w="50" w:type="dxa"/>
              <w:left w:w="100" w:type="dxa"/>
            </w:tcMar>
            <w:vAlign w:val="center"/>
          </w:tcPr>
          <w:p w:rsidR="005E3948" w:rsidRPr="007205EF" w:rsidRDefault="005E3948"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70">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/7</w:t>
              </w:r>
              <w:r w:rsidRPr="007205EF">
                <w:rPr>
                  <w:rFonts w:ascii="Times New Roman" w:hAnsi="Times New Roman"/>
                  <w:color w:val="0000FF"/>
                  <w:sz w:val="24"/>
                  <w:szCs w:val="24"/>
                  <w:u w:val="single"/>
                </w:rPr>
                <w:t>f</w:t>
              </w:r>
              <w:r w:rsidRPr="007205EF">
                <w:rPr>
                  <w:rFonts w:ascii="Times New Roman" w:hAnsi="Times New Roman"/>
                  <w:color w:val="0000FF"/>
                  <w:sz w:val="24"/>
                  <w:szCs w:val="24"/>
                  <w:u w:val="single"/>
                  <w:lang w:val="ru-RU"/>
                </w:rPr>
                <w:t>411</w:t>
              </w:r>
              <w:r w:rsidRPr="007205EF">
                <w:rPr>
                  <w:rFonts w:ascii="Times New Roman" w:hAnsi="Times New Roman"/>
                  <w:color w:val="0000FF"/>
                  <w:sz w:val="24"/>
                  <w:szCs w:val="24"/>
                  <w:u w:val="single"/>
                </w:rPr>
                <w:t>f</w:t>
              </w:r>
              <w:r w:rsidRPr="007205EF">
                <w:rPr>
                  <w:rFonts w:ascii="Times New Roman" w:hAnsi="Times New Roman"/>
                  <w:color w:val="0000FF"/>
                  <w:sz w:val="24"/>
                  <w:szCs w:val="24"/>
                  <w:u w:val="single"/>
                  <w:lang w:val="ru-RU"/>
                </w:rPr>
                <w:t>36</w:t>
              </w:r>
            </w:hyperlink>
          </w:p>
        </w:tc>
      </w:tr>
      <w:tr w:rsidR="005E3948" w:rsidRPr="007205EF" w:rsidTr="007205EF">
        <w:trPr>
          <w:trHeight w:val="144"/>
          <w:tblCellSpacing w:w="20" w:type="nil"/>
        </w:trPr>
        <w:tc>
          <w:tcPr>
            <w:tcW w:w="0" w:type="auto"/>
            <w:gridSpan w:val="2"/>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color w:val="000000"/>
                <w:sz w:val="24"/>
                <w:szCs w:val="24"/>
              </w:rPr>
              <w:t>Итого по разделу</w:t>
            </w:r>
          </w:p>
        </w:tc>
        <w:tc>
          <w:tcPr>
            <w:tcW w:w="1589" w:type="dxa"/>
            <w:tcMar>
              <w:top w:w="50" w:type="dxa"/>
              <w:left w:w="100" w:type="dxa"/>
            </w:tcMar>
            <w:vAlign w:val="center"/>
          </w:tcPr>
          <w:p w:rsidR="005E3948" w:rsidRPr="007205EF" w:rsidRDefault="005E3948" w:rsidP="007205EF">
            <w:pPr>
              <w:spacing w:after="0"/>
              <w:ind w:left="135"/>
              <w:jc w:val="center"/>
              <w:rPr>
                <w:sz w:val="24"/>
                <w:szCs w:val="24"/>
              </w:rPr>
            </w:pPr>
            <w:r w:rsidRPr="007205EF">
              <w:rPr>
                <w:rFonts w:ascii="Times New Roman" w:hAnsi="Times New Roman"/>
                <w:color w:val="000000"/>
                <w:sz w:val="24"/>
                <w:szCs w:val="24"/>
              </w:rPr>
              <w:t xml:space="preserve"> 15 </w:t>
            </w:r>
          </w:p>
        </w:tc>
        <w:tc>
          <w:tcPr>
            <w:tcW w:w="0" w:type="auto"/>
            <w:gridSpan w:val="3"/>
            <w:tcMar>
              <w:top w:w="50" w:type="dxa"/>
              <w:left w:w="100" w:type="dxa"/>
            </w:tcMar>
            <w:vAlign w:val="center"/>
          </w:tcPr>
          <w:p w:rsidR="005E3948" w:rsidRPr="007205EF" w:rsidRDefault="005E3948" w:rsidP="007205EF">
            <w:pPr>
              <w:rPr>
                <w:sz w:val="24"/>
                <w:szCs w:val="24"/>
              </w:rPr>
            </w:pPr>
          </w:p>
        </w:tc>
      </w:tr>
      <w:tr w:rsidR="005E3948" w:rsidRPr="008E75F7" w:rsidTr="007205EF">
        <w:trPr>
          <w:trHeight w:val="144"/>
          <w:tblCellSpacing w:w="20" w:type="nil"/>
        </w:trPr>
        <w:tc>
          <w:tcPr>
            <w:tcW w:w="0" w:type="auto"/>
            <w:gridSpan w:val="2"/>
            <w:tcMar>
              <w:top w:w="50" w:type="dxa"/>
              <w:left w:w="100" w:type="dxa"/>
            </w:tcMar>
            <w:vAlign w:val="center"/>
          </w:tcPr>
          <w:p w:rsidR="005E3948" w:rsidRPr="007205EF" w:rsidRDefault="005E3948" w:rsidP="007205EF">
            <w:pPr>
              <w:spacing w:after="0"/>
              <w:ind w:left="135"/>
              <w:rPr>
                <w:sz w:val="24"/>
                <w:szCs w:val="24"/>
              </w:rPr>
            </w:pPr>
            <w:r w:rsidRPr="007205EF">
              <w:rPr>
                <w:rFonts w:ascii="Times New Roman" w:hAnsi="Times New Roman"/>
                <w:color w:val="000000"/>
                <w:sz w:val="24"/>
                <w:szCs w:val="24"/>
              </w:rPr>
              <w:t>Повторение пройденного материала</w:t>
            </w:r>
          </w:p>
        </w:tc>
        <w:tc>
          <w:tcPr>
            <w:tcW w:w="1589" w:type="dxa"/>
            <w:tcMar>
              <w:top w:w="50" w:type="dxa"/>
              <w:left w:w="100" w:type="dxa"/>
            </w:tcMar>
            <w:vAlign w:val="center"/>
          </w:tcPr>
          <w:p w:rsidR="005E3948" w:rsidRPr="007205EF" w:rsidRDefault="005E3948" w:rsidP="007205EF">
            <w:pPr>
              <w:spacing w:after="0"/>
              <w:ind w:left="135"/>
              <w:jc w:val="center"/>
              <w:rPr>
                <w:sz w:val="24"/>
                <w:szCs w:val="24"/>
              </w:rPr>
            </w:pPr>
            <w:r w:rsidRPr="007205EF">
              <w:rPr>
                <w:rFonts w:ascii="Times New Roman" w:hAnsi="Times New Roman"/>
                <w:color w:val="000000"/>
                <w:sz w:val="24"/>
                <w:szCs w:val="24"/>
              </w:rPr>
              <w:t xml:space="preserve"> 14</w:t>
            </w:r>
          </w:p>
        </w:tc>
        <w:tc>
          <w:tcPr>
            <w:tcW w:w="1738" w:type="dxa"/>
            <w:tcMar>
              <w:top w:w="50" w:type="dxa"/>
              <w:left w:w="100" w:type="dxa"/>
            </w:tcMar>
            <w:vAlign w:val="center"/>
          </w:tcPr>
          <w:p w:rsidR="005E3948" w:rsidRPr="007205EF" w:rsidRDefault="005E3948" w:rsidP="007205EF">
            <w:pPr>
              <w:spacing w:after="0"/>
              <w:ind w:left="135"/>
              <w:jc w:val="center"/>
              <w:rPr>
                <w:sz w:val="24"/>
                <w:szCs w:val="24"/>
              </w:rPr>
            </w:pPr>
          </w:p>
        </w:tc>
        <w:tc>
          <w:tcPr>
            <w:tcW w:w="1823" w:type="dxa"/>
            <w:tcMar>
              <w:top w:w="50" w:type="dxa"/>
              <w:left w:w="100" w:type="dxa"/>
            </w:tcMar>
            <w:vAlign w:val="center"/>
          </w:tcPr>
          <w:p w:rsidR="005E3948" w:rsidRPr="007205EF" w:rsidRDefault="005E3948" w:rsidP="007205EF">
            <w:pPr>
              <w:spacing w:after="0"/>
              <w:ind w:left="135"/>
              <w:jc w:val="center"/>
              <w:rPr>
                <w:sz w:val="24"/>
                <w:szCs w:val="24"/>
              </w:rPr>
            </w:pPr>
            <w:r w:rsidRPr="007205EF">
              <w:rPr>
                <w:rFonts w:ascii="Times New Roman" w:hAnsi="Times New Roman"/>
                <w:color w:val="000000"/>
                <w:sz w:val="24"/>
                <w:szCs w:val="24"/>
              </w:rPr>
              <w:t xml:space="preserve"> 2 </w:t>
            </w:r>
          </w:p>
        </w:tc>
        <w:tc>
          <w:tcPr>
            <w:tcW w:w="2741" w:type="dxa"/>
            <w:tcMar>
              <w:top w:w="50" w:type="dxa"/>
              <w:left w:w="100" w:type="dxa"/>
            </w:tcMar>
            <w:vAlign w:val="center"/>
          </w:tcPr>
          <w:p w:rsidR="005E3948" w:rsidRPr="007205EF" w:rsidRDefault="005E3948"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71">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/7</w:t>
              </w:r>
              <w:r w:rsidRPr="007205EF">
                <w:rPr>
                  <w:rFonts w:ascii="Times New Roman" w:hAnsi="Times New Roman"/>
                  <w:color w:val="0000FF"/>
                  <w:sz w:val="24"/>
                  <w:szCs w:val="24"/>
                  <w:u w:val="single"/>
                </w:rPr>
                <w:t>f</w:t>
              </w:r>
              <w:r w:rsidRPr="007205EF">
                <w:rPr>
                  <w:rFonts w:ascii="Times New Roman" w:hAnsi="Times New Roman"/>
                  <w:color w:val="0000FF"/>
                  <w:sz w:val="24"/>
                  <w:szCs w:val="24"/>
                  <w:u w:val="single"/>
                  <w:lang w:val="ru-RU"/>
                </w:rPr>
                <w:t>411</w:t>
              </w:r>
              <w:r w:rsidRPr="007205EF">
                <w:rPr>
                  <w:rFonts w:ascii="Times New Roman" w:hAnsi="Times New Roman"/>
                  <w:color w:val="0000FF"/>
                  <w:sz w:val="24"/>
                  <w:szCs w:val="24"/>
                  <w:u w:val="single"/>
                </w:rPr>
                <w:t>f</w:t>
              </w:r>
              <w:r w:rsidRPr="007205EF">
                <w:rPr>
                  <w:rFonts w:ascii="Times New Roman" w:hAnsi="Times New Roman"/>
                  <w:color w:val="0000FF"/>
                  <w:sz w:val="24"/>
                  <w:szCs w:val="24"/>
                  <w:u w:val="single"/>
                  <w:lang w:val="ru-RU"/>
                </w:rPr>
                <w:t>36</w:t>
              </w:r>
            </w:hyperlink>
          </w:p>
        </w:tc>
      </w:tr>
      <w:tr w:rsidR="005E3948" w:rsidRPr="008E75F7" w:rsidTr="007205EF">
        <w:trPr>
          <w:trHeight w:val="144"/>
          <w:tblCellSpacing w:w="20" w:type="nil"/>
        </w:trPr>
        <w:tc>
          <w:tcPr>
            <w:tcW w:w="0" w:type="auto"/>
            <w:gridSpan w:val="2"/>
            <w:tcMar>
              <w:top w:w="50" w:type="dxa"/>
              <w:left w:w="100" w:type="dxa"/>
            </w:tcMar>
            <w:vAlign w:val="center"/>
          </w:tcPr>
          <w:p w:rsidR="005E3948" w:rsidRPr="007205EF" w:rsidRDefault="005E3948" w:rsidP="007205EF">
            <w:pPr>
              <w:spacing w:after="0"/>
              <w:ind w:left="135"/>
              <w:rPr>
                <w:sz w:val="24"/>
                <w:szCs w:val="24"/>
                <w:lang w:val="ru-RU"/>
              </w:rPr>
            </w:pPr>
            <w:r w:rsidRPr="007205EF">
              <w:rPr>
                <w:rFonts w:ascii="Times New Roman" w:hAnsi="Times New Roman"/>
                <w:color w:val="000000"/>
                <w:sz w:val="24"/>
                <w:szCs w:val="24"/>
                <w:lang w:val="ru-RU"/>
              </w:rPr>
              <w:t>Итоговый контроль (контрольные работы, проверочные работы, ВПР, промежуточная аттестация в форме годовой)</w:t>
            </w:r>
          </w:p>
        </w:tc>
        <w:tc>
          <w:tcPr>
            <w:tcW w:w="1589" w:type="dxa"/>
            <w:tcMar>
              <w:top w:w="50" w:type="dxa"/>
              <w:left w:w="100" w:type="dxa"/>
            </w:tcMar>
            <w:vAlign w:val="center"/>
          </w:tcPr>
          <w:p w:rsidR="005E3948" w:rsidRPr="007205EF" w:rsidRDefault="005E3948" w:rsidP="007205EF">
            <w:pPr>
              <w:spacing w:after="0"/>
              <w:ind w:left="135"/>
              <w:jc w:val="center"/>
              <w:rPr>
                <w:sz w:val="24"/>
                <w:szCs w:val="24"/>
              </w:rPr>
            </w:pPr>
            <w:r w:rsidRPr="007205EF">
              <w:rPr>
                <w:rFonts w:ascii="Times New Roman" w:hAnsi="Times New Roman"/>
                <w:color w:val="000000"/>
                <w:sz w:val="24"/>
                <w:szCs w:val="24"/>
                <w:lang w:val="ru-RU"/>
              </w:rPr>
              <w:t xml:space="preserve"> </w:t>
            </w:r>
            <w:r w:rsidRPr="007205EF">
              <w:rPr>
                <w:rFonts w:ascii="Times New Roman" w:hAnsi="Times New Roman"/>
                <w:color w:val="000000"/>
                <w:sz w:val="24"/>
                <w:szCs w:val="24"/>
              </w:rPr>
              <w:t>7</w:t>
            </w:r>
          </w:p>
        </w:tc>
        <w:tc>
          <w:tcPr>
            <w:tcW w:w="1738" w:type="dxa"/>
            <w:tcMar>
              <w:top w:w="50" w:type="dxa"/>
              <w:left w:w="100" w:type="dxa"/>
            </w:tcMar>
            <w:vAlign w:val="center"/>
          </w:tcPr>
          <w:p w:rsidR="005E3948" w:rsidRPr="007205EF" w:rsidRDefault="005E3948" w:rsidP="007205EF">
            <w:pPr>
              <w:spacing w:after="0"/>
              <w:ind w:left="135"/>
              <w:jc w:val="center"/>
              <w:rPr>
                <w:sz w:val="24"/>
                <w:szCs w:val="24"/>
                <w:lang w:val="ru-RU"/>
              </w:rPr>
            </w:pPr>
            <w:r w:rsidRPr="007205EF">
              <w:rPr>
                <w:rFonts w:ascii="Times New Roman" w:hAnsi="Times New Roman"/>
                <w:color w:val="000000"/>
                <w:sz w:val="24"/>
                <w:szCs w:val="24"/>
              </w:rPr>
              <w:t xml:space="preserve"> </w:t>
            </w:r>
            <w:r w:rsidRPr="007205EF">
              <w:rPr>
                <w:rFonts w:ascii="Times New Roman" w:hAnsi="Times New Roman"/>
                <w:color w:val="000000"/>
                <w:sz w:val="24"/>
                <w:szCs w:val="24"/>
                <w:lang w:val="ru-RU"/>
              </w:rPr>
              <w:t>7</w:t>
            </w:r>
          </w:p>
        </w:tc>
        <w:tc>
          <w:tcPr>
            <w:tcW w:w="1823" w:type="dxa"/>
            <w:tcMar>
              <w:top w:w="50" w:type="dxa"/>
              <w:left w:w="100" w:type="dxa"/>
            </w:tcMar>
            <w:vAlign w:val="center"/>
          </w:tcPr>
          <w:p w:rsidR="005E3948" w:rsidRPr="007205EF" w:rsidRDefault="005E3948" w:rsidP="007205EF">
            <w:pPr>
              <w:spacing w:after="0"/>
              <w:ind w:left="135"/>
              <w:jc w:val="center"/>
              <w:rPr>
                <w:sz w:val="24"/>
                <w:szCs w:val="24"/>
              </w:rPr>
            </w:pPr>
          </w:p>
        </w:tc>
        <w:tc>
          <w:tcPr>
            <w:tcW w:w="2741" w:type="dxa"/>
            <w:tcMar>
              <w:top w:w="50" w:type="dxa"/>
              <w:left w:w="100" w:type="dxa"/>
            </w:tcMar>
            <w:vAlign w:val="center"/>
          </w:tcPr>
          <w:p w:rsidR="005E3948" w:rsidRPr="007205EF" w:rsidRDefault="005E3948"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72">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/7</w:t>
              </w:r>
              <w:r w:rsidRPr="007205EF">
                <w:rPr>
                  <w:rFonts w:ascii="Times New Roman" w:hAnsi="Times New Roman"/>
                  <w:color w:val="0000FF"/>
                  <w:sz w:val="24"/>
                  <w:szCs w:val="24"/>
                  <w:u w:val="single"/>
                </w:rPr>
                <w:t>f</w:t>
              </w:r>
              <w:r w:rsidRPr="007205EF">
                <w:rPr>
                  <w:rFonts w:ascii="Times New Roman" w:hAnsi="Times New Roman"/>
                  <w:color w:val="0000FF"/>
                  <w:sz w:val="24"/>
                  <w:szCs w:val="24"/>
                  <w:u w:val="single"/>
                  <w:lang w:val="ru-RU"/>
                </w:rPr>
                <w:t>411</w:t>
              </w:r>
              <w:r w:rsidRPr="007205EF">
                <w:rPr>
                  <w:rFonts w:ascii="Times New Roman" w:hAnsi="Times New Roman"/>
                  <w:color w:val="0000FF"/>
                  <w:sz w:val="24"/>
                  <w:szCs w:val="24"/>
                  <w:u w:val="single"/>
                </w:rPr>
                <w:t>f</w:t>
              </w:r>
              <w:r w:rsidRPr="007205EF">
                <w:rPr>
                  <w:rFonts w:ascii="Times New Roman" w:hAnsi="Times New Roman"/>
                  <w:color w:val="0000FF"/>
                  <w:sz w:val="24"/>
                  <w:szCs w:val="24"/>
                  <w:u w:val="single"/>
                  <w:lang w:val="ru-RU"/>
                </w:rPr>
                <w:t>36</w:t>
              </w:r>
            </w:hyperlink>
          </w:p>
        </w:tc>
      </w:tr>
      <w:tr w:rsidR="005E3948" w:rsidRPr="007205EF" w:rsidTr="007205EF">
        <w:trPr>
          <w:trHeight w:val="144"/>
          <w:tblCellSpacing w:w="20" w:type="nil"/>
        </w:trPr>
        <w:tc>
          <w:tcPr>
            <w:tcW w:w="0" w:type="auto"/>
            <w:gridSpan w:val="2"/>
            <w:tcMar>
              <w:top w:w="50" w:type="dxa"/>
              <w:left w:w="100" w:type="dxa"/>
            </w:tcMar>
            <w:vAlign w:val="center"/>
          </w:tcPr>
          <w:p w:rsidR="005E3948" w:rsidRPr="007205EF" w:rsidRDefault="005E3948" w:rsidP="007205EF">
            <w:pPr>
              <w:spacing w:after="0"/>
              <w:ind w:left="135"/>
              <w:rPr>
                <w:sz w:val="24"/>
                <w:szCs w:val="24"/>
                <w:lang w:val="ru-RU"/>
              </w:rPr>
            </w:pPr>
            <w:r w:rsidRPr="007205EF">
              <w:rPr>
                <w:rFonts w:ascii="Times New Roman" w:hAnsi="Times New Roman"/>
                <w:color w:val="000000"/>
                <w:sz w:val="24"/>
                <w:szCs w:val="24"/>
                <w:lang w:val="ru-RU"/>
              </w:rPr>
              <w:t>ОБЩЕЕ КОЛИЧЕСТВО ЧАСОВ ПО ПРОГРАММЕ</w:t>
            </w:r>
          </w:p>
        </w:tc>
        <w:tc>
          <w:tcPr>
            <w:tcW w:w="1589" w:type="dxa"/>
            <w:tcMar>
              <w:top w:w="50" w:type="dxa"/>
              <w:left w:w="100" w:type="dxa"/>
            </w:tcMar>
            <w:vAlign w:val="center"/>
          </w:tcPr>
          <w:p w:rsidR="005E3948" w:rsidRPr="007205EF" w:rsidRDefault="005E3948" w:rsidP="007205EF">
            <w:pPr>
              <w:spacing w:after="0"/>
              <w:ind w:left="135"/>
              <w:jc w:val="center"/>
              <w:rPr>
                <w:sz w:val="24"/>
                <w:szCs w:val="24"/>
              </w:rPr>
            </w:pPr>
            <w:r w:rsidRPr="007205EF">
              <w:rPr>
                <w:rFonts w:ascii="Times New Roman" w:hAnsi="Times New Roman"/>
                <w:color w:val="000000"/>
                <w:sz w:val="24"/>
                <w:szCs w:val="24"/>
                <w:lang w:val="ru-RU"/>
              </w:rPr>
              <w:t xml:space="preserve"> </w:t>
            </w:r>
            <w:r w:rsidRPr="007205EF">
              <w:rPr>
                <w:rFonts w:ascii="Times New Roman" w:hAnsi="Times New Roman"/>
                <w:color w:val="000000"/>
                <w:sz w:val="24"/>
                <w:szCs w:val="24"/>
              </w:rPr>
              <w:t xml:space="preserve">136 </w:t>
            </w:r>
          </w:p>
        </w:tc>
        <w:tc>
          <w:tcPr>
            <w:tcW w:w="1738" w:type="dxa"/>
            <w:tcMar>
              <w:top w:w="50" w:type="dxa"/>
              <w:left w:w="100" w:type="dxa"/>
            </w:tcMar>
            <w:vAlign w:val="center"/>
          </w:tcPr>
          <w:p w:rsidR="005E3948" w:rsidRPr="007205EF" w:rsidRDefault="005E3948" w:rsidP="007205EF">
            <w:pPr>
              <w:spacing w:after="0"/>
              <w:ind w:left="135"/>
              <w:jc w:val="center"/>
              <w:rPr>
                <w:sz w:val="24"/>
                <w:szCs w:val="24"/>
              </w:rPr>
            </w:pPr>
            <w:r w:rsidRPr="007205EF">
              <w:rPr>
                <w:rFonts w:ascii="Times New Roman" w:hAnsi="Times New Roman"/>
                <w:color w:val="000000"/>
                <w:sz w:val="24"/>
                <w:szCs w:val="24"/>
              </w:rPr>
              <w:t xml:space="preserve"> 7</w:t>
            </w:r>
          </w:p>
        </w:tc>
        <w:tc>
          <w:tcPr>
            <w:tcW w:w="1823" w:type="dxa"/>
            <w:tcMar>
              <w:top w:w="50" w:type="dxa"/>
              <w:left w:w="100" w:type="dxa"/>
            </w:tcMar>
            <w:vAlign w:val="center"/>
          </w:tcPr>
          <w:p w:rsidR="005E3948" w:rsidRPr="007205EF" w:rsidRDefault="005E3948" w:rsidP="007205EF">
            <w:pPr>
              <w:spacing w:after="0"/>
              <w:ind w:left="135"/>
              <w:jc w:val="center"/>
              <w:rPr>
                <w:sz w:val="24"/>
                <w:szCs w:val="24"/>
              </w:rPr>
            </w:pPr>
            <w:r w:rsidRPr="007205EF">
              <w:rPr>
                <w:rFonts w:ascii="Times New Roman" w:hAnsi="Times New Roman"/>
                <w:color w:val="000000"/>
                <w:sz w:val="24"/>
                <w:szCs w:val="24"/>
              </w:rPr>
              <w:t xml:space="preserve"> 2 </w:t>
            </w:r>
          </w:p>
        </w:tc>
        <w:tc>
          <w:tcPr>
            <w:tcW w:w="2741" w:type="dxa"/>
            <w:tcMar>
              <w:top w:w="50" w:type="dxa"/>
              <w:left w:w="100" w:type="dxa"/>
            </w:tcMar>
            <w:vAlign w:val="center"/>
          </w:tcPr>
          <w:p w:rsidR="005E3948" w:rsidRPr="007205EF" w:rsidRDefault="005E3948" w:rsidP="007205EF">
            <w:pPr>
              <w:rPr>
                <w:sz w:val="24"/>
                <w:szCs w:val="24"/>
              </w:rPr>
            </w:pPr>
          </w:p>
        </w:tc>
      </w:tr>
    </w:tbl>
    <w:p w:rsidR="005E3948" w:rsidRPr="007205EF" w:rsidRDefault="005E3948" w:rsidP="005E3948">
      <w:pPr>
        <w:rPr>
          <w:sz w:val="24"/>
          <w:szCs w:val="24"/>
        </w:rPr>
        <w:sectPr w:rsidR="005E3948" w:rsidRPr="007205EF">
          <w:pgSz w:w="16383" w:h="11906" w:orient="landscape"/>
          <w:pgMar w:top="1134" w:right="850" w:bottom="1134" w:left="1701" w:header="720" w:footer="720" w:gutter="0"/>
          <w:cols w:space="720"/>
        </w:sectPr>
      </w:pPr>
    </w:p>
    <w:bookmarkEnd w:id="3"/>
    <w:p w:rsidR="00963108" w:rsidRPr="00963108" w:rsidRDefault="00963108" w:rsidP="00963108">
      <w:pPr>
        <w:autoSpaceDE w:val="0"/>
        <w:autoSpaceDN w:val="0"/>
        <w:spacing w:before="190" w:after="0" w:line="262" w:lineRule="auto"/>
        <w:jc w:val="center"/>
        <w:rPr>
          <w:rFonts w:ascii="Times New Roman" w:eastAsia="Times New Roman" w:hAnsi="Times New Roman" w:cs="Times New Roman"/>
          <w:color w:val="000000"/>
          <w:sz w:val="24"/>
          <w:szCs w:val="24"/>
          <w:lang w:val="ru-RU"/>
        </w:rPr>
      </w:pPr>
      <w:r w:rsidRPr="00963108">
        <w:rPr>
          <w:rFonts w:ascii="Times New Roman" w:eastAsia="Times New Roman" w:hAnsi="Times New Roman" w:cs="Times New Roman"/>
          <w:color w:val="000000"/>
          <w:sz w:val="24"/>
          <w:szCs w:val="24"/>
          <w:lang w:val="ru-RU"/>
        </w:rPr>
        <w:lastRenderedPageBreak/>
        <w:t>Тематическое планирование</w:t>
      </w:r>
    </w:p>
    <w:p w:rsidR="00963108" w:rsidRPr="00963108" w:rsidRDefault="00963108" w:rsidP="00963108">
      <w:pPr>
        <w:tabs>
          <w:tab w:val="left" w:pos="888"/>
        </w:tabs>
        <w:rPr>
          <w:rFonts w:ascii="Times New Roman" w:hAnsi="Times New Roman" w:cs="Times New Roman"/>
          <w:b/>
          <w:sz w:val="24"/>
          <w:szCs w:val="24"/>
          <w:lang w:val="ru-RU"/>
        </w:rPr>
      </w:pPr>
      <w:r w:rsidRPr="00963108">
        <w:rPr>
          <w:rFonts w:ascii="Times New Roman" w:hAnsi="Times New Roman" w:cs="Times New Roman"/>
          <w:b/>
          <w:sz w:val="24"/>
          <w:szCs w:val="24"/>
          <w:lang w:val="ru-RU"/>
        </w:rPr>
        <w:t>1 класс</w:t>
      </w:r>
    </w:p>
    <w:tbl>
      <w:tblPr>
        <w:tblStyle w:val="a5"/>
        <w:tblW w:w="15163" w:type="dxa"/>
        <w:tblLayout w:type="fixed"/>
        <w:tblLook w:val="04A0" w:firstRow="1" w:lastRow="0" w:firstColumn="1" w:lastColumn="0" w:noHBand="0" w:noVBand="1"/>
      </w:tblPr>
      <w:tblGrid>
        <w:gridCol w:w="656"/>
        <w:gridCol w:w="4868"/>
        <w:gridCol w:w="708"/>
        <w:gridCol w:w="5103"/>
        <w:gridCol w:w="3828"/>
      </w:tblGrid>
      <w:tr w:rsidR="00DA7400" w:rsidRPr="00244C85" w:rsidTr="00D86A3D">
        <w:tc>
          <w:tcPr>
            <w:tcW w:w="656" w:type="dxa"/>
          </w:tcPr>
          <w:p w:rsidR="00DA7400" w:rsidRPr="00963108" w:rsidRDefault="00DA7400" w:rsidP="00D86A3D">
            <w:pPr>
              <w:spacing w:after="0" w:line="240" w:lineRule="auto"/>
              <w:jc w:val="both"/>
              <w:rPr>
                <w:rFonts w:ascii="Times New Roman" w:hAnsi="Times New Roman" w:cs="Times New Roman"/>
                <w:sz w:val="24"/>
                <w:szCs w:val="24"/>
              </w:rPr>
            </w:pPr>
            <w:r w:rsidRPr="00963108">
              <w:rPr>
                <w:rFonts w:ascii="Times New Roman" w:hAnsi="Times New Roman" w:cs="Times New Roman"/>
                <w:sz w:val="24"/>
                <w:szCs w:val="24"/>
              </w:rPr>
              <w:t>№</w:t>
            </w:r>
          </w:p>
        </w:tc>
        <w:tc>
          <w:tcPr>
            <w:tcW w:w="4868" w:type="dxa"/>
          </w:tcPr>
          <w:p w:rsidR="00DA7400" w:rsidRPr="00963108" w:rsidRDefault="00DA7400" w:rsidP="00D86A3D">
            <w:pPr>
              <w:spacing w:after="0" w:line="240" w:lineRule="auto"/>
              <w:jc w:val="both"/>
              <w:rPr>
                <w:rFonts w:ascii="Times New Roman" w:hAnsi="Times New Roman" w:cs="Times New Roman"/>
                <w:sz w:val="24"/>
                <w:szCs w:val="24"/>
              </w:rPr>
            </w:pPr>
            <w:r w:rsidRPr="00963108">
              <w:rPr>
                <w:rFonts w:ascii="Times New Roman" w:hAnsi="Times New Roman" w:cs="Times New Roman"/>
                <w:sz w:val="24"/>
                <w:szCs w:val="24"/>
              </w:rPr>
              <w:t xml:space="preserve">Тематические блоки, темы </w:t>
            </w:r>
          </w:p>
        </w:tc>
        <w:tc>
          <w:tcPr>
            <w:tcW w:w="708" w:type="dxa"/>
          </w:tcPr>
          <w:p w:rsidR="00DA7400" w:rsidRPr="00963108" w:rsidRDefault="00DA7400" w:rsidP="00D86A3D">
            <w:pPr>
              <w:spacing w:after="0" w:line="240" w:lineRule="auto"/>
              <w:jc w:val="both"/>
              <w:rPr>
                <w:rFonts w:ascii="Times New Roman" w:hAnsi="Times New Roman" w:cs="Times New Roman"/>
                <w:sz w:val="24"/>
                <w:szCs w:val="24"/>
              </w:rPr>
            </w:pPr>
            <w:r w:rsidRPr="00963108">
              <w:rPr>
                <w:rFonts w:ascii="Times New Roman" w:hAnsi="Times New Roman" w:cs="Times New Roman"/>
                <w:sz w:val="24"/>
                <w:szCs w:val="24"/>
              </w:rPr>
              <w:t>Кол-во часов</w:t>
            </w:r>
          </w:p>
        </w:tc>
        <w:tc>
          <w:tcPr>
            <w:tcW w:w="5103" w:type="dxa"/>
          </w:tcPr>
          <w:p w:rsidR="00DA7400" w:rsidRPr="00A53168" w:rsidRDefault="00DA7400" w:rsidP="00D86A3D">
            <w:pPr>
              <w:spacing w:after="0" w:line="240" w:lineRule="auto"/>
              <w:jc w:val="both"/>
              <w:rPr>
                <w:rFonts w:ascii="Times New Roman" w:hAnsi="Times New Roman" w:cs="Times New Roman"/>
                <w:w w:val="0"/>
                <w:sz w:val="24"/>
                <w:szCs w:val="24"/>
                <w:lang w:val="ru-RU"/>
              </w:rPr>
            </w:pPr>
            <w:r w:rsidRPr="00A53168">
              <w:rPr>
                <w:rFonts w:ascii="Times New Roman" w:hAnsi="Times New Roman" w:cs="Times New Roman"/>
                <w:w w:val="0"/>
                <w:sz w:val="24"/>
                <w:szCs w:val="24"/>
                <w:lang w:val="ru-RU"/>
              </w:rPr>
              <w:t>Модуль рабочей программы воспитания</w:t>
            </w:r>
          </w:p>
          <w:p w:rsidR="00DA7400" w:rsidRPr="00A53168" w:rsidRDefault="00DA7400" w:rsidP="00D86A3D">
            <w:pPr>
              <w:spacing w:after="0" w:line="240" w:lineRule="auto"/>
              <w:jc w:val="both"/>
              <w:rPr>
                <w:rFonts w:ascii="Times New Roman" w:hAnsi="Times New Roman" w:cs="Times New Roman"/>
                <w:sz w:val="24"/>
                <w:szCs w:val="24"/>
                <w:lang w:val="ru-RU"/>
              </w:rPr>
            </w:pPr>
            <w:r w:rsidRPr="00A53168">
              <w:rPr>
                <w:rFonts w:ascii="Times New Roman" w:eastAsia="№Е" w:hAnsi="Times New Roman" w:cs="Times New Roman"/>
                <w:sz w:val="24"/>
                <w:szCs w:val="24"/>
                <w:lang w:val="ru-RU"/>
              </w:rPr>
              <w:t>Реализация воспитательного потенциала урока</w:t>
            </w:r>
          </w:p>
        </w:tc>
        <w:tc>
          <w:tcPr>
            <w:tcW w:w="3828" w:type="dxa"/>
          </w:tcPr>
          <w:p w:rsidR="00DA7400" w:rsidRPr="00EB12D6" w:rsidRDefault="00DA7400" w:rsidP="00D86A3D">
            <w:pPr>
              <w:rPr>
                <w:rFonts w:ascii="Times New Roman" w:hAnsi="Times New Roman" w:cs="Times New Roman"/>
                <w:sz w:val="24"/>
                <w:szCs w:val="24"/>
                <w:lang w:val="ru-RU"/>
              </w:rPr>
            </w:pPr>
            <w:r>
              <w:rPr>
                <w:rFonts w:ascii="Times New Roman" w:hAnsi="Times New Roman" w:cs="Times New Roman"/>
                <w:sz w:val="24"/>
                <w:szCs w:val="24"/>
                <w:lang w:val="ru-RU"/>
              </w:rPr>
              <w:t>ЭОР/ЦОР</w:t>
            </w:r>
          </w:p>
        </w:tc>
      </w:tr>
      <w:tr w:rsidR="00DA7400" w:rsidRPr="008E75F7" w:rsidTr="00D86A3D">
        <w:tc>
          <w:tcPr>
            <w:tcW w:w="15163" w:type="dxa"/>
            <w:gridSpan w:val="5"/>
          </w:tcPr>
          <w:p w:rsidR="00DA7400" w:rsidRPr="00A53168" w:rsidRDefault="00DA7400" w:rsidP="00D86A3D">
            <w:pPr>
              <w:rPr>
                <w:rFonts w:ascii="Times New Roman" w:hAnsi="Times New Roman" w:cs="Times New Roman"/>
                <w:sz w:val="24"/>
                <w:szCs w:val="24"/>
                <w:lang w:val="ru-RU"/>
              </w:rPr>
            </w:pPr>
            <w:r w:rsidRPr="00A53168">
              <w:rPr>
                <w:rFonts w:ascii="Times New Roman" w:hAnsi="Times New Roman" w:cs="Times New Roman"/>
                <w:b/>
                <w:sz w:val="24"/>
                <w:szCs w:val="24"/>
                <w:lang w:val="ru-RU"/>
              </w:rPr>
              <w:t>ПОДГОТОВКА К ИЗУЧЕНИЮ ЧИСЕЛ. ПРОСТРАНСТВЕННЫЕ И ВРЕМЕННЫЕ ПРЕДСТАВЛЕНИЯ (8 часов)</w:t>
            </w:r>
          </w:p>
        </w:tc>
      </w:tr>
      <w:tr w:rsidR="00DA7400" w:rsidRPr="008E75F7"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4868" w:type="dxa"/>
          </w:tcPr>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 xml:space="preserve"> Роль математики в жизни людей и общества.</w:t>
            </w:r>
          </w:p>
          <w:p w:rsidR="00DA7400" w:rsidRPr="00244C85" w:rsidRDefault="00DA7400" w:rsidP="00D86A3D">
            <w:pPr>
              <w:rPr>
                <w:rFonts w:ascii="Times New Roman" w:hAnsi="Times New Roman" w:cs="Times New Roman"/>
                <w:sz w:val="24"/>
                <w:szCs w:val="24"/>
              </w:rPr>
            </w:pPr>
            <w:r w:rsidRPr="00EB12D6">
              <w:rPr>
                <w:rFonts w:ascii="Times New Roman" w:hAnsi="Times New Roman" w:cs="Times New Roman"/>
                <w:sz w:val="24"/>
                <w:szCs w:val="24"/>
                <w:lang w:val="ru-RU"/>
              </w:rPr>
              <w:t xml:space="preserve">Формирование представлений об изучаемом предмете. Знакомство с условными обозначениями в учебнике.  </w:t>
            </w:r>
            <w:r w:rsidRPr="00244C85">
              <w:rPr>
                <w:rFonts w:ascii="Times New Roman" w:hAnsi="Times New Roman" w:cs="Times New Roman"/>
                <w:sz w:val="24"/>
                <w:szCs w:val="24"/>
              </w:rPr>
              <w:t>Развивать интерес к окружающему миру.</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val="restart"/>
          </w:tcPr>
          <w:p w:rsidR="00DA7400" w:rsidRPr="00A53168" w:rsidRDefault="00DA7400" w:rsidP="00D86A3D">
            <w:pPr>
              <w:tabs>
                <w:tab w:val="left" w:pos="4"/>
                <w:tab w:val="left" w:pos="288"/>
              </w:tabs>
              <w:spacing w:after="0" w:line="240" w:lineRule="auto"/>
              <w:ind w:firstLine="181"/>
              <w:jc w:val="both"/>
              <w:rPr>
                <w:rFonts w:ascii="Times New Roman" w:hAnsi="Times New Roman" w:cs="Times New Roman"/>
                <w:sz w:val="24"/>
                <w:szCs w:val="24"/>
                <w:lang w:val="ru-RU"/>
              </w:rPr>
            </w:pPr>
            <w:r w:rsidRPr="00A53168">
              <w:rPr>
                <w:rFonts w:ascii="Times New Roman" w:hAnsi="Times New Roman" w:cs="Times New Roman"/>
                <w:sz w:val="24"/>
                <w:szCs w:val="24"/>
                <w:lang w:val="ru-RU"/>
              </w:rPr>
              <w:t>Знающий и любящий свою малую родину, свой край, имеющий представление о Родине</w:t>
            </w:r>
            <w:r w:rsidRPr="00A53168">
              <w:rPr>
                <w:rFonts w:ascii="Times New Roman" w:hAnsi="Times New Roman" w:cs="Times New Roman"/>
                <w:sz w:val="24"/>
                <w:szCs w:val="24"/>
              </w:rPr>
              <w:t> </w:t>
            </w:r>
            <w:r w:rsidRPr="00A53168">
              <w:rPr>
                <w:rFonts w:ascii="Times New Roman" w:hAnsi="Times New Roman" w:cs="Times New Roman"/>
                <w:sz w:val="24"/>
                <w:szCs w:val="24"/>
                <w:lang w:val="ru-RU"/>
              </w:rPr>
              <w:t>— России, её территории, расположении.</w:t>
            </w:r>
          </w:p>
          <w:p w:rsidR="00DA7400" w:rsidRPr="00A53168" w:rsidRDefault="00DA7400" w:rsidP="00D86A3D">
            <w:pPr>
              <w:rPr>
                <w:rFonts w:ascii="Times New Roman" w:hAnsi="Times New Roman" w:cs="Times New Roman"/>
                <w:sz w:val="24"/>
                <w:szCs w:val="24"/>
                <w:lang w:val="ru-RU"/>
              </w:rPr>
            </w:pPr>
            <w:r w:rsidRPr="00A53168">
              <w:rPr>
                <w:rFonts w:ascii="Times New Roman" w:hAnsi="Times New Roman" w:cs="Times New Roman"/>
                <w:sz w:val="24"/>
                <w:szCs w:val="24"/>
                <w:lang w:val="ru-RU"/>
              </w:rPr>
              <w:t>Умеющий оценивать поступки с позиции их соответствия нравственным нормам, осознающий ответственность за свои поступки. Проявляющий стремление к самовыражению в разных видах художественной деятельности, искусстве. Проявляющий интерес к разным профессиям. Выражающий познавательные интересы, активность, любознательность и самостоятельность в познании, интерес и уважение к научным знаниям, науке.</w:t>
            </w:r>
          </w:p>
        </w:tc>
        <w:tc>
          <w:tcPr>
            <w:tcW w:w="3828" w:type="dxa"/>
          </w:tcPr>
          <w:p w:rsidR="00DA7400" w:rsidRDefault="00DA7400" w:rsidP="00D86A3D">
            <w:pPr>
              <w:tabs>
                <w:tab w:val="left" w:pos="888"/>
              </w:tabs>
              <w:spacing w:after="0" w:line="240" w:lineRule="auto"/>
              <w:rPr>
                <w:rFonts w:ascii="Times New Roman" w:eastAsia="Times New Roman" w:hAnsi="Times New Roman" w:cs="Times New Roman"/>
                <w:color w:val="000000"/>
                <w:w w:val="97"/>
                <w:sz w:val="24"/>
                <w:szCs w:val="24"/>
                <w:lang w:val="ru-RU"/>
              </w:rPr>
            </w:pPr>
            <w:r>
              <w:rPr>
                <w:rFonts w:ascii="Times New Roman" w:eastAsia="Times New Roman" w:hAnsi="Times New Roman" w:cs="Times New Roman"/>
                <w:color w:val="000000"/>
                <w:w w:val="97"/>
                <w:sz w:val="24"/>
                <w:szCs w:val="24"/>
              </w:rPr>
              <w:t>Educont</w:t>
            </w:r>
            <w:r>
              <w:rPr>
                <w:rFonts w:ascii="Times New Roman" w:eastAsia="Times New Roman" w:hAnsi="Times New Roman" w:cs="Times New Roman"/>
                <w:color w:val="000000"/>
                <w:w w:val="97"/>
                <w:sz w:val="24"/>
                <w:szCs w:val="24"/>
                <w:lang w:val="ru-RU"/>
              </w:rPr>
              <w:t>.</w:t>
            </w:r>
            <w:r>
              <w:rPr>
                <w:rFonts w:ascii="Times New Roman" w:eastAsia="Times New Roman" w:hAnsi="Times New Roman" w:cs="Times New Roman"/>
                <w:color w:val="000000"/>
                <w:w w:val="97"/>
                <w:sz w:val="24"/>
                <w:szCs w:val="24"/>
              </w:rPr>
              <w:t>ru</w:t>
            </w:r>
          </w:p>
          <w:p w:rsidR="00DA7400"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lang w:val="ru-RU"/>
              </w:rPr>
            </w:pPr>
            <w:r>
              <w:rPr>
                <w:rFonts w:ascii="Times New Roman" w:eastAsia="Times New Roman" w:hAnsi="Times New Roman" w:cs="Times New Roman"/>
                <w:color w:val="000000"/>
                <w:w w:val="97"/>
                <w:sz w:val="24"/>
                <w:szCs w:val="24"/>
                <w:lang w:val="ru-RU"/>
              </w:rPr>
              <w:t xml:space="preserve">Яндекс-учебник РЭШ </w:t>
            </w:r>
          </w:p>
          <w:p w:rsidR="00DA7400" w:rsidRPr="00084726" w:rsidRDefault="00DA7400" w:rsidP="00D86A3D">
            <w:pPr>
              <w:rPr>
                <w:rFonts w:ascii="Times New Roman" w:hAnsi="Times New Roman" w:cs="Times New Roman"/>
                <w:sz w:val="24"/>
                <w:szCs w:val="24"/>
                <w:lang w:val="ru-RU"/>
              </w:rPr>
            </w:pPr>
            <w:r>
              <w:rPr>
                <w:rFonts w:ascii="Times New Roman" w:eastAsia="Times New Roman" w:hAnsi="Times New Roman" w:cs="Times New Roman"/>
                <w:color w:val="000000"/>
                <w:w w:val="97"/>
                <w:sz w:val="24"/>
                <w:szCs w:val="24"/>
                <w:lang w:val="ru-RU"/>
              </w:rPr>
              <w:t>Учи.ру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2</w:t>
            </w:r>
          </w:p>
        </w:tc>
        <w:tc>
          <w:tcPr>
            <w:tcW w:w="4868" w:type="dxa"/>
          </w:tcPr>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Счет предметов, используя количественные и порядковые числительные.</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4D6A2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4D6A2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4D6A2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4D6A2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4D6A2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4D6A2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4D6A2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3</w:t>
            </w:r>
          </w:p>
        </w:tc>
        <w:tc>
          <w:tcPr>
            <w:tcW w:w="4868" w:type="dxa"/>
          </w:tcPr>
          <w:p w:rsidR="00DA7400" w:rsidRPr="00244C85" w:rsidRDefault="00DA7400" w:rsidP="00D86A3D">
            <w:pPr>
              <w:rPr>
                <w:rFonts w:ascii="Times New Roman" w:hAnsi="Times New Roman" w:cs="Times New Roman"/>
                <w:sz w:val="24"/>
                <w:szCs w:val="24"/>
              </w:rPr>
            </w:pPr>
            <w:r w:rsidRPr="00EB12D6">
              <w:rPr>
                <w:rFonts w:ascii="Times New Roman" w:hAnsi="Times New Roman" w:cs="Times New Roman"/>
                <w:sz w:val="24"/>
                <w:szCs w:val="24"/>
                <w:lang w:val="ru-RU"/>
              </w:rPr>
              <w:t xml:space="preserve">Взаимное расположение предметов в пространстве и на плоскости (выше—ниже, слева—справа) Пространственные представления: «вверху», «внизу». </w:t>
            </w:r>
            <w:r w:rsidRPr="00244C85">
              <w:rPr>
                <w:rFonts w:ascii="Times New Roman" w:hAnsi="Times New Roman" w:cs="Times New Roman"/>
                <w:sz w:val="24"/>
                <w:szCs w:val="24"/>
              </w:rPr>
              <w:t>«</w:t>
            </w:r>
            <w:proofErr w:type="gramStart"/>
            <w:r w:rsidRPr="00244C85">
              <w:rPr>
                <w:rFonts w:ascii="Times New Roman" w:hAnsi="Times New Roman" w:cs="Times New Roman"/>
                <w:sz w:val="24"/>
                <w:szCs w:val="24"/>
              </w:rPr>
              <w:t>слева</w:t>
            </w:r>
            <w:proofErr w:type="gramEnd"/>
            <w:r w:rsidRPr="00244C85">
              <w:rPr>
                <w:rFonts w:ascii="Times New Roman" w:hAnsi="Times New Roman" w:cs="Times New Roman"/>
                <w:sz w:val="24"/>
                <w:szCs w:val="24"/>
              </w:rPr>
              <w:t>», «справа».</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val="restart"/>
          </w:tcPr>
          <w:p w:rsidR="00DA7400" w:rsidRPr="00A53168" w:rsidRDefault="00DA7400" w:rsidP="00D86A3D">
            <w:pPr>
              <w:tabs>
                <w:tab w:val="left" w:pos="4"/>
                <w:tab w:val="left" w:pos="288"/>
                <w:tab w:val="left" w:pos="430"/>
              </w:tabs>
              <w:ind w:firstLine="181"/>
              <w:rPr>
                <w:rFonts w:ascii="Times New Roman" w:hAnsi="Times New Roman" w:cs="Times New Roman"/>
                <w:sz w:val="25"/>
                <w:szCs w:val="25"/>
              </w:rPr>
            </w:pPr>
            <w:r w:rsidRPr="00A53168">
              <w:rPr>
                <w:rFonts w:ascii="Times New Roman" w:hAnsi="Times New Roman" w:cs="Times New Roman"/>
                <w:sz w:val="24"/>
                <w:szCs w:val="24"/>
                <w:lang w:val="ru-RU"/>
              </w:rPr>
              <w:t>Сознающий принадлежность к своему народу и к общности граждан России, проявляющий уважение к своему и другим народам.</w:t>
            </w:r>
            <w:r w:rsidRPr="00A53168">
              <w:rPr>
                <w:rFonts w:ascii="Times New Roman" w:hAnsi="Times New Roman" w:cs="Times New Roman"/>
                <w:sz w:val="25"/>
                <w:szCs w:val="25"/>
                <w:lang w:val="ru-RU"/>
              </w:rPr>
              <w:t xml:space="preserve"> Проявляющий любовь и бережное отношение к природе, неприятие действий, </w:t>
            </w:r>
            <w:r w:rsidRPr="00A53168">
              <w:rPr>
                <w:rFonts w:ascii="Times New Roman" w:hAnsi="Times New Roman" w:cs="Times New Roman"/>
                <w:sz w:val="25"/>
                <w:szCs w:val="25"/>
                <w:lang w:val="ru-RU"/>
              </w:rPr>
              <w:lastRenderedPageBreak/>
              <w:t xml:space="preserve">приносящих вред природе, особенно живым существам. </w:t>
            </w:r>
            <w:r w:rsidRPr="00A53168">
              <w:rPr>
                <w:rFonts w:ascii="Times New Roman" w:hAnsi="Times New Roman" w:cs="Times New Roman"/>
                <w:sz w:val="25"/>
                <w:szCs w:val="25"/>
              </w:rPr>
              <w:t xml:space="preserve">Сознающий ценность труда в жизни человека, семьи, общества. </w:t>
            </w:r>
          </w:p>
          <w:p w:rsidR="00DA7400" w:rsidRPr="00A53168" w:rsidRDefault="00DA7400" w:rsidP="00D86A3D">
            <w:pPr>
              <w:rPr>
                <w:rFonts w:ascii="Times New Roman" w:hAnsi="Times New Roman" w:cs="Times New Roman"/>
                <w:sz w:val="24"/>
                <w:szCs w:val="24"/>
              </w:rPr>
            </w:pPr>
          </w:p>
        </w:tc>
        <w:tc>
          <w:tcPr>
            <w:tcW w:w="3828" w:type="dxa"/>
          </w:tcPr>
          <w:p w:rsidR="00DA7400" w:rsidRPr="004D6A2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lastRenderedPageBreak/>
              <w:t>Educont</w:t>
            </w:r>
            <w:r w:rsidRPr="004D6A2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4D6A2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4D6A2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4D6A2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4D6A2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4D6A2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lastRenderedPageBreak/>
              <w:t>4</w:t>
            </w:r>
          </w:p>
        </w:tc>
        <w:tc>
          <w:tcPr>
            <w:tcW w:w="4868" w:type="dxa"/>
          </w:tcPr>
          <w:p w:rsidR="00DA7400" w:rsidRPr="00244C85" w:rsidRDefault="00DA7400" w:rsidP="00D86A3D">
            <w:pPr>
              <w:rPr>
                <w:rFonts w:ascii="Times New Roman" w:hAnsi="Times New Roman" w:cs="Times New Roman"/>
                <w:sz w:val="24"/>
                <w:szCs w:val="24"/>
              </w:rPr>
            </w:pPr>
            <w:r w:rsidRPr="00EB12D6">
              <w:rPr>
                <w:rFonts w:ascii="Times New Roman" w:hAnsi="Times New Roman" w:cs="Times New Roman"/>
                <w:sz w:val="24"/>
                <w:szCs w:val="24"/>
                <w:lang w:val="ru-RU"/>
              </w:rPr>
              <w:t xml:space="preserve">Взаимное расположение предметов в пространстве и временные представления. </w:t>
            </w:r>
            <w:r w:rsidRPr="00244C85">
              <w:rPr>
                <w:rFonts w:ascii="Times New Roman" w:hAnsi="Times New Roman" w:cs="Times New Roman"/>
                <w:sz w:val="24"/>
                <w:szCs w:val="24"/>
              </w:rPr>
              <w:t>Пространственные и временные представления: «раньше», «позже», «сначала»</w:t>
            </w:r>
            <w:proofErr w:type="gramStart"/>
            <w:r w:rsidRPr="00244C85">
              <w:rPr>
                <w:rFonts w:ascii="Times New Roman" w:hAnsi="Times New Roman" w:cs="Times New Roman"/>
                <w:sz w:val="24"/>
                <w:szCs w:val="24"/>
              </w:rPr>
              <w:t>,  «</w:t>
            </w:r>
            <w:proofErr w:type="gramEnd"/>
            <w:r w:rsidRPr="00244C85">
              <w:rPr>
                <w:rFonts w:ascii="Times New Roman" w:hAnsi="Times New Roman" w:cs="Times New Roman"/>
                <w:sz w:val="24"/>
                <w:szCs w:val="24"/>
              </w:rPr>
              <w:t>потом».</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4D6A2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4D6A2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4D6A2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4D6A2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4D6A2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4D6A2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4D6A2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8E75F7"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5</w:t>
            </w:r>
          </w:p>
        </w:tc>
        <w:tc>
          <w:tcPr>
            <w:tcW w:w="4868" w:type="dxa"/>
          </w:tcPr>
          <w:p w:rsidR="00DA7400" w:rsidRPr="00244C85" w:rsidRDefault="00DA7400" w:rsidP="00D86A3D">
            <w:pPr>
              <w:rPr>
                <w:rFonts w:ascii="Times New Roman" w:hAnsi="Times New Roman" w:cs="Times New Roman"/>
                <w:sz w:val="24"/>
                <w:szCs w:val="24"/>
              </w:rPr>
            </w:pPr>
            <w:r w:rsidRPr="00EB12D6">
              <w:rPr>
                <w:rFonts w:ascii="Times New Roman" w:hAnsi="Times New Roman" w:cs="Times New Roman"/>
                <w:sz w:val="24"/>
                <w:szCs w:val="24"/>
                <w:lang w:val="ru-RU"/>
              </w:rPr>
              <w:t xml:space="preserve">Сравнение и упорядочение чисел Сравнение групп предметов. </w:t>
            </w:r>
            <w:r w:rsidRPr="00244C85">
              <w:rPr>
                <w:rFonts w:ascii="Times New Roman" w:hAnsi="Times New Roman" w:cs="Times New Roman"/>
                <w:sz w:val="24"/>
                <w:szCs w:val="24"/>
              </w:rPr>
              <w:t>Столько же. Больше, Меньше</w:t>
            </w:r>
            <w:proofErr w:type="gramStart"/>
            <w:r w:rsidRPr="00244C85">
              <w:rPr>
                <w:rFonts w:ascii="Times New Roman" w:hAnsi="Times New Roman" w:cs="Times New Roman"/>
                <w:sz w:val="24"/>
                <w:szCs w:val="24"/>
              </w:rPr>
              <w:t>..</w:t>
            </w:r>
            <w:proofErr w:type="gramEnd"/>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val="restart"/>
          </w:tcPr>
          <w:p w:rsidR="00DA7400" w:rsidRPr="00A53168" w:rsidRDefault="00DA7400" w:rsidP="00D86A3D">
            <w:pPr>
              <w:tabs>
                <w:tab w:val="left" w:pos="4"/>
                <w:tab w:val="left" w:pos="288"/>
              </w:tabs>
              <w:spacing w:after="0" w:line="240" w:lineRule="auto"/>
              <w:ind w:firstLine="181"/>
              <w:jc w:val="both"/>
              <w:rPr>
                <w:rFonts w:ascii="Times New Roman" w:hAnsi="Times New Roman" w:cs="Times New Roman"/>
                <w:sz w:val="24"/>
                <w:szCs w:val="24"/>
                <w:lang w:val="ru-RU"/>
              </w:rPr>
            </w:pPr>
            <w:r w:rsidRPr="00A53168">
              <w:rPr>
                <w:rFonts w:ascii="Times New Roman" w:hAnsi="Times New Roman" w:cs="Times New Roman"/>
                <w:sz w:val="24"/>
                <w:szCs w:val="24"/>
                <w:lang w:val="ru-RU"/>
              </w:rPr>
              <w:t>Знающий и любящий свою малую родину, свой край, имеющий представление о Родине</w:t>
            </w:r>
            <w:r w:rsidRPr="00A53168">
              <w:rPr>
                <w:rFonts w:ascii="Times New Roman" w:hAnsi="Times New Roman" w:cs="Times New Roman"/>
                <w:sz w:val="24"/>
                <w:szCs w:val="24"/>
              </w:rPr>
              <w:t> </w:t>
            </w:r>
            <w:r w:rsidRPr="00A53168">
              <w:rPr>
                <w:rFonts w:ascii="Times New Roman" w:hAnsi="Times New Roman" w:cs="Times New Roman"/>
                <w:sz w:val="24"/>
                <w:szCs w:val="24"/>
                <w:lang w:val="ru-RU"/>
              </w:rPr>
              <w:t>— России, её территории, расположении.</w:t>
            </w:r>
          </w:p>
          <w:p w:rsidR="00DA7400" w:rsidRPr="00A53168" w:rsidRDefault="00DA7400" w:rsidP="00D86A3D">
            <w:pPr>
              <w:tabs>
                <w:tab w:val="left" w:pos="4"/>
                <w:tab w:val="left" w:pos="288"/>
              </w:tabs>
              <w:spacing w:after="0" w:line="240" w:lineRule="auto"/>
              <w:ind w:firstLine="181"/>
              <w:jc w:val="both"/>
              <w:rPr>
                <w:rFonts w:ascii="Times New Roman" w:hAnsi="Times New Roman" w:cs="Times New Roman"/>
                <w:sz w:val="24"/>
                <w:szCs w:val="24"/>
                <w:lang w:val="ru-RU"/>
              </w:rPr>
            </w:pPr>
            <w:r w:rsidRPr="00A53168">
              <w:rPr>
                <w:rFonts w:ascii="Times New Roman" w:hAnsi="Times New Roman" w:cs="Times New Roman"/>
                <w:sz w:val="24"/>
                <w:szCs w:val="24"/>
                <w:lang w:val="ru-RU"/>
              </w:rPr>
              <w:t>Умеющий оценивать поступки с позиции их соответствия нравственным нормам, осознающий ответственность за свои поступки. Проявляющий стремление к самовыражению в разных видах художественной деятельности, искусстве. Проявляющий интерес к разным профессиям. Выражающий познавательные интересы, активность, любознательность и самостоятельность в познании, интерес и уважение к научным знаниям, науке. Знающий и любящий свою малую родину, свой край, имеющий представление о Родине</w:t>
            </w:r>
            <w:r w:rsidRPr="00A53168">
              <w:rPr>
                <w:rFonts w:ascii="Times New Roman" w:hAnsi="Times New Roman" w:cs="Times New Roman"/>
                <w:sz w:val="24"/>
                <w:szCs w:val="24"/>
              </w:rPr>
              <w:t> </w:t>
            </w:r>
            <w:r w:rsidRPr="00A53168">
              <w:rPr>
                <w:rFonts w:ascii="Times New Roman" w:hAnsi="Times New Roman" w:cs="Times New Roman"/>
                <w:sz w:val="24"/>
                <w:szCs w:val="24"/>
                <w:lang w:val="ru-RU"/>
              </w:rPr>
              <w:t>— России, её территории, расположении.</w:t>
            </w:r>
          </w:p>
          <w:p w:rsidR="00DA7400" w:rsidRPr="00A53168" w:rsidRDefault="00DA7400" w:rsidP="00D86A3D">
            <w:pPr>
              <w:rPr>
                <w:rFonts w:ascii="Times New Roman" w:hAnsi="Times New Roman" w:cs="Times New Roman"/>
                <w:sz w:val="24"/>
                <w:szCs w:val="24"/>
                <w:lang w:val="ru-RU"/>
              </w:rPr>
            </w:pPr>
            <w:r w:rsidRPr="00A53168">
              <w:rPr>
                <w:rFonts w:ascii="Times New Roman" w:hAnsi="Times New Roman" w:cs="Times New Roman"/>
                <w:sz w:val="24"/>
                <w:szCs w:val="24"/>
                <w:lang w:val="ru-RU"/>
              </w:rPr>
              <w:t xml:space="preserve">Умеющий оценивать поступки с позиции их соответствия нравственным нормам, осознающий ответственность за свои поступки. Проявляющий стремление к самовыражению в разных видах художественной деятельности, искусстве. Проявляющий интерес к разным профессиям. Выражающий познавательные интересы, </w:t>
            </w:r>
            <w:r w:rsidRPr="00A53168">
              <w:rPr>
                <w:rFonts w:ascii="Times New Roman" w:hAnsi="Times New Roman" w:cs="Times New Roman"/>
                <w:sz w:val="24"/>
                <w:szCs w:val="24"/>
                <w:lang w:val="ru-RU"/>
              </w:rPr>
              <w:lastRenderedPageBreak/>
              <w:t>активность, любознательность и самостоятельность в познании, интерес и уважение к научным знаниям, науке.</w:t>
            </w:r>
          </w:p>
        </w:tc>
        <w:tc>
          <w:tcPr>
            <w:tcW w:w="3828" w:type="dxa"/>
          </w:tcPr>
          <w:p w:rsidR="00DA7400" w:rsidRDefault="00DA7400" w:rsidP="00D86A3D">
            <w:pPr>
              <w:tabs>
                <w:tab w:val="left" w:pos="888"/>
              </w:tabs>
              <w:spacing w:after="0" w:line="240" w:lineRule="auto"/>
              <w:rPr>
                <w:rFonts w:ascii="Times New Roman" w:eastAsia="Times New Roman" w:hAnsi="Times New Roman" w:cs="Times New Roman"/>
                <w:color w:val="000000"/>
                <w:w w:val="97"/>
                <w:sz w:val="24"/>
                <w:szCs w:val="24"/>
                <w:lang w:val="ru-RU"/>
              </w:rPr>
            </w:pPr>
            <w:r>
              <w:rPr>
                <w:rFonts w:ascii="Times New Roman" w:eastAsia="Times New Roman" w:hAnsi="Times New Roman" w:cs="Times New Roman"/>
                <w:color w:val="000000"/>
                <w:w w:val="97"/>
                <w:sz w:val="24"/>
                <w:szCs w:val="24"/>
              </w:rPr>
              <w:lastRenderedPageBreak/>
              <w:t>Educont</w:t>
            </w:r>
            <w:r>
              <w:rPr>
                <w:rFonts w:ascii="Times New Roman" w:eastAsia="Times New Roman" w:hAnsi="Times New Roman" w:cs="Times New Roman"/>
                <w:color w:val="000000"/>
                <w:w w:val="97"/>
                <w:sz w:val="24"/>
                <w:szCs w:val="24"/>
                <w:lang w:val="ru-RU"/>
              </w:rPr>
              <w:t>.</w:t>
            </w:r>
            <w:r>
              <w:rPr>
                <w:rFonts w:ascii="Times New Roman" w:eastAsia="Times New Roman" w:hAnsi="Times New Roman" w:cs="Times New Roman"/>
                <w:color w:val="000000"/>
                <w:w w:val="97"/>
                <w:sz w:val="24"/>
                <w:szCs w:val="24"/>
              </w:rPr>
              <w:t>ru</w:t>
            </w:r>
          </w:p>
          <w:p w:rsidR="00DA7400"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lang w:val="ru-RU"/>
              </w:rPr>
            </w:pPr>
            <w:r>
              <w:rPr>
                <w:rFonts w:ascii="Times New Roman" w:eastAsia="Times New Roman" w:hAnsi="Times New Roman" w:cs="Times New Roman"/>
                <w:color w:val="000000"/>
                <w:w w:val="97"/>
                <w:sz w:val="24"/>
                <w:szCs w:val="24"/>
                <w:lang w:val="ru-RU"/>
              </w:rPr>
              <w:t xml:space="preserve">Яндекс-учебник РЭШ </w:t>
            </w:r>
          </w:p>
          <w:p w:rsidR="00DA7400" w:rsidRPr="00084726" w:rsidRDefault="00DA7400" w:rsidP="00D86A3D">
            <w:pPr>
              <w:rPr>
                <w:rFonts w:ascii="Times New Roman" w:hAnsi="Times New Roman" w:cs="Times New Roman"/>
                <w:sz w:val="24"/>
                <w:szCs w:val="24"/>
                <w:lang w:val="ru-RU"/>
              </w:rPr>
            </w:pPr>
            <w:r>
              <w:rPr>
                <w:rFonts w:ascii="Times New Roman" w:eastAsia="Times New Roman" w:hAnsi="Times New Roman" w:cs="Times New Roman"/>
                <w:color w:val="000000"/>
                <w:w w:val="97"/>
                <w:sz w:val="24"/>
                <w:szCs w:val="24"/>
                <w:lang w:val="ru-RU"/>
              </w:rPr>
              <w:t>Учи.ру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6</w:t>
            </w:r>
          </w:p>
        </w:tc>
        <w:tc>
          <w:tcPr>
            <w:tcW w:w="4868" w:type="dxa"/>
          </w:tcPr>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 xml:space="preserve">Сравнение и упорядочение чисел.  Сравнение групп предметов. На сколько больше? На сколько меньше? </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4D6A2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4D6A2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4D6A2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4D6A2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4D6A2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4D6A2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4D6A2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7</w:t>
            </w:r>
          </w:p>
        </w:tc>
        <w:tc>
          <w:tcPr>
            <w:tcW w:w="4868" w:type="dxa"/>
          </w:tcPr>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 xml:space="preserve">Сравнение и упорядочение чисел. Сравнение групп предметов. На сколько больше? На сколько меньше? </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4D6A2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4D6A2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4D6A2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4D6A2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4D6A2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4D6A2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4D6A2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8</w:t>
            </w:r>
          </w:p>
        </w:tc>
        <w:tc>
          <w:tcPr>
            <w:tcW w:w="4868" w:type="dxa"/>
          </w:tcPr>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Закрепление по теме: «Взаимное расположение предметов в пространстве и временные представления</w:t>
            </w:r>
            <w:proofErr w:type="gramStart"/>
            <w:r w:rsidRPr="00EB12D6">
              <w:rPr>
                <w:rFonts w:ascii="Times New Roman" w:hAnsi="Times New Roman" w:cs="Times New Roman"/>
                <w:sz w:val="24"/>
                <w:szCs w:val="24"/>
                <w:lang w:val="ru-RU"/>
              </w:rPr>
              <w:t xml:space="preserve">.»   </w:t>
            </w:r>
            <w:proofErr w:type="gramEnd"/>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tcPr>
          <w:p w:rsidR="00DA7400" w:rsidRPr="00A53168" w:rsidRDefault="00DA7400" w:rsidP="00D86A3D">
            <w:pPr>
              <w:tabs>
                <w:tab w:val="left" w:pos="4"/>
                <w:tab w:val="left" w:pos="288"/>
                <w:tab w:val="left" w:pos="430"/>
              </w:tabs>
              <w:ind w:firstLine="181"/>
              <w:rPr>
                <w:rFonts w:ascii="Times New Roman" w:hAnsi="Times New Roman" w:cs="Times New Roman"/>
                <w:sz w:val="25"/>
                <w:szCs w:val="25"/>
              </w:rPr>
            </w:pPr>
            <w:r w:rsidRPr="00A53168">
              <w:rPr>
                <w:rFonts w:ascii="Times New Roman" w:hAnsi="Times New Roman" w:cs="Times New Roman"/>
                <w:sz w:val="24"/>
                <w:szCs w:val="24"/>
                <w:lang w:val="ru-RU"/>
              </w:rPr>
              <w:t>Сознающий принадлежность к своему народу и к общности граждан России, проявляющий уважение к своему и другим народам.</w:t>
            </w:r>
            <w:r w:rsidRPr="00A53168">
              <w:rPr>
                <w:rFonts w:ascii="Times New Roman" w:hAnsi="Times New Roman" w:cs="Times New Roman"/>
                <w:sz w:val="25"/>
                <w:szCs w:val="25"/>
                <w:lang w:val="ru-RU"/>
              </w:rPr>
              <w:t xml:space="preserve"> Проявляющий любовь и бережное отношение к природе, неприятие действий, приносящих вред природе, особенно живым существам. </w:t>
            </w:r>
            <w:r w:rsidRPr="00A53168">
              <w:rPr>
                <w:rFonts w:ascii="Times New Roman" w:hAnsi="Times New Roman" w:cs="Times New Roman"/>
                <w:sz w:val="25"/>
                <w:szCs w:val="25"/>
              </w:rPr>
              <w:t xml:space="preserve">Сознающий ценность труда в жизни человека, семьи, общества. </w:t>
            </w:r>
          </w:p>
        </w:tc>
        <w:tc>
          <w:tcPr>
            <w:tcW w:w="3828" w:type="dxa"/>
          </w:tcPr>
          <w:p w:rsidR="00DA7400" w:rsidRPr="004D6A2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4D6A2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4D6A2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4D6A2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4D6A2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4D6A2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4D6A2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8E75F7" w:rsidTr="00D86A3D">
        <w:tc>
          <w:tcPr>
            <w:tcW w:w="15163" w:type="dxa"/>
            <w:gridSpan w:val="5"/>
          </w:tcPr>
          <w:p w:rsidR="00DA7400" w:rsidRPr="00A53168" w:rsidRDefault="00DA7400" w:rsidP="00D86A3D">
            <w:pPr>
              <w:tabs>
                <w:tab w:val="left" w:pos="888"/>
              </w:tabs>
              <w:spacing w:after="0" w:line="240" w:lineRule="auto"/>
              <w:rPr>
                <w:rFonts w:ascii="Times New Roman" w:eastAsia="Times New Roman" w:hAnsi="Times New Roman" w:cs="Times New Roman"/>
                <w:color w:val="000000"/>
                <w:w w:val="97"/>
                <w:sz w:val="24"/>
                <w:szCs w:val="24"/>
                <w:lang w:val="ru-RU"/>
              </w:rPr>
            </w:pPr>
            <w:r w:rsidRPr="00A53168">
              <w:rPr>
                <w:rFonts w:ascii="Times New Roman" w:hAnsi="Times New Roman" w:cs="Times New Roman"/>
                <w:b/>
                <w:sz w:val="24"/>
                <w:szCs w:val="24"/>
                <w:lang w:val="ru-RU"/>
              </w:rPr>
              <w:t>ЧИСЛА ОТ 1 до 10. ЧИСЛО 0. НУМЕРАЦИЯ (28 часов)</w:t>
            </w:r>
          </w:p>
        </w:tc>
      </w:tr>
      <w:tr w:rsidR="00DA7400" w:rsidRPr="008E75F7"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9</w:t>
            </w:r>
          </w:p>
        </w:tc>
        <w:tc>
          <w:tcPr>
            <w:tcW w:w="4868" w:type="dxa"/>
          </w:tcPr>
          <w:p w:rsidR="00DA7400" w:rsidRPr="00244C85" w:rsidRDefault="00DA7400" w:rsidP="00D86A3D">
            <w:pPr>
              <w:rPr>
                <w:rFonts w:ascii="Times New Roman" w:hAnsi="Times New Roman" w:cs="Times New Roman"/>
                <w:sz w:val="24"/>
                <w:szCs w:val="24"/>
              </w:rPr>
            </w:pPr>
            <w:r w:rsidRPr="00EB12D6">
              <w:rPr>
                <w:rFonts w:ascii="Times New Roman" w:hAnsi="Times New Roman" w:cs="Times New Roman"/>
                <w:sz w:val="24"/>
                <w:szCs w:val="24"/>
                <w:lang w:val="ru-RU"/>
              </w:rPr>
              <w:t xml:space="preserve">Счёт предметов. Чтение и запись числа1.Понятия «много», «один». </w:t>
            </w:r>
            <w:r w:rsidRPr="00244C85">
              <w:rPr>
                <w:rFonts w:ascii="Times New Roman" w:hAnsi="Times New Roman" w:cs="Times New Roman"/>
                <w:sz w:val="24"/>
                <w:szCs w:val="24"/>
              </w:rPr>
              <w:t>Письмо цифры 1.</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val="restart"/>
          </w:tcPr>
          <w:p w:rsidR="00DA7400" w:rsidRPr="00A53168" w:rsidRDefault="00DA7400" w:rsidP="00D86A3D">
            <w:pPr>
              <w:tabs>
                <w:tab w:val="left" w:pos="4"/>
                <w:tab w:val="left" w:pos="288"/>
              </w:tabs>
              <w:spacing w:after="0" w:line="240" w:lineRule="auto"/>
              <w:ind w:firstLine="181"/>
              <w:jc w:val="both"/>
              <w:rPr>
                <w:rFonts w:ascii="Times New Roman" w:hAnsi="Times New Roman" w:cs="Times New Roman"/>
                <w:sz w:val="24"/>
                <w:szCs w:val="24"/>
                <w:lang w:val="ru-RU"/>
              </w:rPr>
            </w:pPr>
            <w:r w:rsidRPr="00A53168">
              <w:rPr>
                <w:rFonts w:ascii="Times New Roman" w:hAnsi="Times New Roman" w:cs="Times New Roman"/>
                <w:sz w:val="24"/>
                <w:szCs w:val="24"/>
                <w:lang w:val="ru-RU"/>
              </w:rPr>
              <w:t>Знающий и любящий свою малую родину, свой край, имеющий представление о Родине</w:t>
            </w:r>
            <w:r w:rsidRPr="00A53168">
              <w:rPr>
                <w:rFonts w:ascii="Times New Roman" w:hAnsi="Times New Roman" w:cs="Times New Roman"/>
                <w:sz w:val="24"/>
                <w:szCs w:val="24"/>
              </w:rPr>
              <w:t> </w:t>
            </w:r>
            <w:r w:rsidRPr="00A53168">
              <w:rPr>
                <w:rFonts w:ascii="Times New Roman" w:hAnsi="Times New Roman" w:cs="Times New Roman"/>
                <w:sz w:val="24"/>
                <w:szCs w:val="24"/>
                <w:lang w:val="ru-RU"/>
              </w:rPr>
              <w:t>— России, её территории, расположении.</w:t>
            </w:r>
          </w:p>
          <w:p w:rsidR="00DA7400" w:rsidRPr="00A53168" w:rsidRDefault="00DA7400" w:rsidP="00D86A3D">
            <w:pPr>
              <w:rPr>
                <w:rFonts w:ascii="Times New Roman" w:hAnsi="Times New Roman" w:cs="Times New Roman"/>
                <w:sz w:val="24"/>
                <w:szCs w:val="24"/>
                <w:lang w:val="ru-RU"/>
              </w:rPr>
            </w:pPr>
            <w:r w:rsidRPr="00A53168">
              <w:rPr>
                <w:rFonts w:ascii="Times New Roman" w:hAnsi="Times New Roman" w:cs="Times New Roman"/>
                <w:sz w:val="24"/>
                <w:szCs w:val="24"/>
                <w:lang w:val="ru-RU"/>
              </w:rPr>
              <w:t xml:space="preserve">Умеющий оценивать поступки с позиции их соответствия нравственным нормам, осознающий ответственность за свои поступки. Проявляющий стремление к самовыражению в разных видах художественной деятельности, искусстве. Проявляющий интерес к разным профессиям. Выражающий познавательные интересы, активность, любознательность и </w:t>
            </w:r>
            <w:r w:rsidRPr="00A53168">
              <w:rPr>
                <w:rFonts w:ascii="Times New Roman" w:hAnsi="Times New Roman" w:cs="Times New Roman"/>
                <w:sz w:val="24"/>
                <w:szCs w:val="24"/>
                <w:lang w:val="ru-RU"/>
              </w:rPr>
              <w:lastRenderedPageBreak/>
              <w:t>самостоятельность в познании, интерес и уважение к научным знаниям, науке.</w:t>
            </w:r>
          </w:p>
        </w:tc>
        <w:tc>
          <w:tcPr>
            <w:tcW w:w="3828" w:type="dxa"/>
          </w:tcPr>
          <w:p w:rsidR="00DA7400" w:rsidRDefault="00DA7400" w:rsidP="00D86A3D">
            <w:pPr>
              <w:tabs>
                <w:tab w:val="left" w:pos="888"/>
              </w:tabs>
              <w:spacing w:after="0" w:line="240" w:lineRule="auto"/>
              <w:rPr>
                <w:rFonts w:ascii="Times New Roman" w:eastAsia="Times New Roman" w:hAnsi="Times New Roman" w:cs="Times New Roman"/>
                <w:color w:val="000000"/>
                <w:w w:val="97"/>
                <w:sz w:val="24"/>
                <w:szCs w:val="24"/>
                <w:lang w:val="ru-RU"/>
              </w:rPr>
            </w:pPr>
            <w:r>
              <w:rPr>
                <w:rFonts w:ascii="Times New Roman" w:eastAsia="Times New Roman" w:hAnsi="Times New Roman" w:cs="Times New Roman"/>
                <w:color w:val="000000"/>
                <w:w w:val="97"/>
                <w:sz w:val="24"/>
                <w:szCs w:val="24"/>
              </w:rPr>
              <w:lastRenderedPageBreak/>
              <w:t>Educont</w:t>
            </w:r>
            <w:r>
              <w:rPr>
                <w:rFonts w:ascii="Times New Roman" w:eastAsia="Times New Roman" w:hAnsi="Times New Roman" w:cs="Times New Roman"/>
                <w:color w:val="000000"/>
                <w:w w:val="97"/>
                <w:sz w:val="24"/>
                <w:szCs w:val="24"/>
                <w:lang w:val="ru-RU"/>
              </w:rPr>
              <w:t>.</w:t>
            </w:r>
            <w:r>
              <w:rPr>
                <w:rFonts w:ascii="Times New Roman" w:eastAsia="Times New Roman" w:hAnsi="Times New Roman" w:cs="Times New Roman"/>
                <w:color w:val="000000"/>
                <w:w w:val="97"/>
                <w:sz w:val="24"/>
                <w:szCs w:val="24"/>
              </w:rPr>
              <w:t>ru</w:t>
            </w:r>
          </w:p>
          <w:p w:rsidR="00DA7400"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lang w:val="ru-RU"/>
              </w:rPr>
            </w:pPr>
            <w:r>
              <w:rPr>
                <w:rFonts w:ascii="Times New Roman" w:eastAsia="Times New Roman" w:hAnsi="Times New Roman" w:cs="Times New Roman"/>
                <w:color w:val="000000"/>
                <w:w w:val="97"/>
                <w:sz w:val="24"/>
                <w:szCs w:val="24"/>
                <w:lang w:val="ru-RU"/>
              </w:rPr>
              <w:t xml:space="preserve">Яндекс-учебник РЭШ </w:t>
            </w:r>
          </w:p>
          <w:p w:rsidR="00DA7400" w:rsidRPr="00084726" w:rsidRDefault="00DA7400" w:rsidP="00D86A3D">
            <w:pPr>
              <w:rPr>
                <w:rFonts w:ascii="Times New Roman" w:hAnsi="Times New Roman" w:cs="Times New Roman"/>
                <w:sz w:val="24"/>
                <w:szCs w:val="24"/>
                <w:lang w:val="ru-RU"/>
              </w:rPr>
            </w:pPr>
            <w:r>
              <w:rPr>
                <w:rFonts w:ascii="Times New Roman" w:eastAsia="Times New Roman" w:hAnsi="Times New Roman" w:cs="Times New Roman"/>
                <w:color w:val="000000"/>
                <w:w w:val="97"/>
                <w:sz w:val="24"/>
                <w:szCs w:val="24"/>
                <w:lang w:val="ru-RU"/>
              </w:rPr>
              <w:t>Учи.ру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10</w:t>
            </w:r>
          </w:p>
        </w:tc>
        <w:tc>
          <w:tcPr>
            <w:tcW w:w="4868" w:type="dxa"/>
          </w:tcPr>
          <w:p w:rsidR="00DA7400" w:rsidRPr="00244C85" w:rsidRDefault="00DA7400" w:rsidP="00D86A3D">
            <w:pPr>
              <w:rPr>
                <w:rFonts w:ascii="Times New Roman" w:hAnsi="Times New Roman" w:cs="Times New Roman"/>
                <w:sz w:val="24"/>
                <w:szCs w:val="24"/>
              </w:rPr>
            </w:pPr>
            <w:r w:rsidRPr="00EB12D6">
              <w:rPr>
                <w:rFonts w:ascii="Times New Roman" w:hAnsi="Times New Roman" w:cs="Times New Roman"/>
                <w:sz w:val="24"/>
                <w:szCs w:val="24"/>
                <w:lang w:val="ru-RU"/>
              </w:rPr>
              <w:t xml:space="preserve">Счёт предметов. Чтение и запись числа 2. </w:t>
            </w:r>
            <w:r w:rsidRPr="00244C85">
              <w:rPr>
                <w:rFonts w:ascii="Times New Roman" w:hAnsi="Times New Roman" w:cs="Times New Roman"/>
                <w:sz w:val="24"/>
                <w:szCs w:val="24"/>
              </w:rPr>
              <w:t>Числа 1 и 2. Письмо цифры 2.</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4D6A2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4D6A2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4D6A2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4D6A2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4D6A2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4D6A2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4D6A2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11</w:t>
            </w:r>
          </w:p>
        </w:tc>
        <w:tc>
          <w:tcPr>
            <w:tcW w:w="4868" w:type="dxa"/>
          </w:tcPr>
          <w:p w:rsidR="00DA7400" w:rsidRPr="00244C85" w:rsidRDefault="00DA7400" w:rsidP="00D86A3D">
            <w:pPr>
              <w:rPr>
                <w:rFonts w:ascii="Times New Roman" w:hAnsi="Times New Roman" w:cs="Times New Roman"/>
                <w:sz w:val="24"/>
                <w:szCs w:val="24"/>
              </w:rPr>
            </w:pPr>
            <w:r w:rsidRPr="00EB12D6">
              <w:rPr>
                <w:rFonts w:ascii="Times New Roman" w:hAnsi="Times New Roman" w:cs="Times New Roman"/>
                <w:sz w:val="24"/>
                <w:szCs w:val="24"/>
                <w:lang w:val="ru-RU"/>
              </w:rPr>
              <w:t xml:space="preserve">Счёт предметов. Чтение и запись числа 3.Число 3. </w:t>
            </w:r>
            <w:r w:rsidRPr="00244C85">
              <w:rPr>
                <w:rFonts w:ascii="Times New Roman" w:hAnsi="Times New Roman" w:cs="Times New Roman"/>
                <w:sz w:val="24"/>
                <w:szCs w:val="24"/>
              </w:rPr>
              <w:t>Письмо цифры 3.</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4D6A2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4D6A2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4D6A2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4D6A2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4D6A2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4D6A2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4D6A2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12</w:t>
            </w:r>
          </w:p>
        </w:tc>
        <w:tc>
          <w:tcPr>
            <w:tcW w:w="4868" w:type="dxa"/>
          </w:tcPr>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Счет предметов. Знаки действий. Числа 1, 2, 3. знаки +, -, =.</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4D6A2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4D6A2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4D6A2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4D6A2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4D6A2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4D6A2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4D6A2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lastRenderedPageBreak/>
              <w:t>13</w:t>
            </w:r>
          </w:p>
        </w:tc>
        <w:tc>
          <w:tcPr>
            <w:tcW w:w="4868" w:type="dxa"/>
          </w:tcPr>
          <w:p w:rsidR="00DA7400" w:rsidRPr="00244C85" w:rsidRDefault="00DA7400" w:rsidP="00D86A3D">
            <w:pPr>
              <w:rPr>
                <w:rFonts w:ascii="Times New Roman" w:hAnsi="Times New Roman" w:cs="Times New Roman"/>
                <w:sz w:val="24"/>
                <w:szCs w:val="24"/>
              </w:rPr>
            </w:pPr>
            <w:r w:rsidRPr="00EB12D6">
              <w:rPr>
                <w:rFonts w:ascii="Times New Roman" w:hAnsi="Times New Roman" w:cs="Times New Roman"/>
                <w:sz w:val="24"/>
                <w:szCs w:val="24"/>
                <w:lang w:val="ru-RU"/>
              </w:rPr>
              <w:t xml:space="preserve">Счёт предметов. Чтение и запись числа 4. </w:t>
            </w:r>
            <w:r w:rsidRPr="00244C85">
              <w:rPr>
                <w:rFonts w:ascii="Times New Roman" w:hAnsi="Times New Roman" w:cs="Times New Roman"/>
                <w:sz w:val="24"/>
                <w:szCs w:val="24"/>
              </w:rPr>
              <w:t>Число 4. письмо цифры 4.</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4D6A2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4D6A2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4D6A2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4D6A2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4D6A2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4D6A2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4D6A2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14</w:t>
            </w:r>
          </w:p>
        </w:tc>
        <w:tc>
          <w:tcPr>
            <w:tcW w:w="4868" w:type="dxa"/>
          </w:tcPr>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Измерение длины отрезка. Понятия «длиннее», «короче», «одинаковые по длине».</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tcPr>
          <w:p w:rsidR="00DA7400" w:rsidRPr="00A53168" w:rsidRDefault="00DA7400" w:rsidP="00D86A3D">
            <w:pPr>
              <w:tabs>
                <w:tab w:val="left" w:pos="4"/>
                <w:tab w:val="left" w:pos="288"/>
                <w:tab w:val="left" w:pos="430"/>
              </w:tabs>
              <w:ind w:firstLine="181"/>
              <w:rPr>
                <w:rFonts w:ascii="Times New Roman" w:hAnsi="Times New Roman" w:cs="Times New Roman"/>
                <w:sz w:val="25"/>
                <w:szCs w:val="25"/>
              </w:rPr>
            </w:pPr>
            <w:r w:rsidRPr="00A53168">
              <w:rPr>
                <w:rFonts w:ascii="Times New Roman" w:hAnsi="Times New Roman" w:cs="Times New Roman"/>
                <w:sz w:val="24"/>
                <w:szCs w:val="24"/>
                <w:lang w:val="ru-RU"/>
              </w:rPr>
              <w:t>Сознающий принадлежность к своему народу и к общности граждан России, проявляющий уважение к своему и другим народам.</w:t>
            </w:r>
            <w:r w:rsidRPr="00A53168">
              <w:rPr>
                <w:rFonts w:ascii="Times New Roman" w:hAnsi="Times New Roman" w:cs="Times New Roman"/>
                <w:sz w:val="25"/>
                <w:szCs w:val="25"/>
                <w:lang w:val="ru-RU"/>
              </w:rPr>
              <w:t xml:space="preserve"> Проявляющий любовь и бережное отношение к природе, неприятие действий, приносящих вред природе, особенно живым существам. </w:t>
            </w:r>
            <w:r w:rsidRPr="00A53168">
              <w:rPr>
                <w:rFonts w:ascii="Times New Roman" w:hAnsi="Times New Roman" w:cs="Times New Roman"/>
                <w:sz w:val="25"/>
                <w:szCs w:val="25"/>
              </w:rPr>
              <w:t xml:space="preserve">Сознающий ценность труда в жизни человека, семьи, общества. </w:t>
            </w:r>
          </w:p>
          <w:p w:rsidR="00DA7400" w:rsidRPr="00A53168" w:rsidRDefault="00DA7400" w:rsidP="00D86A3D">
            <w:pPr>
              <w:rPr>
                <w:rFonts w:ascii="Times New Roman" w:hAnsi="Times New Roman" w:cs="Times New Roman"/>
                <w:sz w:val="24"/>
                <w:szCs w:val="24"/>
              </w:rPr>
            </w:pPr>
          </w:p>
        </w:tc>
        <w:tc>
          <w:tcPr>
            <w:tcW w:w="3828" w:type="dxa"/>
          </w:tcPr>
          <w:p w:rsidR="00DA7400" w:rsidRPr="004D6A2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4D6A2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4D6A2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4D6A2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4D6A2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4D6A2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4D6A2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8E75F7"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15</w:t>
            </w:r>
          </w:p>
        </w:tc>
        <w:tc>
          <w:tcPr>
            <w:tcW w:w="4868" w:type="dxa"/>
          </w:tcPr>
          <w:p w:rsidR="00DA7400" w:rsidRPr="00244C85" w:rsidRDefault="00DA7400" w:rsidP="00D86A3D">
            <w:pPr>
              <w:rPr>
                <w:rFonts w:ascii="Times New Roman" w:hAnsi="Times New Roman" w:cs="Times New Roman"/>
                <w:sz w:val="24"/>
                <w:szCs w:val="24"/>
              </w:rPr>
            </w:pPr>
            <w:r w:rsidRPr="00EB12D6">
              <w:rPr>
                <w:rFonts w:ascii="Times New Roman" w:hAnsi="Times New Roman" w:cs="Times New Roman"/>
                <w:sz w:val="24"/>
                <w:szCs w:val="24"/>
                <w:lang w:val="ru-RU"/>
              </w:rPr>
              <w:t xml:space="preserve">Счёт предметов. Чтение и запись числа 5. </w:t>
            </w:r>
            <w:r w:rsidRPr="00244C85">
              <w:rPr>
                <w:rFonts w:ascii="Times New Roman" w:hAnsi="Times New Roman" w:cs="Times New Roman"/>
                <w:sz w:val="24"/>
                <w:szCs w:val="24"/>
              </w:rPr>
              <w:t>Число 5. Письмо цифры 5.</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val="restart"/>
          </w:tcPr>
          <w:p w:rsidR="00DA7400" w:rsidRPr="00A53168" w:rsidRDefault="00DA7400" w:rsidP="00D86A3D">
            <w:pPr>
              <w:tabs>
                <w:tab w:val="left" w:pos="4"/>
                <w:tab w:val="left" w:pos="288"/>
              </w:tabs>
              <w:spacing w:after="0" w:line="240" w:lineRule="auto"/>
              <w:ind w:firstLine="181"/>
              <w:jc w:val="both"/>
              <w:rPr>
                <w:rFonts w:ascii="Times New Roman" w:hAnsi="Times New Roman" w:cs="Times New Roman"/>
                <w:sz w:val="24"/>
                <w:szCs w:val="24"/>
                <w:lang w:val="ru-RU"/>
              </w:rPr>
            </w:pPr>
            <w:r w:rsidRPr="00A53168">
              <w:rPr>
                <w:rFonts w:ascii="Times New Roman" w:hAnsi="Times New Roman" w:cs="Times New Roman"/>
                <w:sz w:val="24"/>
                <w:szCs w:val="24"/>
                <w:lang w:val="ru-RU"/>
              </w:rPr>
              <w:t>Знающий и любящий свою малую родину, свой край, имеющий представление о Родине</w:t>
            </w:r>
            <w:r w:rsidRPr="00A53168">
              <w:rPr>
                <w:rFonts w:ascii="Times New Roman" w:hAnsi="Times New Roman" w:cs="Times New Roman"/>
                <w:sz w:val="24"/>
                <w:szCs w:val="24"/>
              </w:rPr>
              <w:t> </w:t>
            </w:r>
            <w:r w:rsidRPr="00A53168">
              <w:rPr>
                <w:rFonts w:ascii="Times New Roman" w:hAnsi="Times New Roman" w:cs="Times New Roman"/>
                <w:sz w:val="24"/>
                <w:szCs w:val="24"/>
                <w:lang w:val="ru-RU"/>
              </w:rPr>
              <w:t>— России, её территории, расположении.</w:t>
            </w:r>
          </w:p>
          <w:p w:rsidR="00DA7400" w:rsidRPr="00A53168" w:rsidRDefault="00DA7400" w:rsidP="00D86A3D">
            <w:pPr>
              <w:rPr>
                <w:rFonts w:ascii="Times New Roman" w:hAnsi="Times New Roman" w:cs="Times New Roman"/>
                <w:sz w:val="24"/>
                <w:szCs w:val="24"/>
                <w:lang w:val="ru-RU"/>
              </w:rPr>
            </w:pPr>
            <w:r w:rsidRPr="00A53168">
              <w:rPr>
                <w:rFonts w:ascii="Times New Roman" w:hAnsi="Times New Roman" w:cs="Times New Roman"/>
                <w:sz w:val="24"/>
                <w:szCs w:val="24"/>
                <w:lang w:val="ru-RU"/>
              </w:rPr>
              <w:t>Умеющий оценивать поступки с позиции их соответствия нравственным нормам, осознающий ответственность за свои поступки. Проявляющий стремление к самовыражению в разных видах художественной деятельности, искусстве. Проявляющий интерес к разным профессиям. Выражающий познавательные интересы, активность, любознательность и самостоятельность в познании, интерес и уважение к научным знаниям, науке.</w:t>
            </w:r>
          </w:p>
        </w:tc>
        <w:tc>
          <w:tcPr>
            <w:tcW w:w="3828" w:type="dxa"/>
          </w:tcPr>
          <w:p w:rsidR="00DA7400" w:rsidRDefault="00DA7400" w:rsidP="00D86A3D">
            <w:pPr>
              <w:tabs>
                <w:tab w:val="left" w:pos="888"/>
              </w:tabs>
              <w:spacing w:after="0" w:line="240" w:lineRule="auto"/>
              <w:rPr>
                <w:rFonts w:ascii="Times New Roman" w:eastAsia="Times New Roman" w:hAnsi="Times New Roman" w:cs="Times New Roman"/>
                <w:color w:val="000000"/>
                <w:w w:val="97"/>
                <w:sz w:val="24"/>
                <w:szCs w:val="24"/>
                <w:lang w:val="ru-RU"/>
              </w:rPr>
            </w:pPr>
            <w:r>
              <w:rPr>
                <w:rFonts w:ascii="Times New Roman" w:eastAsia="Times New Roman" w:hAnsi="Times New Roman" w:cs="Times New Roman"/>
                <w:color w:val="000000"/>
                <w:w w:val="97"/>
                <w:sz w:val="24"/>
                <w:szCs w:val="24"/>
              </w:rPr>
              <w:t>Educont</w:t>
            </w:r>
            <w:r>
              <w:rPr>
                <w:rFonts w:ascii="Times New Roman" w:eastAsia="Times New Roman" w:hAnsi="Times New Roman" w:cs="Times New Roman"/>
                <w:color w:val="000000"/>
                <w:w w:val="97"/>
                <w:sz w:val="24"/>
                <w:szCs w:val="24"/>
                <w:lang w:val="ru-RU"/>
              </w:rPr>
              <w:t>.</w:t>
            </w:r>
            <w:r>
              <w:rPr>
                <w:rFonts w:ascii="Times New Roman" w:eastAsia="Times New Roman" w:hAnsi="Times New Roman" w:cs="Times New Roman"/>
                <w:color w:val="000000"/>
                <w:w w:val="97"/>
                <w:sz w:val="24"/>
                <w:szCs w:val="24"/>
              </w:rPr>
              <w:t>ru</w:t>
            </w:r>
          </w:p>
          <w:p w:rsidR="00DA7400"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lang w:val="ru-RU"/>
              </w:rPr>
            </w:pPr>
            <w:r>
              <w:rPr>
                <w:rFonts w:ascii="Times New Roman" w:eastAsia="Times New Roman" w:hAnsi="Times New Roman" w:cs="Times New Roman"/>
                <w:color w:val="000000"/>
                <w:w w:val="97"/>
                <w:sz w:val="24"/>
                <w:szCs w:val="24"/>
                <w:lang w:val="ru-RU"/>
              </w:rPr>
              <w:t xml:space="preserve">Яндекс-учебник РЭШ </w:t>
            </w:r>
          </w:p>
          <w:p w:rsidR="00DA7400" w:rsidRPr="00084726" w:rsidRDefault="00DA7400" w:rsidP="00D86A3D">
            <w:pPr>
              <w:rPr>
                <w:rFonts w:ascii="Times New Roman" w:hAnsi="Times New Roman" w:cs="Times New Roman"/>
                <w:sz w:val="24"/>
                <w:szCs w:val="24"/>
                <w:lang w:val="ru-RU"/>
              </w:rPr>
            </w:pPr>
            <w:r>
              <w:rPr>
                <w:rFonts w:ascii="Times New Roman" w:eastAsia="Times New Roman" w:hAnsi="Times New Roman" w:cs="Times New Roman"/>
                <w:color w:val="000000"/>
                <w:w w:val="97"/>
                <w:sz w:val="24"/>
                <w:szCs w:val="24"/>
                <w:lang w:val="ru-RU"/>
              </w:rPr>
              <w:t>Учи.ру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16</w:t>
            </w:r>
          </w:p>
        </w:tc>
        <w:tc>
          <w:tcPr>
            <w:tcW w:w="4868" w:type="dxa"/>
          </w:tcPr>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 xml:space="preserve">Счёт </w:t>
            </w:r>
            <w:proofErr w:type="gramStart"/>
            <w:r w:rsidRPr="00EB12D6">
              <w:rPr>
                <w:rFonts w:ascii="Times New Roman" w:hAnsi="Times New Roman" w:cs="Times New Roman"/>
                <w:sz w:val="24"/>
                <w:szCs w:val="24"/>
                <w:lang w:val="ru-RU"/>
              </w:rPr>
              <w:t>предметов .</w:t>
            </w:r>
            <w:proofErr w:type="gramEnd"/>
            <w:r w:rsidRPr="00EB12D6">
              <w:rPr>
                <w:rFonts w:ascii="Times New Roman" w:hAnsi="Times New Roman" w:cs="Times New Roman"/>
                <w:sz w:val="24"/>
                <w:szCs w:val="24"/>
                <w:lang w:val="ru-RU"/>
              </w:rPr>
              <w:t xml:space="preserve"> Числа от 1 до 5. Состав числа 5 из двух слагаемых.</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4D6A2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4D6A2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4D6A2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4D6A2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4D6A2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4D6A2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4D6A2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17</w:t>
            </w:r>
          </w:p>
        </w:tc>
        <w:tc>
          <w:tcPr>
            <w:tcW w:w="4868" w:type="dxa"/>
          </w:tcPr>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Закрепление по теме: «Числа от 1 до 5». Состав чисел в пределах 5, взаимосвязь чисел при сложении.</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425B0D"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425B0D">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425B0D"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425B0D">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425B0D">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425B0D">
              <w:rPr>
                <w:rFonts w:ascii="Times New Roman" w:eastAsia="Times New Roman" w:hAnsi="Times New Roman" w:cs="Times New Roman"/>
                <w:color w:val="000000"/>
                <w:w w:val="97"/>
                <w:sz w:val="24"/>
                <w:szCs w:val="24"/>
              </w:rPr>
              <w:t xml:space="preserve"> </w:t>
            </w:r>
          </w:p>
          <w:p w:rsidR="00DA7400" w:rsidRPr="00425B0D"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Учи</w:t>
            </w:r>
            <w:r w:rsidRPr="00425B0D">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r>
              <w:rPr>
                <w:rFonts w:ascii="Times New Roman" w:eastAsia="Times New Roman" w:hAnsi="Times New Roman" w:cs="Times New Roman"/>
                <w:color w:val="000000"/>
                <w:w w:val="97"/>
                <w:sz w:val="24"/>
                <w:szCs w:val="24"/>
              </w:rPr>
              <w:t xml:space="preserve"> </w:t>
            </w:r>
          </w:p>
        </w:tc>
      </w:tr>
      <w:tr w:rsidR="00DA7400" w:rsidRPr="008E75F7"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lastRenderedPageBreak/>
              <w:t>18</w:t>
            </w:r>
          </w:p>
        </w:tc>
        <w:tc>
          <w:tcPr>
            <w:tcW w:w="4868" w:type="dxa"/>
          </w:tcPr>
          <w:p w:rsidR="00DA7400" w:rsidRPr="00244C85" w:rsidRDefault="00DA7400" w:rsidP="00D86A3D">
            <w:pPr>
              <w:rPr>
                <w:rFonts w:ascii="Times New Roman" w:hAnsi="Times New Roman" w:cs="Times New Roman"/>
                <w:sz w:val="24"/>
                <w:szCs w:val="24"/>
              </w:rPr>
            </w:pPr>
            <w:r w:rsidRPr="00EB12D6">
              <w:rPr>
                <w:rFonts w:ascii="Times New Roman" w:hAnsi="Times New Roman" w:cs="Times New Roman"/>
                <w:sz w:val="24"/>
                <w:szCs w:val="24"/>
                <w:lang w:val="ru-RU"/>
              </w:rPr>
              <w:t>Распознавание и изображение геометрических фигур: точка, линия</w:t>
            </w:r>
            <w:proofErr w:type="gramStart"/>
            <w:r w:rsidRPr="00EB12D6">
              <w:rPr>
                <w:rFonts w:ascii="Times New Roman" w:hAnsi="Times New Roman" w:cs="Times New Roman"/>
                <w:sz w:val="24"/>
                <w:szCs w:val="24"/>
                <w:lang w:val="ru-RU"/>
              </w:rPr>
              <w:t xml:space="preserve">   (</w:t>
            </w:r>
            <w:proofErr w:type="gramEnd"/>
            <w:r w:rsidRPr="00EB12D6">
              <w:rPr>
                <w:rFonts w:ascii="Times New Roman" w:hAnsi="Times New Roman" w:cs="Times New Roman"/>
                <w:sz w:val="24"/>
                <w:szCs w:val="24"/>
                <w:lang w:val="ru-RU"/>
              </w:rPr>
              <w:t xml:space="preserve">кривая, прямая), отрезок, ломаная. </w:t>
            </w:r>
            <w:r w:rsidRPr="00244C85">
              <w:rPr>
                <w:rFonts w:ascii="Times New Roman" w:hAnsi="Times New Roman" w:cs="Times New Roman"/>
                <w:sz w:val="24"/>
                <w:szCs w:val="24"/>
              </w:rPr>
              <w:t>Точка. Кривая линия. Прямая линия. Отрезок. Луч.</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val="restart"/>
          </w:tcPr>
          <w:p w:rsidR="00DA7400" w:rsidRPr="00A53168" w:rsidRDefault="00DA7400" w:rsidP="00D86A3D">
            <w:pPr>
              <w:tabs>
                <w:tab w:val="left" w:pos="4"/>
                <w:tab w:val="left" w:pos="288"/>
                <w:tab w:val="left" w:pos="430"/>
              </w:tabs>
              <w:spacing w:after="0" w:line="240" w:lineRule="auto"/>
              <w:ind w:firstLine="181"/>
              <w:rPr>
                <w:rFonts w:ascii="Times New Roman" w:hAnsi="Times New Roman" w:cs="Times New Roman"/>
                <w:sz w:val="24"/>
                <w:szCs w:val="24"/>
                <w:lang w:val="ru-RU"/>
              </w:rPr>
            </w:pPr>
            <w:r w:rsidRPr="00A53168">
              <w:rPr>
                <w:rFonts w:ascii="Times New Roman" w:hAnsi="Times New Roman" w:cs="Times New Roman"/>
                <w:sz w:val="24"/>
                <w:szCs w:val="24"/>
                <w:lang w:val="ru-RU"/>
              </w:rPr>
              <w:t xml:space="preserve">Имеющий первоначальные представления о правах и ответственности человека в обществе, гражданских правах и обязанностях. 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Владеющий основными навыками личной и общественной гигиены, безопасного поведения в быту, природе, обществе. Сознающий ценность труда в жизни человека, семьи, общества. </w:t>
            </w:r>
          </w:p>
          <w:p w:rsidR="00DA7400" w:rsidRPr="00A53168" w:rsidRDefault="00DA7400" w:rsidP="00D86A3D">
            <w:pPr>
              <w:tabs>
                <w:tab w:val="left" w:pos="4"/>
                <w:tab w:val="left" w:pos="288"/>
                <w:tab w:val="left" w:pos="430"/>
              </w:tabs>
              <w:spacing w:after="0" w:line="240" w:lineRule="auto"/>
              <w:ind w:firstLine="181"/>
              <w:rPr>
                <w:rFonts w:ascii="Times New Roman" w:hAnsi="Times New Roman" w:cs="Times New Roman"/>
                <w:sz w:val="24"/>
                <w:szCs w:val="24"/>
                <w:lang w:val="ru-RU"/>
              </w:rPr>
            </w:pPr>
            <w:r w:rsidRPr="00A53168">
              <w:rPr>
                <w:rFonts w:ascii="Times New Roman" w:hAnsi="Times New Roman" w:cs="Times New Roman"/>
                <w:sz w:val="24"/>
                <w:szCs w:val="24"/>
                <w:lang w:val="ru-RU"/>
              </w:rPr>
              <w:t>Проявляющий любовь и бережное отношение к природе, неприятие действий, приносящих вред природе, особенно живым существам.</w:t>
            </w:r>
          </w:p>
          <w:p w:rsidR="00DA7400" w:rsidRPr="00A53168" w:rsidRDefault="00DA7400" w:rsidP="00D86A3D">
            <w:pPr>
              <w:rPr>
                <w:rFonts w:ascii="Times New Roman" w:hAnsi="Times New Roman" w:cs="Times New Roman"/>
                <w:sz w:val="24"/>
                <w:szCs w:val="24"/>
                <w:lang w:val="ru-RU"/>
              </w:rPr>
            </w:pPr>
            <w:r w:rsidRPr="00A53168">
              <w:rPr>
                <w:rFonts w:ascii="Times New Roman" w:hAnsi="Times New Roman" w:cs="Times New Roman"/>
                <w:sz w:val="24"/>
                <w:szCs w:val="24"/>
                <w:lang w:val="ru-RU"/>
              </w:rPr>
              <w:t>Выражающий познавательные интересы, активность, любознательность и самостоятельность в познании, интерес и уважение к научным знаниям, науке.</w:t>
            </w:r>
          </w:p>
        </w:tc>
        <w:tc>
          <w:tcPr>
            <w:tcW w:w="3828" w:type="dxa"/>
          </w:tcPr>
          <w:p w:rsidR="00DA7400" w:rsidRDefault="00DA7400" w:rsidP="00D86A3D">
            <w:pPr>
              <w:tabs>
                <w:tab w:val="left" w:pos="888"/>
              </w:tabs>
              <w:spacing w:after="0" w:line="240" w:lineRule="auto"/>
              <w:rPr>
                <w:rFonts w:ascii="Times New Roman" w:eastAsia="Times New Roman" w:hAnsi="Times New Roman" w:cs="Times New Roman"/>
                <w:color w:val="000000"/>
                <w:w w:val="97"/>
                <w:sz w:val="24"/>
                <w:szCs w:val="24"/>
                <w:lang w:val="ru-RU"/>
              </w:rPr>
            </w:pPr>
            <w:r>
              <w:rPr>
                <w:rFonts w:ascii="Times New Roman" w:eastAsia="Times New Roman" w:hAnsi="Times New Roman" w:cs="Times New Roman"/>
                <w:color w:val="000000"/>
                <w:w w:val="97"/>
                <w:sz w:val="24"/>
                <w:szCs w:val="24"/>
              </w:rPr>
              <w:t>Educont</w:t>
            </w:r>
            <w:r>
              <w:rPr>
                <w:rFonts w:ascii="Times New Roman" w:eastAsia="Times New Roman" w:hAnsi="Times New Roman" w:cs="Times New Roman"/>
                <w:color w:val="000000"/>
                <w:w w:val="97"/>
                <w:sz w:val="24"/>
                <w:szCs w:val="24"/>
                <w:lang w:val="ru-RU"/>
              </w:rPr>
              <w:t>.</w:t>
            </w:r>
            <w:r>
              <w:rPr>
                <w:rFonts w:ascii="Times New Roman" w:eastAsia="Times New Roman" w:hAnsi="Times New Roman" w:cs="Times New Roman"/>
                <w:color w:val="000000"/>
                <w:w w:val="97"/>
                <w:sz w:val="24"/>
                <w:szCs w:val="24"/>
              </w:rPr>
              <w:t>ru</w:t>
            </w:r>
          </w:p>
          <w:p w:rsidR="00DA7400"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lang w:val="ru-RU"/>
              </w:rPr>
            </w:pPr>
            <w:r>
              <w:rPr>
                <w:rFonts w:ascii="Times New Roman" w:eastAsia="Times New Roman" w:hAnsi="Times New Roman" w:cs="Times New Roman"/>
                <w:color w:val="000000"/>
                <w:w w:val="97"/>
                <w:sz w:val="24"/>
                <w:szCs w:val="24"/>
                <w:lang w:val="ru-RU"/>
              </w:rPr>
              <w:t xml:space="preserve">Яндекс-учебник РЭШ </w:t>
            </w:r>
          </w:p>
          <w:p w:rsidR="00DA7400" w:rsidRPr="00425B0D" w:rsidRDefault="00DA7400" w:rsidP="00D86A3D">
            <w:pPr>
              <w:rPr>
                <w:rFonts w:ascii="Times New Roman" w:hAnsi="Times New Roman" w:cs="Times New Roman"/>
                <w:sz w:val="24"/>
                <w:szCs w:val="24"/>
                <w:lang w:val="ru-RU"/>
              </w:rPr>
            </w:pPr>
            <w:r>
              <w:rPr>
                <w:rFonts w:ascii="Times New Roman" w:eastAsia="Times New Roman" w:hAnsi="Times New Roman" w:cs="Times New Roman"/>
                <w:color w:val="000000"/>
                <w:w w:val="97"/>
                <w:sz w:val="24"/>
                <w:szCs w:val="24"/>
                <w:lang w:val="ru-RU"/>
              </w:rPr>
              <w:t>Учи.ру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19</w:t>
            </w:r>
          </w:p>
        </w:tc>
        <w:tc>
          <w:tcPr>
            <w:tcW w:w="4868" w:type="dxa"/>
          </w:tcPr>
          <w:p w:rsidR="00DA7400" w:rsidRPr="00244C85" w:rsidRDefault="00DA7400" w:rsidP="00D86A3D">
            <w:pPr>
              <w:rPr>
                <w:rFonts w:ascii="Times New Roman" w:hAnsi="Times New Roman" w:cs="Times New Roman"/>
                <w:sz w:val="24"/>
                <w:szCs w:val="24"/>
              </w:rPr>
            </w:pPr>
            <w:r w:rsidRPr="00EB12D6">
              <w:rPr>
                <w:rFonts w:ascii="Times New Roman" w:hAnsi="Times New Roman" w:cs="Times New Roman"/>
                <w:sz w:val="24"/>
                <w:szCs w:val="24"/>
                <w:lang w:val="ru-RU"/>
              </w:rPr>
              <w:t xml:space="preserve">Распознавание и изображение геометрических фигур: точка, линия      </w:t>
            </w:r>
            <w:proofErr w:type="gramStart"/>
            <w:r w:rsidRPr="00EB12D6">
              <w:rPr>
                <w:rFonts w:ascii="Times New Roman" w:hAnsi="Times New Roman" w:cs="Times New Roman"/>
                <w:sz w:val="24"/>
                <w:szCs w:val="24"/>
                <w:lang w:val="ru-RU"/>
              </w:rPr>
              <w:t xml:space="preserve">   (</w:t>
            </w:r>
            <w:proofErr w:type="gramEnd"/>
            <w:r w:rsidRPr="00EB12D6">
              <w:rPr>
                <w:rFonts w:ascii="Times New Roman" w:hAnsi="Times New Roman" w:cs="Times New Roman"/>
                <w:sz w:val="24"/>
                <w:szCs w:val="24"/>
                <w:lang w:val="ru-RU"/>
              </w:rPr>
              <w:t xml:space="preserve">кривая, прямая), отрезок, ломаная Ломаная линия. </w:t>
            </w:r>
            <w:r w:rsidRPr="00244C85">
              <w:rPr>
                <w:rFonts w:ascii="Times New Roman" w:hAnsi="Times New Roman" w:cs="Times New Roman"/>
                <w:sz w:val="24"/>
                <w:szCs w:val="24"/>
              </w:rPr>
              <w:t xml:space="preserve">Звено ломаной, вершины. </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4D6A2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4D6A2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4D6A2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4D6A2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4D6A2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4D6A2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4D6A2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8E75F7"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20</w:t>
            </w:r>
          </w:p>
        </w:tc>
        <w:tc>
          <w:tcPr>
            <w:tcW w:w="4868" w:type="dxa"/>
          </w:tcPr>
          <w:p w:rsidR="00DA7400" w:rsidRPr="00244C85" w:rsidRDefault="00DA7400" w:rsidP="00D86A3D">
            <w:pPr>
              <w:rPr>
                <w:rFonts w:ascii="Times New Roman" w:hAnsi="Times New Roman" w:cs="Times New Roman"/>
                <w:sz w:val="24"/>
                <w:szCs w:val="24"/>
              </w:rPr>
            </w:pPr>
            <w:r w:rsidRPr="00EB12D6">
              <w:rPr>
                <w:rFonts w:ascii="Times New Roman" w:hAnsi="Times New Roman" w:cs="Times New Roman"/>
                <w:sz w:val="24"/>
                <w:szCs w:val="24"/>
                <w:lang w:val="ru-RU"/>
              </w:rPr>
              <w:t xml:space="preserve">Счет предметов. Чтение и запись чисел. Сравнение и упорядочение чисел.  </w:t>
            </w:r>
            <w:proofErr w:type="gramStart"/>
            <w:r w:rsidRPr="00EB12D6">
              <w:rPr>
                <w:rFonts w:ascii="Times New Roman" w:hAnsi="Times New Roman" w:cs="Times New Roman"/>
                <w:sz w:val="24"/>
                <w:szCs w:val="24"/>
                <w:lang w:val="ru-RU"/>
              </w:rPr>
              <w:t>Закрепление  по</w:t>
            </w:r>
            <w:proofErr w:type="gramEnd"/>
            <w:r w:rsidRPr="00EB12D6">
              <w:rPr>
                <w:rFonts w:ascii="Times New Roman" w:hAnsi="Times New Roman" w:cs="Times New Roman"/>
                <w:sz w:val="24"/>
                <w:szCs w:val="24"/>
                <w:lang w:val="ru-RU"/>
              </w:rPr>
              <w:t xml:space="preserve"> теме: «Числа от 1 до 5.   </w:t>
            </w:r>
            <w:r w:rsidRPr="00244C85">
              <w:rPr>
                <w:rFonts w:ascii="Times New Roman" w:hAnsi="Times New Roman" w:cs="Times New Roman"/>
                <w:sz w:val="24"/>
                <w:szCs w:val="24"/>
              </w:rPr>
              <w:t xml:space="preserve">Нумерация».   </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val="restart"/>
          </w:tcPr>
          <w:p w:rsidR="00DA7400" w:rsidRPr="00A53168" w:rsidRDefault="00DA7400" w:rsidP="00D86A3D">
            <w:pPr>
              <w:tabs>
                <w:tab w:val="left" w:pos="4"/>
                <w:tab w:val="left" w:pos="288"/>
              </w:tabs>
              <w:spacing w:after="0" w:line="240" w:lineRule="auto"/>
              <w:ind w:firstLine="181"/>
              <w:jc w:val="both"/>
              <w:rPr>
                <w:rFonts w:ascii="Times New Roman" w:hAnsi="Times New Roman" w:cs="Times New Roman"/>
                <w:sz w:val="24"/>
                <w:szCs w:val="24"/>
                <w:lang w:val="ru-RU"/>
              </w:rPr>
            </w:pPr>
            <w:r w:rsidRPr="00A53168">
              <w:rPr>
                <w:rFonts w:ascii="Times New Roman" w:hAnsi="Times New Roman" w:cs="Times New Roman"/>
                <w:sz w:val="24"/>
                <w:szCs w:val="24"/>
                <w:lang w:val="ru-RU"/>
              </w:rPr>
              <w:t>Знающий и любящий свою малую родину, свой край, имеющий представление о Родине</w:t>
            </w:r>
            <w:r w:rsidRPr="00A53168">
              <w:rPr>
                <w:rFonts w:ascii="Times New Roman" w:hAnsi="Times New Roman" w:cs="Times New Roman"/>
                <w:sz w:val="24"/>
                <w:szCs w:val="24"/>
              </w:rPr>
              <w:t> </w:t>
            </w:r>
            <w:r w:rsidRPr="00A53168">
              <w:rPr>
                <w:rFonts w:ascii="Times New Roman" w:hAnsi="Times New Roman" w:cs="Times New Roman"/>
                <w:sz w:val="24"/>
                <w:szCs w:val="24"/>
                <w:lang w:val="ru-RU"/>
              </w:rPr>
              <w:t>— России, её территории, расположении.</w:t>
            </w:r>
          </w:p>
          <w:p w:rsidR="00DA7400" w:rsidRPr="00A53168" w:rsidRDefault="00DA7400" w:rsidP="00D86A3D">
            <w:pPr>
              <w:rPr>
                <w:rFonts w:ascii="Times New Roman" w:hAnsi="Times New Roman" w:cs="Times New Roman"/>
                <w:sz w:val="24"/>
                <w:szCs w:val="24"/>
                <w:lang w:val="ru-RU"/>
              </w:rPr>
            </w:pPr>
            <w:r w:rsidRPr="00A53168">
              <w:rPr>
                <w:rFonts w:ascii="Times New Roman" w:hAnsi="Times New Roman" w:cs="Times New Roman"/>
                <w:sz w:val="24"/>
                <w:szCs w:val="24"/>
                <w:lang w:val="ru-RU"/>
              </w:rPr>
              <w:t xml:space="preserve">Умеющий оценивать поступки с позиции их соответствия нравственным нормам, осознающий ответственность за свои поступки. Проявляющий стремление к </w:t>
            </w:r>
            <w:r w:rsidRPr="00A53168">
              <w:rPr>
                <w:rFonts w:ascii="Times New Roman" w:hAnsi="Times New Roman" w:cs="Times New Roman"/>
                <w:sz w:val="24"/>
                <w:szCs w:val="24"/>
                <w:lang w:val="ru-RU"/>
              </w:rPr>
              <w:lastRenderedPageBreak/>
              <w:t>самовыражению в разных видах художественной деятельности, искусстве. Проявляющий интерес к разным профессиям. Выражающий познавательные интересы, активность, любознательность и самостоятельность в познании, интерес и уважение к научным знаниям, науке.</w:t>
            </w:r>
          </w:p>
        </w:tc>
        <w:tc>
          <w:tcPr>
            <w:tcW w:w="3828" w:type="dxa"/>
          </w:tcPr>
          <w:p w:rsidR="00DA7400" w:rsidRDefault="00DA7400" w:rsidP="00D86A3D">
            <w:pPr>
              <w:tabs>
                <w:tab w:val="left" w:pos="888"/>
              </w:tabs>
              <w:spacing w:after="0" w:line="240" w:lineRule="auto"/>
              <w:rPr>
                <w:rFonts w:ascii="Times New Roman" w:eastAsia="Times New Roman" w:hAnsi="Times New Roman" w:cs="Times New Roman"/>
                <w:color w:val="000000"/>
                <w:w w:val="97"/>
                <w:sz w:val="24"/>
                <w:szCs w:val="24"/>
                <w:lang w:val="ru-RU"/>
              </w:rPr>
            </w:pPr>
            <w:r>
              <w:rPr>
                <w:rFonts w:ascii="Times New Roman" w:eastAsia="Times New Roman" w:hAnsi="Times New Roman" w:cs="Times New Roman"/>
                <w:color w:val="000000"/>
                <w:w w:val="97"/>
                <w:sz w:val="24"/>
                <w:szCs w:val="24"/>
              </w:rPr>
              <w:lastRenderedPageBreak/>
              <w:t>Educont</w:t>
            </w:r>
            <w:r>
              <w:rPr>
                <w:rFonts w:ascii="Times New Roman" w:eastAsia="Times New Roman" w:hAnsi="Times New Roman" w:cs="Times New Roman"/>
                <w:color w:val="000000"/>
                <w:w w:val="97"/>
                <w:sz w:val="24"/>
                <w:szCs w:val="24"/>
                <w:lang w:val="ru-RU"/>
              </w:rPr>
              <w:t>.</w:t>
            </w:r>
            <w:r>
              <w:rPr>
                <w:rFonts w:ascii="Times New Roman" w:eastAsia="Times New Roman" w:hAnsi="Times New Roman" w:cs="Times New Roman"/>
                <w:color w:val="000000"/>
                <w:w w:val="97"/>
                <w:sz w:val="24"/>
                <w:szCs w:val="24"/>
              </w:rPr>
              <w:t>ru</w:t>
            </w:r>
          </w:p>
          <w:p w:rsidR="00DA7400"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lang w:val="ru-RU"/>
              </w:rPr>
            </w:pPr>
            <w:r>
              <w:rPr>
                <w:rFonts w:ascii="Times New Roman" w:eastAsia="Times New Roman" w:hAnsi="Times New Roman" w:cs="Times New Roman"/>
                <w:color w:val="000000"/>
                <w:w w:val="97"/>
                <w:sz w:val="24"/>
                <w:szCs w:val="24"/>
                <w:lang w:val="ru-RU"/>
              </w:rPr>
              <w:t xml:space="preserve">Яндекс-учебник РЭШ </w:t>
            </w:r>
          </w:p>
          <w:p w:rsidR="00DA7400" w:rsidRPr="00084726" w:rsidRDefault="00DA7400" w:rsidP="00D86A3D">
            <w:pPr>
              <w:rPr>
                <w:rFonts w:ascii="Times New Roman" w:hAnsi="Times New Roman" w:cs="Times New Roman"/>
                <w:sz w:val="24"/>
                <w:szCs w:val="24"/>
                <w:lang w:val="ru-RU"/>
              </w:rPr>
            </w:pPr>
            <w:r>
              <w:rPr>
                <w:rFonts w:ascii="Times New Roman" w:eastAsia="Times New Roman" w:hAnsi="Times New Roman" w:cs="Times New Roman"/>
                <w:color w:val="000000"/>
                <w:w w:val="97"/>
                <w:sz w:val="24"/>
                <w:szCs w:val="24"/>
                <w:lang w:val="ru-RU"/>
              </w:rPr>
              <w:t>Учи.ру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21</w:t>
            </w:r>
          </w:p>
        </w:tc>
        <w:tc>
          <w:tcPr>
            <w:tcW w:w="4868" w:type="dxa"/>
          </w:tcPr>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 xml:space="preserve">Сравнение и упорядочение чисел, знаки </w:t>
            </w:r>
            <w:proofErr w:type="gramStart"/>
            <w:r w:rsidRPr="00EB12D6">
              <w:rPr>
                <w:rFonts w:ascii="Times New Roman" w:hAnsi="Times New Roman" w:cs="Times New Roman"/>
                <w:sz w:val="24"/>
                <w:szCs w:val="24"/>
                <w:lang w:val="ru-RU"/>
              </w:rPr>
              <w:t xml:space="preserve">сравнения.  </w:t>
            </w:r>
            <w:proofErr w:type="gramEnd"/>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4D6A2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4D6A2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4D6A2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4D6A2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4D6A2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4D6A2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4D6A2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lastRenderedPageBreak/>
              <w:t>22</w:t>
            </w:r>
          </w:p>
        </w:tc>
        <w:tc>
          <w:tcPr>
            <w:tcW w:w="486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 xml:space="preserve"> Числовое выражение. Равенство. Неравенство. </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4D6A2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4D6A2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4D6A2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4D6A2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4D6A2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4D6A2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4D6A2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8E75F7"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23</w:t>
            </w:r>
          </w:p>
        </w:tc>
        <w:tc>
          <w:tcPr>
            <w:tcW w:w="4868" w:type="dxa"/>
          </w:tcPr>
          <w:p w:rsidR="00DA7400" w:rsidRPr="00244C85" w:rsidRDefault="00DA7400" w:rsidP="00D86A3D">
            <w:pPr>
              <w:rPr>
                <w:rFonts w:ascii="Times New Roman" w:hAnsi="Times New Roman" w:cs="Times New Roman"/>
                <w:sz w:val="24"/>
                <w:szCs w:val="24"/>
              </w:rPr>
            </w:pPr>
            <w:r w:rsidRPr="00EB12D6">
              <w:rPr>
                <w:rFonts w:ascii="Times New Roman" w:hAnsi="Times New Roman" w:cs="Times New Roman"/>
                <w:sz w:val="24"/>
                <w:szCs w:val="24"/>
                <w:lang w:val="ru-RU"/>
              </w:rPr>
              <w:t xml:space="preserve">Распознавание и изображение геометрических фигур: многоугольник. </w:t>
            </w:r>
            <w:r w:rsidRPr="00244C85">
              <w:rPr>
                <w:rFonts w:ascii="Times New Roman" w:hAnsi="Times New Roman" w:cs="Times New Roman"/>
                <w:sz w:val="24"/>
                <w:szCs w:val="24"/>
              </w:rPr>
              <w:t>Многоугольники.</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tcPr>
          <w:p w:rsidR="00DA7400" w:rsidRPr="00A53168" w:rsidRDefault="00DA7400" w:rsidP="00D86A3D">
            <w:pPr>
              <w:tabs>
                <w:tab w:val="left" w:pos="4"/>
                <w:tab w:val="left" w:pos="288"/>
                <w:tab w:val="left" w:pos="430"/>
              </w:tabs>
              <w:spacing w:after="0" w:line="240" w:lineRule="auto"/>
              <w:ind w:firstLine="181"/>
              <w:rPr>
                <w:rFonts w:ascii="Times New Roman" w:hAnsi="Times New Roman" w:cs="Times New Roman"/>
                <w:sz w:val="24"/>
                <w:szCs w:val="24"/>
                <w:lang w:val="ru-RU"/>
              </w:rPr>
            </w:pPr>
            <w:r w:rsidRPr="00A53168">
              <w:rPr>
                <w:rFonts w:ascii="Times New Roman" w:hAnsi="Times New Roman" w:cs="Times New Roman"/>
                <w:sz w:val="24"/>
                <w:szCs w:val="24"/>
                <w:lang w:val="ru-RU"/>
              </w:rPr>
              <w:t xml:space="preserve">Имеющий первоначальные представления о правах и ответственности человека в обществе, гражданских правах и обязанностях. 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Владеющий основными навыками личной и общественной гигиены, безопасного поведения в быту, природе, обществе. Сознающий ценность труда в жизни человека, семьи, общества. </w:t>
            </w:r>
          </w:p>
          <w:p w:rsidR="00DA7400" w:rsidRPr="00A53168" w:rsidRDefault="00DA7400" w:rsidP="00D86A3D">
            <w:pPr>
              <w:tabs>
                <w:tab w:val="left" w:pos="4"/>
                <w:tab w:val="left" w:pos="288"/>
                <w:tab w:val="left" w:pos="430"/>
              </w:tabs>
              <w:spacing w:after="0" w:line="240" w:lineRule="auto"/>
              <w:ind w:firstLine="181"/>
              <w:rPr>
                <w:rFonts w:ascii="Times New Roman" w:hAnsi="Times New Roman" w:cs="Times New Roman"/>
                <w:sz w:val="24"/>
                <w:szCs w:val="24"/>
                <w:lang w:val="ru-RU"/>
              </w:rPr>
            </w:pPr>
            <w:r w:rsidRPr="00A53168">
              <w:rPr>
                <w:rFonts w:ascii="Times New Roman" w:hAnsi="Times New Roman" w:cs="Times New Roman"/>
                <w:sz w:val="24"/>
                <w:szCs w:val="24"/>
                <w:lang w:val="ru-RU"/>
              </w:rPr>
              <w:t>Проявляющий любовь и бережное отношение к природе, неприятие действий, приносящих вред природе, особенно живым существам.</w:t>
            </w:r>
          </w:p>
          <w:p w:rsidR="00DA7400" w:rsidRPr="00A53168" w:rsidRDefault="00DA7400" w:rsidP="00D86A3D">
            <w:pPr>
              <w:rPr>
                <w:rFonts w:ascii="Times New Roman" w:hAnsi="Times New Roman" w:cs="Times New Roman"/>
                <w:sz w:val="24"/>
                <w:szCs w:val="24"/>
                <w:lang w:val="ru-RU"/>
              </w:rPr>
            </w:pPr>
            <w:r w:rsidRPr="00A53168">
              <w:rPr>
                <w:rFonts w:ascii="Times New Roman" w:hAnsi="Times New Roman" w:cs="Times New Roman"/>
                <w:sz w:val="24"/>
                <w:szCs w:val="24"/>
                <w:lang w:val="ru-RU"/>
              </w:rPr>
              <w:t>Выражающий познавательные интересы, активность, любознательность и самостоятельность в познании, интерес и уважение к научным знаниям, науке.</w:t>
            </w:r>
          </w:p>
        </w:tc>
        <w:tc>
          <w:tcPr>
            <w:tcW w:w="3828" w:type="dxa"/>
          </w:tcPr>
          <w:p w:rsidR="00DA7400" w:rsidRDefault="00DA7400" w:rsidP="00D86A3D">
            <w:pPr>
              <w:tabs>
                <w:tab w:val="left" w:pos="888"/>
              </w:tabs>
              <w:spacing w:after="0" w:line="240" w:lineRule="auto"/>
              <w:rPr>
                <w:rFonts w:ascii="Times New Roman" w:eastAsia="Times New Roman" w:hAnsi="Times New Roman" w:cs="Times New Roman"/>
                <w:color w:val="000000"/>
                <w:w w:val="97"/>
                <w:sz w:val="24"/>
                <w:szCs w:val="24"/>
                <w:lang w:val="ru-RU"/>
              </w:rPr>
            </w:pPr>
            <w:r>
              <w:rPr>
                <w:rFonts w:ascii="Times New Roman" w:eastAsia="Times New Roman" w:hAnsi="Times New Roman" w:cs="Times New Roman"/>
                <w:color w:val="000000"/>
                <w:w w:val="97"/>
                <w:sz w:val="24"/>
                <w:szCs w:val="24"/>
              </w:rPr>
              <w:t>Educont</w:t>
            </w:r>
            <w:r>
              <w:rPr>
                <w:rFonts w:ascii="Times New Roman" w:eastAsia="Times New Roman" w:hAnsi="Times New Roman" w:cs="Times New Roman"/>
                <w:color w:val="000000"/>
                <w:w w:val="97"/>
                <w:sz w:val="24"/>
                <w:szCs w:val="24"/>
                <w:lang w:val="ru-RU"/>
              </w:rPr>
              <w:t>.</w:t>
            </w:r>
            <w:r>
              <w:rPr>
                <w:rFonts w:ascii="Times New Roman" w:eastAsia="Times New Roman" w:hAnsi="Times New Roman" w:cs="Times New Roman"/>
                <w:color w:val="000000"/>
                <w:w w:val="97"/>
                <w:sz w:val="24"/>
                <w:szCs w:val="24"/>
              </w:rPr>
              <w:t>ru</w:t>
            </w:r>
          </w:p>
          <w:p w:rsidR="00DA7400"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lang w:val="ru-RU"/>
              </w:rPr>
            </w:pPr>
            <w:r>
              <w:rPr>
                <w:rFonts w:ascii="Times New Roman" w:eastAsia="Times New Roman" w:hAnsi="Times New Roman" w:cs="Times New Roman"/>
                <w:color w:val="000000"/>
                <w:w w:val="97"/>
                <w:sz w:val="24"/>
                <w:szCs w:val="24"/>
                <w:lang w:val="ru-RU"/>
              </w:rPr>
              <w:t xml:space="preserve">Яндекс-учебник РЭШ </w:t>
            </w:r>
          </w:p>
          <w:p w:rsidR="00DA7400" w:rsidRPr="00425B0D" w:rsidRDefault="00DA7400" w:rsidP="00D86A3D">
            <w:pPr>
              <w:rPr>
                <w:rFonts w:ascii="Times New Roman" w:hAnsi="Times New Roman" w:cs="Times New Roman"/>
                <w:sz w:val="24"/>
                <w:szCs w:val="24"/>
                <w:lang w:val="ru-RU"/>
              </w:rPr>
            </w:pPr>
            <w:r>
              <w:rPr>
                <w:rFonts w:ascii="Times New Roman" w:eastAsia="Times New Roman" w:hAnsi="Times New Roman" w:cs="Times New Roman"/>
                <w:color w:val="000000"/>
                <w:w w:val="97"/>
                <w:sz w:val="24"/>
                <w:szCs w:val="24"/>
                <w:lang w:val="ru-RU"/>
              </w:rPr>
              <w:t>Учи.ру</w:t>
            </w:r>
          </w:p>
        </w:tc>
      </w:tr>
      <w:tr w:rsidR="00DA7400" w:rsidRPr="008E75F7"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lastRenderedPageBreak/>
              <w:t>24</w:t>
            </w:r>
          </w:p>
        </w:tc>
        <w:tc>
          <w:tcPr>
            <w:tcW w:w="4868" w:type="dxa"/>
          </w:tcPr>
          <w:p w:rsidR="00DA7400" w:rsidRPr="00244C85" w:rsidRDefault="00DA7400" w:rsidP="00D86A3D">
            <w:pPr>
              <w:rPr>
                <w:rFonts w:ascii="Times New Roman" w:hAnsi="Times New Roman" w:cs="Times New Roman"/>
                <w:sz w:val="24"/>
                <w:szCs w:val="24"/>
              </w:rPr>
            </w:pPr>
            <w:r w:rsidRPr="00EB12D6">
              <w:rPr>
                <w:rFonts w:ascii="Times New Roman" w:hAnsi="Times New Roman" w:cs="Times New Roman"/>
                <w:sz w:val="24"/>
                <w:szCs w:val="24"/>
                <w:lang w:val="ru-RU"/>
              </w:rPr>
              <w:t xml:space="preserve">Счет предметов. Чтение и запись числа 6. </w:t>
            </w:r>
            <w:r w:rsidRPr="00244C85">
              <w:rPr>
                <w:rFonts w:ascii="Times New Roman" w:hAnsi="Times New Roman" w:cs="Times New Roman"/>
                <w:sz w:val="24"/>
                <w:szCs w:val="24"/>
              </w:rPr>
              <w:t xml:space="preserve">Числа 6 и 7. Письмо цифры 6. </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val="restart"/>
          </w:tcPr>
          <w:p w:rsidR="00DA7400" w:rsidRPr="00A53168" w:rsidRDefault="00DA7400" w:rsidP="00D86A3D">
            <w:pPr>
              <w:tabs>
                <w:tab w:val="left" w:pos="4"/>
                <w:tab w:val="left" w:pos="288"/>
              </w:tabs>
              <w:spacing w:after="0" w:line="240" w:lineRule="auto"/>
              <w:ind w:firstLine="181"/>
              <w:jc w:val="both"/>
              <w:rPr>
                <w:rFonts w:ascii="Times New Roman" w:hAnsi="Times New Roman" w:cs="Times New Roman"/>
                <w:sz w:val="24"/>
                <w:szCs w:val="24"/>
                <w:lang w:val="ru-RU"/>
              </w:rPr>
            </w:pPr>
            <w:r w:rsidRPr="00A53168">
              <w:rPr>
                <w:rFonts w:ascii="Times New Roman" w:hAnsi="Times New Roman" w:cs="Times New Roman"/>
                <w:sz w:val="24"/>
                <w:szCs w:val="24"/>
                <w:lang w:val="ru-RU"/>
              </w:rPr>
              <w:t>Знающий и любящий свою малую родину, свой край, имеющий представление о Родине</w:t>
            </w:r>
            <w:r w:rsidRPr="00A53168">
              <w:rPr>
                <w:rFonts w:ascii="Times New Roman" w:hAnsi="Times New Roman" w:cs="Times New Roman"/>
                <w:sz w:val="24"/>
                <w:szCs w:val="24"/>
              </w:rPr>
              <w:t> </w:t>
            </w:r>
            <w:r w:rsidRPr="00A53168">
              <w:rPr>
                <w:rFonts w:ascii="Times New Roman" w:hAnsi="Times New Roman" w:cs="Times New Roman"/>
                <w:sz w:val="24"/>
                <w:szCs w:val="24"/>
                <w:lang w:val="ru-RU"/>
              </w:rPr>
              <w:t>— России, её территории, расположении.</w:t>
            </w:r>
          </w:p>
          <w:p w:rsidR="00DA7400" w:rsidRPr="00A53168" w:rsidRDefault="00DA7400" w:rsidP="00D86A3D">
            <w:pPr>
              <w:rPr>
                <w:rFonts w:ascii="Times New Roman" w:hAnsi="Times New Roman" w:cs="Times New Roman"/>
                <w:sz w:val="24"/>
                <w:szCs w:val="24"/>
                <w:lang w:val="ru-RU"/>
              </w:rPr>
            </w:pPr>
            <w:r w:rsidRPr="00A53168">
              <w:rPr>
                <w:rFonts w:ascii="Times New Roman" w:hAnsi="Times New Roman" w:cs="Times New Roman"/>
                <w:sz w:val="24"/>
                <w:szCs w:val="24"/>
                <w:lang w:val="ru-RU"/>
              </w:rPr>
              <w:t>Умеющий оценивать поступки с позиции их соответствия нравственным нормам, осознающий ответственность за свои поступки. Проявляющий стремление к самовыражению в разных видах художественной деятельности, искусстве. Проявляющий интерес к разным профессиям. Выражающий познавательные интересы, активность, любознательность и самостоятельность в познании, интерес и уважение к научным знаниям, науке.</w:t>
            </w:r>
          </w:p>
        </w:tc>
        <w:tc>
          <w:tcPr>
            <w:tcW w:w="3828" w:type="dxa"/>
          </w:tcPr>
          <w:p w:rsidR="00DA7400" w:rsidRDefault="00DA7400" w:rsidP="00D86A3D">
            <w:pPr>
              <w:tabs>
                <w:tab w:val="left" w:pos="888"/>
              </w:tabs>
              <w:spacing w:after="0" w:line="240" w:lineRule="auto"/>
              <w:rPr>
                <w:rFonts w:ascii="Times New Roman" w:eastAsia="Times New Roman" w:hAnsi="Times New Roman" w:cs="Times New Roman"/>
                <w:color w:val="000000"/>
                <w:w w:val="97"/>
                <w:sz w:val="24"/>
                <w:szCs w:val="24"/>
                <w:lang w:val="ru-RU"/>
              </w:rPr>
            </w:pPr>
            <w:r>
              <w:rPr>
                <w:rFonts w:ascii="Times New Roman" w:eastAsia="Times New Roman" w:hAnsi="Times New Roman" w:cs="Times New Roman"/>
                <w:color w:val="000000"/>
                <w:w w:val="97"/>
                <w:sz w:val="24"/>
                <w:szCs w:val="24"/>
              </w:rPr>
              <w:t>Educont</w:t>
            </w:r>
            <w:r>
              <w:rPr>
                <w:rFonts w:ascii="Times New Roman" w:eastAsia="Times New Roman" w:hAnsi="Times New Roman" w:cs="Times New Roman"/>
                <w:color w:val="000000"/>
                <w:w w:val="97"/>
                <w:sz w:val="24"/>
                <w:szCs w:val="24"/>
                <w:lang w:val="ru-RU"/>
              </w:rPr>
              <w:t>.</w:t>
            </w:r>
            <w:r>
              <w:rPr>
                <w:rFonts w:ascii="Times New Roman" w:eastAsia="Times New Roman" w:hAnsi="Times New Roman" w:cs="Times New Roman"/>
                <w:color w:val="000000"/>
                <w:w w:val="97"/>
                <w:sz w:val="24"/>
                <w:szCs w:val="24"/>
              </w:rPr>
              <w:t>ru</w:t>
            </w:r>
          </w:p>
          <w:p w:rsidR="00DA7400"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lang w:val="ru-RU"/>
              </w:rPr>
            </w:pPr>
            <w:r>
              <w:rPr>
                <w:rFonts w:ascii="Times New Roman" w:eastAsia="Times New Roman" w:hAnsi="Times New Roman" w:cs="Times New Roman"/>
                <w:color w:val="000000"/>
                <w:w w:val="97"/>
                <w:sz w:val="24"/>
                <w:szCs w:val="24"/>
                <w:lang w:val="ru-RU"/>
              </w:rPr>
              <w:t xml:space="preserve">Яндекс-учебник РЭШ </w:t>
            </w:r>
          </w:p>
          <w:p w:rsidR="00DA7400" w:rsidRPr="00084726" w:rsidRDefault="00DA7400" w:rsidP="00D86A3D">
            <w:pPr>
              <w:rPr>
                <w:rFonts w:ascii="Times New Roman" w:hAnsi="Times New Roman" w:cs="Times New Roman"/>
                <w:sz w:val="24"/>
                <w:szCs w:val="24"/>
                <w:lang w:val="ru-RU"/>
              </w:rPr>
            </w:pPr>
            <w:r>
              <w:rPr>
                <w:rFonts w:ascii="Times New Roman" w:eastAsia="Times New Roman" w:hAnsi="Times New Roman" w:cs="Times New Roman"/>
                <w:color w:val="000000"/>
                <w:w w:val="97"/>
                <w:sz w:val="24"/>
                <w:szCs w:val="24"/>
                <w:lang w:val="ru-RU"/>
              </w:rPr>
              <w:t>Учи.ру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25</w:t>
            </w:r>
          </w:p>
        </w:tc>
        <w:tc>
          <w:tcPr>
            <w:tcW w:w="4868" w:type="dxa"/>
          </w:tcPr>
          <w:p w:rsidR="00DA7400" w:rsidRPr="00244C85" w:rsidRDefault="00DA7400" w:rsidP="00D86A3D">
            <w:pPr>
              <w:rPr>
                <w:rFonts w:ascii="Times New Roman" w:hAnsi="Times New Roman" w:cs="Times New Roman"/>
                <w:sz w:val="24"/>
                <w:szCs w:val="24"/>
              </w:rPr>
            </w:pPr>
            <w:r w:rsidRPr="00EB12D6">
              <w:rPr>
                <w:rFonts w:ascii="Times New Roman" w:hAnsi="Times New Roman" w:cs="Times New Roman"/>
                <w:sz w:val="24"/>
                <w:szCs w:val="24"/>
                <w:lang w:val="ru-RU"/>
              </w:rPr>
              <w:t xml:space="preserve">Счет предметов. Чтение и запись числа 7. </w:t>
            </w:r>
            <w:r w:rsidRPr="00244C85">
              <w:rPr>
                <w:rFonts w:ascii="Times New Roman" w:hAnsi="Times New Roman" w:cs="Times New Roman"/>
                <w:sz w:val="24"/>
                <w:szCs w:val="24"/>
              </w:rPr>
              <w:t>Числа 6 и 7. Письмо цифры 7.</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4D6A2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4D6A2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4D6A2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4D6A2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4D6A2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4D6A2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4D6A2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26</w:t>
            </w:r>
          </w:p>
        </w:tc>
        <w:tc>
          <w:tcPr>
            <w:tcW w:w="4868" w:type="dxa"/>
          </w:tcPr>
          <w:p w:rsidR="00DA7400" w:rsidRPr="00244C85" w:rsidRDefault="00DA7400" w:rsidP="00D86A3D">
            <w:pPr>
              <w:rPr>
                <w:rFonts w:ascii="Times New Roman" w:hAnsi="Times New Roman" w:cs="Times New Roman"/>
                <w:sz w:val="24"/>
                <w:szCs w:val="24"/>
              </w:rPr>
            </w:pPr>
            <w:r w:rsidRPr="00EB12D6">
              <w:rPr>
                <w:rFonts w:ascii="Times New Roman" w:hAnsi="Times New Roman" w:cs="Times New Roman"/>
                <w:sz w:val="24"/>
                <w:szCs w:val="24"/>
                <w:lang w:val="ru-RU"/>
              </w:rPr>
              <w:t xml:space="preserve">Счет предметов. Чтение и запись числа 7. </w:t>
            </w:r>
            <w:r w:rsidRPr="00244C85">
              <w:rPr>
                <w:rFonts w:ascii="Times New Roman" w:hAnsi="Times New Roman" w:cs="Times New Roman"/>
                <w:sz w:val="24"/>
                <w:szCs w:val="24"/>
              </w:rPr>
              <w:t>Числа 8 и 9. Письмо цифры 8.</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4D6A2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4D6A2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4D6A2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4D6A2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4D6A2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4D6A2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4D6A2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27</w:t>
            </w:r>
          </w:p>
        </w:tc>
        <w:tc>
          <w:tcPr>
            <w:tcW w:w="4868" w:type="dxa"/>
          </w:tcPr>
          <w:p w:rsidR="00DA7400" w:rsidRPr="00244C85" w:rsidRDefault="00DA7400" w:rsidP="00D86A3D">
            <w:pPr>
              <w:rPr>
                <w:rFonts w:ascii="Times New Roman" w:hAnsi="Times New Roman" w:cs="Times New Roman"/>
                <w:sz w:val="24"/>
                <w:szCs w:val="24"/>
              </w:rPr>
            </w:pPr>
            <w:r w:rsidRPr="00EB12D6">
              <w:rPr>
                <w:rFonts w:ascii="Times New Roman" w:hAnsi="Times New Roman" w:cs="Times New Roman"/>
                <w:sz w:val="24"/>
                <w:szCs w:val="24"/>
                <w:lang w:val="ru-RU"/>
              </w:rPr>
              <w:t xml:space="preserve">Счет предметов. Чтение и запись числа 9. </w:t>
            </w:r>
            <w:r w:rsidRPr="00244C85">
              <w:rPr>
                <w:rFonts w:ascii="Times New Roman" w:hAnsi="Times New Roman" w:cs="Times New Roman"/>
                <w:sz w:val="24"/>
                <w:szCs w:val="24"/>
              </w:rPr>
              <w:t>Числа 8 и 9. Письмо цифры 9.</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4D6A2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4D6A2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4D6A2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4D6A2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4D6A2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4D6A2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4D6A2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28</w:t>
            </w:r>
          </w:p>
        </w:tc>
        <w:tc>
          <w:tcPr>
            <w:tcW w:w="4868" w:type="dxa"/>
          </w:tcPr>
          <w:p w:rsidR="00DA7400" w:rsidRPr="00244C85" w:rsidRDefault="00DA7400" w:rsidP="00D86A3D">
            <w:pPr>
              <w:rPr>
                <w:rFonts w:ascii="Times New Roman" w:hAnsi="Times New Roman" w:cs="Times New Roman"/>
                <w:sz w:val="24"/>
                <w:szCs w:val="24"/>
              </w:rPr>
            </w:pPr>
            <w:r w:rsidRPr="00EB12D6">
              <w:rPr>
                <w:rFonts w:ascii="Times New Roman" w:hAnsi="Times New Roman" w:cs="Times New Roman"/>
                <w:sz w:val="24"/>
                <w:szCs w:val="24"/>
                <w:lang w:val="ru-RU"/>
              </w:rPr>
              <w:t xml:space="preserve">Счет предметов. Чтение и запись числа 10. </w:t>
            </w:r>
            <w:r w:rsidRPr="00244C85">
              <w:rPr>
                <w:rFonts w:ascii="Times New Roman" w:hAnsi="Times New Roman" w:cs="Times New Roman"/>
                <w:sz w:val="24"/>
                <w:szCs w:val="24"/>
              </w:rPr>
              <w:t>Число 10. Запись числа 10.</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4D6A2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4D6A2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4D6A2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4D6A2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4D6A2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4D6A2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4D6A2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29</w:t>
            </w:r>
          </w:p>
        </w:tc>
        <w:tc>
          <w:tcPr>
            <w:tcW w:w="4868" w:type="dxa"/>
          </w:tcPr>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Счет предметов. Чтение и запись чисел первого десятка. Закрепление по теме «Числа от 1 до 10»</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4D6A2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4D6A2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4D6A2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4D6A2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4D6A2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4D6A2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4D6A2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30</w:t>
            </w:r>
          </w:p>
        </w:tc>
        <w:tc>
          <w:tcPr>
            <w:tcW w:w="4868" w:type="dxa"/>
          </w:tcPr>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Сравнение и упорядочение чисел.  Закрепление по теме «Сравнение чисел от 1 до 10»</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4D6A2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4D6A2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4D6A2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4D6A2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4D6A2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4D6A2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4D6A2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31</w:t>
            </w:r>
          </w:p>
        </w:tc>
        <w:tc>
          <w:tcPr>
            <w:tcW w:w="486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Единица длины. Сантиметр.</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tcPr>
          <w:p w:rsidR="00DA7400" w:rsidRPr="00A53168" w:rsidRDefault="00DA7400" w:rsidP="00D86A3D">
            <w:pPr>
              <w:tabs>
                <w:tab w:val="left" w:pos="4"/>
                <w:tab w:val="left" w:pos="288"/>
                <w:tab w:val="left" w:pos="430"/>
              </w:tabs>
              <w:ind w:firstLine="181"/>
              <w:rPr>
                <w:rFonts w:ascii="Times New Roman" w:hAnsi="Times New Roman" w:cs="Times New Roman"/>
                <w:sz w:val="25"/>
                <w:szCs w:val="25"/>
              </w:rPr>
            </w:pPr>
            <w:r w:rsidRPr="00A53168">
              <w:rPr>
                <w:rFonts w:ascii="Times New Roman" w:hAnsi="Times New Roman" w:cs="Times New Roman"/>
                <w:sz w:val="24"/>
                <w:szCs w:val="24"/>
                <w:lang w:val="ru-RU"/>
              </w:rPr>
              <w:t>Сознающий принадлежность к своему народу и к общности граждан России, проявляющий уважение к своему и другим народам.</w:t>
            </w:r>
            <w:r w:rsidRPr="00A53168">
              <w:rPr>
                <w:rFonts w:ascii="Times New Roman" w:hAnsi="Times New Roman" w:cs="Times New Roman"/>
                <w:sz w:val="25"/>
                <w:szCs w:val="25"/>
                <w:lang w:val="ru-RU"/>
              </w:rPr>
              <w:t xml:space="preserve"> Проявляющий любовь и бережное отношение к природе, неприятие действий, </w:t>
            </w:r>
            <w:r w:rsidRPr="00A53168">
              <w:rPr>
                <w:rFonts w:ascii="Times New Roman" w:hAnsi="Times New Roman" w:cs="Times New Roman"/>
                <w:sz w:val="25"/>
                <w:szCs w:val="25"/>
                <w:lang w:val="ru-RU"/>
              </w:rPr>
              <w:lastRenderedPageBreak/>
              <w:t xml:space="preserve">приносящих вред природе, особенно живым существам. </w:t>
            </w:r>
            <w:r w:rsidRPr="00A53168">
              <w:rPr>
                <w:rFonts w:ascii="Times New Roman" w:hAnsi="Times New Roman" w:cs="Times New Roman"/>
                <w:sz w:val="25"/>
                <w:szCs w:val="25"/>
              </w:rPr>
              <w:t xml:space="preserve">Сознающий ценность труда в жизни человека, семьи, общества. </w:t>
            </w:r>
          </w:p>
          <w:p w:rsidR="00DA7400" w:rsidRPr="00A53168" w:rsidRDefault="00DA7400" w:rsidP="00D86A3D">
            <w:pPr>
              <w:rPr>
                <w:rFonts w:ascii="Times New Roman" w:hAnsi="Times New Roman" w:cs="Times New Roman"/>
                <w:sz w:val="24"/>
                <w:szCs w:val="24"/>
              </w:rPr>
            </w:pPr>
          </w:p>
        </w:tc>
        <w:tc>
          <w:tcPr>
            <w:tcW w:w="3828" w:type="dxa"/>
          </w:tcPr>
          <w:p w:rsidR="00DA7400" w:rsidRPr="004D6A2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lastRenderedPageBreak/>
              <w:t>Educont</w:t>
            </w:r>
            <w:r w:rsidRPr="004D6A2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4D6A2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4D6A2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4D6A2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4D6A2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4D6A2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8E75F7"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32</w:t>
            </w:r>
          </w:p>
        </w:tc>
        <w:tc>
          <w:tcPr>
            <w:tcW w:w="4868" w:type="dxa"/>
          </w:tcPr>
          <w:p w:rsidR="00DA7400" w:rsidRPr="00244C85" w:rsidRDefault="00DA7400" w:rsidP="00D86A3D">
            <w:pPr>
              <w:rPr>
                <w:rFonts w:ascii="Times New Roman" w:hAnsi="Times New Roman" w:cs="Times New Roman"/>
                <w:sz w:val="24"/>
                <w:szCs w:val="24"/>
              </w:rPr>
            </w:pPr>
            <w:r w:rsidRPr="00EB12D6">
              <w:rPr>
                <w:rFonts w:ascii="Times New Roman" w:hAnsi="Times New Roman" w:cs="Times New Roman"/>
                <w:sz w:val="24"/>
                <w:szCs w:val="24"/>
                <w:lang w:val="ru-RU"/>
              </w:rPr>
              <w:t xml:space="preserve">Сравнение и упорядочение чисел. Увеличить </w:t>
            </w:r>
            <w:proofErr w:type="gramStart"/>
            <w:r w:rsidRPr="00EB12D6">
              <w:rPr>
                <w:rFonts w:ascii="Times New Roman" w:hAnsi="Times New Roman" w:cs="Times New Roman"/>
                <w:sz w:val="24"/>
                <w:szCs w:val="24"/>
                <w:lang w:val="ru-RU"/>
              </w:rPr>
              <w:t>на..</w:t>
            </w:r>
            <w:proofErr w:type="gramEnd"/>
            <w:r w:rsidRPr="00EB12D6">
              <w:rPr>
                <w:rFonts w:ascii="Times New Roman" w:hAnsi="Times New Roman" w:cs="Times New Roman"/>
                <w:sz w:val="24"/>
                <w:szCs w:val="24"/>
                <w:lang w:val="ru-RU"/>
              </w:rPr>
              <w:t xml:space="preserve"> . </w:t>
            </w:r>
            <w:r w:rsidRPr="00244C85">
              <w:rPr>
                <w:rFonts w:ascii="Times New Roman" w:hAnsi="Times New Roman" w:cs="Times New Roman"/>
                <w:sz w:val="24"/>
                <w:szCs w:val="24"/>
              </w:rPr>
              <w:t>Уменьшить на</w:t>
            </w:r>
            <w:proofErr w:type="gramStart"/>
            <w:r w:rsidRPr="00244C85">
              <w:rPr>
                <w:rFonts w:ascii="Times New Roman" w:hAnsi="Times New Roman" w:cs="Times New Roman"/>
                <w:sz w:val="24"/>
                <w:szCs w:val="24"/>
              </w:rPr>
              <w:t>… .</w:t>
            </w:r>
            <w:proofErr w:type="gramEnd"/>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val="restart"/>
          </w:tcPr>
          <w:p w:rsidR="00DA7400" w:rsidRPr="00A53168" w:rsidRDefault="00DA7400" w:rsidP="00D86A3D">
            <w:pPr>
              <w:tabs>
                <w:tab w:val="left" w:pos="4"/>
                <w:tab w:val="left" w:pos="288"/>
              </w:tabs>
              <w:spacing w:after="0" w:line="240" w:lineRule="auto"/>
              <w:ind w:firstLine="181"/>
              <w:jc w:val="both"/>
              <w:rPr>
                <w:rFonts w:ascii="Times New Roman" w:hAnsi="Times New Roman" w:cs="Times New Roman"/>
                <w:sz w:val="24"/>
                <w:szCs w:val="24"/>
                <w:lang w:val="ru-RU"/>
              </w:rPr>
            </w:pPr>
            <w:r w:rsidRPr="00A53168">
              <w:rPr>
                <w:rFonts w:ascii="Times New Roman" w:hAnsi="Times New Roman" w:cs="Times New Roman"/>
                <w:sz w:val="24"/>
                <w:szCs w:val="24"/>
                <w:lang w:val="ru-RU"/>
              </w:rPr>
              <w:t>Знающий и любящий свою малую родину, свой край, имеющий представление о Родине</w:t>
            </w:r>
            <w:r w:rsidRPr="00A53168">
              <w:rPr>
                <w:rFonts w:ascii="Times New Roman" w:hAnsi="Times New Roman" w:cs="Times New Roman"/>
                <w:sz w:val="24"/>
                <w:szCs w:val="24"/>
              </w:rPr>
              <w:t> </w:t>
            </w:r>
            <w:r w:rsidRPr="00A53168">
              <w:rPr>
                <w:rFonts w:ascii="Times New Roman" w:hAnsi="Times New Roman" w:cs="Times New Roman"/>
                <w:sz w:val="24"/>
                <w:szCs w:val="24"/>
                <w:lang w:val="ru-RU"/>
              </w:rPr>
              <w:t>— России, её территории, расположении.</w:t>
            </w:r>
          </w:p>
          <w:p w:rsidR="00DA7400" w:rsidRPr="00A53168" w:rsidRDefault="00DA7400" w:rsidP="00D86A3D">
            <w:pPr>
              <w:rPr>
                <w:rFonts w:ascii="Times New Roman" w:hAnsi="Times New Roman" w:cs="Times New Roman"/>
                <w:sz w:val="24"/>
                <w:szCs w:val="24"/>
                <w:lang w:val="ru-RU"/>
              </w:rPr>
            </w:pPr>
            <w:r w:rsidRPr="00A53168">
              <w:rPr>
                <w:rFonts w:ascii="Times New Roman" w:hAnsi="Times New Roman" w:cs="Times New Roman"/>
                <w:sz w:val="24"/>
                <w:szCs w:val="24"/>
                <w:lang w:val="ru-RU"/>
              </w:rPr>
              <w:t>Умеющий оценивать поступки с позиции их соответствия нравственным нормам, осознающий ответственность за свои поступки. Проявляющий стремление к самовыражению в разных видах художественной деятельности, искусстве. Проявляющий интерес к разным профессиям. Выражающий познавательные интересы, активность, любознательность и самостоятельность в познании, интерес и уважение к научным знаниям, науке.</w:t>
            </w:r>
          </w:p>
        </w:tc>
        <w:tc>
          <w:tcPr>
            <w:tcW w:w="3828" w:type="dxa"/>
          </w:tcPr>
          <w:p w:rsidR="00DA7400" w:rsidRDefault="00DA7400" w:rsidP="00D86A3D">
            <w:pPr>
              <w:tabs>
                <w:tab w:val="left" w:pos="888"/>
              </w:tabs>
              <w:spacing w:after="0" w:line="240" w:lineRule="auto"/>
              <w:rPr>
                <w:rFonts w:ascii="Times New Roman" w:eastAsia="Times New Roman" w:hAnsi="Times New Roman" w:cs="Times New Roman"/>
                <w:color w:val="000000"/>
                <w:w w:val="97"/>
                <w:sz w:val="24"/>
                <w:szCs w:val="24"/>
                <w:lang w:val="ru-RU"/>
              </w:rPr>
            </w:pPr>
            <w:r>
              <w:rPr>
                <w:rFonts w:ascii="Times New Roman" w:eastAsia="Times New Roman" w:hAnsi="Times New Roman" w:cs="Times New Roman"/>
                <w:color w:val="000000"/>
                <w:w w:val="97"/>
                <w:sz w:val="24"/>
                <w:szCs w:val="24"/>
              </w:rPr>
              <w:t>Educont</w:t>
            </w:r>
            <w:r>
              <w:rPr>
                <w:rFonts w:ascii="Times New Roman" w:eastAsia="Times New Roman" w:hAnsi="Times New Roman" w:cs="Times New Roman"/>
                <w:color w:val="000000"/>
                <w:w w:val="97"/>
                <w:sz w:val="24"/>
                <w:szCs w:val="24"/>
                <w:lang w:val="ru-RU"/>
              </w:rPr>
              <w:t>.</w:t>
            </w:r>
            <w:r>
              <w:rPr>
                <w:rFonts w:ascii="Times New Roman" w:eastAsia="Times New Roman" w:hAnsi="Times New Roman" w:cs="Times New Roman"/>
                <w:color w:val="000000"/>
                <w:w w:val="97"/>
                <w:sz w:val="24"/>
                <w:szCs w:val="24"/>
              </w:rPr>
              <w:t>ru</w:t>
            </w:r>
          </w:p>
          <w:p w:rsidR="00DA7400"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lang w:val="ru-RU"/>
              </w:rPr>
            </w:pPr>
            <w:r>
              <w:rPr>
                <w:rFonts w:ascii="Times New Roman" w:eastAsia="Times New Roman" w:hAnsi="Times New Roman" w:cs="Times New Roman"/>
                <w:color w:val="000000"/>
                <w:w w:val="97"/>
                <w:sz w:val="24"/>
                <w:szCs w:val="24"/>
                <w:lang w:val="ru-RU"/>
              </w:rPr>
              <w:t xml:space="preserve">Яндекс-учебник РЭШ </w:t>
            </w:r>
          </w:p>
          <w:p w:rsidR="00DA7400" w:rsidRPr="00084726" w:rsidRDefault="00DA7400" w:rsidP="00D86A3D">
            <w:pPr>
              <w:rPr>
                <w:rFonts w:ascii="Times New Roman" w:hAnsi="Times New Roman" w:cs="Times New Roman"/>
                <w:sz w:val="24"/>
                <w:szCs w:val="24"/>
                <w:lang w:val="ru-RU"/>
              </w:rPr>
            </w:pPr>
            <w:r>
              <w:rPr>
                <w:rFonts w:ascii="Times New Roman" w:eastAsia="Times New Roman" w:hAnsi="Times New Roman" w:cs="Times New Roman"/>
                <w:color w:val="000000"/>
                <w:w w:val="97"/>
                <w:sz w:val="24"/>
                <w:szCs w:val="24"/>
                <w:lang w:val="ru-RU"/>
              </w:rPr>
              <w:t>Учи.ру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33</w:t>
            </w:r>
          </w:p>
        </w:tc>
        <w:tc>
          <w:tcPr>
            <w:tcW w:w="4868" w:type="dxa"/>
          </w:tcPr>
          <w:p w:rsidR="00DA7400" w:rsidRPr="00244C85" w:rsidRDefault="00DA7400" w:rsidP="00D86A3D">
            <w:pPr>
              <w:rPr>
                <w:rFonts w:ascii="Times New Roman" w:hAnsi="Times New Roman" w:cs="Times New Roman"/>
                <w:sz w:val="24"/>
                <w:szCs w:val="24"/>
              </w:rPr>
            </w:pPr>
            <w:r w:rsidRPr="00EB12D6">
              <w:rPr>
                <w:rFonts w:ascii="Times New Roman" w:hAnsi="Times New Roman" w:cs="Times New Roman"/>
                <w:sz w:val="24"/>
                <w:szCs w:val="24"/>
                <w:lang w:val="ru-RU"/>
              </w:rPr>
              <w:t xml:space="preserve">Счёт предметов. Чтение и запись чисел. </w:t>
            </w:r>
            <w:r w:rsidRPr="00244C85">
              <w:rPr>
                <w:rFonts w:ascii="Times New Roman" w:hAnsi="Times New Roman" w:cs="Times New Roman"/>
                <w:sz w:val="24"/>
                <w:szCs w:val="24"/>
              </w:rPr>
              <w:t xml:space="preserve">Число 0. </w:t>
            </w:r>
          </w:p>
          <w:p w:rsidR="00DA7400" w:rsidRPr="00244C85" w:rsidRDefault="00DA7400" w:rsidP="00D86A3D">
            <w:pPr>
              <w:rPr>
                <w:rFonts w:ascii="Times New Roman" w:hAnsi="Times New Roman" w:cs="Times New Roman"/>
                <w:sz w:val="24"/>
                <w:szCs w:val="24"/>
              </w:rPr>
            </w:pP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A5316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A5316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A5316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A5316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34</w:t>
            </w:r>
          </w:p>
        </w:tc>
        <w:tc>
          <w:tcPr>
            <w:tcW w:w="4868" w:type="dxa"/>
          </w:tcPr>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Арифметические действия. Сложение и вычитание с числом 0</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A5316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A5316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A5316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A5316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35</w:t>
            </w:r>
          </w:p>
        </w:tc>
        <w:tc>
          <w:tcPr>
            <w:tcW w:w="4868" w:type="dxa"/>
          </w:tcPr>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 xml:space="preserve">Арифметические действия. Закрепление по теме: «Сложение и вычитание с числом 0». </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A5316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A5316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A5316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A5316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36</w:t>
            </w:r>
          </w:p>
        </w:tc>
        <w:tc>
          <w:tcPr>
            <w:tcW w:w="4868" w:type="dxa"/>
          </w:tcPr>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 xml:space="preserve">Закрепление по </w:t>
            </w:r>
            <w:proofErr w:type="gramStart"/>
            <w:r w:rsidRPr="00EB12D6">
              <w:rPr>
                <w:rFonts w:ascii="Times New Roman" w:hAnsi="Times New Roman" w:cs="Times New Roman"/>
                <w:sz w:val="24"/>
                <w:szCs w:val="24"/>
                <w:lang w:val="ru-RU"/>
              </w:rPr>
              <w:t>теме:  «</w:t>
            </w:r>
            <w:proofErr w:type="gramEnd"/>
            <w:r w:rsidRPr="00EB12D6">
              <w:rPr>
                <w:rFonts w:ascii="Times New Roman" w:hAnsi="Times New Roman" w:cs="Times New Roman"/>
                <w:sz w:val="24"/>
                <w:szCs w:val="24"/>
                <w:lang w:val="ru-RU"/>
              </w:rPr>
              <w:t>Счёт предметов. Чтение и запись чисел первого десятка.»</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A5316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A5316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A5316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A5316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244C85" w:rsidTr="00D86A3D">
        <w:tc>
          <w:tcPr>
            <w:tcW w:w="15163" w:type="dxa"/>
            <w:gridSpan w:val="5"/>
          </w:tcPr>
          <w:p w:rsidR="00DA7400" w:rsidRPr="00A5316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sidRPr="00A53168">
              <w:rPr>
                <w:rFonts w:ascii="Times New Roman" w:hAnsi="Times New Roman" w:cs="Times New Roman"/>
                <w:b/>
                <w:sz w:val="24"/>
                <w:szCs w:val="24"/>
                <w:lang w:val="ru-RU"/>
              </w:rPr>
              <w:t>ЧИСЛА ОТ 1 ДО 10. СЛОЖЕНИЕ И ВЫЧИТАНИЕ. (59 часов)</w:t>
            </w:r>
          </w:p>
        </w:tc>
      </w:tr>
      <w:tr w:rsidR="00DA7400" w:rsidRPr="008E75F7"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37</w:t>
            </w:r>
          </w:p>
        </w:tc>
        <w:tc>
          <w:tcPr>
            <w:tcW w:w="4868" w:type="dxa"/>
          </w:tcPr>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Счёт предметов. Чтение и запись чисел первого десятка.</w:t>
            </w:r>
          </w:p>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Закрепление по теме: «Числа от 0 до 10»</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tcPr>
          <w:p w:rsidR="00DA7400" w:rsidRPr="00A53168" w:rsidRDefault="00DA7400" w:rsidP="00D86A3D">
            <w:pPr>
              <w:tabs>
                <w:tab w:val="left" w:pos="4"/>
                <w:tab w:val="left" w:pos="288"/>
              </w:tabs>
              <w:spacing w:after="0" w:line="240" w:lineRule="auto"/>
              <w:ind w:firstLine="181"/>
              <w:jc w:val="both"/>
              <w:rPr>
                <w:rFonts w:ascii="Times New Roman" w:hAnsi="Times New Roman" w:cs="Times New Roman"/>
                <w:sz w:val="24"/>
                <w:szCs w:val="24"/>
                <w:lang w:val="ru-RU"/>
              </w:rPr>
            </w:pPr>
            <w:r w:rsidRPr="00A53168">
              <w:rPr>
                <w:rFonts w:ascii="Times New Roman" w:hAnsi="Times New Roman" w:cs="Times New Roman"/>
                <w:sz w:val="24"/>
                <w:szCs w:val="24"/>
                <w:lang w:val="ru-RU"/>
              </w:rPr>
              <w:t>Знающий и любящий свою малую родину, свой край, имеющий представление о Родине</w:t>
            </w:r>
            <w:r w:rsidRPr="00A53168">
              <w:rPr>
                <w:rFonts w:ascii="Times New Roman" w:hAnsi="Times New Roman" w:cs="Times New Roman"/>
                <w:sz w:val="24"/>
                <w:szCs w:val="24"/>
              </w:rPr>
              <w:t> </w:t>
            </w:r>
            <w:r w:rsidRPr="00A53168">
              <w:rPr>
                <w:rFonts w:ascii="Times New Roman" w:hAnsi="Times New Roman" w:cs="Times New Roman"/>
                <w:sz w:val="24"/>
                <w:szCs w:val="24"/>
                <w:lang w:val="ru-RU"/>
              </w:rPr>
              <w:t>— России, её территории, расположении.</w:t>
            </w:r>
          </w:p>
          <w:p w:rsidR="00DA7400" w:rsidRPr="00A53168" w:rsidRDefault="00DA7400" w:rsidP="00D86A3D">
            <w:pPr>
              <w:rPr>
                <w:rFonts w:ascii="Times New Roman" w:hAnsi="Times New Roman" w:cs="Times New Roman"/>
                <w:sz w:val="24"/>
                <w:szCs w:val="24"/>
                <w:lang w:val="ru-RU"/>
              </w:rPr>
            </w:pPr>
            <w:r w:rsidRPr="00A53168">
              <w:rPr>
                <w:rFonts w:ascii="Times New Roman" w:hAnsi="Times New Roman" w:cs="Times New Roman"/>
                <w:sz w:val="24"/>
                <w:szCs w:val="24"/>
                <w:lang w:val="ru-RU"/>
              </w:rPr>
              <w:lastRenderedPageBreak/>
              <w:t>Умеющий оценивать поступки с позиции их соответствия нравственным нормам, осознающий ответственность за свои поступки. Проявляющий стремление к самовыражению в разных видах художественной деятельности, искусстве. Проявляющий интерес к разным профессиям. Выражающий познавательные интересы, активность, любознательность и самостоятельность в познании, интерес и уважение к научным знаниям, науке.</w:t>
            </w:r>
          </w:p>
        </w:tc>
        <w:tc>
          <w:tcPr>
            <w:tcW w:w="3828" w:type="dxa"/>
          </w:tcPr>
          <w:p w:rsidR="00DA7400" w:rsidRDefault="00DA7400" w:rsidP="00D86A3D">
            <w:pPr>
              <w:tabs>
                <w:tab w:val="left" w:pos="888"/>
              </w:tabs>
              <w:spacing w:after="0" w:line="240" w:lineRule="auto"/>
              <w:rPr>
                <w:rFonts w:ascii="Times New Roman" w:eastAsia="Times New Roman" w:hAnsi="Times New Roman" w:cs="Times New Roman"/>
                <w:color w:val="000000"/>
                <w:w w:val="97"/>
                <w:sz w:val="24"/>
                <w:szCs w:val="24"/>
                <w:lang w:val="ru-RU"/>
              </w:rPr>
            </w:pPr>
            <w:r>
              <w:rPr>
                <w:rFonts w:ascii="Times New Roman" w:eastAsia="Times New Roman" w:hAnsi="Times New Roman" w:cs="Times New Roman"/>
                <w:color w:val="000000"/>
                <w:w w:val="97"/>
                <w:sz w:val="24"/>
                <w:szCs w:val="24"/>
              </w:rPr>
              <w:lastRenderedPageBreak/>
              <w:t>Educont</w:t>
            </w:r>
            <w:r>
              <w:rPr>
                <w:rFonts w:ascii="Times New Roman" w:eastAsia="Times New Roman" w:hAnsi="Times New Roman" w:cs="Times New Roman"/>
                <w:color w:val="000000"/>
                <w:w w:val="97"/>
                <w:sz w:val="24"/>
                <w:szCs w:val="24"/>
                <w:lang w:val="ru-RU"/>
              </w:rPr>
              <w:t>.</w:t>
            </w:r>
            <w:r>
              <w:rPr>
                <w:rFonts w:ascii="Times New Roman" w:eastAsia="Times New Roman" w:hAnsi="Times New Roman" w:cs="Times New Roman"/>
                <w:color w:val="000000"/>
                <w:w w:val="97"/>
                <w:sz w:val="24"/>
                <w:szCs w:val="24"/>
              </w:rPr>
              <w:t>ru</w:t>
            </w:r>
          </w:p>
          <w:p w:rsidR="00DA7400"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lang w:val="ru-RU"/>
              </w:rPr>
            </w:pPr>
            <w:r>
              <w:rPr>
                <w:rFonts w:ascii="Times New Roman" w:eastAsia="Times New Roman" w:hAnsi="Times New Roman" w:cs="Times New Roman"/>
                <w:color w:val="000000"/>
                <w:w w:val="97"/>
                <w:sz w:val="24"/>
                <w:szCs w:val="24"/>
                <w:lang w:val="ru-RU"/>
              </w:rPr>
              <w:t xml:space="preserve">Яндекс-учебник РЭШ </w:t>
            </w:r>
          </w:p>
          <w:p w:rsidR="00DA7400" w:rsidRPr="00A53168" w:rsidRDefault="00DA7400" w:rsidP="00D86A3D">
            <w:pPr>
              <w:rPr>
                <w:rFonts w:ascii="Times New Roman" w:hAnsi="Times New Roman" w:cs="Times New Roman"/>
                <w:sz w:val="24"/>
                <w:szCs w:val="24"/>
                <w:lang w:val="ru-RU"/>
              </w:rPr>
            </w:pPr>
            <w:r>
              <w:rPr>
                <w:rFonts w:ascii="Times New Roman" w:eastAsia="Times New Roman" w:hAnsi="Times New Roman" w:cs="Times New Roman"/>
                <w:color w:val="000000"/>
                <w:w w:val="97"/>
                <w:sz w:val="24"/>
                <w:szCs w:val="24"/>
                <w:lang w:val="ru-RU"/>
              </w:rPr>
              <w:t>Учи.ру</w:t>
            </w:r>
          </w:p>
        </w:tc>
      </w:tr>
      <w:tr w:rsidR="00DA7400" w:rsidRPr="008E75F7"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38</w:t>
            </w:r>
          </w:p>
        </w:tc>
        <w:tc>
          <w:tcPr>
            <w:tcW w:w="4868" w:type="dxa"/>
          </w:tcPr>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 xml:space="preserve">Арифметические действия. Сложение и вычитание </w:t>
            </w:r>
            <w:proofErr w:type="gramStart"/>
            <w:r w:rsidRPr="00EB12D6">
              <w:rPr>
                <w:rFonts w:ascii="Times New Roman" w:hAnsi="Times New Roman" w:cs="Times New Roman"/>
                <w:sz w:val="24"/>
                <w:szCs w:val="24"/>
                <w:lang w:val="ru-RU"/>
              </w:rPr>
              <w:t xml:space="preserve">вида: </w:t>
            </w:r>
            <w:r w:rsidRPr="00244C85">
              <w:rPr>
                <w:rFonts w:ascii="Times New Roman" w:hAnsi="Times New Roman" w:cs="Times New Roman"/>
                <w:sz w:val="24"/>
                <w:szCs w:val="24"/>
              </w:rPr>
              <w:t></w:t>
            </w:r>
            <w:r w:rsidRPr="00EB12D6">
              <w:rPr>
                <w:rFonts w:ascii="Times New Roman" w:hAnsi="Times New Roman" w:cs="Times New Roman"/>
                <w:sz w:val="24"/>
                <w:szCs w:val="24"/>
                <w:lang w:val="ru-RU"/>
              </w:rPr>
              <w:t xml:space="preserve"> +</w:t>
            </w:r>
            <w:proofErr w:type="gramEnd"/>
            <w:r w:rsidRPr="00EB12D6">
              <w:rPr>
                <w:rFonts w:ascii="Times New Roman" w:hAnsi="Times New Roman" w:cs="Times New Roman"/>
                <w:sz w:val="24"/>
                <w:szCs w:val="24"/>
                <w:lang w:val="ru-RU"/>
              </w:rPr>
              <w:t xml:space="preserve">1,    </w:t>
            </w:r>
            <w:r w:rsidRPr="00244C85">
              <w:rPr>
                <w:rFonts w:ascii="Times New Roman" w:hAnsi="Times New Roman" w:cs="Times New Roman"/>
                <w:sz w:val="24"/>
                <w:szCs w:val="24"/>
              </w:rPr>
              <w:t></w:t>
            </w:r>
            <w:r w:rsidRPr="00EB12D6">
              <w:rPr>
                <w:rFonts w:ascii="Times New Roman" w:hAnsi="Times New Roman" w:cs="Times New Roman"/>
                <w:sz w:val="24"/>
                <w:szCs w:val="24"/>
                <w:lang w:val="ru-RU"/>
              </w:rPr>
              <w:t xml:space="preserve"> -1. </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val="restart"/>
          </w:tcPr>
          <w:p w:rsidR="00DA7400" w:rsidRPr="00A53168" w:rsidRDefault="00DA7400" w:rsidP="00D86A3D">
            <w:pPr>
              <w:rPr>
                <w:rFonts w:ascii="Times New Roman" w:hAnsi="Times New Roman" w:cs="Times New Roman"/>
                <w:sz w:val="24"/>
                <w:szCs w:val="24"/>
                <w:lang w:val="ru-RU"/>
              </w:rPr>
            </w:pPr>
            <w:r w:rsidRPr="00A53168">
              <w:rPr>
                <w:rFonts w:ascii="Times New Roman" w:hAnsi="Times New Roman" w:cs="Times New Roman"/>
                <w:sz w:val="24"/>
                <w:szCs w:val="24"/>
                <w:lang w:val="ru-RU"/>
              </w:rPr>
              <w:t xml:space="preserve">Сознающий ценность каждой человеческой жизни, признающий индивидуальность и достоинство каждого человека.                 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 Проявляющий интерес и уважение к отечественной и мировой художественной культуре. Имеющий первоначальные представления о правах и ответственности человека в обществе, гражданских правах и обязанностях.                            Обладающий первоначальными представлениями о природных и социальных объектах, многообразии объектов и явлений </w:t>
            </w:r>
            <w:r w:rsidRPr="00A53168">
              <w:rPr>
                <w:rFonts w:ascii="Times New Roman" w:hAnsi="Times New Roman" w:cs="Times New Roman"/>
                <w:sz w:val="24"/>
                <w:szCs w:val="24"/>
                <w:lang w:val="ru-RU"/>
              </w:rPr>
              <w:lastRenderedPageBreak/>
              <w:t>природы, связи живой и неживой природы, о науке, научном знании.</w:t>
            </w:r>
          </w:p>
        </w:tc>
        <w:tc>
          <w:tcPr>
            <w:tcW w:w="3828" w:type="dxa"/>
          </w:tcPr>
          <w:p w:rsidR="00DA7400" w:rsidRDefault="00DA7400" w:rsidP="00D86A3D">
            <w:pPr>
              <w:tabs>
                <w:tab w:val="left" w:pos="888"/>
              </w:tabs>
              <w:spacing w:after="0" w:line="240" w:lineRule="auto"/>
              <w:rPr>
                <w:rFonts w:ascii="Times New Roman" w:eastAsia="Times New Roman" w:hAnsi="Times New Roman" w:cs="Times New Roman"/>
                <w:color w:val="000000"/>
                <w:w w:val="97"/>
                <w:sz w:val="24"/>
                <w:szCs w:val="24"/>
                <w:lang w:val="ru-RU"/>
              </w:rPr>
            </w:pPr>
            <w:r>
              <w:rPr>
                <w:rFonts w:ascii="Times New Roman" w:eastAsia="Times New Roman" w:hAnsi="Times New Roman" w:cs="Times New Roman"/>
                <w:color w:val="000000"/>
                <w:w w:val="97"/>
                <w:sz w:val="24"/>
                <w:szCs w:val="24"/>
              </w:rPr>
              <w:lastRenderedPageBreak/>
              <w:t>Educont</w:t>
            </w:r>
            <w:r>
              <w:rPr>
                <w:rFonts w:ascii="Times New Roman" w:eastAsia="Times New Roman" w:hAnsi="Times New Roman" w:cs="Times New Roman"/>
                <w:color w:val="000000"/>
                <w:w w:val="97"/>
                <w:sz w:val="24"/>
                <w:szCs w:val="24"/>
                <w:lang w:val="ru-RU"/>
              </w:rPr>
              <w:t>.</w:t>
            </w:r>
            <w:r>
              <w:rPr>
                <w:rFonts w:ascii="Times New Roman" w:eastAsia="Times New Roman" w:hAnsi="Times New Roman" w:cs="Times New Roman"/>
                <w:color w:val="000000"/>
                <w:w w:val="97"/>
                <w:sz w:val="24"/>
                <w:szCs w:val="24"/>
              </w:rPr>
              <w:t>ru</w:t>
            </w:r>
          </w:p>
          <w:p w:rsidR="00DA7400"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lang w:val="ru-RU"/>
              </w:rPr>
            </w:pPr>
            <w:r>
              <w:rPr>
                <w:rFonts w:ascii="Times New Roman" w:eastAsia="Times New Roman" w:hAnsi="Times New Roman" w:cs="Times New Roman"/>
                <w:color w:val="000000"/>
                <w:w w:val="97"/>
                <w:sz w:val="24"/>
                <w:szCs w:val="24"/>
                <w:lang w:val="ru-RU"/>
              </w:rPr>
              <w:t xml:space="preserve">Яндекс-учебник РЭШ </w:t>
            </w:r>
          </w:p>
          <w:p w:rsidR="00DA7400" w:rsidRPr="00A53168" w:rsidRDefault="00DA7400" w:rsidP="00D86A3D">
            <w:pPr>
              <w:rPr>
                <w:rFonts w:ascii="Times New Roman" w:hAnsi="Times New Roman" w:cs="Times New Roman"/>
                <w:sz w:val="24"/>
                <w:szCs w:val="24"/>
                <w:lang w:val="ru-RU"/>
              </w:rPr>
            </w:pPr>
            <w:r>
              <w:rPr>
                <w:rFonts w:ascii="Times New Roman" w:eastAsia="Times New Roman" w:hAnsi="Times New Roman" w:cs="Times New Roman"/>
                <w:color w:val="000000"/>
                <w:w w:val="97"/>
                <w:sz w:val="24"/>
                <w:szCs w:val="24"/>
                <w:lang w:val="ru-RU"/>
              </w:rPr>
              <w:t>Учи.ру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39</w:t>
            </w:r>
          </w:p>
        </w:tc>
        <w:tc>
          <w:tcPr>
            <w:tcW w:w="4868" w:type="dxa"/>
          </w:tcPr>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 xml:space="preserve">Арифметические действия. Сложение и вычитание </w:t>
            </w:r>
            <w:proofErr w:type="gramStart"/>
            <w:r w:rsidRPr="00EB12D6">
              <w:rPr>
                <w:rFonts w:ascii="Times New Roman" w:hAnsi="Times New Roman" w:cs="Times New Roman"/>
                <w:sz w:val="24"/>
                <w:szCs w:val="24"/>
                <w:lang w:val="ru-RU"/>
              </w:rPr>
              <w:t xml:space="preserve">вида:   </w:t>
            </w:r>
            <w:proofErr w:type="gramEnd"/>
            <w:r w:rsidRPr="00244C85">
              <w:rPr>
                <w:rFonts w:ascii="Times New Roman" w:hAnsi="Times New Roman" w:cs="Times New Roman"/>
                <w:sz w:val="24"/>
                <w:szCs w:val="24"/>
              </w:rPr>
              <w:t></w:t>
            </w:r>
            <w:r w:rsidRPr="00EB12D6">
              <w:rPr>
                <w:rFonts w:ascii="Times New Roman" w:hAnsi="Times New Roman" w:cs="Times New Roman"/>
                <w:sz w:val="24"/>
                <w:szCs w:val="24"/>
                <w:lang w:val="ru-RU"/>
              </w:rPr>
              <w:t xml:space="preserve"> +1+1,   </w:t>
            </w:r>
            <w:r w:rsidRPr="00244C85">
              <w:rPr>
                <w:rFonts w:ascii="Times New Roman" w:hAnsi="Times New Roman" w:cs="Times New Roman"/>
                <w:sz w:val="24"/>
                <w:szCs w:val="24"/>
              </w:rPr>
              <w:t></w:t>
            </w:r>
            <w:r w:rsidRPr="00EB12D6">
              <w:rPr>
                <w:rFonts w:ascii="Times New Roman" w:hAnsi="Times New Roman" w:cs="Times New Roman"/>
                <w:sz w:val="24"/>
                <w:szCs w:val="24"/>
                <w:lang w:val="ru-RU"/>
              </w:rPr>
              <w:t>-1-1.</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A5316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A5316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A5316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A5316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40</w:t>
            </w:r>
          </w:p>
        </w:tc>
        <w:tc>
          <w:tcPr>
            <w:tcW w:w="4868" w:type="dxa"/>
          </w:tcPr>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 xml:space="preserve">Арифметические действия. Сложение и вычитание </w:t>
            </w:r>
            <w:proofErr w:type="gramStart"/>
            <w:r w:rsidRPr="00EB12D6">
              <w:rPr>
                <w:rFonts w:ascii="Times New Roman" w:hAnsi="Times New Roman" w:cs="Times New Roman"/>
                <w:sz w:val="24"/>
                <w:szCs w:val="24"/>
                <w:lang w:val="ru-RU"/>
              </w:rPr>
              <w:t xml:space="preserve">вида:  </w:t>
            </w:r>
            <w:r w:rsidRPr="00244C85">
              <w:rPr>
                <w:rFonts w:ascii="Times New Roman" w:hAnsi="Times New Roman" w:cs="Times New Roman"/>
                <w:sz w:val="24"/>
                <w:szCs w:val="24"/>
              </w:rPr>
              <w:t></w:t>
            </w:r>
            <w:r w:rsidRPr="00EB12D6">
              <w:rPr>
                <w:rFonts w:ascii="Times New Roman" w:hAnsi="Times New Roman" w:cs="Times New Roman"/>
                <w:sz w:val="24"/>
                <w:szCs w:val="24"/>
                <w:lang w:val="ru-RU"/>
              </w:rPr>
              <w:t xml:space="preserve"> </w:t>
            </w:r>
            <w:proofErr w:type="gramEnd"/>
            <w:r w:rsidRPr="00EB12D6">
              <w:rPr>
                <w:rFonts w:ascii="Times New Roman" w:hAnsi="Times New Roman" w:cs="Times New Roman"/>
                <w:sz w:val="24"/>
                <w:szCs w:val="24"/>
                <w:lang w:val="ru-RU"/>
              </w:rPr>
              <w:t xml:space="preserve">+ 2,     </w:t>
            </w:r>
            <w:r w:rsidRPr="00244C85">
              <w:rPr>
                <w:rFonts w:ascii="Times New Roman" w:hAnsi="Times New Roman" w:cs="Times New Roman"/>
                <w:sz w:val="24"/>
                <w:szCs w:val="24"/>
              </w:rPr>
              <w:t></w:t>
            </w:r>
            <w:r w:rsidRPr="00EB12D6">
              <w:rPr>
                <w:rFonts w:ascii="Times New Roman" w:hAnsi="Times New Roman" w:cs="Times New Roman"/>
                <w:sz w:val="24"/>
                <w:szCs w:val="24"/>
                <w:lang w:val="ru-RU"/>
              </w:rPr>
              <w:t xml:space="preserve"> - 2. </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A5316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A5316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A5316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A5316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8E75F7"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41</w:t>
            </w:r>
          </w:p>
        </w:tc>
        <w:tc>
          <w:tcPr>
            <w:tcW w:w="4868" w:type="dxa"/>
          </w:tcPr>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Названия компонентов арифметических действий Слагаемые. Сумма. Использование этих терминов при чтении записей.</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tcPr>
          <w:p w:rsidR="00DA7400" w:rsidRPr="00A53168" w:rsidRDefault="00DA7400" w:rsidP="00D86A3D">
            <w:pPr>
              <w:tabs>
                <w:tab w:val="left" w:pos="4"/>
                <w:tab w:val="left" w:pos="288"/>
                <w:tab w:val="left" w:pos="430"/>
              </w:tabs>
              <w:spacing w:after="0" w:line="240" w:lineRule="auto"/>
              <w:ind w:firstLine="181"/>
              <w:rPr>
                <w:rFonts w:ascii="Times New Roman" w:hAnsi="Times New Roman" w:cs="Times New Roman"/>
                <w:sz w:val="24"/>
                <w:szCs w:val="24"/>
                <w:lang w:val="ru-RU"/>
              </w:rPr>
            </w:pPr>
            <w:r w:rsidRPr="00A53168">
              <w:rPr>
                <w:rFonts w:ascii="Times New Roman" w:hAnsi="Times New Roman" w:cs="Times New Roman"/>
                <w:sz w:val="24"/>
                <w:szCs w:val="24"/>
                <w:lang w:val="ru-RU"/>
              </w:rPr>
              <w:t>Знающий и любящий свою малую родину, свой край, имеющий представление о Родине</w:t>
            </w:r>
            <w:r w:rsidRPr="00A53168">
              <w:rPr>
                <w:rFonts w:ascii="Times New Roman" w:hAnsi="Times New Roman" w:cs="Times New Roman"/>
                <w:sz w:val="24"/>
                <w:szCs w:val="24"/>
              </w:rPr>
              <w:t> </w:t>
            </w:r>
            <w:r w:rsidRPr="00A53168">
              <w:rPr>
                <w:rFonts w:ascii="Times New Roman" w:hAnsi="Times New Roman" w:cs="Times New Roman"/>
                <w:sz w:val="24"/>
                <w:szCs w:val="24"/>
                <w:lang w:val="ru-RU"/>
              </w:rPr>
              <w:t xml:space="preserve">— России, её территории, расположении. Сознающий ценность каждой человеческой жизни, признающий индивидуальность и достоинство каждого человека. </w:t>
            </w:r>
          </w:p>
          <w:p w:rsidR="00DA7400" w:rsidRPr="00A53168" w:rsidRDefault="00DA7400" w:rsidP="00D86A3D">
            <w:pPr>
              <w:tabs>
                <w:tab w:val="left" w:pos="4"/>
                <w:tab w:val="left" w:pos="288"/>
                <w:tab w:val="left" w:pos="430"/>
              </w:tabs>
              <w:spacing w:after="0" w:line="240" w:lineRule="auto"/>
              <w:ind w:firstLine="181"/>
              <w:rPr>
                <w:rFonts w:ascii="Times New Roman" w:hAnsi="Times New Roman" w:cs="Times New Roman"/>
                <w:sz w:val="24"/>
                <w:szCs w:val="24"/>
                <w:lang w:val="ru-RU"/>
              </w:rPr>
            </w:pPr>
            <w:r w:rsidRPr="00A53168">
              <w:rPr>
                <w:rFonts w:ascii="Times New Roman" w:hAnsi="Times New Roman" w:cs="Times New Roman"/>
                <w:sz w:val="24"/>
                <w:szCs w:val="24"/>
                <w:lang w:val="ru-RU"/>
              </w:rPr>
              <w:t>Проявляющий интерес и уважение к отечественной и мировой художественной культуре.</w:t>
            </w:r>
          </w:p>
          <w:p w:rsidR="00DA7400" w:rsidRPr="00A53168" w:rsidRDefault="00DA7400" w:rsidP="00D86A3D">
            <w:pPr>
              <w:tabs>
                <w:tab w:val="left" w:pos="4"/>
                <w:tab w:val="left" w:pos="288"/>
                <w:tab w:val="left" w:pos="430"/>
              </w:tabs>
              <w:spacing w:after="0" w:line="240" w:lineRule="auto"/>
              <w:ind w:firstLine="181"/>
              <w:rPr>
                <w:rFonts w:ascii="Times New Roman" w:hAnsi="Times New Roman" w:cs="Times New Roman"/>
                <w:sz w:val="24"/>
                <w:szCs w:val="24"/>
                <w:lang w:val="ru-RU"/>
              </w:rPr>
            </w:pPr>
            <w:r w:rsidRPr="00A53168">
              <w:rPr>
                <w:rFonts w:ascii="Times New Roman" w:hAnsi="Times New Roman" w:cs="Times New Roman"/>
                <w:sz w:val="24"/>
                <w:szCs w:val="24"/>
                <w:lang w:val="ru-RU"/>
              </w:rPr>
              <w:t xml:space="preserve">Владеющий основными навыками личной и общественной гигиены, безопасного поведения в быту, природе, обществе. Проявляющий уважение к труду, людям труда, бережное отношение к результатам труда, ответственное потребление. </w:t>
            </w:r>
          </w:p>
          <w:p w:rsidR="00DA7400" w:rsidRPr="00A53168" w:rsidRDefault="00DA7400" w:rsidP="00D86A3D">
            <w:pPr>
              <w:tabs>
                <w:tab w:val="left" w:pos="4"/>
                <w:tab w:val="left" w:pos="288"/>
                <w:tab w:val="left" w:pos="430"/>
              </w:tabs>
              <w:spacing w:after="0" w:line="240" w:lineRule="auto"/>
              <w:ind w:firstLine="181"/>
              <w:rPr>
                <w:rFonts w:ascii="Times New Roman" w:hAnsi="Times New Roman" w:cs="Times New Roman"/>
                <w:sz w:val="24"/>
                <w:szCs w:val="24"/>
                <w:lang w:val="ru-RU"/>
              </w:rPr>
            </w:pPr>
            <w:r w:rsidRPr="00A53168">
              <w:rPr>
                <w:rFonts w:ascii="Times New Roman" w:hAnsi="Times New Roman" w:cs="Times New Roman"/>
                <w:sz w:val="24"/>
                <w:szCs w:val="24"/>
                <w:lang w:val="ru-RU"/>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DA7400" w:rsidRPr="00A53168" w:rsidRDefault="00DA7400" w:rsidP="00D86A3D">
            <w:pPr>
              <w:rPr>
                <w:rFonts w:ascii="Times New Roman" w:hAnsi="Times New Roman" w:cs="Times New Roman"/>
                <w:sz w:val="24"/>
                <w:szCs w:val="24"/>
                <w:lang w:val="ru-RU"/>
              </w:rPr>
            </w:pPr>
          </w:p>
        </w:tc>
        <w:tc>
          <w:tcPr>
            <w:tcW w:w="3828" w:type="dxa"/>
          </w:tcPr>
          <w:p w:rsidR="00DA7400" w:rsidRDefault="00DA7400" w:rsidP="00D86A3D">
            <w:pPr>
              <w:tabs>
                <w:tab w:val="left" w:pos="888"/>
              </w:tabs>
              <w:spacing w:after="0" w:line="240" w:lineRule="auto"/>
              <w:rPr>
                <w:rFonts w:ascii="Times New Roman" w:eastAsia="Times New Roman" w:hAnsi="Times New Roman" w:cs="Times New Roman"/>
                <w:color w:val="000000"/>
                <w:w w:val="97"/>
                <w:sz w:val="24"/>
                <w:szCs w:val="24"/>
                <w:lang w:val="ru-RU"/>
              </w:rPr>
            </w:pPr>
            <w:r>
              <w:rPr>
                <w:rFonts w:ascii="Times New Roman" w:eastAsia="Times New Roman" w:hAnsi="Times New Roman" w:cs="Times New Roman"/>
                <w:color w:val="000000"/>
                <w:w w:val="97"/>
                <w:sz w:val="24"/>
                <w:szCs w:val="24"/>
              </w:rPr>
              <w:t>Educont</w:t>
            </w:r>
            <w:r>
              <w:rPr>
                <w:rFonts w:ascii="Times New Roman" w:eastAsia="Times New Roman" w:hAnsi="Times New Roman" w:cs="Times New Roman"/>
                <w:color w:val="000000"/>
                <w:w w:val="97"/>
                <w:sz w:val="24"/>
                <w:szCs w:val="24"/>
                <w:lang w:val="ru-RU"/>
              </w:rPr>
              <w:t>.</w:t>
            </w:r>
            <w:r>
              <w:rPr>
                <w:rFonts w:ascii="Times New Roman" w:eastAsia="Times New Roman" w:hAnsi="Times New Roman" w:cs="Times New Roman"/>
                <w:color w:val="000000"/>
                <w:w w:val="97"/>
                <w:sz w:val="24"/>
                <w:szCs w:val="24"/>
              </w:rPr>
              <w:t>ru</w:t>
            </w:r>
          </w:p>
          <w:p w:rsidR="00DA7400"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lang w:val="ru-RU"/>
              </w:rPr>
            </w:pPr>
            <w:r>
              <w:rPr>
                <w:rFonts w:ascii="Times New Roman" w:eastAsia="Times New Roman" w:hAnsi="Times New Roman" w:cs="Times New Roman"/>
                <w:color w:val="000000"/>
                <w:w w:val="97"/>
                <w:sz w:val="24"/>
                <w:szCs w:val="24"/>
                <w:lang w:val="ru-RU"/>
              </w:rPr>
              <w:t xml:space="preserve">Яндекс-учебник РЭШ </w:t>
            </w:r>
          </w:p>
          <w:p w:rsidR="00DA7400" w:rsidRPr="00425B0D" w:rsidRDefault="00DA7400" w:rsidP="00D86A3D">
            <w:pPr>
              <w:rPr>
                <w:rFonts w:ascii="Times New Roman" w:hAnsi="Times New Roman" w:cs="Times New Roman"/>
                <w:sz w:val="24"/>
                <w:szCs w:val="24"/>
                <w:lang w:val="ru-RU"/>
              </w:rPr>
            </w:pPr>
            <w:r>
              <w:rPr>
                <w:rFonts w:ascii="Times New Roman" w:eastAsia="Times New Roman" w:hAnsi="Times New Roman" w:cs="Times New Roman"/>
                <w:color w:val="000000"/>
                <w:w w:val="97"/>
                <w:sz w:val="24"/>
                <w:szCs w:val="24"/>
                <w:lang w:val="ru-RU"/>
              </w:rPr>
              <w:t>Учи.ру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42</w:t>
            </w:r>
          </w:p>
        </w:tc>
        <w:tc>
          <w:tcPr>
            <w:tcW w:w="4868" w:type="dxa"/>
          </w:tcPr>
          <w:p w:rsidR="00DA7400" w:rsidRPr="00244C85" w:rsidRDefault="00DA7400" w:rsidP="00D86A3D">
            <w:pPr>
              <w:rPr>
                <w:rFonts w:ascii="Times New Roman" w:hAnsi="Times New Roman" w:cs="Times New Roman"/>
                <w:sz w:val="24"/>
                <w:szCs w:val="24"/>
              </w:rPr>
            </w:pPr>
            <w:r w:rsidRPr="00EB12D6">
              <w:rPr>
                <w:rFonts w:ascii="Times New Roman" w:hAnsi="Times New Roman" w:cs="Times New Roman"/>
                <w:sz w:val="24"/>
                <w:szCs w:val="24"/>
                <w:lang w:val="ru-RU"/>
              </w:rPr>
              <w:t xml:space="preserve">Решение текстовых задач арифметическим способом. </w:t>
            </w:r>
            <w:r w:rsidRPr="00244C85">
              <w:rPr>
                <w:rFonts w:ascii="Times New Roman" w:hAnsi="Times New Roman" w:cs="Times New Roman"/>
                <w:sz w:val="24"/>
                <w:szCs w:val="24"/>
              </w:rPr>
              <w:t>Задача (условие, вопрос).</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val="restart"/>
          </w:tcPr>
          <w:p w:rsidR="00DA7400" w:rsidRPr="00A53168" w:rsidRDefault="00DA7400" w:rsidP="00D86A3D">
            <w:pPr>
              <w:tabs>
                <w:tab w:val="left" w:pos="4"/>
                <w:tab w:val="left" w:pos="288"/>
                <w:tab w:val="left" w:pos="430"/>
              </w:tabs>
              <w:spacing w:after="0" w:line="240" w:lineRule="auto"/>
              <w:ind w:firstLine="181"/>
              <w:rPr>
                <w:rFonts w:ascii="Times New Roman" w:hAnsi="Times New Roman" w:cs="Times New Roman"/>
                <w:sz w:val="24"/>
                <w:szCs w:val="24"/>
              </w:rPr>
            </w:pPr>
            <w:r w:rsidRPr="00A53168">
              <w:rPr>
                <w:rFonts w:ascii="Times New Roman" w:hAnsi="Times New Roman" w:cs="Times New Roman"/>
                <w:sz w:val="24"/>
                <w:szCs w:val="24"/>
                <w:lang w:val="ru-RU"/>
              </w:rPr>
              <w:t xml:space="preserve">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 Умеющий оценивать поступки с позиции их соответствия нравственным нормам, осознающий ответственность за свои поступки. </w:t>
            </w:r>
            <w:r w:rsidRPr="00A53168">
              <w:rPr>
                <w:rFonts w:ascii="Times New Roman" w:hAnsi="Times New Roman" w:cs="Times New Roman"/>
                <w:sz w:val="24"/>
                <w:szCs w:val="24"/>
                <w:lang w:val="ru-RU"/>
              </w:rPr>
              <w:lastRenderedPageBreak/>
              <w:t xml:space="preserve">Проявляющий стремление к самовыражению в разных видах художественной деятельности, искусстве. Сознающий и половую принадлежность, соответствующие ей психофизические и поведенческие особенности с учётом возраста.   </w:t>
            </w:r>
            <w:r w:rsidRPr="00A53168">
              <w:rPr>
                <w:rFonts w:ascii="Times New Roman" w:hAnsi="Times New Roman" w:cs="Times New Roman"/>
                <w:sz w:val="24"/>
                <w:szCs w:val="24"/>
              </w:rPr>
              <w:t>Проявляющий интерес к разным профессиям.</w:t>
            </w:r>
          </w:p>
        </w:tc>
        <w:tc>
          <w:tcPr>
            <w:tcW w:w="3828" w:type="dxa"/>
          </w:tcPr>
          <w:p w:rsidR="00DA7400" w:rsidRPr="00A5316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lastRenderedPageBreak/>
              <w:t>Educont</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A5316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A5316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A5316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43</w:t>
            </w:r>
          </w:p>
        </w:tc>
        <w:tc>
          <w:tcPr>
            <w:tcW w:w="4868" w:type="dxa"/>
          </w:tcPr>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Решение текстовых задач арифметическим способом. Составление задач на сложение и вычитание по рисунку.</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A5316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A5316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A5316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A5316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8E75F7"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44</w:t>
            </w:r>
          </w:p>
        </w:tc>
        <w:tc>
          <w:tcPr>
            <w:tcW w:w="4868" w:type="dxa"/>
          </w:tcPr>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Таблица сложения. Таблицы сложения и вычитания с числом 2.</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val="restart"/>
          </w:tcPr>
          <w:p w:rsidR="00DA7400" w:rsidRPr="00A53168" w:rsidRDefault="00DA7400" w:rsidP="00D86A3D">
            <w:pPr>
              <w:rPr>
                <w:rFonts w:ascii="Times New Roman" w:hAnsi="Times New Roman" w:cs="Times New Roman"/>
                <w:sz w:val="24"/>
                <w:szCs w:val="24"/>
                <w:lang w:val="ru-RU"/>
              </w:rPr>
            </w:pPr>
            <w:r w:rsidRPr="00A53168">
              <w:rPr>
                <w:rFonts w:ascii="Times New Roman" w:hAnsi="Times New Roman" w:cs="Times New Roman"/>
                <w:sz w:val="24"/>
                <w:szCs w:val="24"/>
                <w:lang w:val="ru-RU"/>
              </w:rPr>
              <w:t>Сознающий ценность каждой человеческой жизни, признающий индивидуальность и достоинство каждого человека.                 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 Проявляющий интерес и уважение к отечественной и мировой художественной культуре. Имеющий первоначальные представления о правах и ответственности человека в обществе, гражданских правах и обязанностях.                            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tc>
        <w:tc>
          <w:tcPr>
            <w:tcW w:w="3828" w:type="dxa"/>
          </w:tcPr>
          <w:p w:rsidR="00DA7400" w:rsidRDefault="00DA7400" w:rsidP="00D86A3D">
            <w:pPr>
              <w:tabs>
                <w:tab w:val="left" w:pos="888"/>
              </w:tabs>
              <w:spacing w:after="0" w:line="240" w:lineRule="auto"/>
              <w:rPr>
                <w:rFonts w:ascii="Times New Roman" w:eastAsia="Times New Roman" w:hAnsi="Times New Roman" w:cs="Times New Roman"/>
                <w:color w:val="000000"/>
                <w:w w:val="97"/>
                <w:sz w:val="24"/>
                <w:szCs w:val="24"/>
                <w:lang w:val="ru-RU"/>
              </w:rPr>
            </w:pPr>
            <w:r>
              <w:rPr>
                <w:rFonts w:ascii="Times New Roman" w:eastAsia="Times New Roman" w:hAnsi="Times New Roman" w:cs="Times New Roman"/>
                <w:color w:val="000000"/>
                <w:w w:val="97"/>
                <w:sz w:val="24"/>
                <w:szCs w:val="24"/>
              </w:rPr>
              <w:t>Educont</w:t>
            </w:r>
            <w:r>
              <w:rPr>
                <w:rFonts w:ascii="Times New Roman" w:eastAsia="Times New Roman" w:hAnsi="Times New Roman" w:cs="Times New Roman"/>
                <w:color w:val="000000"/>
                <w:w w:val="97"/>
                <w:sz w:val="24"/>
                <w:szCs w:val="24"/>
                <w:lang w:val="ru-RU"/>
              </w:rPr>
              <w:t>.</w:t>
            </w:r>
            <w:r>
              <w:rPr>
                <w:rFonts w:ascii="Times New Roman" w:eastAsia="Times New Roman" w:hAnsi="Times New Roman" w:cs="Times New Roman"/>
                <w:color w:val="000000"/>
                <w:w w:val="97"/>
                <w:sz w:val="24"/>
                <w:szCs w:val="24"/>
              </w:rPr>
              <w:t>ru</w:t>
            </w:r>
          </w:p>
          <w:p w:rsidR="00DA7400"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lang w:val="ru-RU"/>
              </w:rPr>
            </w:pPr>
            <w:r>
              <w:rPr>
                <w:rFonts w:ascii="Times New Roman" w:eastAsia="Times New Roman" w:hAnsi="Times New Roman" w:cs="Times New Roman"/>
                <w:color w:val="000000"/>
                <w:w w:val="97"/>
                <w:sz w:val="24"/>
                <w:szCs w:val="24"/>
                <w:lang w:val="ru-RU"/>
              </w:rPr>
              <w:t xml:space="preserve">Яндекс-учебник РЭШ </w:t>
            </w:r>
          </w:p>
          <w:p w:rsidR="00DA7400" w:rsidRPr="000B0CB4" w:rsidRDefault="00DA7400" w:rsidP="00D86A3D">
            <w:pPr>
              <w:rPr>
                <w:rFonts w:ascii="Times New Roman" w:hAnsi="Times New Roman" w:cs="Times New Roman"/>
                <w:sz w:val="24"/>
                <w:szCs w:val="24"/>
                <w:lang w:val="ru-RU"/>
              </w:rPr>
            </w:pPr>
            <w:r>
              <w:rPr>
                <w:rFonts w:ascii="Times New Roman" w:eastAsia="Times New Roman" w:hAnsi="Times New Roman" w:cs="Times New Roman"/>
                <w:color w:val="000000"/>
                <w:w w:val="97"/>
                <w:sz w:val="24"/>
                <w:szCs w:val="24"/>
                <w:lang w:val="ru-RU"/>
              </w:rPr>
              <w:t>Учи.ру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45</w:t>
            </w:r>
          </w:p>
        </w:tc>
        <w:tc>
          <w:tcPr>
            <w:tcW w:w="4868" w:type="dxa"/>
          </w:tcPr>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Сложение, вычитание. Присчитывание и отсчитывание по 2.</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A5316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A5316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A5316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A5316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46</w:t>
            </w:r>
          </w:p>
        </w:tc>
        <w:tc>
          <w:tcPr>
            <w:tcW w:w="4868" w:type="dxa"/>
          </w:tcPr>
          <w:p w:rsidR="00DA7400" w:rsidRPr="00244C85" w:rsidRDefault="00DA7400" w:rsidP="00D86A3D">
            <w:pPr>
              <w:rPr>
                <w:rFonts w:ascii="Times New Roman" w:hAnsi="Times New Roman" w:cs="Times New Roman"/>
                <w:sz w:val="24"/>
                <w:szCs w:val="24"/>
              </w:rPr>
            </w:pPr>
            <w:r w:rsidRPr="00EB12D6">
              <w:rPr>
                <w:rFonts w:ascii="Times New Roman" w:hAnsi="Times New Roman" w:cs="Times New Roman"/>
                <w:sz w:val="24"/>
                <w:szCs w:val="24"/>
                <w:lang w:val="ru-RU"/>
              </w:rPr>
              <w:t xml:space="preserve">Решение текстовых задач арифметическим способом.  Задачи, содержащие отношения «больше (меньше) на…». </w:t>
            </w:r>
            <w:r w:rsidRPr="00244C85">
              <w:rPr>
                <w:rFonts w:ascii="Times New Roman" w:hAnsi="Times New Roman" w:cs="Times New Roman"/>
                <w:sz w:val="24"/>
                <w:szCs w:val="24"/>
              </w:rPr>
              <w:t xml:space="preserve">Задачи на </w:t>
            </w:r>
            <w:r w:rsidRPr="00244C85">
              <w:rPr>
                <w:rFonts w:ascii="Times New Roman" w:hAnsi="Times New Roman" w:cs="Times New Roman"/>
                <w:sz w:val="24"/>
                <w:szCs w:val="24"/>
              </w:rPr>
              <w:lastRenderedPageBreak/>
              <w:t>увеличение числа (уменьшение) на несколько единиц.</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lastRenderedPageBreak/>
              <w:t>1</w:t>
            </w:r>
          </w:p>
        </w:tc>
        <w:tc>
          <w:tcPr>
            <w:tcW w:w="5103" w:type="dxa"/>
            <w:vMerge w:val="restart"/>
          </w:tcPr>
          <w:p w:rsidR="00DA7400" w:rsidRPr="00A53168" w:rsidRDefault="00DA7400" w:rsidP="00D86A3D">
            <w:pPr>
              <w:tabs>
                <w:tab w:val="left" w:pos="4"/>
                <w:tab w:val="left" w:pos="288"/>
                <w:tab w:val="left" w:pos="430"/>
              </w:tabs>
              <w:spacing w:after="0" w:line="240" w:lineRule="auto"/>
              <w:ind w:firstLine="181"/>
              <w:rPr>
                <w:rFonts w:ascii="Times New Roman" w:hAnsi="Times New Roman" w:cs="Times New Roman"/>
                <w:sz w:val="24"/>
                <w:szCs w:val="24"/>
              </w:rPr>
            </w:pPr>
            <w:r w:rsidRPr="00A53168">
              <w:rPr>
                <w:rFonts w:ascii="Times New Roman" w:hAnsi="Times New Roman" w:cs="Times New Roman"/>
                <w:sz w:val="24"/>
                <w:szCs w:val="24"/>
                <w:lang w:val="ru-RU"/>
              </w:rPr>
              <w:t xml:space="preserve">Понимающий значение гражданских символов (государственная символика России, своего региона), праздников, мест почитания </w:t>
            </w:r>
            <w:r w:rsidRPr="00A53168">
              <w:rPr>
                <w:rFonts w:ascii="Times New Roman" w:hAnsi="Times New Roman" w:cs="Times New Roman"/>
                <w:sz w:val="24"/>
                <w:szCs w:val="24"/>
                <w:lang w:val="ru-RU"/>
              </w:rPr>
              <w:lastRenderedPageBreak/>
              <w:t xml:space="preserve">героев и защитников Отечества, проявляющий к ним уважение. Умеющий оценивать поступки с позиции их соответствия нравственным нормам, осознающий ответственность за свои поступки. Проявляющий стремление к самовыражению в разных видах художественной деятельности, искусстве. Сознающий и половую принадлежность, соответствующие ей психофизические и поведенческие особенности с учётом возраста.   </w:t>
            </w:r>
            <w:r w:rsidRPr="00A53168">
              <w:rPr>
                <w:rFonts w:ascii="Times New Roman" w:hAnsi="Times New Roman" w:cs="Times New Roman"/>
                <w:sz w:val="24"/>
                <w:szCs w:val="24"/>
              </w:rPr>
              <w:t>Проявляющий интерес к разным профессиям.</w:t>
            </w:r>
          </w:p>
        </w:tc>
        <w:tc>
          <w:tcPr>
            <w:tcW w:w="3828" w:type="dxa"/>
          </w:tcPr>
          <w:p w:rsidR="00DA7400" w:rsidRPr="00A5316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lastRenderedPageBreak/>
              <w:t>Educont</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A5316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A5316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A5316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47</w:t>
            </w:r>
          </w:p>
        </w:tc>
        <w:tc>
          <w:tcPr>
            <w:tcW w:w="4868" w:type="dxa"/>
          </w:tcPr>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Решение текстовых задач арифметическим способом. Закрепление по теме: «Задачи, содержащие отношения «больше (меньше) на…».»</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A5316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A5316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A5316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A5316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8E75F7"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48-49</w:t>
            </w:r>
          </w:p>
        </w:tc>
        <w:tc>
          <w:tcPr>
            <w:tcW w:w="4868" w:type="dxa"/>
          </w:tcPr>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 xml:space="preserve">Сложение и вычитание. Закрепление по теме: «Сложение и вычитание с числами 1 и 2». </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2</w:t>
            </w:r>
          </w:p>
        </w:tc>
        <w:tc>
          <w:tcPr>
            <w:tcW w:w="5103" w:type="dxa"/>
            <w:vMerge w:val="restart"/>
          </w:tcPr>
          <w:p w:rsidR="00DA7400" w:rsidRPr="00A53168" w:rsidRDefault="00DA7400" w:rsidP="00D86A3D">
            <w:pPr>
              <w:rPr>
                <w:rFonts w:ascii="Times New Roman" w:hAnsi="Times New Roman" w:cs="Times New Roman"/>
                <w:sz w:val="24"/>
                <w:szCs w:val="24"/>
                <w:lang w:val="ru-RU"/>
              </w:rPr>
            </w:pPr>
            <w:r w:rsidRPr="00A53168">
              <w:rPr>
                <w:rFonts w:ascii="Times New Roman" w:hAnsi="Times New Roman" w:cs="Times New Roman"/>
                <w:sz w:val="24"/>
                <w:szCs w:val="24"/>
                <w:lang w:val="ru-RU"/>
              </w:rPr>
              <w:t>Сознающий ценность каждой человеческой жизни, признающий индивидуальность и достоинство каждого человека.                 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 Проявляющий интерес и уважение к отечественной и мировой художественной культуре. Имеющий первоначальные представления о правах и ответственности человека в обществе, гражданских правах и обязанностях.                            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tc>
        <w:tc>
          <w:tcPr>
            <w:tcW w:w="3828" w:type="dxa"/>
          </w:tcPr>
          <w:p w:rsidR="00DA7400" w:rsidRDefault="00DA7400" w:rsidP="00D86A3D">
            <w:pPr>
              <w:tabs>
                <w:tab w:val="left" w:pos="888"/>
              </w:tabs>
              <w:spacing w:after="0" w:line="240" w:lineRule="auto"/>
              <w:rPr>
                <w:rFonts w:ascii="Times New Roman" w:eastAsia="Times New Roman" w:hAnsi="Times New Roman" w:cs="Times New Roman"/>
                <w:color w:val="000000"/>
                <w:w w:val="97"/>
                <w:sz w:val="24"/>
                <w:szCs w:val="24"/>
                <w:lang w:val="ru-RU"/>
              </w:rPr>
            </w:pPr>
            <w:r>
              <w:rPr>
                <w:rFonts w:ascii="Times New Roman" w:eastAsia="Times New Roman" w:hAnsi="Times New Roman" w:cs="Times New Roman"/>
                <w:color w:val="000000"/>
                <w:w w:val="97"/>
                <w:sz w:val="24"/>
                <w:szCs w:val="24"/>
              </w:rPr>
              <w:t>Educont</w:t>
            </w:r>
            <w:r>
              <w:rPr>
                <w:rFonts w:ascii="Times New Roman" w:eastAsia="Times New Roman" w:hAnsi="Times New Roman" w:cs="Times New Roman"/>
                <w:color w:val="000000"/>
                <w:w w:val="97"/>
                <w:sz w:val="24"/>
                <w:szCs w:val="24"/>
                <w:lang w:val="ru-RU"/>
              </w:rPr>
              <w:t>.</w:t>
            </w:r>
            <w:r>
              <w:rPr>
                <w:rFonts w:ascii="Times New Roman" w:eastAsia="Times New Roman" w:hAnsi="Times New Roman" w:cs="Times New Roman"/>
                <w:color w:val="000000"/>
                <w:w w:val="97"/>
                <w:sz w:val="24"/>
                <w:szCs w:val="24"/>
              </w:rPr>
              <w:t>ru</w:t>
            </w:r>
          </w:p>
          <w:p w:rsidR="00DA7400"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lang w:val="ru-RU"/>
              </w:rPr>
            </w:pPr>
            <w:r>
              <w:rPr>
                <w:rFonts w:ascii="Times New Roman" w:eastAsia="Times New Roman" w:hAnsi="Times New Roman" w:cs="Times New Roman"/>
                <w:color w:val="000000"/>
                <w:w w:val="97"/>
                <w:sz w:val="24"/>
                <w:szCs w:val="24"/>
                <w:lang w:val="ru-RU"/>
              </w:rPr>
              <w:t xml:space="preserve">Яндекс-учебник РЭШ </w:t>
            </w:r>
          </w:p>
          <w:p w:rsidR="00DA7400" w:rsidRPr="00A53168" w:rsidRDefault="00DA7400" w:rsidP="00D86A3D">
            <w:pPr>
              <w:rPr>
                <w:rFonts w:ascii="Times New Roman" w:hAnsi="Times New Roman" w:cs="Times New Roman"/>
                <w:sz w:val="24"/>
                <w:szCs w:val="24"/>
                <w:lang w:val="ru-RU"/>
              </w:rPr>
            </w:pPr>
            <w:r>
              <w:rPr>
                <w:rFonts w:ascii="Times New Roman" w:eastAsia="Times New Roman" w:hAnsi="Times New Roman" w:cs="Times New Roman"/>
                <w:color w:val="000000"/>
                <w:w w:val="97"/>
                <w:sz w:val="24"/>
                <w:szCs w:val="24"/>
                <w:lang w:val="ru-RU"/>
              </w:rPr>
              <w:t>Учи.ру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50</w:t>
            </w:r>
          </w:p>
        </w:tc>
        <w:tc>
          <w:tcPr>
            <w:tcW w:w="4868" w:type="dxa"/>
          </w:tcPr>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 xml:space="preserve">Арифметические действия. Сложение и вычитание вида   </w:t>
            </w:r>
            <w:r w:rsidRPr="00244C85">
              <w:rPr>
                <w:rFonts w:ascii="Times New Roman" w:hAnsi="Times New Roman" w:cs="Times New Roman"/>
                <w:sz w:val="24"/>
                <w:szCs w:val="24"/>
              </w:rPr>
              <w:t></w:t>
            </w:r>
            <w:r w:rsidRPr="00EB12D6">
              <w:rPr>
                <w:rFonts w:ascii="Times New Roman" w:hAnsi="Times New Roman" w:cs="Times New Roman"/>
                <w:sz w:val="24"/>
                <w:szCs w:val="24"/>
                <w:lang w:val="ru-RU"/>
              </w:rPr>
              <w:t xml:space="preserve">  +</w:t>
            </w:r>
            <w:proofErr w:type="gramStart"/>
            <w:r w:rsidRPr="00EB12D6">
              <w:rPr>
                <w:rFonts w:ascii="Times New Roman" w:hAnsi="Times New Roman" w:cs="Times New Roman"/>
                <w:sz w:val="24"/>
                <w:szCs w:val="24"/>
                <w:lang w:val="ru-RU"/>
              </w:rPr>
              <w:t xml:space="preserve">3,  </w:t>
            </w:r>
            <w:r w:rsidRPr="00244C85">
              <w:rPr>
                <w:rFonts w:ascii="Times New Roman" w:hAnsi="Times New Roman" w:cs="Times New Roman"/>
                <w:sz w:val="24"/>
                <w:szCs w:val="24"/>
              </w:rPr>
              <w:t></w:t>
            </w:r>
            <w:r w:rsidRPr="00EB12D6">
              <w:rPr>
                <w:rFonts w:ascii="Times New Roman" w:hAnsi="Times New Roman" w:cs="Times New Roman"/>
                <w:sz w:val="24"/>
                <w:szCs w:val="24"/>
                <w:lang w:val="ru-RU"/>
              </w:rPr>
              <w:t xml:space="preserve"> </w:t>
            </w:r>
            <w:proofErr w:type="gramEnd"/>
            <w:r w:rsidRPr="00EB12D6">
              <w:rPr>
                <w:rFonts w:ascii="Times New Roman" w:hAnsi="Times New Roman" w:cs="Times New Roman"/>
                <w:sz w:val="24"/>
                <w:szCs w:val="24"/>
                <w:lang w:val="ru-RU"/>
              </w:rPr>
              <w:t xml:space="preserve">-3. </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A5316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A5316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A5316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A5316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51</w:t>
            </w:r>
          </w:p>
        </w:tc>
        <w:tc>
          <w:tcPr>
            <w:tcW w:w="4868" w:type="dxa"/>
          </w:tcPr>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Сложение, вычитание. Сложение и вычитание числа 3.</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A5316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A5316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A5316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A5316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lastRenderedPageBreak/>
              <w:t>52</w:t>
            </w:r>
          </w:p>
        </w:tc>
        <w:tc>
          <w:tcPr>
            <w:tcW w:w="4868" w:type="dxa"/>
          </w:tcPr>
          <w:p w:rsidR="00DA7400" w:rsidRPr="00244C85" w:rsidRDefault="00DA7400" w:rsidP="00D86A3D">
            <w:pPr>
              <w:rPr>
                <w:rFonts w:ascii="Times New Roman" w:hAnsi="Times New Roman" w:cs="Times New Roman"/>
                <w:sz w:val="24"/>
                <w:szCs w:val="24"/>
              </w:rPr>
            </w:pPr>
            <w:r w:rsidRPr="00EB12D6">
              <w:rPr>
                <w:rFonts w:ascii="Times New Roman" w:hAnsi="Times New Roman" w:cs="Times New Roman"/>
                <w:sz w:val="24"/>
                <w:szCs w:val="24"/>
                <w:lang w:val="ru-RU"/>
              </w:rPr>
              <w:t xml:space="preserve">Решение задач арифметическим способом. </w:t>
            </w:r>
            <w:proofErr w:type="gramStart"/>
            <w:r w:rsidRPr="00EB12D6">
              <w:rPr>
                <w:rFonts w:ascii="Times New Roman" w:hAnsi="Times New Roman" w:cs="Times New Roman"/>
                <w:sz w:val="24"/>
                <w:szCs w:val="24"/>
                <w:lang w:val="ru-RU"/>
              </w:rPr>
              <w:t>Закрепление  по</w:t>
            </w:r>
            <w:proofErr w:type="gramEnd"/>
            <w:r w:rsidRPr="00EB12D6">
              <w:rPr>
                <w:rFonts w:ascii="Times New Roman" w:hAnsi="Times New Roman" w:cs="Times New Roman"/>
                <w:sz w:val="24"/>
                <w:szCs w:val="24"/>
                <w:lang w:val="ru-RU"/>
              </w:rPr>
              <w:t xml:space="preserve"> теме : « Сложение и вычитание числа 3. </w:t>
            </w:r>
            <w:r w:rsidRPr="00244C85">
              <w:rPr>
                <w:rFonts w:ascii="Times New Roman" w:hAnsi="Times New Roman" w:cs="Times New Roman"/>
                <w:sz w:val="24"/>
                <w:szCs w:val="24"/>
              </w:rPr>
              <w:t>Сравнение длин отрезков.»</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tcPr>
          <w:p w:rsidR="00DA7400" w:rsidRPr="00A53168" w:rsidRDefault="00DA7400" w:rsidP="00D86A3D">
            <w:pPr>
              <w:tabs>
                <w:tab w:val="left" w:pos="4"/>
                <w:tab w:val="left" w:pos="288"/>
                <w:tab w:val="left" w:pos="430"/>
              </w:tabs>
              <w:spacing w:after="0" w:line="240" w:lineRule="auto"/>
              <w:ind w:firstLine="181"/>
              <w:rPr>
                <w:rFonts w:ascii="Times New Roman" w:hAnsi="Times New Roman" w:cs="Times New Roman"/>
                <w:sz w:val="24"/>
                <w:szCs w:val="24"/>
              </w:rPr>
            </w:pPr>
            <w:r w:rsidRPr="00A53168">
              <w:rPr>
                <w:rFonts w:ascii="Times New Roman" w:hAnsi="Times New Roman" w:cs="Times New Roman"/>
                <w:sz w:val="24"/>
                <w:szCs w:val="24"/>
                <w:lang w:val="ru-RU"/>
              </w:rPr>
              <w:t xml:space="preserve">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 Умеющий оценивать поступки с позиции их соответствия нравственным нормам, осознающий ответственность за свои поступки. Проявляющий стремление к самовыражению в разных видах художественной деятельности, искусстве. Сознающий и половую принадлежность, соответствующие ей психофизические и поведенческие особенности с учётом возраста.   </w:t>
            </w:r>
            <w:r w:rsidRPr="00A53168">
              <w:rPr>
                <w:rFonts w:ascii="Times New Roman" w:hAnsi="Times New Roman" w:cs="Times New Roman"/>
                <w:sz w:val="24"/>
                <w:szCs w:val="24"/>
              </w:rPr>
              <w:t>Проявляющий интерес к разным профессиям.</w:t>
            </w:r>
          </w:p>
        </w:tc>
        <w:tc>
          <w:tcPr>
            <w:tcW w:w="3828" w:type="dxa"/>
          </w:tcPr>
          <w:p w:rsidR="00DA7400" w:rsidRPr="00A5316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A5316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A5316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A5316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8E75F7"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53</w:t>
            </w:r>
          </w:p>
        </w:tc>
        <w:tc>
          <w:tcPr>
            <w:tcW w:w="4868" w:type="dxa"/>
          </w:tcPr>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Таблица сложения. Таблицы сложения и вычитания с числом 3.</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val="restart"/>
          </w:tcPr>
          <w:p w:rsidR="00DA7400" w:rsidRPr="00A53168" w:rsidRDefault="00DA7400" w:rsidP="00D86A3D">
            <w:pPr>
              <w:rPr>
                <w:rFonts w:ascii="Times New Roman" w:hAnsi="Times New Roman" w:cs="Times New Roman"/>
                <w:sz w:val="24"/>
                <w:szCs w:val="24"/>
                <w:lang w:val="ru-RU"/>
              </w:rPr>
            </w:pPr>
            <w:r w:rsidRPr="00A53168">
              <w:rPr>
                <w:rFonts w:ascii="Times New Roman" w:hAnsi="Times New Roman" w:cs="Times New Roman"/>
                <w:sz w:val="24"/>
                <w:szCs w:val="24"/>
                <w:lang w:val="ru-RU"/>
              </w:rPr>
              <w:t xml:space="preserve">Сознающий ценность каждой человеческой жизни, признающий индивидуальность и достоинство каждого человека.                 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 Проявляющий интерес и уважение к отечественной и мировой художественной культуре. Имеющий первоначальные представления о правах и ответственности человека в обществе, гражданских правах и обязанностях.                            Обладающий первоначальными представлениями о природных и социальных объектах, многообразии объектов и явлений </w:t>
            </w:r>
            <w:r w:rsidRPr="00A53168">
              <w:rPr>
                <w:rFonts w:ascii="Times New Roman" w:hAnsi="Times New Roman" w:cs="Times New Roman"/>
                <w:sz w:val="24"/>
                <w:szCs w:val="24"/>
                <w:lang w:val="ru-RU"/>
              </w:rPr>
              <w:lastRenderedPageBreak/>
              <w:t>природы, связи живой и неживой природы, о науке, научном знании.</w:t>
            </w:r>
          </w:p>
        </w:tc>
        <w:tc>
          <w:tcPr>
            <w:tcW w:w="3828" w:type="dxa"/>
          </w:tcPr>
          <w:p w:rsidR="00DA7400" w:rsidRDefault="00DA7400" w:rsidP="00D86A3D">
            <w:pPr>
              <w:tabs>
                <w:tab w:val="left" w:pos="888"/>
              </w:tabs>
              <w:spacing w:after="0" w:line="240" w:lineRule="auto"/>
              <w:rPr>
                <w:rFonts w:ascii="Times New Roman" w:eastAsia="Times New Roman" w:hAnsi="Times New Roman" w:cs="Times New Roman"/>
                <w:color w:val="000000"/>
                <w:w w:val="97"/>
                <w:sz w:val="24"/>
                <w:szCs w:val="24"/>
                <w:lang w:val="ru-RU"/>
              </w:rPr>
            </w:pPr>
            <w:r>
              <w:rPr>
                <w:rFonts w:ascii="Times New Roman" w:eastAsia="Times New Roman" w:hAnsi="Times New Roman" w:cs="Times New Roman"/>
                <w:color w:val="000000"/>
                <w:w w:val="97"/>
                <w:sz w:val="24"/>
                <w:szCs w:val="24"/>
              </w:rPr>
              <w:lastRenderedPageBreak/>
              <w:t>Educont</w:t>
            </w:r>
            <w:r>
              <w:rPr>
                <w:rFonts w:ascii="Times New Roman" w:eastAsia="Times New Roman" w:hAnsi="Times New Roman" w:cs="Times New Roman"/>
                <w:color w:val="000000"/>
                <w:w w:val="97"/>
                <w:sz w:val="24"/>
                <w:szCs w:val="24"/>
                <w:lang w:val="ru-RU"/>
              </w:rPr>
              <w:t>.</w:t>
            </w:r>
            <w:r>
              <w:rPr>
                <w:rFonts w:ascii="Times New Roman" w:eastAsia="Times New Roman" w:hAnsi="Times New Roman" w:cs="Times New Roman"/>
                <w:color w:val="000000"/>
                <w:w w:val="97"/>
                <w:sz w:val="24"/>
                <w:szCs w:val="24"/>
              </w:rPr>
              <w:t>ru</w:t>
            </w:r>
          </w:p>
          <w:p w:rsidR="00DA7400"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lang w:val="ru-RU"/>
              </w:rPr>
            </w:pPr>
            <w:r>
              <w:rPr>
                <w:rFonts w:ascii="Times New Roman" w:eastAsia="Times New Roman" w:hAnsi="Times New Roman" w:cs="Times New Roman"/>
                <w:color w:val="000000"/>
                <w:w w:val="97"/>
                <w:sz w:val="24"/>
                <w:szCs w:val="24"/>
                <w:lang w:val="ru-RU"/>
              </w:rPr>
              <w:t xml:space="preserve">Яндекс-учебник РЭШ </w:t>
            </w:r>
          </w:p>
          <w:p w:rsidR="00DA7400" w:rsidRPr="000B0CB4" w:rsidRDefault="00DA7400" w:rsidP="00D86A3D">
            <w:pPr>
              <w:rPr>
                <w:rFonts w:ascii="Times New Roman" w:hAnsi="Times New Roman" w:cs="Times New Roman"/>
                <w:sz w:val="24"/>
                <w:szCs w:val="24"/>
                <w:lang w:val="ru-RU"/>
              </w:rPr>
            </w:pPr>
            <w:r>
              <w:rPr>
                <w:rFonts w:ascii="Times New Roman" w:eastAsia="Times New Roman" w:hAnsi="Times New Roman" w:cs="Times New Roman"/>
                <w:color w:val="000000"/>
                <w:w w:val="97"/>
                <w:sz w:val="24"/>
                <w:szCs w:val="24"/>
                <w:lang w:val="ru-RU"/>
              </w:rPr>
              <w:t>Учи.ру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54</w:t>
            </w:r>
          </w:p>
        </w:tc>
        <w:tc>
          <w:tcPr>
            <w:tcW w:w="4868" w:type="dxa"/>
          </w:tcPr>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Сложение, вычитание. Присчитывание и отсчитывание по 3.</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A5316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A5316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A5316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A5316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55</w:t>
            </w:r>
          </w:p>
        </w:tc>
        <w:tc>
          <w:tcPr>
            <w:tcW w:w="4868" w:type="dxa"/>
          </w:tcPr>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Решение текстовых задач арифметическим способом. Условие и вопрос текстовой задачи.</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val="restart"/>
          </w:tcPr>
          <w:p w:rsidR="00DA7400" w:rsidRPr="00A53168" w:rsidRDefault="00DA7400" w:rsidP="00D86A3D">
            <w:pPr>
              <w:tabs>
                <w:tab w:val="left" w:pos="4"/>
                <w:tab w:val="left" w:pos="288"/>
                <w:tab w:val="left" w:pos="430"/>
              </w:tabs>
              <w:spacing w:after="0" w:line="240" w:lineRule="auto"/>
              <w:ind w:firstLine="181"/>
              <w:rPr>
                <w:rFonts w:ascii="Times New Roman" w:hAnsi="Times New Roman" w:cs="Times New Roman"/>
                <w:sz w:val="24"/>
                <w:szCs w:val="24"/>
              </w:rPr>
            </w:pPr>
            <w:r w:rsidRPr="00A53168">
              <w:rPr>
                <w:rFonts w:ascii="Times New Roman" w:hAnsi="Times New Roman" w:cs="Times New Roman"/>
                <w:sz w:val="24"/>
                <w:szCs w:val="24"/>
                <w:lang w:val="ru-RU"/>
              </w:rPr>
              <w:t xml:space="preserve">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 Умеющий оценивать поступки с позиции их соответствия нравственным нормам, осознающий ответственность за свои поступки. Проявляющий стремление к самовыражению в разных видах художественной деятельности, искусстве. Сознающий и половую принадлежность, соответствующие ей психофизические и поведенческие особенности с учётом возраста.   </w:t>
            </w:r>
            <w:r w:rsidRPr="00A53168">
              <w:rPr>
                <w:rFonts w:ascii="Times New Roman" w:hAnsi="Times New Roman" w:cs="Times New Roman"/>
                <w:sz w:val="24"/>
                <w:szCs w:val="24"/>
              </w:rPr>
              <w:t>Проявляющий интерес к разным профессиям.</w:t>
            </w:r>
          </w:p>
        </w:tc>
        <w:tc>
          <w:tcPr>
            <w:tcW w:w="3828" w:type="dxa"/>
          </w:tcPr>
          <w:p w:rsidR="00DA7400" w:rsidRPr="00A5316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A5316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A5316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A5316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56</w:t>
            </w:r>
          </w:p>
        </w:tc>
        <w:tc>
          <w:tcPr>
            <w:tcW w:w="4868" w:type="dxa"/>
          </w:tcPr>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 xml:space="preserve">Решение </w:t>
            </w:r>
            <w:proofErr w:type="gramStart"/>
            <w:r w:rsidRPr="00EB12D6">
              <w:rPr>
                <w:rFonts w:ascii="Times New Roman" w:hAnsi="Times New Roman" w:cs="Times New Roman"/>
                <w:sz w:val="24"/>
                <w:szCs w:val="24"/>
                <w:lang w:val="ru-RU"/>
              </w:rPr>
              <w:t>текстовых  задач</w:t>
            </w:r>
            <w:proofErr w:type="gramEnd"/>
            <w:r w:rsidRPr="00EB12D6">
              <w:rPr>
                <w:rFonts w:ascii="Times New Roman" w:hAnsi="Times New Roman" w:cs="Times New Roman"/>
                <w:sz w:val="24"/>
                <w:szCs w:val="24"/>
                <w:lang w:val="ru-RU"/>
              </w:rPr>
              <w:t xml:space="preserve"> арифметическим способом.</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A5316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A5316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A5316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A5316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57</w:t>
            </w:r>
          </w:p>
        </w:tc>
        <w:tc>
          <w:tcPr>
            <w:tcW w:w="4868" w:type="dxa"/>
          </w:tcPr>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 xml:space="preserve">Закрепление по теме: «Решение </w:t>
            </w:r>
            <w:proofErr w:type="gramStart"/>
            <w:r w:rsidRPr="00EB12D6">
              <w:rPr>
                <w:rFonts w:ascii="Times New Roman" w:hAnsi="Times New Roman" w:cs="Times New Roman"/>
                <w:sz w:val="24"/>
                <w:szCs w:val="24"/>
                <w:lang w:val="ru-RU"/>
              </w:rPr>
              <w:t>текстовых  задач</w:t>
            </w:r>
            <w:proofErr w:type="gramEnd"/>
            <w:r w:rsidRPr="00EB12D6">
              <w:rPr>
                <w:rFonts w:ascii="Times New Roman" w:hAnsi="Times New Roman" w:cs="Times New Roman"/>
                <w:sz w:val="24"/>
                <w:szCs w:val="24"/>
                <w:lang w:val="ru-RU"/>
              </w:rPr>
              <w:t xml:space="preserve"> арифметическим способом». </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A5316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A5316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A5316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A5316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8E75F7"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58</w:t>
            </w:r>
          </w:p>
        </w:tc>
        <w:tc>
          <w:tcPr>
            <w:tcW w:w="4868" w:type="dxa"/>
          </w:tcPr>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Закрепление по теме: «Таблица сложения».</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val="restart"/>
          </w:tcPr>
          <w:p w:rsidR="00DA7400" w:rsidRPr="00A53168" w:rsidRDefault="00DA7400" w:rsidP="00D86A3D">
            <w:pPr>
              <w:rPr>
                <w:rFonts w:ascii="Times New Roman" w:hAnsi="Times New Roman" w:cs="Times New Roman"/>
                <w:sz w:val="24"/>
                <w:szCs w:val="24"/>
                <w:lang w:val="ru-RU"/>
              </w:rPr>
            </w:pPr>
            <w:r w:rsidRPr="00A53168">
              <w:rPr>
                <w:rFonts w:ascii="Times New Roman" w:hAnsi="Times New Roman" w:cs="Times New Roman"/>
                <w:sz w:val="24"/>
                <w:szCs w:val="24"/>
                <w:lang w:val="ru-RU"/>
              </w:rPr>
              <w:t xml:space="preserve">Сознающий ценность каждой человеческой жизни, признающий индивидуальность и достоинство каждого человека.                 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 Проявляющий интерес и уважение к отечественной и мировой художественной культуре. Имеющий первоначальные представления о правах и ответственности человека в обществе, гражданских правах и обязанностях.                            </w:t>
            </w:r>
            <w:r w:rsidRPr="00A53168">
              <w:rPr>
                <w:rFonts w:ascii="Times New Roman" w:hAnsi="Times New Roman" w:cs="Times New Roman"/>
                <w:sz w:val="24"/>
                <w:szCs w:val="24"/>
                <w:lang w:val="ru-RU"/>
              </w:rPr>
              <w:lastRenderedPageBreak/>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tc>
        <w:tc>
          <w:tcPr>
            <w:tcW w:w="3828" w:type="dxa"/>
          </w:tcPr>
          <w:p w:rsidR="00DA7400" w:rsidRDefault="00DA7400" w:rsidP="00D86A3D">
            <w:pPr>
              <w:tabs>
                <w:tab w:val="left" w:pos="888"/>
              </w:tabs>
              <w:spacing w:after="0" w:line="240" w:lineRule="auto"/>
              <w:rPr>
                <w:rFonts w:ascii="Times New Roman" w:eastAsia="Times New Roman" w:hAnsi="Times New Roman" w:cs="Times New Roman"/>
                <w:color w:val="000000"/>
                <w:w w:val="97"/>
                <w:sz w:val="24"/>
                <w:szCs w:val="24"/>
                <w:lang w:val="ru-RU"/>
              </w:rPr>
            </w:pPr>
            <w:r>
              <w:rPr>
                <w:rFonts w:ascii="Times New Roman" w:eastAsia="Times New Roman" w:hAnsi="Times New Roman" w:cs="Times New Roman"/>
                <w:color w:val="000000"/>
                <w:w w:val="97"/>
                <w:sz w:val="24"/>
                <w:szCs w:val="24"/>
              </w:rPr>
              <w:lastRenderedPageBreak/>
              <w:t>Educont</w:t>
            </w:r>
            <w:r>
              <w:rPr>
                <w:rFonts w:ascii="Times New Roman" w:eastAsia="Times New Roman" w:hAnsi="Times New Roman" w:cs="Times New Roman"/>
                <w:color w:val="000000"/>
                <w:w w:val="97"/>
                <w:sz w:val="24"/>
                <w:szCs w:val="24"/>
                <w:lang w:val="ru-RU"/>
              </w:rPr>
              <w:t>.</w:t>
            </w:r>
            <w:r>
              <w:rPr>
                <w:rFonts w:ascii="Times New Roman" w:eastAsia="Times New Roman" w:hAnsi="Times New Roman" w:cs="Times New Roman"/>
                <w:color w:val="000000"/>
                <w:w w:val="97"/>
                <w:sz w:val="24"/>
                <w:szCs w:val="24"/>
              </w:rPr>
              <w:t>ru</w:t>
            </w:r>
          </w:p>
          <w:p w:rsidR="00DA7400"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lang w:val="ru-RU"/>
              </w:rPr>
            </w:pPr>
            <w:r>
              <w:rPr>
                <w:rFonts w:ascii="Times New Roman" w:eastAsia="Times New Roman" w:hAnsi="Times New Roman" w:cs="Times New Roman"/>
                <w:color w:val="000000"/>
                <w:w w:val="97"/>
                <w:sz w:val="24"/>
                <w:szCs w:val="24"/>
                <w:lang w:val="ru-RU"/>
              </w:rPr>
              <w:t xml:space="preserve">Яндекс-учебник РЭШ </w:t>
            </w:r>
          </w:p>
          <w:p w:rsidR="00DA7400" w:rsidRPr="00A53168" w:rsidRDefault="00DA7400" w:rsidP="00D86A3D">
            <w:pPr>
              <w:rPr>
                <w:rFonts w:ascii="Times New Roman" w:hAnsi="Times New Roman" w:cs="Times New Roman"/>
                <w:sz w:val="24"/>
                <w:szCs w:val="24"/>
                <w:lang w:val="ru-RU"/>
              </w:rPr>
            </w:pPr>
            <w:r>
              <w:rPr>
                <w:rFonts w:ascii="Times New Roman" w:eastAsia="Times New Roman" w:hAnsi="Times New Roman" w:cs="Times New Roman"/>
                <w:color w:val="000000"/>
                <w:w w:val="97"/>
                <w:sz w:val="24"/>
                <w:szCs w:val="24"/>
                <w:lang w:val="ru-RU"/>
              </w:rPr>
              <w:t>Учи.ру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59</w:t>
            </w:r>
          </w:p>
        </w:tc>
        <w:tc>
          <w:tcPr>
            <w:tcW w:w="4868" w:type="dxa"/>
          </w:tcPr>
          <w:p w:rsidR="00DA7400" w:rsidRPr="00244C85" w:rsidRDefault="00DA7400" w:rsidP="00D86A3D">
            <w:pPr>
              <w:rPr>
                <w:rFonts w:ascii="Times New Roman" w:hAnsi="Times New Roman" w:cs="Times New Roman"/>
                <w:sz w:val="24"/>
                <w:szCs w:val="24"/>
              </w:rPr>
            </w:pPr>
            <w:proofErr w:type="gramStart"/>
            <w:r w:rsidRPr="00244C85">
              <w:rPr>
                <w:rFonts w:ascii="Times New Roman" w:hAnsi="Times New Roman" w:cs="Times New Roman"/>
                <w:sz w:val="24"/>
                <w:szCs w:val="24"/>
              </w:rPr>
              <w:t>Сложение  однозначных</w:t>
            </w:r>
            <w:proofErr w:type="gramEnd"/>
            <w:r w:rsidRPr="00244C85">
              <w:rPr>
                <w:rFonts w:ascii="Times New Roman" w:hAnsi="Times New Roman" w:cs="Times New Roman"/>
                <w:sz w:val="24"/>
                <w:szCs w:val="24"/>
              </w:rPr>
              <w:t xml:space="preserve"> чисел.</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A5316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A5316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A5316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A5316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60</w:t>
            </w:r>
          </w:p>
        </w:tc>
        <w:tc>
          <w:tcPr>
            <w:tcW w:w="4868" w:type="dxa"/>
          </w:tcPr>
          <w:p w:rsidR="00DA7400" w:rsidRPr="00244C85" w:rsidRDefault="00DA7400" w:rsidP="00D86A3D">
            <w:pPr>
              <w:rPr>
                <w:rFonts w:ascii="Times New Roman" w:hAnsi="Times New Roman" w:cs="Times New Roman"/>
                <w:sz w:val="24"/>
                <w:szCs w:val="24"/>
              </w:rPr>
            </w:pPr>
            <w:r w:rsidRPr="00EB12D6">
              <w:rPr>
                <w:rFonts w:ascii="Times New Roman" w:hAnsi="Times New Roman" w:cs="Times New Roman"/>
                <w:sz w:val="24"/>
                <w:szCs w:val="24"/>
                <w:lang w:val="ru-RU"/>
              </w:rPr>
              <w:t xml:space="preserve">Закрепление по </w:t>
            </w:r>
            <w:proofErr w:type="gramStart"/>
            <w:r w:rsidRPr="00EB12D6">
              <w:rPr>
                <w:rFonts w:ascii="Times New Roman" w:hAnsi="Times New Roman" w:cs="Times New Roman"/>
                <w:sz w:val="24"/>
                <w:szCs w:val="24"/>
                <w:lang w:val="ru-RU"/>
              </w:rPr>
              <w:t>теме :</w:t>
            </w:r>
            <w:proofErr w:type="gramEnd"/>
            <w:r w:rsidRPr="00EB12D6">
              <w:rPr>
                <w:rFonts w:ascii="Times New Roman" w:hAnsi="Times New Roman" w:cs="Times New Roman"/>
                <w:sz w:val="24"/>
                <w:szCs w:val="24"/>
                <w:lang w:val="ru-RU"/>
              </w:rPr>
              <w:t xml:space="preserve"> « Решение задач.» </w:t>
            </w:r>
            <w:r w:rsidRPr="00244C85">
              <w:rPr>
                <w:rFonts w:ascii="Times New Roman" w:hAnsi="Times New Roman" w:cs="Times New Roman"/>
                <w:sz w:val="24"/>
                <w:szCs w:val="24"/>
              </w:rPr>
              <w:t>Решение задачи арифметическим способом.</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tcPr>
          <w:p w:rsidR="00DA7400" w:rsidRPr="00A53168" w:rsidRDefault="00DA7400" w:rsidP="00D86A3D">
            <w:pPr>
              <w:tabs>
                <w:tab w:val="left" w:pos="4"/>
                <w:tab w:val="left" w:pos="288"/>
                <w:tab w:val="left" w:pos="430"/>
              </w:tabs>
              <w:spacing w:after="0" w:line="240" w:lineRule="auto"/>
              <w:ind w:firstLine="181"/>
              <w:rPr>
                <w:rFonts w:ascii="Times New Roman" w:hAnsi="Times New Roman" w:cs="Times New Roman"/>
                <w:sz w:val="24"/>
                <w:szCs w:val="24"/>
              </w:rPr>
            </w:pPr>
            <w:r w:rsidRPr="00A53168">
              <w:rPr>
                <w:rFonts w:ascii="Times New Roman" w:hAnsi="Times New Roman" w:cs="Times New Roman"/>
                <w:sz w:val="24"/>
                <w:szCs w:val="24"/>
                <w:lang w:val="ru-RU"/>
              </w:rPr>
              <w:t xml:space="preserve">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 Умеющий оценивать поступки с позиции их соответствия нравственным нормам, осознающий ответственность за свои поступки. Проявляющий стремление к самовыражению в разных видах художественной деятельности, искусстве. Сознающий и половую принадлежность, соответствующие ей психофизические и поведенческие особенности с учётом возраста.   </w:t>
            </w:r>
            <w:r w:rsidRPr="00A53168">
              <w:rPr>
                <w:rFonts w:ascii="Times New Roman" w:hAnsi="Times New Roman" w:cs="Times New Roman"/>
                <w:sz w:val="24"/>
                <w:szCs w:val="24"/>
              </w:rPr>
              <w:t>Проявляющий интерес к разным профессиям.</w:t>
            </w:r>
          </w:p>
        </w:tc>
        <w:tc>
          <w:tcPr>
            <w:tcW w:w="3828" w:type="dxa"/>
          </w:tcPr>
          <w:p w:rsidR="00DA7400" w:rsidRPr="00A5316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A5316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A5316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A5316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8E75F7"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61</w:t>
            </w:r>
          </w:p>
        </w:tc>
        <w:tc>
          <w:tcPr>
            <w:tcW w:w="4868" w:type="dxa"/>
          </w:tcPr>
          <w:p w:rsidR="00DA7400" w:rsidRPr="00EB12D6" w:rsidRDefault="00DA7400" w:rsidP="00D86A3D">
            <w:pPr>
              <w:rPr>
                <w:rFonts w:ascii="Times New Roman" w:hAnsi="Times New Roman" w:cs="Times New Roman"/>
                <w:sz w:val="24"/>
                <w:szCs w:val="24"/>
                <w:lang w:val="ru-RU"/>
              </w:rPr>
            </w:pPr>
            <w:proofErr w:type="gramStart"/>
            <w:r w:rsidRPr="00EB12D6">
              <w:rPr>
                <w:rFonts w:ascii="Times New Roman" w:hAnsi="Times New Roman" w:cs="Times New Roman"/>
                <w:sz w:val="24"/>
                <w:szCs w:val="24"/>
                <w:lang w:val="ru-RU"/>
              </w:rPr>
              <w:t>Закрепление  по</w:t>
            </w:r>
            <w:proofErr w:type="gramEnd"/>
            <w:r w:rsidRPr="00EB12D6">
              <w:rPr>
                <w:rFonts w:ascii="Times New Roman" w:hAnsi="Times New Roman" w:cs="Times New Roman"/>
                <w:sz w:val="24"/>
                <w:szCs w:val="24"/>
                <w:lang w:val="ru-RU"/>
              </w:rPr>
              <w:t xml:space="preserve"> теме: «Сложение  однозначных чисел.»</w:t>
            </w:r>
          </w:p>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Сложение и вычитание чисел первого десятка.</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val="restart"/>
          </w:tcPr>
          <w:p w:rsidR="00DA7400" w:rsidRPr="00A53168" w:rsidRDefault="00DA7400" w:rsidP="00D86A3D">
            <w:pPr>
              <w:rPr>
                <w:rFonts w:ascii="Times New Roman" w:hAnsi="Times New Roman" w:cs="Times New Roman"/>
                <w:sz w:val="24"/>
                <w:szCs w:val="24"/>
                <w:lang w:val="ru-RU"/>
              </w:rPr>
            </w:pPr>
            <w:r w:rsidRPr="00A53168">
              <w:rPr>
                <w:rFonts w:ascii="Times New Roman" w:hAnsi="Times New Roman" w:cs="Times New Roman"/>
                <w:sz w:val="24"/>
                <w:szCs w:val="24"/>
                <w:lang w:val="ru-RU"/>
              </w:rPr>
              <w:t xml:space="preserve">Сознающий ценность каждой человеческой жизни, признающий индивидуальность и достоинство каждого человека.                 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 Проявляющий интерес и уважение к отечественной и мировой художественной культуре. Имеющий </w:t>
            </w:r>
            <w:r w:rsidRPr="00A53168">
              <w:rPr>
                <w:rFonts w:ascii="Times New Roman" w:hAnsi="Times New Roman" w:cs="Times New Roman"/>
                <w:sz w:val="24"/>
                <w:szCs w:val="24"/>
                <w:lang w:val="ru-RU"/>
              </w:rPr>
              <w:lastRenderedPageBreak/>
              <w:t>первоначальные представления о правах и ответственности человека в обществе, гражданских правах и обязанностях.                            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tc>
        <w:tc>
          <w:tcPr>
            <w:tcW w:w="3828" w:type="dxa"/>
          </w:tcPr>
          <w:p w:rsidR="00DA7400" w:rsidRDefault="00DA7400" w:rsidP="00D86A3D">
            <w:pPr>
              <w:tabs>
                <w:tab w:val="left" w:pos="888"/>
              </w:tabs>
              <w:spacing w:after="0" w:line="240" w:lineRule="auto"/>
              <w:rPr>
                <w:rFonts w:ascii="Times New Roman" w:eastAsia="Times New Roman" w:hAnsi="Times New Roman" w:cs="Times New Roman"/>
                <w:color w:val="000000"/>
                <w:w w:val="97"/>
                <w:sz w:val="24"/>
                <w:szCs w:val="24"/>
                <w:lang w:val="ru-RU"/>
              </w:rPr>
            </w:pPr>
            <w:r>
              <w:rPr>
                <w:rFonts w:ascii="Times New Roman" w:eastAsia="Times New Roman" w:hAnsi="Times New Roman" w:cs="Times New Roman"/>
                <w:color w:val="000000"/>
                <w:w w:val="97"/>
                <w:sz w:val="24"/>
                <w:szCs w:val="24"/>
              </w:rPr>
              <w:lastRenderedPageBreak/>
              <w:t>Educont</w:t>
            </w:r>
            <w:r>
              <w:rPr>
                <w:rFonts w:ascii="Times New Roman" w:eastAsia="Times New Roman" w:hAnsi="Times New Roman" w:cs="Times New Roman"/>
                <w:color w:val="000000"/>
                <w:w w:val="97"/>
                <w:sz w:val="24"/>
                <w:szCs w:val="24"/>
                <w:lang w:val="ru-RU"/>
              </w:rPr>
              <w:t>.</w:t>
            </w:r>
            <w:r>
              <w:rPr>
                <w:rFonts w:ascii="Times New Roman" w:eastAsia="Times New Roman" w:hAnsi="Times New Roman" w:cs="Times New Roman"/>
                <w:color w:val="000000"/>
                <w:w w:val="97"/>
                <w:sz w:val="24"/>
                <w:szCs w:val="24"/>
              </w:rPr>
              <w:t>ru</w:t>
            </w:r>
          </w:p>
          <w:p w:rsidR="00DA7400"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lang w:val="ru-RU"/>
              </w:rPr>
            </w:pPr>
            <w:r>
              <w:rPr>
                <w:rFonts w:ascii="Times New Roman" w:eastAsia="Times New Roman" w:hAnsi="Times New Roman" w:cs="Times New Roman"/>
                <w:color w:val="000000"/>
                <w:w w:val="97"/>
                <w:sz w:val="24"/>
                <w:szCs w:val="24"/>
                <w:lang w:val="ru-RU"/>
              </w:rPr>
              <w:t xml:space="preserve">Яндекс-учебник РЭШ </w:t>
            </w:r>
          </w:p>
          <w:p w:rsidR="00DA7400" w:rsidRPr="00A53168" w:rsidRDefault="00DA7400" w:rsidP="00D86A3D">
            <w:pPr>
              <w:rPr>
                <w:rFonts w:ascii="Times New Roman" w:hAnsi="Times New Roman" w:cs="Times New Roman"/>
                <w:sz w:val="24"/>
                <w:szCs w:val="24"/>
                <w:lang w:val="ru-RU"/>
              </w:rPr>
            </w:pPr>
            <w:r>
              <w:rPr>
                <w:rFonts w:ascii="Times New Roman" w:eastAsia="Times New Roman" w:hAnsi="Times New Roman" w:cs="Times New Roman"/>
                <w:color w:val="000000"/>
                <w:w w:val="97"/>
                <w:sz w:val="24"/>
                <w:szCs w:val="24"/>
                <w:lang w:val="ru-RU"/>
              </w:rPr>
              <w:t>Учи.ру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62</w:t>
            </w:r>
          </w:p>
        </w:tc>
        <w:tc>
          <w:tcPr>
            <w:tcW w:w="4868" w:type="dxa"/>
          </w:tcPr>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Закрепление по теме «</w:t>
            </w:r>
            <w:proofErr w:type="gramStart"/>
            <w:r w:rsidRPr="00EB12D6">
              <w:rPr>
                <w:rFonts w:ascii="Times New Roman" w:hAnsi="Times New Roman" w:cs="Times New Roman"/>
                <w:sz w:val="24"/>
                <w:szCs w:val="24"/>
                <w:lang w:val="ru-RU"/>
              </w:rPr>
              <w:t>Сложение  однозначных</w:t>
            </w:r>
            <w:proofErr w:type="gramEnd"/>
            <w:r w:rsidRPr="00EB12D6">
              <w:rPr>
                <w:rFonts w:ascii="Times New Roman" w:hAnsi="Times New Roman" w:cs="Times New Roman"/>
                <w:sz w:val="24"/>
                <w:szCs w:val="24"/>
                <w:lang w:val="ru-RU"/>
              </w:rPr>
              <w:t xml:space="preserve"> чисел.» Сложение и вычитание в пределах 5.</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A5316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A5316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A5316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A5316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8E75F7"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63</w:t>
            </w:r>
          </w:p>
        </w:tc>
        <w:tc>
          <w:tcPr>
            <w:tcW w:w="4868" w:type="dxa"/>
          </w:tcPr>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 xml:space="preserve">Закрепление   по </w:t>
            </w:r>
            <w:proofErr w:type="gramStart"/>
            <w:r w:rsidRPr="00EB12D6">
              <w:rPr>
                <w:rFonts w:ascii="Times New Roman" w:hAnsi="Times New Roman" w:cs="Times New Roman"/>
                <w:sz w:val="24"/>
                <w:szCs w:val="24"/>
                <w:lang w:val="ru-RU"/>
              </w:rPr>
              <w:t>теме:«</w:t>
            </w:r>
            <w:proofErr w:type="gramEnd"/>
            <w:r w:rsidRPr="00EB12D6">
              <w:rPr>
                <w:rFonts w:ascii="Times New Roman" w:hAnsi="Times New Roman" w:cs="Times New Roman"/>
                <w:sz w:val="24"/>
                <w:szCs w:val="24"/>
                <w:lang w:val="ru-RU"/>
              </w:rPr>
              <w:t xml:space="preserve"> Числа от 1 до 10».</w:t>
            </w:r>
          </w:p>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Счет предметов. Сравнение и упорядочение чисел.</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tcPr>
          <w:p w:rsidR="00DA7400" w:rsidRPr="00A53168" w:rsidRDefault="00DA7400" w:rsidP="00D86A3D">
            <w:pPr>
              <w:tabs>
                <w:tab w:val="left" w:pos="4"/>
                <w:tab w:val="left" w:pos="288"/>
              </w:tabs>
              <w:spacing w:after="0" w:line="240" w:lineRule="auto"/>
              <w:ind w:firstLine="181"/>
              <w:jc w:val="both"/>
              <w:rPr>
                <w:rFonts w:ascii="Times New Roman" w:hAnsi="Times New Roman" w:cs="Times New Roman"/>
                <w:sz w:val="24"/>
                <w:szCs w:val="24"/>
                <w:lang w:val="ru-RU"/>
              </w:rPr>
            </w:pPr>
            <w:r w:rsidRPr="00A53168">
              <w:rPr>
                <w:rFonts w:ascii="Times New Roman" w:hAnsi="Times New Roman" w:cs="Times New Roman"/>
                <w:sz w:val="24"/>
                <w:szCs w:val="24"/>
                <w:lang w:val="ru-RU"/>
              </w:rPr>
              <w:t>Знающий и любящий свою малую родину, свой край, имеющий представление о Родине</w:t>
            </w:r>
            <w:r w:rsidRPr="00A53168">
              <w:rPr>
                <w:rFonts w:ascii="Times New Roman" w:hAnsi="Times New Roman" w:cs="Times New Roman"/>
                <w:sz w:val="24"/>
                <w:szCs w:val="24"/>
              </w:rPr>
              <w:t> </w:t>
            </w:r>
            <w:r w:rsidRPr="00A53168">
              <w:rPr>
                <w:rFonts w:ascii="Times New Roman" w:hAnsi="Times New Roman" w:cs="Times New Roman"/>
                <w:sz w:val="24"/>
                <w:szCs w:val="24"/>
                <w:lang w:val="ru-RU"/>
              </w:rPr>
              <w:t>— России, её территории, расположении.</w:t>
            </w:r>
          </w:p>
          <w:p w:rsidR="00DA7400" w:rsidRPr="00A53168" w:rsidRDefault="00DA7400" w:rsidP="00D86A3D">
            <w:pPr>
              <w:rPr>
                <w:rFonts w:ascii="Times New Roman" w:hAnsi="Times New Roman" w:cs="Times New Roman"/>
                <w:sz w:val="24"/>
                <w:szCs w:val="24"/>
                <w:lang w:val="ru-RU"/>
              </w:rPr>
            </w:pPr>
            <w:r w:rsidRPr="00A53168">
              <w:rPr>
                <w:rFonts w:ascii="Times New Roman" w:hAnsi="Times New Roman" w:cs="Times New Roman"/>
                <w:sz w:val="24"/>
                <w:szCs w:val="24"/>
                <w:lang w:val="ru-RU"/>
              </w:rPr>
              <w:t>Умеющий оценивать поступки с позиции их соответствия нравственным нормам, осознающий ответственность за свои поступки. Проявляющий стремление к самовыражению в разных видах художественной деятельности, искусстве. Проявляющий интерес к разным профессиям. Выражающий познавательные интересы, активность, любознательность и самостоятельность в познании, интерес и уважение к научным знаниям, науке.</w:t>
            </w:r>
          </w:p>
        </w:tc>
        <w:tc>
          <w:tcPr>
            <w:tcW w:w="3828" w:type="dxa"/>
          </w:tcPr>
          <w:p w:rsidR="00DA7400" w:rsidRDefault="00DA7400" w:rsidP="00D86A3D">
            <w:pPr>
              <w:tabs>
                <w:tab w:val="left" w:pos="888"/>
              </w:tabs>
              <w:spacing w:after="0" w:line="240" w:lineRule="auto"/>
              <w:rPr>
                <w:rFonts w:ascii="Times New Roman" w:eastAsia="Times New Roman" w:hAnsi="Times New Roman" w:cs="Times New Roman"/>
                <w:color w:val="000000"/>
                <w:w w:val="97"/>
                <w:sz w:val="24"/>
                <w:szCs w:val="24"/>
                <w:lang w:val="ru-RU"/>
              </w:rPr>
            </w:pPr>
            <w:r>
              <w:rPr>
                <w:rFonts w:ascii="Times New Roman" w:eastAsia="Times New Roman" w:hAnsi="Times New Roman" w:cs="Times New Roman"/>
                <w:color w:val="000000"/>
                <w:w w:val="97"/>
                <w:sz w:val="24"/>
                <w:szCs w:val="24"/>
              </w:rPr>
              <w:t>Educont</w:t>
            </w:r>
            <w:r>
              <w:rPr>
                <w:rFonts w:ascii="Times New Roman" w:eastAsia="Times New Roman" w:hAnsi="Times New Roman" w:cs="Times New Roman"/>
                <w:color w:val="000000"/>
                <w:w w:val="97"/>
                <w:sz w:val="24"/>
                <w:szCs w:val="24"/>
                <w:lang w:val="ru-RU"/>
              </w:rPr>
              <w:t>.</w:t>
            </w:r>
            <w:r>
              <w:rPr>
                <w:rFonts w:ascii="Times New Roman" w:eastAsia="Times New Roman" w:hAnsi="Times New Roman" w:cs="Times New Roman"/>
                <w:color w:val="000000"/>
                <w:w w:val="97"/>
                <w:sz w:val="24"/>
                <w:szCs w:val="24"/>
              </w:rPr>
              <w:t>ru</w:t>
            </w:r>
          </w:p>
          <w:p w:rsidR="00DA7400"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lang w:val="ru-RU"/>
              </w:rPr>
            </w:pPr>
            <w:r>
              <w:rPr>
                <w:rFonts w:ascii="Times New Roman" w:eastAsia="Times New Roman" w:hAnsi="Times New Roman" w:cs="Times New Roman"/>
                <w:color w:val="000000"/>
                <w:w w:val="97"/>
                <w:sz w:val="24"/>
                <w:szCs w:val="24"/>
                <w:lang w:val="ru-RU"/>
              </w:rPr>
              <w:t xml:space="preserve">Яндекс-учебник РЭШ </w:t>
            </w:r>
          </w:p>
          <w:p w:rsidR="00DA7400" w:rsidRPr="000B0CB4" w:rsidRDefault="00DA7400" w:rsidP="00D86A3D">
            <w:pPr>
              <w:rPr>
                <w:rFonts w:ascii="Times New Roman" w:hAnsi="Times New Roman" w:cs="Times New Roman"/>
                <w:sz w:val="24"/>
                <w:szCs w:val="24"/>
                <w:lang w:val="ru-RU"/>
              </w:rPr>
            </w:pPr>
            <w:r>
              <w:rPr>
                <w:rFonts w:ascii="Times New Roman" w:eastAsia="Times New Roman" w:hAnsi="Times New Roman" w:cs="Times New Roman"/>
                <w:color w:val="000000"/>
                <w:w w:val="97"/>
                <w:sz w:val="24"/>
                <w:szCs w:val="24"/>
                <w:lang w:val="ru-RU"/>
              </w:rPr>
              <w:t>Учи.ру</w:t>
            </w:r>
          </w:p>
        </w:tc>
      </w:tr>
      <w:tr w:rsidR="00DA7400" w:rsidRPr="008E75F7"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64</w:t>
            </w:r>
          </w:p>
        </w:tc>
        <w:tc>
          <w:tcPr>
            <w:tcW w:w="4868" w:type="dxa"/>
          </w:tcPr>
          <w:p w:rsidR="00DA7400" w:rsidRPr="00244C85" w:rsidRDefault="00DA7400" w:rsidP="00D86A3D">
            <w:pPr>
              <w:rPr>
                <w:rFonts w:ascii="Times New Roman" w:hAnsi="Times New Roman" w:cs="Times New Roman"/>
                <w:sz w:val="24"/>
                <w:szCs w:val="24"/>
              </w:rPr>
            </w:pPr>
            <w:r w:rsidRPr="00EB12D6">
              <w:rPr>
                <w:rFonts w:ascii="Times New Roman" w:hAnsi="Times New Roman" w:cs="Times New Roman"/>
                <w:sz w:val="24"/>
                <w:szCs w:val="24"/>
                <w:lang w:val="ru-RU"/>
              </w:rPr>
              <w:t xml:space="preserve">Закрепление   по теме: «Сложение и вычитание. </w:t>
            </w:r>
            <w:r w:rsidRPr="00244C85">
              <w:rPr>
                <w:rFonts w:ascii="Times New Roman" w:hAnsi="Times New Roman" w:cs="Times New Roman"/>
                <w:sz w:val="24"/>
                <w:szCs w:val="24"/>
              </w:rPr>
              <w:t>Числа от 1 до 5».</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val="restart"/>
          </w:tcPr>
          <w:p w:rsidR="00DA7400" w:rsidRPr="00A53168" w:rsidRDefault="00DA7400" w:rsidP="00D86A3D">
            <w:pPr>
              <w:rPr>
                <w:rFonts w:ascii="Times New Roman" w:hAnsi="Times New Roman" w:cs="Times New Roman"/>
                <w:sz w:val="24"/>
                <w:szCs w:val="24"/>
                <w:lang w:val="ru-RU"/>
              </w:rPr>
            </w:pPr>
            <w:r w:rsidRPr="00A53168">
              <w:rPr>
                <w:rFonts w:ascii="Times New Roman" w:hAnsi="Times New Roman" w:cs="Times New Roman"/>
                <w:sz w:val="24"/>
                <w:szCs w:val="24"/>
                <w:lang w:val="ru-RU"/>
              </w:rPr>
              <w:t xml:space="preserve">Сознающий ценность каждой человеческой жизни, признающий индивидуальность и достоинство каждого человека.                 </w:t>
            </w:r>
            <w:r w:rsidRPr="00A53168">
              <w:rPr>
                <w:rFonts w:ascii="Times New Roman" w:hAnsi="Times New Roman" w:cs="Times New Roman"/>
                <w:sz w:val="24"/>
                <w:szCs w:val="24"/>
                <w:lang w:val="ru-RU"/>
              </w:rPr>
              <w:lastRenderedPageBreak/>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 Проявляющий интерес и уважение к отечественной и мировой художественной культуре. Имеющий первоначальные представления о правах и ответственности человека в обществе, гражданских правах и обязанностях.                            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tc>
        <w:tc>
          <w:tcPr>
            <w:tcW w:w="3828" w:type="dxa"/>
          </w:tcPr>
          <w:p w:rsidR="00DA7400" w:rsidRDefault="00DA7400" w:rsidP="00D86A3D">
            <w:pPr>
              <w:tabs>
                <w:tab w:val="left" w:pos="888"/>
              </w:tabs>
              <w:spacing w:after="0" w:line="240" w:lineRule="auto"/>
              <w:rPr>
                <w:rFonts w:ascii="Times New Roman" w:eastAsia="Times New Roman" w:hAnsi="Times New Roman" w:cs="Times New Roman"/>
                <w:color w:val="000000"/>
                <w:w w:val="97"/>
                <w:sz w:val="24"/>
                <w:szCs w:val="24"/>
                <w:lang w:val="ru-RU"/>
              </w:rPr>
            </w:pPr>
            <w:r>
              <w:rPr>
                <w:rFonts w:ascii="Times New Roman" w:eastAsia="Times New Roman" w:hAnsi="Times New Roman" w:cs="Times New Roman"/>
                <w:color w:val="000000"/>
                <w:w w:val="97"/>
                <w:sz w:val="24"/>
                <w:szCs w:val="24"/>
              </w:rPr>
              <w:lastRenderedPageBreak/>
              <w:t>Educont</w:t>
            </w:r>
            <w:r>
              <w:rPr>
                <w:rFonts w:ascii="Times New Roman" w:eastAsia="Times New Roman" w:hAnsi="Times New Roman" w:cs="Times New Roman"/>
                <w:color w:val="000000"/>
                <w:w w:val="97"/>
                <w:sz w:val="24"/>
                <w:szCs w:val="24"/>
                <w:lang w:val="ru-RU"/>
              </w:rPr>
              <w:t>.</w:t>
            </w:r>
            <w:r>
              <w:rPr>
                <w:rFonts w:ascii="Times New Roman" w:eastAsia="Times New Roman" w:hAnsi="Times New Roman" w:cs="Times New Roman"/>
                <w:color w:val="000000"/>
                <w:w w:val="97"/>
                <w:sz w:val="24"/>
                <w:szCs w:val="24"/>
              </w:rPr>
              <w:t>ru</w:t>
            </w:r>
          </w:p>
          <w:p w:rsidR="00DA7400"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lang w:val="ru-RU"/>
              </w:rPr>
            </w:pPr>
            <w:r>
              <w:rPr>
                <w:rFonts w:ascii="Times New Roman" w:eastAsia="Times New Roman" w:hAnsi="Times New Roman" w:cs="Times New Roman"/>
                <w:color w:val="000000"/>
                <w:w w:val="97"/>
                <w:sz w:val="24"/>
                <w:szCs w:val="24"/>
                <w:lang w:val="ru-RU"/>
              </w:rPr>
              <w:t xml:space="preserve">Яндекс-учебник РЭШ </w:t>
            </w:r>
          </w:p>
          <w:p w:rsidR="00DA7400" w:rsidRPr="00A53168" w:rsidRDefault="00DA7400" w:rsidP="00D86A3D">
            <w:pPr>
              <w:rPr>
                <w:rFonts w:ascii="Times New Roman" w:hAnsi="Times New Roman" w:cs="Times New Roman"/>
                <w:sz w:val="24"/>
                <w:szCs w:val="24"/>
                <w:lang w:val="ru-RU"/>
              </w:rPr>
            </w:pPr>
            <w:r>
              <w:rPr>
                <w:rFonts w:ascii="Times New Roman" w:eastAsia="Times New Roman" w:hAnsi="Times New Roman" w:cs="Times New Roman"/>
                <w:color w:val="000000"/>
                <w:w w:val="97"/>
                <w:sz w:val="24"/>
                <w:szCs w:val="24"/>
                <w:lang w:val="ru-RU"/>
              </w:rPr>
              <w:t>Учи.ру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lastRenderedPageBreak/>
              <w:t>65</w:t>
            </w:r>
          </w:p>
        </w:tc>
        <w:tc>
          <w:tcPr>
            <w:tcW w:w="4868" w:type="dxa"/>
          </w:tcPr>
          <w:p w:rsidR="00DA7400" w:rsidRPr="00244C85" w:rsidRDefault="00DA7400" w:rsidP="00D86A3D">
            <w:pPr>
              <w:rPr>
                <w:rFonts w:ascii="Times New Roman" w:hAnsi="Times New Roman" w:cs="Times New Roman"/>
                <w:sz w:val="24"/>
                <w:szCs w:val="24"/>
              </w:rPr>
            </w:pPr>
            <w:r w:rsidRPr="00EB12D6">
              <w:rPr>
                <w:rFonts w:ascii="Times New Roman" w:hAnsi="Times New Roman" w:cs="Times New Roman"/>
                <w:sz w:val="24"/>
                <w:szCs w:val="24"/>
                <w:lang w:val="ru-RU"/>
              </w:rPr>
              <w:t xml:space="preserve">Сложение, вычитание. Сложение и вычитание чисел первого десятка. </w:t>
            </w:r>
            <w:r w:rsidRPr="00244C85">
              <w:rPr>
                <w:rFonts w:ascii="Times New Roman" w:hAnsi="Times New Roman" w:cs="Times New Roman"/>
                <w:sz w:val="24"/>
                <w:szCs w:val="24"/>
              </w:rPr>
              <w:t>Состав чисел 7, 8, 9.</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A5316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A5316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A5316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A5316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66</w:t>
            </w:r>
          </w:p>
        </w:tc>
        <w:tc>
          <w:tcPr>
            <w:tcW w:w="4868" w:type="dxa"/>
          </w:tcPr>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 xml:space="preserve">Решение </w:t>
            </w:r>
            <w:proofErr w:type="gramStart"/>
            <w:r w:rsidRPr="00EB12D6">
              <w:rPr>
                <w:rFonts w:ascii="Times New Roman" w:hAnsi="Times New Roman" w:cs="Times New Roman"/>
                <w:sz w:val="24"/>
                <w:szCs w:val="24"/>
                <w:lang w:val="ru-RU"/>
              </w:rPr>
              <w:t>текстовых  задач</w:t>
            </w:r>
            <w:proofErr w:type="gramEnd"/>
            <w:r w:rsidRPr="00EB12D6">
              <w:rPr>
                <w:rFonts w:ascii="Times New Roman" w:hAnsi="Times New Roman" w:cs="Times New Roman"/>
                <w:sz w:val="24"/>
                <w:szCs w:val="24"/>
                <w:lang w:val="ru-RU"/>
              </w:rPr>
              <w:t xml:space="preserve"> арифметическим способом . Задачи, содержащие отношения «больше (меньше) на…» Задачи на увеличение числа на несколько единиц (с двумя множествами предметов).</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val="restart"/>
          </w:tcPr>
          <w:p w:rsidR="00DA7400" w:rsidRPr="00A53168" w:rsidRDefault="00DA7400" w:rsidP="00D86A3D">
            <w:pPr>
              <w:tabs>
                <w:tab w:val="left" w:pos="4"/>
                <w:tab w:val="left" w:pos="288"/>
                <w:tab w:val="left" w:pos="430"/>
              </w:tabs>
              <w:spacing w:after="0" w:line="240" w:lineRule="auto"/>
              <w:ind w:firstLine="181"/>
              <w:rPr>
                <w:rFonts w:ascii="Times New Roman" w:hAnsi="Times New Roman" w:cs="Times New Roman"/>
                <w:sz w:val="24"/>
                <w:szCs w:val="24"/>
              </w:rPr>
            </w:pPr>
            <w:r w:rsidRPr="00A53168">
              <w:rPr>
                <w:rFonts w:ascii="Times New Roman" w:hAnsi="Times New Roman" w:cs="Times New Roman"/>
                <w:sz w:val="24"/>
                <w:szCs w:val="24"/>
                <w:lang w:val="ru-RU"/>
              </w:rPr>
              <w:t xml:space="preserve">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 Умеющий оценивать поступки с позиции их соответствия нравственным нормам, осознающий ответственность за свои поступки. Проявляющий стремление к самовыражению в разных видах художественной деятельности, искусстве. Сознающий и половую принадлежность, соответствующие ей психофизические и поведенческие особенности с учётом возраста.   </w:t>
            </w:r>
            <w:r w:rsidRPr="00A53168">
              <w:rPr>
                <w:rFonts w:ascii="Times New Roman" w:hAnsi="Times New Roman" w:cs="Times New Roman"/>
                <w:sz w:val="24"/>
                <w:szCs w:val="24"/>
              </w:rPr>
              <w:t>Проявляющий интерес к разным профессиям.</w:t>
            </w:r>
          </w:p>
        </w:tc>
        <w:tc>
          <w:tcPr>
            <w:tcW w:w="3828" w:type="dxa"/>
          </w:tcPr>
          <w:p w:rsidR="00DA7400" w:rsidRPr="00A5316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A5316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A5316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A5316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67</w:t>
            </w:r>
          </w:p>
        </w:tc>
        <w:tc>
          <w:tcPr>
            <w:tcW w:w="4868" w:type="dxa"/>
          </w:tcPr>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 xml:space="preserve">Решение </w:t>
            </w:r>
            <w:proofErr w:type="gramStart"/>
            <w:r w:rsidRPr="00EB12D6">
              <w:rPr>
                <w:rFonts w:ascii="Times New Roman" w:hAnsi="Times New Roman" w:cs="Times New Roman"/>
                <w:sz w:val="24"/>
                <w:szCs w:val="24"/>
                <w:lang w:val="ru-RU"/>
              </w:rPr>
              <w:t>текстовых  задач</w:t>
            </w:r>
            <w:proofErr w:type="gramEnd"/>
            <w:r w:rsidRPr="00EB12D6">
              <w:rPr>
                <w:rFonts w:ascii="Times New Roman" w:hAnsi="Times New Roman" w:cs="Times New Roman"/>
                <w:sz w:val="24"/>
                <w:szCs w:val="24"/>
                <w:lang w:val="ru-RU"/>
              </w:rPr>
              <w:t xml:space="preserve"> арифметическим способом .Задачи, содержащие отношения «больше (меньше) на…» Задачи на уменьшение числа на несколько единиц (с двумя множествами предметов).</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A5316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A5316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A5316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A5316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8E75F7"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lastRenderedPageBreak/>
              <w:t>68</w:t>
            </w:r>
          </w:p>
        </w:tc>
        <w:tc>
          <w:tcPr>
            <w:tcW w:w="4868" w:type="dxa"/>
          </w:tcPr>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 xml:space="preserve">Сложение и вычитание. Сложение и вычитание </w:t>
            </w:r>
            <w:proofErr w:type="gramStart"/>
            <w:r w:rsidRPr="00EB12D6">
              <w:rPr>
                <w:rFonts w:ascii="Times New Roman" w:hAnsi="Times New Roman" w:cs="Times New Roman"/>
                <w:sz w:val="24"/>
                <w:szCs w:val="24"/>
                <w:lang w:val="ru-RU"/>
              </w:rPr>
              <w:t xml:space="preserve">вида:  </w:t>
            </w:r>
            <w:r w:rsidRPr="00244C85">
              <w:rPr>
                <w:rFonts w:ascii="Times New Roman" w:hAnsi="Times New Roman" w:cs="Times New Roman"/>
                <w:sz w:val="24"/>
                <w:szCs w:val="24"/>
              </w:rPr>
              <w:t></w:t>
            </w:r>
            <w:r w:rsidRPr="00EB12D6">
              <w:rPr>
                <w:rFonts w:ascii="Times New Roman" w:hAnsi="Times New Roman" w:cs="Times New Roman"/>
                <w:sz w:val="24"/>
                <w:szCs w:val="24"/>
                <w:lang w:val="ru-RU"/>
              </w:rPr>
              <w:t xml:space="preserve"> </w:t>
            </w:r>
            <w:proofErr w:type="gramEnd"/>
            <w:r w:rsidRPr="00EB12D6">
              <w:rPr>
                <w:rFonts w:ascii="Times New Roman" w:hAnsi="Times New Roman" w:cs="Times New Roman"/>
                <w:sz w:val="24"/>
                <w:szCs w:val="24"/>
                <w:lang w:val="ru-RU"/>
              </w:rPr>
              <w:t xml:space="preserve"> + - 4.</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val="restart"/>
          </w:tcPr>
          <w:p w:rsidR="00DA7400" w:rsidRPr="00A53168" w:rsidRDefault="00DA7400" w:rsidP="00D86A3D">
            <w:pPr>
              <w:rPr>
                <w:rFonts w:ascii="Times New Roman" w:hAnsi="Times New Roman" w:cs="Times New Roman"/>
                <w:sz w:val="24"/>
                <w:szCs w:val="24"/>
                <w:lang w:val="ru-RU"/>
              </w:rPr>
            </w:pPr>
            <w:r w:rsidRPr="00A53168">
              <w:rPr>
                <w:rFonts w:ascii="Times New Roman" w:hAnsi="Times New Roman" w:cs="Times New Roman"/>
                <w:sz w:val="24"/>
                <w:szCs w:val="24"/>
                <w:lang w:val="ru-RU"/>
              </w:rPr>
              <w:t>Сознающий ценность каждой человеческой жизни, признающий индивидуальность и достоинство каждого человека.                 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 Проявляющий интерес и уважение к отечественной и мировой художественной культуре. Имеющий первоначальные представления о правах и ответственности человека в обществе, гражданских правах и обязанностях.                            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tc>
        <w:tc>
          <w:tcPr>
            <w:tcW w:w="3828" w:type="dxa"/>
          </w:tcPr>
          <w:p w:rsidR="00DA7400" w:rsidRDefault="00DA7400" w:rsidP="00D86A3D">
            <w:pPr>
              <w:tabs>
                <w:tab w:val="left" w:pos="888"/>
              </w:tabs>
              <w:spacing w:after="0" w:line="240" w:lineRule="auto"/>
              <w:rPr>
                <w:rFonts w:ascii="Times New Roman" w:eastAsia="Times New Roman" w:hAnsi="Times New Roman" w:cs="Times New Roman"/>
                <w:color w:val="000000"/>
                <w:w w:val="97"/>
                <w:sz w:val="24"/>
                <w:szCs w:val="24"/>
                <w:lang w:val="ru-RU"/>
              </w:rPr>
            </w:pPr>
            <w:r>
              <w:rPr>
                <w:rFonts w:ascii="Times New Roman" w:eastAsia="Times New Roman" w:hAnsi="Times New Roman" w:cs="Times New Roman"/>
                <w:color w:val="000000"/>
                <w:w w:val="97"/>
                <w:sz w:val="24"/>
                <w:szCs w:val="24"/>
              </w:rPr>
              <w:t>Educont</w:t>
            </w:r>
            <w:r>
              <w:rPr>
                <w:rFonts w:ascii="Times New Roman" w:eastAsia="Times New Roman" w:hAnsi="Times New Roman" w:cs="Times New Roman"/>
                <w:color w:val="000000"/>
                <w:w w:val="97"/>
                <w:sz w:val="24"/>
                <w:szCs w:val="24"/>
                <w:lang w:val="ru-RU"/>
              </w:rPr>
              <w:t>.</w:t>
            </w:r>
            <w:r>
              <w:rPr>
                <w:rFonts w:ascii="Times New Roman" w:eastAsia="Times New Roman" w:hAnsi="Times New Roman" w:cs="Times New Roman"/>
                <w:color w:val="000000"/>
                <w:w w:val="97"/>
                <w:sz w:val="24"/>
                <w:szCs w:val="24"/>
              </w:rPr>
              <w:t>ru</w:t>
            </w:r>
          </w:p>
          <w:p w:rsidR="00DA7400"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lang w:val="ru-RU"/>
              </w:rPr>
            </w:pPr>
            <w:r>
              <w:rPr>
                <w:rFonts w:ascii="Times New Roman" w:eastAsia="Times New Roman" w:hAnsi="Times New Roman" w:cs="Times New Roman"/>
                <w:color w:val="000000"/>
                <w:w w:val="97"/>
                <w:sz w:val="24"/>
                <w:szCs w:val="24"/>
                <w:lang w:val="ru-RU"/>
              </w:rPr>
              <w:t xml:space="preserve">Яндекс-учебник РЭШ </w:t>
            </w:r>
          </w:p>
          <w:p w:rsidR="00DA7400" w:rsidRPr="00A53168" w:rsidRDefault="00DA7400" w:rsidP="00D86A3D">
            <w:pPr>
              <w:rPr>
                <w:rFonts w:ascii="Times New Roman" w:hAnsi="Times New Roman" w:cs="Times New Roman"/>
                <w:sz w:val="24"/>
                <w:szCs w:val="24"/>
                <w:lang w:val="ru-RU"/>
              </w:rPr>
            </w:pPr>
            <w:r>
              <w:rPr>
                <w:rFonts w:ascii="Times New Roman" w:eastAsia="Times New Roman" w:hAnsi="Times New Roman" w:cs="Times New Roman"/>
                <w:color w:val="000000"/>
                <w:w w:val="97"/>
                <w:sz w:val="24"/>
                <w:szCs w:val="24"/>
                <w:lang w:val="ru-RU"/>
              </w:rPr>
              <w:t>Учи.ру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69</w:t>
            </w:r>
          </w:p>
        </w:tc>
        <w:tc>
          <w:tcPr>
            <w:tcW w:w="4868" w:type="dxa"/>
          </w:tcPr>
          <w:p w:rsidR="00DA7400" w:rsidRPr="00EB12D6" w:rsidRDefault="00DA7400" w:rsidP="00D86A3D">
            <w:pPr>
              <w:rPr>
                <w:rFonts w:ascii="Times New Roman" w:hAnsi="Times New Roman" w:cs="Times New Roman"/>
                <w:sz w:val="24"/>
                <w:szCs w:val="24"/>
                <w:lang w:val="ru-RU"/>
              </w:rPr>
            </w:pPr>
            <w:proofErr w:type="gramStart"/>
            <w:r w:rsidRPr="00EB12D6">
              <w:rPr>
                <w:rFonts w:ascii="Times New Roman" w:hAnsi="Times New Roman" w:cs="Times New Roman"/>
                <w:sz w:val="24"/>
                <w:szCs w:val="24"/>
                <w:lang w:val="ru-RU"/>
              </w:rPr>
              <w:t>Закрепление  по</w:t>
            </w:r>
            <w:proofErr w:type="gramEnd"/>
            <w:r w:rsidRPr="00EB12D6">
              <w:rPr>
                <w:rFonts w:ascii="Times New Roman" w:hAnsi="Times New Roman" w:cs="Times New Roman"/>
                <w:sz w:val="24"/>
                <w:szCs w:val="24"/>
                <w:lang w:val="ru-RU"/>
              </w:rPr>
              <w:t xml:space="preserve"> теме:     «Сложение и вычитание.  Состав чисел 7, 8, 9</w:t>
            </w:r>
            <w:proofErr w:type="gramStart"/>
            <w:r w:rsidRPr="00EB12D6">
              <w:rPr>
                <w:rFonts w:ascii="Times New Roman" w:hAnsi="Times New Roman" w:cs="Times New Roman"/>
                <w:sz w:val="24"/>
                <w:szCs w:val="24"/>
                <w:lang w:val="ru-RU"/>
              </w:rPr>
              <w:t>».Решение</w:t>
            </w:r>
            <w:proofErr w:type="gramEnd"/>
            <w:r w:rsidRPr="00EB12D6">
              <w:rPr>
                <w:rFonts w:ascii="Times New Roman" w:hAnsi="Times New Roman" w:cs="Times New Roman"/>
                <w:sz w:val="24"/>
                <w:szCs w:val="24"/>
                <w:lang w:val="ru-RU"/>
              </w:rPr>
              <w:t xml:space="preserve"> текстовых задач арифметическим способом.</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A5316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A5316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A5316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A5316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70</w:t>
            </w:r>
          </w:p>
        </w:tc>
        <w:tc>
          <w:tcPr>
            <w:tcW w:w="4868" w:type="dxa"/>
          </w:tcPr>
          <w:p w:rsidR="00DA7400" w:rsidRPr="00244C85" w:rsidRDefault="00DA7400" w:rsidP="00D86A3D">
            <w:pPr>
              <w:rPr>
                <w:rFonts w:ascii="Times New Roman" w:hAnsi="Times New Roman" w:cs="Times New Roman"/>
                <w:sz w:val="24"/>
                <w:szCs w:val="24"/>
              </w:rPr>
            </w:pPr>
            <w:r w:rsidRPr="00EB12D6">
              <w:rPr>
                <w:rFonts w:ascii="Times New Roman" w:hAnsi="Times New Roman" w:cs="Times New Roman"/>
                <w:sz w:val="24"/>
                <w:szCs w:val="24"/>
                <w:lang w:val="ru-RU"/>
              </w:rPr>
              <w:t xml:space="preserve">Решение </w:t>
            </w:r>
            <w:proofErr w:type="gramStart"/>
            <w:r w:rsidRPr="00EB12D6">
              <w:rPr>
                <w:rFonts w:ascii="Times New Roman" w:hAnsi="Times New Roman" w:cs="Times New Roman"/>
                <w:sz w:val="24"/>
                <w:szCs w:val="24"/>
                <w:lang w:val="ru-RU"/>
              </w:rPr>
              <w:t>текстовых  задач</w:t>
            </w:r>
            <w:proofErr w:type="gramEnd"/>
            <w:r w:rsidRPr="00EB12D6">
              <w:rPr>
                <w:rFonts w:ascii="Times New Roman" w:hAnsi="Times New Roman" w:cs="Times New Roman"/>
                <w:sz w:val="24"/>
                <w:szCs w:val="24"/>
                <w:lang w:val="ru-RU"/>
              </w:rPr>
              <w:t xml:space="preserve"> арифметическим способом Задачи, содержащие отношения «больше (меньше) на…» </w:t>
            </w:r>
            <w:r w:rsidRPr="00244C85">
              <w:rPr>
                <w:rFonts w:ascii="Times New Roman" w:hAnsi="Times New Roman" w:cs="Times New Roman"/>
                <w:sz w:val="24"/>
                <w:szCs w:val="24"/>
              </w:rPr>
              <w:t>На сколько больше? На сколько меньше?</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val="restart"/>
          </w:tcPr>
          <w:p w:rsidR="00DA7400" w:rsidRPr="00A53168" w:rsidRDefault="00DA7400" w:rsidP="00D86A3D">
            <w:pPr>
              <w:tabs>
                <w:tab w:val="left" w:pos="4"/>
                <w:tab w:val="left" w:pos="288"/>
                <w:tab w:val="left" w:pos="430"/>
              </w:tabs>
              <w:spacing w:after="0" w:line="240" w:lineRule="auto"/>
              <w:ind w:firstLine="181"/>
              <w:rPr>
                <w:rFonts w:ascii="Times New Roman" w:hAnsi="Times New Roman" w:cs="Times New Roman"/>
                <w:sz w:val="24"/>
                <w:szCs w:val="24"/>
              </w:rPr>
            </w:pPr>
            <w:r w:rsidRPr="00A53168">
              <w:rPr>
                <w:rFonts w:ascii="Times New Roman" w:hAnsi="Times New Roman" w:cs="Times New Roman"/>
                <w:sz w:val="24"/>
                <w:szCs w:val="24"/>
                <w:lang w:val="ru-RU"/>
              </w:rPr>
              <w:t xml:space="preserve">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 Умеющий оценивать поступки с позиции их соответствия нравственным нормам, осознающий ответственность за свои поступки. Проявляющий стремление к самовыражению в разных видах художественной деятельности, </w:t>
            </w:r>
            <w:r w:rsidRPr="00A53168">
              <w:rPr>
                <w:rFonts w:ascii="Times New Roman" w:hAnsi="Times New Roman" w:cs="Times New Roman"/>
                <w:sz w:val="24"/>
                <w:szCs w:val="24"/>
                <w:lang w:val="ru-RU"/>
              </w:rPr>
              <w:lastRenderedPageBreak/>
              <w:t xml:space="preserve">искусстве. Сознающий и половую принадлежность, соответствующие ей психофизические и поведенческие особенности с учётом возраста.   </w:t>
            </w:r>
            <w:r w:rsidRPr="00A53168">
              <w:rPr>
                <w:rFonts w:ascii="Times New Roman" w:hAnsi="Times New Roman" w:cs="Times New Roman"/>
                <w:sz w:val="24"/>
                <w:szCs w:val="24"/>
              </w:rPr>
              <w:t>Проявляющий интерес к разным профессиям.</w:t>
            </w:r>
          </w:p>
          <w:p w:rsidR="00DA7400" w:rsidRPr="00A53168" w:rsidRDefault="00DA7400" w:rsidP="00D86A3D">
            <w:pPr>
              <w:rPr>
                <w:rFonts w:ascii="Times New Roman" w:hAnsi="Times New Roman" w:cs="Times New Roman"/>
                <w:sz w:val="24"/>
                <w:szCs w:val="24"/>
              </w:rPr>
            </w:pPr>
          </w:p>
        </w:tc>
        <w:tc>
          <w:tcPr>
            <w:tcW w:w="3828" w:type="dxa"/>
          </w:tcPr>
          <w:p w:rsidR="00DA7400" w:rsidRPr="00A5316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lastRenderedPageBreak/>
              <w:t>Educont</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A5316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A5316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A5316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71</w:t>
            </w:r>
          </w:p>
        </w:tc>
        <w:tc>
          <w:tcPr>
            <w:tcW w:w="4868" w:type="dxa"/>
          </w:tcPr>
          <w:p w:rsidR="00DA7400" w:rsidRPr="00244C85" w:rsidRDefault="00DA7400" w:rsidP="00D86A3D">
            <w:pPr>
              <w:rPr>
                <w:rFonts w:ascii="Times New Roman" w:hAnsi="Times New Roman" w:cs="Times New Roman"/>
                <w:sz w:val="24"/>
                <w:szCs w:val="24"/>
              </w:rPr>
            </w:pPr>
            <w:r w:rsidRPr="00EB12D6">
              <w:rPr>
                <w:rFonts w:ascii="Times New Roman" w:hAnsi="Times New Roman" w:cs="Times New Roman"/>
                <w:sz w:val="24"/>
                <w:szCs w:val="24"/>
                <w:lang w:val="ru-RU"/>
              </w:rPr>
              <w:t xml:space="preserve">Решение </w:t>
            </w:r>
            <w:proofErr w:type="gramStart"/>
            <w:r w:rsidRPr="00EB12D6">
              <w:rPr>
                <w:rFonts w:ascii="Times New Roman" w:hAnsi="Times New Roman" w:cs="Times New Roman"/>
                <w:sz w:val="24"/>
                <w:szCs w:val="24"/>
                <w:lang w:val="ru-RU"/>
              </w:rPr>
              <w:t>текстовых  задач</w:t>
            </w:r>
            <w:proofErr w:type="gramEnd"/>
            <w:r w:rsidRPr="00EB12D6">
              <w:rPr>
                <w:rFonts w:ascii="Times New Roman" w:hAnsi="Times New Roman" w:cs="Times New Roman"/>
                <w:sz w:val="24"/>
                <w:szCs w:val="24"/>
                <w:lang w:val="ru-RU"/>
              </w:rPr>
              <w:t xml:space="preserve"> арифметическим способом Задачи, содержащие отношения «больше (меньше) на…» </w:t>
            </w:r>
            <w:r w:rsidRPr="00244C85">
              <w:rPr>
                <w:rFonts w:ascii="Times New Roman" w:hAnsi="Times New Roman" w:cs="Times New Roman"/>
                <w:sz w:val="24"/>
                <w:szCs w:val="24"/>
              </w:rPr>
              <w:t>Решение задач на разностное сравнение.</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A5316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A5316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A5316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A5316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lastRenderedPageBreak/>
              <w:t>72</w:t>
            </w:r>
          </w:p>
        </w:tc>
        <w:tc>
          <w:tcPr>
            <w:tcW w:w="4868" w:type="dxa"/>
          </w:tcPr>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Таблица сложения.  Таблицы сложения и вычитания с числом 4.</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A5316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A5316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A5316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A5316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73</w:t>
            </w:r>
          </w:p>
        </w:tc>
        <w:tc>
          <w:tcPr>
            <w:tcW w:w="4868" w:type="dxa"/>
          </w:tcPr>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Решение текстовых задач арифметическим способом.</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A5316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A5316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A5316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A5316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8E75F7"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74</w:t>
            </w:r>
          </w:p>
        </w:tc>
        <w:tc>
          <w:tcPr>
            <w:tcW w:w="4868" w:type="dxa"/>
          </w:tcPr>
          <w:p w:rsidR="00DA7400" w:rsidRPr="00244C85" w:rsidRDefault="00DA7400" w:rsidP="00D86A3D">
            <w:pPr>
              <w:rPr>
                <w:rFonts w:ascii="Times New Roman" w:hAnsi="Times New Roman" w:cs="Times New Roman"/>
                <w:sz w:val="24"/>
                <w:szCs w:val="24"/>
              </w:rPr>
            </w:pPr>
            <w:r w:rsidRPr="00EB12D6">
              <w:rPr>
                <w:rFonts w:ascii="Times New Roman" w:hAnsi="Times New Roman" w:cs="Times New Roman"/>
                <w:sz w:val="24"/>
                <w:szCs w:val="24"/>
                <w:lang w:val="ru-RU"/>
              </w:rPr>
              <w:t>Использование свойств арифметических действий в вычислениях (</w:t>
            </w:r>
            <w:proofErr w:type="gramStart"/>
            <w:r w:rsidRPr="00EB12D6">
              <w:rPr>
                <w:rFonts w:ascii="Times New Roman" w:hAnsi="Times New Roman" w:cs="Times New Roman"/>
                <w:sz w:val="24"/>
                <w:szCs w:val="24"/>
                <w:lang w:val="ru-RU"/>
              </w:rPr>
              <w:t>перестановка  и</w:t>
            </w:r>
            <w:proofErr w:type="gramEnd"/>
            <w:r w:rsidRPr="00EB12D6">
              <w:rPr>
                <w:rFonts w:ascii="Times New Roman" w:hAnsi="Times New Roman" w:cs="Times New Roman"/>
                <w:sz w:val="24"/>
                <w:szCs w:val="24"/>
                <w:lang w:val="ru-RU"/>
              </w:rPr>
              <w:t xml:space="preserve"> группировка слагаемых в сумме.) </w:t>
            </w:r>
            <w:r w:rsidRPr="00244C85">
              <w:rPr>
                <w:rFonts w:ascii="Times New Roman" w:hAnsi="Times New Roman" w:cs="Times New Roman"/>
                <w:sz w:val="24"/>
                <w:szCs w:val="24"/>
              </w:rPr>
              <w:t>Перестановка слагаемых.</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tcPr>
          <w:p w:rsidR="00DA7400" w:rsidRPr="00A53168" w:rsidRDefault="00DA7400" w:rsidP="00D86A3D">
            <w:pPr>
              <w:tabs>
                <w:tab w:val="left" w:pos="4"/>
                <w:tab w:val="left" w:pos="288"/>
              </w:tabs>
              <w:spacing w:after="0" w:line="240" w:lineRule="auto"/>
              <w:ind w:firstLine="181"/>
              <w:jc w:val="both"/>
              <w:rPr>
                <w:rFonts w:ascii="Times New Roman" w:hAnsi="Times New Roman" w:cs="Times New Roman"/>
                <w:sz w:val="24"/>
                <w:szCs w:val="24"/>
                <w:lang w:val="ru-RU"/>
              </w:rPr>
            </w:pPr>
            <w:r w:rsidRPr="00A53168">
              <w:rPr>
                <w:rFonts w:ascii="Times New Roman" w:hAnsi="Times New Roman" w:cs="Times New Roman"/>
                <w:sz w:val="24"/>
                <w:szCs w:val="24"/>
                <w:lang w:val="ru-RU"/>
              </w:rPr>
              <w:t>Знающий и любящий свою малую родину, свой край, имеющий представление о Родине</w:t>
            </w:r>
            <w:r w:rsidRPr="00A53168">
              <w:rPr>
                <w:rFonts w:ascii="Times New Roman" w:hAnsi="Times New Roman" w:cs="Times New Roman"/>
                <w:sz w:val="24"/>
                <w:szCs w:val="24"/>
              </w:rPr>
              <w:t> </w:t>
            </w:r>
            <w:r w:rsidRPr="00A53168">
              <w:rPr>
                <w:rFonts w:ascii="Times New Roman" w:hAnsi="Times New Roman" w:cs="Times New Roman"/>
                <w:sz w:val="24"/>
                <w:szCs w:val="24"/>
                <w:lang w:val="ru-RU"/>
              </w:rPr>
              <w:t>— России, её территории, расположении.</w:t>
            </w:r>
          </w:p>
          <w:p w:rsidR="00DA7400" w:rsidRPr="00A53168" w:rsidRDefault="00DA7400" w:rsidP="00D86A3D">
            <w:pPr>
              <w:rPr>
                <w:rFonts w:ascii="Times New Roman" w:hAnsi="Times New Roman" w:cs="Times New Roman"/>
                <w:sz w:val="24"/>
                <w:szCs w:val="24"/>
                <w:lang w:val="ru-RU"/>
              </w:rPr>
            </w:pPr>
            <w:r w:rsidRPr="00A53168">
              <w:rPr>
                <w:rFonts w:ascii="Times New Roman" w:hAnsi="Times New Roman" w:cs="Times New Roman"/>
                <w:sz w:val="24"/>
                <w:szCs w:val="24"/>
                <w:lang w:val="ru-RU"/>
              </w:rPr>
              <w:t>Умеющий оценивать поступки с позиции их соответствия нравственным нормам, осознающий ответственность за свои поступки. Проявляющий стремление к самовыражению в разных видах художественной деятельности, искусстве. Проявляющий интерес к разным профессиям. Выражающий познавательные интересы, активность, любознательность и самостоятельность в познании, интерес и уважение к научным знаниям, науке.</w:t>
            </w:r>
          </w:p>
        </w:tc>
        <w:tc>
          <w:tcPr>
            <w:tcW w:w="3828" w:type="dxa"/>
          </w:tcPr>
          <w:p w:rsidR="00DA7400" w:rsidRDefault="00DA7400" w:rsidP="00D86A3D">
            <w:pPr>
              <w:tabs>
                <w:tab w:val="left" w:pos="888"/>
              </w:tabs>
              <w:spacing w:after="0" w:line="240" w:lineRule="auto"/>
              <w:rPr>
                <w:rFonts w:ascii="Times New Roman" w:eastAsia="Times New Roman" w:hAnsi="Times New Roman" w:cs="Times New Roman"/>
                <w:color w:val="000000"/>
                <w:w w:val="97"/>
                <w:sz w:val="24"/>
                <w:szCs w:val="24"/>
                <w:lang w:val="ru-RU"/>
              </w:rPr>
            </w:pPr>
            <w:r>
              <w:rPr>
                <w:rFonts w:ascii="Times New Roman" w:eastAsia="Times New Roman" w:hAnsi="Times New Roman" w:cs="Times New Roman"/>
                <w:color w:val="000000"/>
                <w:w w:val="97"/>
                <w:sz w:val="24"/>
                <w:szCs w:val="24"/>
              </w:rPr>
              <w:t>Educont</w:t>
            </w:r>
            <w:r>
              <w:rPr>
                <w:rFonts w:ascii="Times New Roman" w:eastAsia="Times New Roman" w:hAnsi="Times New Roman" w:cs="Times New Roman"/>
                <w:color w:val="000000"/>
                <w:w w:val="97"/>
                <w:sz w:val="24"/>
                <w:szCs w:val="24"/>
                <w:lang w:val="ru-RU"/>
              </w:rPr>
              <w:t>.</w:t>
            </w:r>
            <w:r>
              <w:rPr>
                <w:rFonts w:ascii="Times New Roman" w:eastAsia="Times New Roman" w:hAnsi="Times New Roman" w:cs="Times New Roman"/>
                <w:color w:val="000000"/>
                <w:w w:val="97"/>
                <w:sz w:val="24"/>
                <w:szCs w:val="24"/>
              </w:rPr>
              <w:t>ru</w:t>
            </w:r>
          </w:p>
          <w:p w:rsidR="00DA7400"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lang w:val="ru-RU"/>
              </w:rPr>
            </w:pPr>
            <w:r>
              <w:rPr>
                <w:rFonts w:ascii="Times New Roman" w:eastAsia="Times New Roman" w:hAnsi="Times New Roman" w:cs="Times New Roman"/>
                <w:color w:val="000000"/>
                <w:w w:val="97"/>
                <w:sz w:val="24"/>
                <w:szCs w:val="24"/>
                <w:lang w:val="ru-RU"/>
              </w:rPr>
              <w:t xml:space="preserve">Яндекс-учебник РЭШ </w:t>
            </w:r>
          </w:p>
          <w:p w:rsidR="00DA7400" w:rsidRPr="00A53168" w:rsidRDefault="00DA7400" w:rsidP="00D86A3D">
            <w:pPr>
              <w:rPr>
                <w:rFonts w:ascii="Times New Roman" w:hAnsi="Times New Roman" w:cs="Times New Roman"/>
                <w:sz w:val="24"/>
                <w:szCs w:val="24"/>
                <w:lang w:val="ru-RU"/>
              </w:rPr>
            </w:pPr>
            <w:r>
              <w:rPr>
                <w:rFonts w:ascii="Times New Roman" w:eastAsia="Times New Roman" w:hAnsi="Times New Roman" w:cs="Times New Roman"/>
                <w:color w:val="000000"/>
                <w:w w:val="97"/>
                <w:sz w:val="24"/>
                <w:szCs w:val="24"/>
                <w:lang w:val="ru-RU"/>
              </w:rPr>
              <w:t>Учи.ру</w:t>
            </w:r>
          </w:p>
        </w:tc>
      </w:tr>
      <w:tr w:rsidR="00DA7400" w:rsidRPr="008E75F7"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75</w:t>
            </w:r>
          </w:p>
        </w:tc>
        <w:tc>
          <w:tcPr>
            <w:tcW w:w="4868" w:type="dxa"/>
          </w:tcPr>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 xml:space="preserve">Использование свойств арифметических действий в вычислениях (перестановка и группировка слагаемых в сумме) Применение переместительного свойства сложения для случаев </w:t>
            </w:r>
            <w:proofErr w:type="gramStart"/>
            <w:r w:rsidRPr="00EB12D6">
              <w:rPr>
                <w:rFonts w:ascii="Times New Roman" w:hAnsi="Times New Roman" w:cs="Times New Roman"/>
                <w:sz w:val="24"/>
                <w:szCs w:val="24"/>
                <w:lang w:val="ru-RU"/>
              </w:rPr>
              <w:t xml:space="preserve">вида </w:t>
            </w:r>
            <w:r w:rsidRPr="00244C85">
              <w:rPr>
                <w:rFonts w:ascii="Times New Roman" w:hAnsi="Times New Roman" w:cs="Times New Roman"/>
                <w:sz w:val="24"/>
                <w:szCs w:val="24"/>
              </w:rPr>
              <w:t></w:t>
            </w:r>
            <w:r w:rsidRPr="00EB12D6">
              <w:rPr>
                <w:rFonts w:ascii="Times New Roman" w:hAnsi="Times New Roman" w:cs="Times New Roman"/>
                <w:sz w:val="24"/>
                <w:szCs w:val="24"/>
                <w:lang w:val="ru-RU"/>
              </w:rPr>
              <w:t xml:space="preserve"> +</w:t>
            </w:r>
            <w:proofErr w:type="gramEnd"/>
            <w:r w:rsidRPr="00EB12D6">
              <w:rPr>
                <w:rFonts w:ascii="Times New Roman" w:hAnsi="Times New Roman" w:cs="Times New Roman"/>
                <w:sz w:val="24"/>
                <w:szCs w:val="24"/>
                <w:lang w:val="ru-RU"/>
              </w:rPr>
              <w:t xml:space="preserve"> 5, 6, 7, 8, 9.</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val="restart"/>
          </w:tcPr>
          <w:p w:rsidR="00DA7400" w:rsidRPr="00A53168" w:rsidRDefault="00DA7400" w:rsidP="00D86A3D">
            <w:pPr>
              <w:rPr>
                <w:rFonts w:ascii="Times New Roman" w:hAnsi="Times New Roman" w:cs="Times New Roman"/>
                <w:sz w:val="24"/>
                <w:szCs w:val="24"/>
                <w:lang w:val="ru-RU"/>
              </w:rPr>
            </w:pPr>
            <w:r w:rsidRPr="00A53168">
              <w:rPr>
                <w:rFonts w:ascii="Times New Roman" w:hAnsi="Times New Roman" w:cs="Times New Roman"/>
                <w:sz w:val="24"/>
                <w:szCs w:val="24"/>
                <w:lang w:val="ru-RU"/>
              </w:rPr>
              <w:t xml:space="preserve">Сознающий ценность каждой человеческой жизни, признающий индивидуальность и достоинство каждого человека.                 Бережно относящийся к физическому здоровью, соблюдающий основные правила </w:t>
            </w:r>
            <w:r w:rsidRPr="00A53168">
              <w:rPr>
                <w:rFonts w:ascii="Times New Roman" w:hAnsi="Times New Roman" w:cs="Times New Roman"/>
                <w:sz w:val="24"/>
                <w:szCs w:val="24"/>
                <w:lang w:val="ru-RU"/>
              </w:rPr>
              <w:lastRenderedPageBreak/>
              <w:t>здорового и безопасного для себя и других людей образа жизни, в том числе в информационной среде. Проявляющий интерес и уважение к отечественной и мировой художественной культуре. Имеющий первоначальные представления о правах и ответственности человека в обществе, гражданских правах и обязанностях.                            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tc>
        <w:tc>
          <w:tcPr>
            <w:tcW w:w="3828" w:type="dxa"/>
          </w:tcPr>
          <w:p w:rsidR="00DA7400" w:rsidRDefault="00DA7400" w:rsidP="00D86A3D">
            <w:pPr>
              <w:tabs>
                <w:tab w:val="left" w:pos="888"/>
              </w:tabs>
              <w:spacing w:after="0" w:line="240" w:lineRule="auto"/>
              <w:rPr>
                <w:rFonts w:ascii="Times New Roman" w:eastAsia="Times New Roman" w:hAnsi="Times New Roman" w:cs="Times New Roman"/>
                <w:color w:val="000000"/>
                <w:w w:val="97"/>
                <w:sz w:val="24"/>
                <w:szCs w:val="24"/>
                <w:lang w:val="ru-RU"/>
              </w:rPr>
            </w:pPr>
            <w:r>
              <w:rPr>
                <w:rFonts w:ascii="Times New Roman" w:eastAsia="Times New Roman" w:hAnsi="Times New Roman" w:cs="Times New Roman"/>
                <w:color w:val="000000"/>
                <w:w w:val="97"/>
                <w:sz w:val="24"/>
                <w:szCs w:val="24"/>
              </w:rPr>
              <w:lastRenderedPageBreak/>
              <w:t>Educont</w:t>
            </w:r>
            <w:r>
              <w:rPr>
                <w:rFonts w:ascii="Times New Roman" w:eastAsia="Times New Roman" w:hAnsi="Times New Roman" w:cs="Times New Roman"/>
                <w:color w:val="000000"/>
                <w:w w:val="97"/>
                <w:sz w:val="24"/>
                <w:szCs w:val="24"/>
                <w:lang w:val="ru-RU"/>
              </w:rPr>
              <w:t>.</w:t>
            </w:r>
            <w:r>
              <w:rPr>
                <w:rFonts w:ascii="Times New Roman" w:eastAsia="Times New Roman" w:hAnsi="Times New Roman" w:cs="Times New Roman"/>
                <w:color w:val="000000"/>
                <w:w w:val="97"/>
                <w:sz w:val="24"/>
                <w:szCs w:val="24"/>
              </w:rPr>
              <w:t>ru</w:t>
            </w:r>
          </w:p>
          <w:p w:rsidR="00DA7400"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lang w:val="ru-RU"/>
              </w:rPr>
            </w:pPr>
            <w:r>
              <w:rPr>
                <w:rFonts w:ascii="Times New Roman" w:eastAsia="Times New Roman" w:hAnsi="Times New Roman" w:cs="Times New Roman"/>
                <w:color w:val="000000"/>
                <w:w w:val="97"/>
                <w:sz w:val="24"/>
                <w:szCs w:val="24"/>
                <w:lang w:val="ru-RU"/>
              </w:rPr>
              <w:t xml:space="preserve">Яндекс-учебник РЭШ </w:t>
            </w:r>
          </w:p>
          <w:p w:rsidR="00DA7400" w:rsidRPr="00A53168" w:rsidRDefault="00DA7400" w:rsidP="00D86A3D">
            <w:pPr>
              <w:rPr>
                <w:rFonts w:ascii="Times New Roman" w:hAnsi="Times New Roman" w:cs="Times New Roman"/>
                <w:sz w:val="24"/>
                <w:szCs w:val="24"/>
                <w:lang w:val="ru-RU"/>
              </w:rPr>
            </w:pPr>
            <w:r>
              <w:rPr>
                <w:rFonts w:ascii="Times New Roman" w:eastAsia="Times New Roman" w:hAnsi="Times New Roman" w:cs="Times New Roman"/>
                <w:color w:val="000000"/>
                <w:w w:val="97"/>
                <w:sz w:val="24"/>
                <w:szCs w:val="24"/>
                <w:lang w:val="ru-RU"/>
              </w:rPr>
              <w:t>Учи.ру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lastRenderedPageBreak/>
              <w:t>76</w:t>
            </w:r>
          </w:p>
        </w:tc>
        <w:tc>
          <w:tcPr>
            <w:tcW w:w="4868" w:type="dxa"/>
          </w:tcPr>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 xml:space="preserve"> Таблица сложения. Таблицы для случаев </w:t>
            </w:r>
            <w:proofErr w:type="gramStart"/>
            <w:r w:rsidRPr="00EB12D6">
              <w:rPr>
                <w:rFonts w:ascii="Times New Roman" w:hAnsi="Times New Roman" w:cs="Times New Roman"/>
                <w:sz w:val="24"/>
                <w:szCs w:val="24"/>
                <w:lang w:val="ru-RU"/>
              </w:rPr>
              <w:t xml:space="preserve">вида </w:t>
            </w:r>
            <w:r w:rsidRPr="00244C85">
              <w:rPr>
                <w:rFonts w:ascii="Times New Roman" w:hAnsi="Times New Roman" w:cs="Times New Roman"/>
                <w:sz w:val="24"/>
                <w:szCs w:val="24"/>
              </w:rPr>
              <w:t></w:t>
            </w:r>
            <w:r w:rsidRPr="00EB12D6">
              <w:rPr>
                <w:rFonts w:ascii="Times New Roman" w:hAnsi="Times New Roman" w:cs="Times New Roman"/>
                <w:sz w:val="24"/>
                <w:szCs w:val="24"/>
                <w:lang w:val="ru-RU"/>
              </w:rPr>
              <w:t xml:space="preserve"> +</w:t>
            </w:r>
            <w:proofErr w:type="gramEnd"/>
            <w:r w:rsidRPr="00EB12D6">
              <w:rPr>
                <w:rFonts w:ascii="Times New Roman" w:hAnsi="Times New Roman" w:cs="Times New Roman"/>
                <w:sz w:val="24"/>
                <w:szCs w:val="24"/>
                <w:lang w:val="ru-RU"/>
              </w:rPr>
              <w:t xml:space="preserve"> 5, 6, 7, 8, 9.</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A5316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A5316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A5316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A5316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77-78</w:t>
            </w:r>
          </w:p>
        </w:tc>
        <w:tc>
          <w:tcPr>
            <w:tcW w:w="4868" w:type="dxa"/>
          </w:tcPr>
          <w:p w:rsidR="00DA7400" w:rsidRPr="00244C85" w:rsidRDefault="00DA7400" w:rsidP="00D86A3D">
            <w:pPr>
              <w:rPr>
                <w:rFonts w:ascii="Times New Roman" w:hAnsi="Times New Roman" w:cs="Times New Roman"/>
                <w:sz w:val="24"/>
                <w:szCs w:val="24"/>
              </w:rPr>
            </w:pPr>
            <w:r w:rsidRPr="00EB12D6">
              <w:rPr>
                <w:rFonts w:ascii="Times New Roman" w:hAnsi="Times New Roman" w:cs="Times New Roman"/>
                <w:sz w:val="24"/>
                <w:szCs w:val="24"/>
                <w:lang w:val="ru-RU"/>
              </w:rPr>
              <w:t xml:space="preserve">Закрепление по теме: «Состав чисел в пределах 10» Решение </w:t>
            </w:r>
            <w:proofErr w:type="gramStart"/>
            <w:r w:rsidRPr="00EB12D6">
              <w:rPr>
                <w:rFonts w:ascii="Times New Roman" w:hAnsi="Times New Roman" w:cs="Times New Roman"/>
                <w:sz w:val="24"/>
                <w:szCs w:val="24"/>
                <w:lang w:val="ru-RU"/>
              </w:rPr>
              <w:t>текстовых  задач</w:t>
            </w:r>
            <w:proofErr w:type="gramEnd"/>
            <w:r w:rsidRPr="00EB12D6">
              <w:rPr>
                <w:rFonts w:ascii="Times New Roman" w:hAnsi="Times New Roman" w:cs="Times New Roman"/>
                <w:sz w:val="24"/>
                <w:szCs w:val="24"/>
                <w:lang w:val="ru-RU"/>
              </w:rPr>
              <w:t xml:space="preserve"> арифметическим способом. </w:t>
            </w:r>
            <w:r w:rsidRPr="00244C85">
              <w:rPr>
                <w:rFonts w:ascii="Times New Roman" w:hAnsi="Times New Roman" w:cs="Times New Roman"/>
                <w:sz w:val="24"/>
                <w:szCs w:val="24"/>
              </w:rPr>
              <w:t>Таблица сложения а пределах 10.</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2</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A5316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A5316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A5316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A5316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79</w:t>
            </w:r>
          </w:p>
        </w:tc>
        <w:tc>
          <w:tcPr>
            <w:tcW w:w="4868" w:type="dxa"/>
          </w:tcPr>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Закрепление по теме: «Решение текстовых задач арифметическим способом.»</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val="restart"/>
          </w:tcPr>
          <w:p w:rsidR="00DA7400" w:rsidRPr="00A53168" w:rsidRDefault="00DA7400" w:rsidP="00D86A3D">
            <w:pPr>
              <w:tabs>
                <w:tab w:val="left" w:pos="4"/>
                <w:tab w:val="left" w:pos="288"/>
                <w:tab w:val="left" w:pos="430"/>
              </w:tabs>
              <w:spacing w:after="0" w:line="240" w:lineRule="auto"/>
              <w:ind w:firstLine="181"/>
              <w:rPr>
                <w:rFonts w:ascii="Times New Roman" w:hAnsi="Times New Roman" w:cs="Times New Roman"/>
                <w:sz w:val="24"/>
                <w:szCs w:val="24"/>
              </w:rPr>
            </w:pPr>
            <w:r w:rsidRPr="00A53168">
              <w:rPr>
                <w:rFonts w:ascii="Times New Roman" w:hAnsi="Times New Roman" w:cs="Times New Roman"/>
                <w:sz w:val="24"/>
                <w:szCs w:val="24"/>
                <w:lang w:val="ru-RU"/>
              </w:rPr>
              <w:t xml:space="preserve">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 Умеющий оценивать поступки с позиции их соответствия нравственным нормам, осознающий ответственность за свои поступки. Проявляющий стремление к самовыражению в разных видах художественной деятельности, искусстве. Сознающий и половую принадлежность, соответствующие ей психофизические и поведенческие особенности с учётом возраста.   </w:t>
            </w:r>
            <w:r w:rsidRPr="00A53168">
              <w:rPr>
                <w:rFonts w:ascii="Times New Roman" w:hAnsi="Times New Roman" w:cs="Times New Roman"/>
                <w:sz w:val="24"/>
                <w:szCs w:val="24"/>
              </w:rPr>
              <w:t>Проявляющий интерес к разным профессиям.</w:t>
            </w:r>
          </w:p>
        </w:tc>
        <w:tc>
          <w:tcPr>
            <w:tcW w:w="3828" w:type="dxa"/>
          </w:tcPr>
          <w:p w:rsidR="00DA7400" w:rsidRPr="00A5316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A5316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A5316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A5316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80</w:t>
            </w:r>
          </w:p>
        </w:tc>
        <w:tc>
          <w:tcPr>
            <w:tcW w:w="4868" w:type="dxa"/>
          </w:tcPr>
          <w:p w:rsidR="00DA7400" w:rsidRPr="00244C85" w:rsidRDefault="00DA7400" w:rsidP="00D86A3D">
            <w:pPr>
              <w:rPr>
                <w:rFonts w:ascii="Times New Roman" w:hAnsi="Times New Roman" w:cs="Times New Roman"/>
                <w:sz w:val="24"/>
                <w:szCs w:val="24"/>
              </w:rPr>
            </w:pPr>
            <w:r w:rsidRPr="00EB12D6">
              <w:rPr>
                <w:rFonts w:ascii="Times New Roman" w:hAnsi="Times New Roman" w:cs="Times New Roman"/>
                <w:sz w:val="24"/>
                <w:szCs w:val="24"/>
                <w:lang w:val="ru-RU"/>
              </w:rPr>
              <w:t xml:space="preserve">Решение текстовых задач арифметическим способом. Задачи, содержащие отношения «больше (меньше) на…». </w:t>
            </w:r>
            <w:r w:rsidRPr="00244C85">
              <w:rPr>
                <w:rFonts w:ascii="Times New Roman" w:hAnsi="Times New Roman" w:cs="Times New Roman"/>
                <w:sz w:val="24"/>
                <w:szCs w:val="24"/>
              </w:rPr>
              <w:t>Закрепление по теме: «Решение задач на разностное сравнение».</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A5316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A5316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A5316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A5316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81</w:t>
            </w:r>
          </w:p>
        </w:tc>
        <w:tc>
          <w:tcPr>
            <w:tcW w:w="4868" w:type="dxa"/>
          </w:tcPr>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Закрепление по теме: «Числа от 1 до 10. Решение текстовых задач арифметическим способом.»</w:t>
            </w:r>
          </w:p>
          <w:p w:rsidR="00DA7400" w:rsidRPr="00244C85" w:rsidRDefault="00DA7400" w:rsidP="00D86A3D">
            <w:pPr>
              <w:rPr>
                <w:rFonts w:ascii="Times New Roman" w:hAnsi="Times New Roman" w:cs="Times New Roman"/>
                <w:sz w:val="24"/>
                <w:szCs w:val="24"/>
              </w:rPr>
            </w:pPr>
            <w:r w:rsidRPr="00EB12D6">
              <w:rPr>
                <w:rFonts w:ascii="Times New Roman" w:hAnsi="Times New Roman" w:cs="Times New Roman"/>
                <w:sz w:val="24"/>
                <w:szCs w:val="24"/>
                <w:lang w:val="ru-RU"/>
              </w:rPr>
              <w:t xml:space="preserve">Задачи, содержащие отношения «больше (меньше) на… </w:t>
            </w:r>
            <w:r w:rsidRPr="00244C85">
              <w:rPr>
                <w:rFonts w:ascii="Times New Roman" w:hAnsi="Times New Roman" w:cs="Times New Roman"/>
                <w:sz w:val="24"/>
                <w:szCs w:val="24"/>
              </w:rPr>
              <w:t>Таблица сложения.</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A5316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A5316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A5316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A5316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8E75F7"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lastRenderedPageBreak/>
              <w:t>82</w:t>
            </w:r>
          </w:p>
        </w:tc>
        <w:tc>
          <w:tcPr>
            <w:tcW w:w="4868" w:type="dxa"/>
          </w:tcPr>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 xml:space="preserve">Нахождение неизвестного компонента арифметического действия. Связь между сложением, </w:t>
            </w:r>
            <w:proofErr w:type="gramStart"/>
            <w:r w:rsidRPr="00EB12D6">
              <w:rPr>
                <w:rFonts w:ascii="Times New Roman" w:hAnsi="Times New Roman" w:cs="Times New Roman"/>
                <w:sz w:val="24"/>
                <w:szCs w:val="24"/>
                <w:lang w:val="ru-RU"/>
              </w:rPr>
              <w:t>вычитанием .Связь</w:t>
            </w:r>
            <w:proofErr w:type="gramEnd"/>
            <w:r w:rsidRPr="00EB12D6">
              <w:rPr>
                <w:rFonts w:ascii="Times New Roman" w:hAnsi="Times New Roman" w:cs="Times New Roman"/>
                <w:sz w:val="24"/>
                <w:szCs w:val="24"/>
                <w:lang w:val="ru-RU"/>
              </w:rPr>
              <w:t xml:space="preserve"> между суммой и слагаемыми.</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val="restart"/>
          </w:tcPr>
          <w:p w:rsidR="00DA7400" w:rsidRPr="00A53168" w:rsidRDefault="00DA7400" w:rsidP="00D86A3D">
            <w:pPr>
              <w:tabs>
                <w:tab w:val="left" w:pos="4"/>
                <w:tab w:val="left" w:pos="288"/>
              </w:tabs>
              <w:spacing w:after="0" w:line="240" w:lineRule="auto"/>
              <w:ind w:firstLine="181"/>
              <w:jc w:val="both"/>
              <w:rPr>
                <w:rFonts w:ascii="Times New Roman" w:hAnsi="Times New Roman" w:cs="Times New Roman"/>
                <w:sz w:val="24"/>
                <w:szCs w:val="24"/>
                <w:lang w:val="ru-RU"/>
              </w:rPr>
            </w:pPr>
            <w:r w:rsidRPr="00A53168">
              <w:rPr>
                <w:rFonts w:ascii="Times New Roman" w:hAnsi="Times New Roman" w:cs="Times New Roman"/>
                <w:sz w:val="24"/>
                <w:szCs w:val="24"/>
                <w:lang w:val="ru-RU"/>
              </w:rPr>
              <w:t>Знающий и любящий свою малую родину, свой край, имеющий представление о Родине</w:t>
            </w:r>
            <w:r w:rsidRPr="00A53168">
              <w:rPr>
                <w:rFonts w:ascii="Times New Roman" w:hAnsi="Times New Roman" w:cs="Times New Roman"/>
                <w:sz w:val="24"/>
                <w:szCs w:val="24"/>
              </w:rPr>
              <w:t> </w:t>
            </w:r>
            <w:r w:rsidRPr="00A53168">
              <w:rPr>
                <w:rFonts w:ascii="Times New Roman" w:hAnsi="Times New Roman" w:cs="Times New Roman"/>
                <w:sz w:val="24"/>
                <w:szCs w:val="24"/>
                <w:lang w:val="ru-RU"/>
              </w:rPr>
              <w:t>— России, её территории, расположении.</w:t>
            </w:r>
          </w:p>
          <w:p w:rsidR="00DA7400" w:rsidRPr="00A53168" w:rsidRDefault="00DA7400" w:rsidP="00D86A3D">
            <w:pPr>
              <w:rPr>
                <w:rFonts w:ascii="Times New Roman" w:hAnsi="Times New Roman" w:cs="Times New Roman"/>
                <w:sz w:val="24"/>
                <w:szCs w:val="24"/>
                <w:lang w:val="ru-RU"/>
              </w:rPr>
            </w:pPr>
            <w:r w:rsidRPr="00A53168">
              <w:rPr>
                <w:rFonts w:ascii="Times New Roman" w:hAnsi="Times New Roman" w:cs="Times New Roman"/>
                <w:sz w:val="24"/>
                <w:szCs w:val="24"/>
                <w:lang w:val="ru-RU"/>
              </w:rPr>
              <w:t>Умеющий оценивать поступки с позиции их соответствия нравственным нормам, осознающий ответственность за свои поступки. Проявляющий стремление к самовыражению в разных видах художественной деятельности, искусстве. Проявляющий интерес к разным профессиям. Выражающий познавательные интересы, активность, любознательность и самостоятельность в познании, интерес и уважение к научным знаниям, науке.</w:t>
            </w:r>
          </w:p>
        </w:tc>
        <w:tc>
          <w:tcPr>
            <w:tcW w:w="3828" w:type="dxa"/>
          </w:tcPr>
          <w:p w:rsidR="00DA7400" w:rsidRDefault="00DA7400" w:rsidP="00D86A3D">
            <w:pPr>
              <w:tabs>
                <w:tab w:val="left" w:pos="888"/>
              </w:tabs>
              <w:spacing w:after="0" w:line="240" w:lineRule="auto"/>
              <w:rPr>
                <w:rFonts w:ascii="Times New Roman" w:eastAsia="Times New Roman" w:hAnsi="Times New Roman" w:cs="Times New Roman"/>
                <w:color w:val="000000"/>
                <w:w w:val="97"/>
                <w:sz w:val="24"/>
                <w:szCs w:val="24"/>
                <w:lang w:val="ru-RU"/>
              </w:rPr>
            </w:pPr>
            <w:r>
              <w:rPr>
                <w:rFonts w:ascii="Times New Roman" w:eastAsia="Times New Roman" w:hAnsi="Times New Roman" w:cs="Times New Roman"/>
                <w:color w:val="000000"/>
                <w:w w:val="97"/>
                <w:sz w:val="24"/>
                <w:szCs w:val="24"/>
              </w:rPr>
              <w:t>Educont</w:t>
            </w:r>
            <w:r>
              <w:rPr>
                <w:rFonts w:ascii="Times New Roman" w:eastAsia="Times New Roman" w:hAnsi="Times New Roman" w:cs="Times New Roman"/>
                <w:color w:val="000000"/>
                <w:w w:val="97"/>
                <w:sz w:val="24"/>
                <w:szCs w:val="24"/>
                <w:lang w:val="ru-RU"/>
              </w:rPr>
              <w:t>.</w:t>
            </w:r>
            <w:r>
              <w:rPr>
                <w:rFonts w:ascii="Times New Roman" w:eastAsia="Times New Roman" w:hAnsi="Times New Roman" w:cs="Times New Roman"/>
                <w:color w:val="000000"/>
                <w:w w:val="97"/>
                <w:sz w:val="24"/>
                <w:szCs w:val="24"/>
              </w:rPr>
              <w:t>ru</w:t>
            </w:r>
          </w:p>
          <w:p w:rsidR="00DA7400"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lang w:val="ru-RU"/>
              </w:rPr>
            </w:pPr>
            <w:r>
              <w:rPr>
                <w:rFonts w:ascii="Times New Roman" w:eastAsia="Times New Roman" w:hAnsi="Times New Roman" w:cs="Times New Roman"/>
                <w:color w:val="000000"/>
                <w:w w:val="97"/>
                <w:sz w:val="24"/>
                <w:szCs w:val="24"/>
                <w:lang w:val="ru-RU"/>
              </w:rPr>
              <w:t xml:space="preserve">Яндекс-учебник РЭШ </w:t>
            </w:r>
          </w:p>
          <w:p w:rsidR="00DA7400" w:rsidRPr="00A53168" w:rsidRDefault="00DA7400" w:rsidP="00D86A3D">
            <w:pPr>
              <w:rPr>
                <w:rFonts w:ascii="Times New Roman" w:hAnsi="Times New Roman" w:cs="Times New Roman"/>
                <w:sz w:val="24"/>
                <w:szCs w:val="24"/>
                <w:lang w:val="ru-RU"/>
              </w:rPr>
            </w:pPr>
            <w:r>
              <w:rPr>
                <w:rFonts w:ascii="Times New Roman" w:eastAsia="Times New Roman" w:hAnsi="Times New Roman" w:cs="Times New Roman"/>
                <w:color w:val="000000"/>
                <w:w w:val="97"/>
                <w:sz w:val="24"/>
                <w:szCs w:val="24"/>
                <w:lang w:val="ru-RU"/>
              </w:rPr>
              <w:t>Учи.ру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83</w:t>
            </w:r>
          </w:p>
        </w:tc>
        <w:tc>
          <w:tcPr>
            <w:tcW w:w="4868" w:type="dxa"/>
          </w:tcPr>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Нахождение неизвестного компонента арифметического действия. Связь между суммой и слагаемыми.</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A5316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A5316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A5316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A5316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84</w:t>
            </w:r>
          </w:p>
        </w:tc>
        <w:tc>
          <w:tcPr>
            <w:tcW w:w="4868" w:type="dxa"/>
          </w:tcPr>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 xml:space="preserve"> Нахождение неизвестного компонента арифметического действия. Решение задач на нахождение неизвестного слагаемого.</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A5316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A5316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A5316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A5316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85</w:t>
            </w:r>
          </w:p>
        </w:tc>
        <w:tc>
          <w:tcPr>
            <w:tcW w:w="4868" w:type="dxa"/>
          </w:tcPr>
          <w:p w:rsidR="00DA7400" w:rsidRPr="00244C85" w:rsidRDefault="00DA7400" w:rsidP="00D86A3D">
            <w:pPr>
              <w:rPr>
                <w:rFonts w:ascii="Times New Roman" w:hAnsi="Times New Roman" w:cs="Times New Roman"/>
                <w:sz w:val="24"/>
                <w:szCs w:val="24"/>
              </w:rPr>
            </w:pPr>
            <w:r w:rsidRPr="00EB12D6">
              <w:rPr>
                <w:rFonts w:ascii="Times New Roman" w:hAnsi="Times New Roman" w:cs="Times New Roman"/>
                <w:sz w:val="24"/>
                <w:szCs w:val="24"/>
                <w:lang w:val="ru-RU"/>
              </w:rPr>
              <w:t xml:space="preserve">Названия компонентов арифметических действий. Уменьшаемое. </w:t>
            </w:r>
            <w:r w:rsidRPr="00244C85">
              <w:rPr>
                <w:rFonts w:ascii="Times New Roman" w:hAnsi="Times New Roman" w:cs="Times New Roman"/>
                <w:sz w:val="24"/>
                <w:szCs w:val="24"/>
              </w:rPr>
              <w:t>Вычитаемое. Разность.</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A5316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A5316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A5316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A5316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8E75F7"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86</w:t>
            </w:r>
          </w:p>
        </w:tc>
        <w:tc>
          <w:tcPr>
            <w:tcW w:w="486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 xml:space="preserve"> Вычитание. Вычитание вида 6 - </w:t>
            </w:r>
            <w:proofErr w:type="gramStart"/>
            <w:r w:rsidRPr="00244C85">
              <w:rPr>
                <w:rFonts w:ascii="Times New Roman" w:hAnsi="Times New Roman" w:cs="Times New Roman"/>
                <w:sz w:val="24"/>
                <w:szCs w:val="24"/>
              </w:rPr>
              <w:t>  ,</w:t>
            </w:r>
            <w:proofErr w:type="gramEnd"/>
            <w:r w:rsidRPr="00244C85">
              <w:rPr>
                <w:rFonts w:ascii="Times New Roman" w:hAnsi="Times New Roman" w:cs="Times New Roman"/>
                <w:sz w:val="24"/>
                <w:szCs w:val="24"/>
              </w:rPr>
              <w:t xml:space="preserve"> 7 - </w:t>
            </w:r>
            <w:r w:rsidRPr="00244C85">
              <w:rPr>
                <w:rFonts w:ascii="Times New Roman" w:hAnsi="Times New Roman" w:cs="Times New Roman"/>
                <w:sz w:val="24"/>
                <w:szCs w:val="24"/>
              </w:rPr>
              <w:t xml:space="preserve">. </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val="restart"/>
          </w:tcPr>
          <w:p w:rsidR="00DA7400" w:rsidRPr="00A53168" w:rsidRDefault="00DA7400" w:rsidP="00D86A3D">
            <w:pPr>
              <w:rPr>
                <w:rFonts w:ascii="Times New Roman" w:hAnsi="Times New Roman" w:cs="Times New Roman"/>
                <w:sz w:val="24"/>
                <w:szCs w:val="24"/>
                <w:lang w:val="ru-RU"/>
              </w:rPr>
            </w:pPr>
            <w:r w:rsidRPr="00A53168">
              <w:rPr>
                <w:rFonts w:ascii="Times New Roman" w:hAnsi="Times New Roman" w:cs="Times New Roman"/>
                <w:sz w:val="24"/>
                <w:szCs w:val="24"/>
                <w:lang w:val="ru-RU"/>
              </w:rPr>
              <w:t xml:space="preserve">Сознающий ценность каждой человеческой жизни, признающий индивидуальность и достоинство каждого человека.                 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 Проявляющий интерес и уважение к отечественной и мировой художественной культуре. Имеющий первоначальные представления о правах и ответственности человека в обществе, </w:t>
            </w:r>
            <w:r w:rsidRPr="00A53168">
              <w:rPr>
                <w:rFonts w:ascii="Times New Roman" w:hAnsi="Times New Roman" w:cs="Times New Roman"/>
                <w:sz w:val="24"/>
                <w:szCs w:val="24"/>
                <w:lang w:val="ru-RU"/>
              </w:rPr>
              <w:lastRenderedPageBreak/>
              <w:t>гражданских правах и обязанностях.                            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tc>
        <w:tc>
          <w:tcPr>
            <w:tcW w:w="3828" w:type="dxa"/>
          </w:tcPr>
          <w:p w:rsidR="00DA7400" w:rsidRDefault="00DA7400" w:rsidP="00D86A3D">
            <w:pPr>
              <w:tabs>
                <w:tab w:val="left" w:pos="888"/>
              </w:tabs>
              <w:spacing w:after="0" w:line="240" w:lineRule="auto"/>
              <w:rPr>
                <w:rFonts w:ascii="Times New Roman" w:eastAsia="Times New Roman" w:hAnsi="Times New Roman" w:cs="Times New Roman"/>
                <w:color w:val="000000"/>
                <w:w w:val="97"/>
                <w:sz w:val="24"/>
                <w:szCs w:val="24"/>
                <w:lang w:val="ru-RU"/>
              </w:rPr>
            </w:pPr>
            <w:r>
              <w:rPr>
                <w:rFonts w:ascii="Times New Roman" w:eastAsia="Times New Roman" w:hAnsi="Times New Roman" w:cs="Times New Roman"/>
                <w:color w:val="000000"/>
                <w:w w:val="97"/>
                <w:sz w:val="24"/>
                <w:szCs w:val="24"/>
              </w:rPr>
              <w:lastRenderedPageBreak/>
              <w:t>Educont</w:t>
            </w:r>
            <w:r>
              <w:rPr>
                <w:rFonts w:ascii="Times New Roman" w:eastAsia="Times New Roman" w:hAnsi="Times New Roman" w:cs="Times New Roman"/>
                <w:color w:val="000000"/>
                <w:w w:val="97"/>
                <w:sz w:val="24"/>
                <w:szCs w:val="24"/>
                <w:lang w:val="ru-RU"/>
              </w:rPr>
              <w:t>.</w:t>
            </w:r>
            <w:r>
              <w:rPr>
                <w:rFonts w:ascii="Times New Roman" w:eastAsia="Times New Roman" w:hAnsi="Times New Roman" w:cs="Times New Roman"/>
                <w:color w:val="000000"/>
                <w:w w:val="97"/>
                <w:sz w:val="24"/>
                <w:szCs w:val="24"/>
              </w:rPr>
              <w:t>ru</w:t>
            </w:r>
          </w:p>
          <w:p w:rsidR="00DA7400"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lang w:val="ru-RU"/>
              </w:rPr>
            </w:pPr>
            <w:r>
              <w:rPr>
                <w:rFonts w:ascii="Times New Roman" w:eastAsia="Times New Roman" w:hAnsi="Times New Roman" w:cs="Times New Roman"/>
                <w:color w:val="000000"/>
                <w:w w:val="97"/>
                <w:sz w:val="24"/>
                <w:szCs w:val="24"/>
                <w:lang w:val="ru-RU"/>
              </w:rPr>
              <w:t xml:space="preserve">Яндекс-учебник РЭШ </w:t>
            </w:r>
          </w:p>
          <w:p w:rsidR="00DA7400" w:rsidRPr="00A53168" w:rsidRDefault="00DA7400" w:rsidP="00D86A3D">
            <w:pPr>
              <w:rPr>
                <w:rFonts w:ascii="Times New Roman" w:hAnsi="Times New Roman" w:cs="Times New Roman"/>
                <w:sz w:val="24"/>
                <w:szCs w:val="24"/>
                <w:lang w:val="ru-RU"/>
              </w:rPr>
            </w:pPr>
            <w:r>
              <w:rPr>
                <w:rFonts w:ascii="Times New Roman" w:eastAsia="Times New Roman" w:hAnsi="Times New Roman" w:cs="Times New Roman"/>
                <w:color w:val="000000"/>
                <w:w w:val="97"/>
                <w:sz w:val="24"/>
                <w:szCs w:val="24"/>
                <w:lang w:val="ru-RU"/>
              </w:rPr>
              <w:t>Учи.ру</w:t>
            </w:r>
          </w:p>
        </w:tc>
      </w:tr>
      <w:tr w:rsidR="00DA7400" w:rsidRPr="00244C85" w:rsidTr="00D86A3D">
        <w:tc>
          <w:tcPr>
            <w:tcW w:w="656" w:type="dxa"/>
          </w:tcPr>
          <w:p w:rsidR="00DA7400" w:rsidRPr="00244C85" w:rsidRDefault="00DA7400" w:rsidP="00D86A3D">
            <w:pPr>
              <w:rPr>
                <w:rFonts w:ascii="Times New Roman" w:hAnsi="Times New Roman" w:cs="Times New Roman"/>
                <w:color w:val="FF0000"/>
                <w:sz w:val="24"/>
                <w:szCs w:val="24"/>
              </w:rPr>
            </w:pPr>
            <w:r w:rsidRPr="00244C85">
              <w:rPr>
                <w:rFonts w:ascii="Times New Roman" w:hAnsi="Times New Roman" w:cs="Times New Roman"/>
                <w:color w:val="FF0000"/>
                <w:sz w:val="24"/>
                <w:szCs w:val="24"/>
              </w:rPr>
              <w:t>87</w:t>
            </w:r>
          </w:p>
        </w:tc>
        <w:tc>
          <w:tcPr>
            <w:tcW w:w="4868" w:type="dxa"/>
          </w:tcPr>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 xml:space="preserve">Закрепление по </w:t>
            </w:r>
            <w:proofErr w:type="gramStart"/>
            <w:r w:rsidRPr="00EB12D6">
              <w:rPr>
                <w:rFonts w:ascii="Times New Roman" w:hAnsi="Times New Roman" w:cs="Times New Roman"/>
                <w:sz w:val="24"/>
                <w:szCs w:val="24"/>
                <w:lang w:val="ru-RU"/>
              </w:rPr>
              <w:t>теме :</w:t>
            </w:r>
            <w:proofErr w:type="gramEnd"/>
            <w:r w:rsidRPr="00EB12D6">
              <w:rPr>
                <w:rFonts w:ascii="Times New Roman" w:hAnsi="Times New Roman" w:cs="Times New Roman"/>
                <w:sz w:val="24"/>
                <w:szCs w:val="24"/>
                <w:lang w:val="ru-RU"/>
              </w:rPr>
              <w:t xml:space="preserve"> « Вычитание вида 6 - </w:t>
            </w:r>
            <w:r w:rsidRPr="00244C85">
              <w:rPr>
                <w:rFonts w:ascii="Times New Roman" w:hAnsi="Times New Roman" w:cs="Times New Roman"/>
                <w:sz w:val="24"/>
                <w:szCs w:val="24"/>
              </w:rPr>
              <w:t></w:t>
            </w:r>
            <w:r w:rsidRPr="00EB12D6">
              <w:rPr>
                <w:rFonts w:ascii="Times New Roman" w:hAnsi="Times New Roman" w:cs="Times New Roman"/>
                <w:sz w:val="24"/>
                <w:szCs w:val="24"/>
                <w:lang w:val="ru-RU"/>
              </w:rPr>
              <w:t xml:space="preserve">  , 7 - </w:t>
            </w:r>
            <w:r w:rsidRPr="00244C85">
              <w:rPr>
                <w:rFonts w:ascii="Times New Roman" w:hAnsi="Times New Roman" w:cs="Times New Roman"/>
                <w:sz w:val="24"/>
                <w:szCs w:val="24"/>
              </w:rPr>
              <w:t></w:t>
            </w:r>
            <w:r w:rsidRPr="00EB12D6">
              <w:rPr>
                <w:rFonts w:ascii="Times New Roman" w:hAnsi="Times New Roman" w:cs="Times New Roman"/>
                <w:sz w:val="24"/>
                <w:szCs w:val="24"/>
                <w:lang w:val="ru-RU"/>
              </w:rPr>
              <w:t xml:space="preserve">»  Прием вычислений вида 6 - </w:t>
            </w:r>
            <w:r w:rsidRPr="00244C85">
              <w:rPr>
                <w:rFonts w:ascii="Times New Roman" w:hAnsi="Times New Roman" w:cs="Times New Roman"/>
                <w:sz w:val="24"/>
                <w:szCs w:val="24"/>
              </w:rPr>
              <w:t></w:t>
            </w:r>
            <w:r w:rsidRPr="00EB12D6">
              <w:rPr>
                <w:rFonts w:ascii="Times New Roman" w:hAnsi="Times New Roman" w:cs="Times New Roman"/>
                <w:sz w:val="24"/>
                <w:szCs w:val="24"/>
                <w:lang w:val="ru-RU"/>
              </w:rPr>
              <w:t xml:space="preserve">  , 7 - </w:t>
            </w:r>
            <w:r w:rsidRPr="00244C85">
              <w:rPr>
                <w:rFonts w:ascii="Times New Roman" w:hAnsi="Times New Roman" w:cs="Times New Roman"/>
                <w:sz w:val="24"/>
                <w:szCs w:val="24"/>
              </w:rPr>
              <w:t></w:t>
            </w:r>
            <w:r w:rsidRPr="00EB12D6">
              <w:rPr>
                <w:rFonts w:ascii="Times New Roman" w:hAnsi="Times New Roman" w:cs="Times New Roman"/>
                <w:sz w:val="24"/>
                <w:szCs w:val="24"/>
                <w:lang w:val="ru-RU"/>
              </w:rPr>
              <w:t>.</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A5316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A5316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A5316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A5316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88</w:t>
            </w:r>
          </w:p>
        </w:tc>
        <w:tc>
          <w:tcPr>
            <w:tcW w:w="4868" w:type="dxa"/>
          </w:tcPr>
          <w:p w:rsidR="00DA7400" w:rsidRPr="00EB12D6" w:rsidRDefault="00DA7400" w:rsidP="00D86A3D">
            <w:pPr>
              <w:rPr>
                <w:rFonts w:ascii="Times New Roman" w:hAnsi="Times New Roman" w:cs="Times New Roman"/>
                <w:sz w:val="24"/>
                <w:szCs w:val="24"/>
                <w:lang w:val="ru-RU"/>
              </w:rPr>
            </w:pPr>
            <w:proofErr w:type="gramStart"/>
            <w:r w:rsidRPr="00EB12D6">
              <w:rPr>
                <w:rFonts w:ascii="Times New Roman" w:hAnsi="Times New Roman" w:cs="Times New Roman"/>
                <w:sz w:val="24"/>
                <w:szCs w:val="24"/>
                <w:lang w:val="ru-RU"/>
              </w:rPr>
              <w:t>Закрепление  по</w:t>
            </w:r>
            <w:proofErr w:type="gramEnd"/>
            <w:r w:rsidRPr="00EB12D6">
              <w:rPr>
                <w:rFonts w:ascii="Times New Roman" w:hAnsi="Times New Roman" w:cs="Times New Roman"/>
                <w:sz w:val="24"/>
                <w:szCs w:val="24"/>
                <w:lang w:val="ru-RU"/>
              </w:rPr>
              <w:t xml:space="preserve"> теме: «Компоненты сложения и вычитания. Связь между суммой и слагаемыми»</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A5316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A5316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A5316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A5316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89</w:t>
            </w:r>
          </w:p>
        </w:tc>
        <w:tc>
          <w:tcPr>
            <w:tcW w:w="486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 xml:space="preserve">Вычитание. Вычитание вида 8 - </w:t>
            </w:r>
            <w:proofErr w:type="gramStart"/>
            <w:r w:rsidRPr="00244C85">
              <w:rPr>
                <w:rFonts w:ascii="Times New Roman" w:hAnsi="Times New Roman" w:cs="Times New Roman"/>
                <w:sz w:val="24"/>
                <w:szCs w:val="24"/>
              </w:rPr>
              <w:t>  ,</w:t>
            </w:r>
            <w:proofErr w:type="gramEnd"/>
            <w:r w:rsidRPr="00244C85">
              <w:rPr>
                <w:rFonts w:ascii="Times New Roman" w:hAnsi="Times New Roman" w:cs="Times New Roman"/>
                <w:sz w:val="24"/>
                <w:szCs w:val="24"/>
              </w:rPr>
              <w:t xml:space="preserve"> 9 - </w:t>
            </w:r>
            <w:r w:rsidRPr="00244C85">
              <w:rPr>
                <w:rFonts w:ascii="Times New Roman" w:hAnsi="Times New Roman" w:cs="Times New Roman"/>
                <w:sz w:val="24"/>
                <w:szCs w:val="24"/>
              </w:rPr>
              <w:t> .</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A5316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A5316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A5316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A5316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lastRenderedPageBreak/>
              <w:t>Учи</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lastRenderedPageBreak/>
              <w:t>90</w:t>
            </w:r>
          </w:p>
        </w:tc>
        <w:tc>
          <w:tcPr>
            <w:tcW w:w="486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 xml:space="preserve"> Вычитание. Вычитание вида 10 - </w:t>
            </w:r>
            <w:r w:rsidRPr="00244C85">
              <w:rPr>
                <w:rFonts w:ascii="Times New Roman" w:hAnsi="Times New Roman" w:cs="Times New Roman"/>
                <w:sz w:val="24"/>
                <w:szCs w:val="24"/>
              </w:rPr>
              <w:t>.</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A5316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A5316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A5316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A5316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p>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91</w:t>
            </w:r>
          </w:p>
        </w:tc>
        <w:tc>
          <w:tcPr>
            <w:tcW w:w="4868" w:type="dxa"/>
          </w:tcPr>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 xml:space="preserve">Закрепление по </w:t>
            </w:r>
            <w:proofErr w:type="gramStart"/>
            <w:r w:rsidRPr="00EB12D6">
              <w:rPr>
                <w:rFonts w:ascii="Times New Roman" w:hAnsi="Times New Roman" w:cs="Times New Roman"/>
                <w:sz w:val="24"/>
                <w:szCs w:val="24"/>
                <w:lang w:val="ru-RU"/>
              </w:rPr>
              <w:t>теме :</w:t>
            </w:r>
            <w:proofErr w:type="gramEnd"/>
            <w:r w:rsidRPr="00EB12D6">
              <w:rPr>
                <w:rFonts w:ascii="Times New Roman" w:hAnsi="Times New Roman" w:cs="Times New Roman"/>
                <w:sz w:val="24"/>
                <w:szCs w:val="24"/>
                <w:lang w:val="ru-RU"/>
              </w:rPr>
              <w:t xml:space="preserve"> «Приемы вычитания вида   8 - </w:t>
            </w:r>
            <w:r w:rsidRPr="00244C85">
              <w:rPr>
                <w:rFonts w:ascii="Times New Roman" w:hAnsi="Times New Roman" w:cs="Times New Roman"/>
                <w:sz w:val="24"/>
                <w:szCs w:val="24"/>
              </w:rPr>
              <w:t></w:t>
            </w:r>
            <w:r w:rsidRPr="00EB12D6">
              <w:rPr>
                <w:rFonts w:ascii="Times New Roman" w:hAnsi="Times New Roman" w:cs="Times New Roman"/>
                <w:sz w:val="24"/>
                <w:szCs w:val="24"/>
                <w:lang w:val="ru-RU"/>
              </w:rPr>
              <w:t xml:space="preserve">  , 9 - </w:t>
            </w:r>
            <w:r w:rsidRPr="00244C85">
              <w:rPr>
                <w:rFonts w:ascii="Times New Roman" w:hAnsi="Times New Roman" w:cs="Times New Roman"/>
                <w:sz w:val="24"/>
                <w:szCs w:val="24"/>
              </w:rPr>
              <w:t></w:t>
            </w:r>
            <w:r w:rsidRPr="00EB12D6">
              <w:rPr>
                <w:rFonts w:ascii="Times New Roman" w:hAnsi="Times New Roman" w:cs="Times New Roman"/>
                <w:sz w:val="24"/>
                <w:szCs w:val="24"/>
                <w:lang w:val="ru-RU"/>
              </w:rPr>
              <w:t xml:space="preserve">,  10 - </w:t>
            </w:r>
            <w:r w:rsidRPr="00244C85">
              <w:rPr>
                <w:rFonts w:ascii="Times New Roman" w:hAnsi="Times New Roman" w:cs="Times New Roman"/>
                <w:sz w:val="24"/>
                <w:szCs w:val="24"/>
              </w:rPr>
              <w:t></w:t>
            </w:r>
            <w:r w:rsidRPr="00EB12D6">
              <w:rPr>
                <w:rFonts w:ascii="Times New Roman" w:hAnsi="Times New Roman" w:cs="Times New Roman"/>
                <w:sz w:val="24"/>
                <w:szCs w:val="24"/>
                <w:lang w:val="ru-RU"/>
              </w:rPr>
              <w:t>.Решение текстовых задач арифметическим способом»</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A5316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A5316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A5316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A5316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8E75F7"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92</w:t>
            </w:r>
          </w:p>
        </w:tc>
        <w:tc>
          <w:tcPr>
            <w:tcW w:w="486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Единицы массы. Килограмм.</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val="restart"/>
          </w:tcPr>
          <w:p w:rsidR="00DA7400" w:rsidRPr="00A53168" w:rsidRDefault="00DA7400" w:rsidP="00D86A3D">
            <w:pPr>
              <w:rPr>
                <w:rFonts w:ascii="Times New Roman" w:hAnsi="Times New Roman" w:cs="Times New Roman"/>
                <w:sz w:val="24"/>
                <w:szCs w:val="24"/>
                <w:lang w:val="ru-RU"/>
              </w:rPr>
            </w:pPr>
            <w:r w:rsidRPr="00A53168">
              <w:rPr>
                <w:rFonts w:ascii="Times New Roman" w:hAnsi="Times New Roman" w:cs="Times New Roman"/>
                <w:sz w:val="24"/>
                <w:szCs w:val="24"/>
                <w:lang w:val="ru-RU"/>
              </w:rPr>
              <w:t>Сознающий ценность каждой человеческой жизни, признающий индивидуальность и достоинство каждого человека.                 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 Проявляющий интерес и уважение к отечественной и мировой художественной культуре. Имеющий первоначальные представления о правах и ответственности человека в обществе, гражданских правах и обязанностях.                            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tc>
        <w:tc>
          <w:tcPr>
            <w:tcW w:w="3828" w:type="dxa"/>
          </w:tcPr>
          <w:p w:rsidR="00DA7400" w:rsidRDefault="00DA7400" w:rsidP="00D86A3D">
            <w:pPr>
              <w:tabs>
                <w:tab w:val="left" w:pos="888"/>
              </w:tabs>
              <w:spacing w:after="0" w:line="240" w:lineRule="auto"/>
              <w:rPr>
                <w:rFonts w:ascii="Times New Roman" w:eastAsia="Times New Roman" w:hAnsi="Times New Roman" w:cs="Times New Roman"/>
                <w:color w:val="000000"/>
                <w:w w:val="97"/>
                <w:sz w:val="24"/>
                <w:szCs w:val="24"/>
                <w:lang w:val="ru-RU"/>
              </w:rPr>
            </w:pPr>
            <w:r>
              <w:rPr>
                <w:rFonts w:ascii="Times New Roman" w:eastAsia="Times New Roman" w:hAnsi="Times New Roman" w:cs="Times New Roman"/>
                <w:color w:val="000000"/>
                <w:w w:val="97"/>
                <w:sz w:val="24"/>
                <w:szCs w:val="24"/>
              </w:rPr>
              <w:t>Educont</w:t>
            </w:r>
            <w:r>
              <w:rPr>
                <w:rFonts w:ascii="Times New Roman" w:eastAsia="Times New Roman" w:hAnsi="Times New Roman" w:cs="Times New Roman"/>
                <w:color w:val="000000"/>
                <w:w w:val="97"/>
                <w:sz w:val="24"/>
                <w:szCs w:val="24"/>
                <w:lang w:val="ru-RU"/>
              </w:rPr>
              <w:t>.</w:t>
            </w:r>
            <w:r>
              <w:rPr>
                <w:rFonts w:ascii="Times New Roman" w:eastAsia="Times New Roman" w:hAnsi="Times New Roman" w:cs="Times New Roman"/>
                <w:color w:val="000000"/>
                <w:w w:val="97"/>
                <w:sz w:val="24"/>
                <w:szCs w:val="24"/>
              </w:rPr>
              <w:t>ru</w:t>
            </w:r>
          </w:p>
          <w:p w:rsidR="00DA7400"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lang w:val="ru-RU"/>
              </w:rPr>
            </w:pPr>
            <w:r>
              <w:rPr>
                <w:rFonts w:ascii="Times New Roman" w:eastAsia="Times New Roman" w:hAnsi="Times New Roman" w:cs="Times New Roman"/>
                <w:color w:val="000000"/>
                <w:w w:val="97"/>
                <w:sz w:val="24"/>
                <w:szCs w:val="24"/>
                <w:lang w:val="ru-RU"/>
              </w:rPr>
              <w:t xml:space="preserve">Яндекс-учебник РЭШ </w:t>
            </w:r>
          </w:p>
          <w:p w:rsidR="00DA7400" w:rsidRPr="00425B0D" w:rsidRDefault="00DA7400" w:rsidP="00D86A3D">
            <w:pPr>
              <w:rPr>
                <w:rFonts w:ascii="Times New Roman" w:hAnsi="Times New Roman" w:cs="Times New Roman"/>
                <w:sz w:val="24"/>
                <w:szCs w:val="24"/>
                <w:lang w:val="ru-RU"/>
              </w:rPr>
            </w:pPr>
            <w:r>
              <w:rPr>
                <w:rFonts w:ascii="Times New Roman" w:eastAsia="Times New Roman" w:hAnsi="Times New Roman" w:cs="Times New Roman"/>
                <w:color w:val="000000"/>
                <w:w w:val="97"/>
                <w:sz w:val="24"/>
                <w:szCs w:val="24"/>
                <w:lang w:val="ru-RU"/>
              </w:rPr>
              <w:t>Учи.ру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93</w:t>
            </w:r>
          </w:p>
        </w:tc>
        <w:tc>
          <w:tcPr>
            <w:tcW w:w="486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 xml:space="preserve"> Единицы объема. Литр.</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A5316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A5316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A5316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A5316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94 -95</w:t>
            </w:r>
          </w:p>
        </w:tc>
        <w:tc>
          <w:tcPr>
            <w:tcW w:w="4868" w:type="dxa"/>
          </w:tcPr>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 xml:space="preserve"> Единицы массы, объема. Закрепление по теме: </w:t>
            </w:r>
            <w:proofErr w:type="gramStart"/>
            <w:r w:rsidRPr="00EB12D6">
              <w:rPr>
                <w:rFonts w:ascii="Times New Roman" w:hAnsi="Times New Roman" w:cs="Times New Roman"/>
                <w:sz w:val="24"/>
                <w:szCs w:val="24"/>
                <w:lang w:val="ru-RU"/>
              </w:rPr>
              <w:t>« Величины</w:t>
            </w:r>
            <w:proofErr w:type="gramEnd"/>
            <w:r w:rsidRPr="00EB12D6">
              <w:rPr>
                <w:rFonts w:ascii="Times New Roman" w:hAnsi="Times New Roman" w:cs="Times New Roman"/>
                <w:sz w:val="24"/>
                <w:szCs w:val="24"/>
                <w:lang w:val="ru-RU"/>
              </w:rPr>
              <w:t>»</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2</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A5316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A5316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A5316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A5316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8E75F7" w:rsidTr="00D86A3D">
        <w:tc>
          <w:tcPr>
            <w:tcW w:w="15163" w:type="dxa"/>
            <w:gridSpan w:val="5"/>
          </w:tcPr>
          <w:p w:rsidR="00DA7400" w:rsidRPr="00A53168" w:rsidRDefault="00DA7400" w:rsidP="00D86A3D">
            <w:pPr>
              <w:tabs>
                <w:tab w:val="left" w:pos="888"/>
              </w:tabs>
              <w:spacing w:after="0" w:line="240" w:lineRule="auto"/>
              <w:rPr>
                <w:rFonts w:ascii="Times New Roman" w:eastAsia="Times New Roman" w:hAnsi="Times New Roman" w:cs="Times New Roman"/>
                <w:color w:val="000000"/>
                <w:w w:val="97"/>
                <w:sz w:val="24"/>
                <w:szCs w:val="24"/>
                <w:lang w:val="ru-RU"/>
              </w:rPr>
            </w:pPr>
            <w:r w:rsidRPr="00A53168">
              <w:rPr>
                <w:rFonts w:ascii="Times New Roman" w:hAnsi="Times New Roman" w:cs="Times New Roman"/>
                <w:b/>
                <w:sz w:val="24"/>
                <w:szCs w:val="24"/>
                <w:lang w:val="ru-RU"/>
              </w:rPr>
              <w:t>ЧИСЛА ОТ 1 ДО 20. НУМЕРАЦИЯ (14часов)</w:t>
            </w:r>
          </w:p>
        </w:tc>
      </w:tr>
      <w:tr w:rsidR="00DA7400" w:rsidRPr="008E75F7"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lastRenderedPageBreak/>
              <w:t>96</w:t>
            </w:r>
          </w:p>
        </w:tc>
        <w:tc>
          <w:tcPr>
            <w:tcW w:w="4868" w:type="dxa"/>
          </w:tcPr>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 xml:space="preserve">Счёт предметов. Сравнение и упорядочение чисел. Названия и последовательность чисел от 11 до 20. </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val="restart"/>
          </w:tcPr>
          <w:p w:rsidR="00DA7400" w:rsidRPr="00A53168" w:rsidRDefault="00DA7400" w:rsidP="00D86A3D">
            <w:pPr>
              <w:tabs>
                <w:tab w:val="left" w:pos="4"/>
                <w:tab w:val="left" w:pos="288"/>
              </w:tabs>
              <w:spacing w:after="0" w:line="240" w:lineRule="auto"/>
              <w:ind w:firstLine="181"/>
              <w:jc w:val="both"/>
              <w:rPr>
                <w:rFonts w:ascii="Times New Roman" w:hAnsi="Times New Roman" w:cs="Times New Roman"/>
                <w:sz w:val="24"/>
                <w:szCs w:val="24"/>
                <w:lang w:val="ru-RU"/>
              </w:rPr>
            </w:pPr>
            <w:r w:rsidRPr="00A53168">
              <w:rPr>
                <w:rFonts w:ascii="Times New Roman" w:hAnsi="Times New Roman" w:cs="Times New Roman"/>
                <w:sz w:val="24"/>
                <w:szCs w:val="24"/>
                <w:lang w:val="ru-RU"/>
              </w:rPr>
              <w:t>Знающий и любящий свою малую родину, свой край, имеющий представление о Родине</w:t>
            </w:r>
            <w:r w:rsidRPr="00A53168">
              <w:rPr>
                <w:rFonts w:ascii="Times New Roman" w:hAnsi="Times New Roman" w:cs="Times New Roman"/>
                <w:sz w:val="24"/>
                <w:szCs w:val="24"/>
              </w:rPr>
              <w:t> </w:t>
            </w:r>
            <w:r w:rsidRPr="00A53168">
              <w:rPr>
                <w:rFonts w:ascii="Times New Roman" w:hAnsi="Times New Roman" w:cs="Times New Roman"/>
                <w:sz w:val="24"/>
                <w:szCs w:val="24"/>
                <w:lang w:val="ru-RU"/>
              </w:rPr>
              <w:t>— России, её территории, расположении.</w:t>
            </w:r>
          </w:p>
          <w:p w:rsidR="00DA7400" w:rsidRPr="00A53168" w:rsidRDefault="00DA7400" w:rsidP="00D86A3D">
            <w:pPr>
              <w:rPr>
                <w:rFonts w:ascii="Times New Roman" w:hAnsi="Times New Roman" w:cs="Times New Roman"/>
                <w:sz w:val="24"/>
                <w:szCs w:val="24"/>
                <w:lang w:val="ru-RU"/>
              </w:rPr>
            </w:pPr>
            <w:r w:rsidRPr="00A53168">
              <w:rPr>
                <w:rFonts w:ascii="Times New Roman" w:hAnsi="Times New Roman" w:cs="Times New Roman"/>
                <w:sz w:val="24"/>
                <w:szCs w:val="24"/>
                <w:lang w:val="ru-RU"/>
              </w:rPr>
              <w:t>Умеющий оценивать поступки с позиции их соответствия нравственным нормам, осознающий ответственность за свои поступки. Проявляющий стремление к самовыражению в разных видах художественной деятельности, искусстве. Проявляющий интерес к разным профессиям. Выражающий познавательные интересы, активность, любознательность и самостоятельность в познании, интерес и уважение к научным знаниям, науке.</w:t>
            </w:r>
          </w:p>
        </w:tc>
        <w:tc>
          <w:tcPr>
            <w:tcW w:w="3828" w:type="dxa"/>
          </w:tcPr>
          <w:p w:rsidR="00DA7400" w:rsidRDefault="00DA7400" w:rsidP="00D86A3D">
            <w:pPr>
              <w:tabs>
                <w:tab w:val="left" w:pos="888"/>
              </w:tabs>
              <w:spacing w:after="0" w:line="240" w:lineRule="auto"/>
              <w:rPr>
                <w:rFonts w:ascii="Times New Roman" w:eastAsia="Times New Roman" w:hAnsi="Times New Roman" w:cs="Times New Roman"/>
                <w:color w:val="000000"/>
                <w:w w:val="97"/>
                <w:sz w:val="24"/>
                <w:szCs w:val="24"/>
                <w:lang w:val="ru-RU"/>
              </w:rPr>
            </w:pPr>
            <w:r>
              <w:rPr>
                <w:rFonts w:ascii="Times New Roman" w:eastAsia="Times New Roman" w:hAnsi="Times New Roman" w:cs="Times New Roman"/>
                <w:color w:val="000000"/>
                <w:w w:val="97"/>
                <w:sz w:val="24"/>
                <w:szCs w:val="24"/>
              </w:rPr>
              <w:t>Educont</w:t>
            </w:r>
            <w:r>
              <w:rPr>
                <w:rFonts w:ascii="Times New Roman" w:eastAsia="Times New Roman" w:hAnsi="Times New Roman" w:cs="Times New Roman"/>
                <w:color w:val="000000"/>
                <w:w w:val="97"/>
                <w:sz w:val="24"/>
                <w:szCs w:val="24"/>
                <w:lang w:val="ru-RU"/>
              </w:rPr>
              <w:t>.</w:t>
            </w:r>
            <w:r>
              <w:rPr>
                <w:rFonts w:ascii="Times New Roman" w:eastAsia="Times New Roman" w:hAnsi="Times New Roman" w:cs="Times New Roman"/>
                <w:color w:val="000000"/>
                <w:w w:val="97"/>
                <w:sz w:val="24"/>
                <w:szCs w:val="24"/>
              </w:rPr>
              <w:t>ru</w:t>
            </w:r>
          </w:p>
          <w:p w:rsidR="00DA7400"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lang w:val="ru-RU"/>
              </w:rPr>
            </w:pPr>
            <w:r>
              <w:rPr>
                <w:rFonts w:ascii="Times New Roman" w:eastAsia="Times New Roman" w:hAnsi="Times New Roman" w:cs="Times New Roman"/>
                <w:color w:val="000000"/>
                <w:w w:val="97"/>
                <w:sz w:val="24"/>
                <w:szCs w:val="24"/>
                <w:lang w:val="ru-RU"/>
              </w:rPr>
              <w:t xml:space="preserve">Яндекс-учебник РЭШ </w:t>
            </w:r>
          </w:p>
          <w:p w:rsidR="00DA7400" w:rsidRPr="00084726" w:rsidRDefault="00DA7400" w:rsidP="00D86A3D">
            <w:pPr>
              <w:rPr>
                <w:rFonts w:ascii="Times New Roman" w:hAnsi="Times New Roman" w:cs="Times New Roman"/>
                <w:sz w:val="24"/>
                <w:szCs w:val="24"/>
                <w:lang w:val="ru-RU"/>
              </w:rPr>
            </w:pPr>
            <w:r>
              <w:rPr>
                <w:rFonts w:ascii="Times New Roman" w:eastAsia="Times New Roman" w:hAnsi="Times New Roman" w:cs="Times New Roman"/>
                <w:color w:val="000000"/>
                <w:w w:val="97"/>
                <w:sz w:val="24"/>
                <w:szCs w:val="24"/>
                <w:lang w:val="ru-RU"/>
              </w:rPr>
              <w:t>Учи.ру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97</w:t>
            </w:r>
          </w:p>
        </w:tc>
        <w:tc>
          <w:tcPr>
            <w:tcW w:w="4868" w:type="dxa"/>
          </w:tcPr>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Чтение и запись чисел. Образование чисел второго десятка.</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A5316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A5316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A5316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A5316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98</w:t>
            </w:r>
          </w:p>
        </w:tc>
        <w:tc>
          <w:tcPr>
            <w:tcW w:w="4868" w:type="dxa"/>
          </w:tcPr>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 xml:space="preserve">Чтение и запись </w:t>
            </w:r>
            <w:proofErr w:type="gramStart"/>
            <w:r w:rsidRPr="00EB12D6">
              <w:rPr>
                <w:rFonts w:ascii="Times New Roman" w:hAnsi="Times New Roman" w:cs="Times New Roman"/>
                <w:sz w:val="24"/>
                <w:szCs w:val="24"/>
                <w:lang w:val="ru-RU"/>
              </w:rPr>
              <w:t>чисел .</w:t>
            </w:r>
            <w:proofErr w:type="gramEnd"/>
            <w:r w:rsidRPr="00EB12D6">
              <w:rPr>
                <w:rFonts w:ascii="Times New Roman" w:hAnsi="Times New Roman" w:cs="Times New Roman"/>
                <w:sz w:val="24"/>
                <w:szCs w:val="24"/>
                <w:lang w:val="ru-RU"/>
              </w:rPr>
              <w:t xml:space="preserve"> Запись и чтение чисел второго </w:t>
            </w:r>
            <w:proofErr w:type="gramStart"/>
            <w:r w:rsidRPr="00EB12D6">
              <w:rPr>
                <w:rFonts w:ascii="Times New Roman" w:hAnsi="Times New Roman" w:cs="Times New Roman"/>
                <w:sz w:val="24"/>
                <w:szCs w:val="24"/>
                <w:lang w:val="ru-RU"/>
              </w:rPr>
              <w:t>десятка..</w:t>
            </w:r>
            <w:proofErr w:type="gramEnd"/>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A5316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A5316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A5316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A5316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99</w:t>
            </w:r>
          </w:p>
        </w:tc>
        <w:tc>
          <w:tcPr>
            <w:tcW w:w="486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Единицы длины. Дециметр.</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tcPr>
          <w:p w:rsidR="00DA7400" w:rsidRPr="00A53168" w:rsidRDefault="00DA7400" w:rsidP="00D86A3D">
            <w:pPr>
              <w:tabs>
                <w:tab w:val="left" w:pos="4"/>
                <w:tab w:val="left" w:pos="288"/>
                <w:tab w:val="left" w:pos="430"/>
              </w:tabs>
              <w:ind w:firstLine="181"/>
              <w:rPr>
                <w:rFonts w:ascii="Times New Roman" w:hAnsi="Times New Roman" w:cs="Times New Roman"/>
                <w:sz w:val="25"/>
                <w:szCs w:val="25"/>
              </w:rPr>
            </w:pPr>
            <w:r w:rsidRPr="00A53168">
              <w:rPr>
                <w:rFonts w:ascii="Times New Roman" w:hAnsi="Times New Roman" w:cs="Times New Roman"/>
                <w:sz w:val="24"/>
                <w:szCs w:val="24"/>
                <w:lang w:val="ru-RU"/>
              </w:rPr>
              <w:t>Сознающий принадлежность к своему народу и к общности граждан России, проявляющий уважение к своему и другим народам.</w:t>
            </w:r>
            <w:r w:rsidRPr="00A53168">
              <w:rPr>
                <w:rFonts w:ascii="Times New Roman" w:hAnsi="Times New Roman" w:cs="Times New Roman"/>
                <w:sz w:val="25"/>
                <w:szCs w:val="25"/>
                <w:lang w:val="ru-RU"/>
              </w:rPr>
              <w:t xml:space="preserve"> Проявляющий любовь и бережное отношение к природе, неприятие действий, приносящих вред природе, особенно живым существам. </w:t>
            </w:r>
            <w:r w:rsidRPr="00A53168">
              <w:rPr>
                <w:rFonts w:ascii="Times New Roman" w:hAnsi="Times New Roman" w:cs="Times New Roman"/>
                <w:sz w:val="25"/>
                <w:szCs w:val="25"/>
              </w:rPr>
              <w:t xml:space="preserve">Сознающий ценность труда в жизни человека, семьи, общества. </w:t>
            </w:r>
          </w:p>
        </w:tc>
        <w:tc>
          <w:tcPr>
            <w:tcW w:w="3828" w:type="dxa"/>
          </w:tcPr>
          <w:p w:rsidR="00DA7400" w:rsidRPr="00A5316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A5316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A5316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A5316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8E75F7"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100</w:t>
            </w:r>
          </w:p>
        </w:tc>
        <w:tc>
          <w:tcPr>
            <w:tcW w:w="4868" w:type="dxa"/>
          </w:tcPr>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Сложение и вычитание. Случаи сложения и вычитание вида 10 + 7, 17 – 7, 17 - 10.</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val="restart"/>
          </w:tcPr>
          <w:p w:rsidR="00DA7400" w:rsidRPr="00A53168" w:rsidRDefault="00DA7400" w:rsidP="00D86A3D">
            <w:pPr>
              <w:rPr>
                <w:rFonts w:ascii="Times New Roman" w:hAnsi="Times New Roman" w:cs="Times New Roman"/>
                <w:sz w:val="24"/>
                <w:szCs w:val="24"/>
                <w:lang w:val="ru-RU"/>
              </w:rPr>
            </w:pPr>
            <w:r w:rsidRPr="00A53168">
              <w:rPr>
                <w:rFonts w:ascii="Times New Roman" w:hAnsi="Times New Roman" w:cs="Times New Roman"/>
                <w:sz w:val="24"/>
                <w:szCs w:val="24"/>
                <w:lang w:val="ru-RU"/>
              </w:rPr>
              <w:t xml:space="preserve">Сознающий ценность каждой человеческой жизни, признающий индивидуальность и достоинство каждого человека.                 </w:t>
            </w:r>
            <w:r w:rsidRPr="00A53168">
              <w:rPr>
                <w:rFonts w:ascii="Times New Roman" w:hAnsi="Times New Roman" w:cs="Times New Roman"/>
                <w:sz w:val="24"/>
                <w:szCs w:val="24"/>
                <w:lang w:val="ru-RU"/>
              </w:rPr>
              <w:lastRenderedPageBreak/>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 Проявляющий интерес и уважение к отечественной и мировой художественной культуре. Имеющий первоначальные представления о правах и ответственности человека в обществе, гражданских правах и обязанностях.                            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tc>
        <w:tc>
          <w:tcPr>
            <w:tcW w:w="3828" w:type="dxa"/>
          </w:tcPr>
          <w:p w:rsidR="00DA7400" w:rsidRDefault="00DA7400" w:rsidP="00D86A3D">
            <w:pPr>
              <w:tabs>
                <w:tab w:val="left" w:pos="888"/>
              </w:tabs>
              <w:spacing w:after="0" w:line="240" w:lineRule="auto"/>
              <w:rPr>
                <w:rFonts w:ascii="Times New Roman" w:eastAsia="Times New Roman" w:hAnsi="Times New Roman" w:cs="Times New Roman"/>
                <w:color w:val="000000"/>
                <w:w w:val="97"/>
                <w:sz w:val="24"/>
                <w:szCs w:val="24"/>
                <w:lang w:val="ru-RU"/>
              </w:rPr>
            </w:pPr>
            <w:r>
              <w:rPr>
                <w:rFonts w:ascii="Times New Roman" w:eastAsia="Times New Roman" w:hAnsi="Times New Roman" w:cs="Times New Roman"/>
                <w:color w:val="000000"/>
                <w:w w:val="97"/>
                <w:sz w:val="24"/>
                <w:szCs w:val="24"/>
              </w:rPr>
              <w:lastRenderedPageBreak/>
              <w:t>Educont</w:t>
            </w:r>
            <w:r>
              <w:rPr>
                <w:rFonts w:ascii="Times New Roman" w:eastAsia="Times New Roman" w:hAnsi="Times New Roman" w:cs="Times New Roman"/>
                <w:color w:val="000000"/>
                <w:w w:val="97"/>
                <w:sz w:val="24"/>
                <w:szCs w:val="24"/>
                <w:lang w:val="ru-RU"/>
              </w:rPr>
              <w:t>.</w:t>
            </w:r>
            <w:r>
              <w:rPr>
                <w:rFonts w:ascii="Times New Roman" w:eastAsia="Times New Roman" w:hAnsi="Times New Roman" w:cs="Times New Roman"/>
                <w:color w:val="000000"/>
                <w:w w:val="97"/>
                <w:sz w:val="24"/>
                <w:szCs w:val="24"/>
              </w:rPr>
              <w:t>ru</w:t>
            </w:r>
          </w:p>
          <w:p w:rsidR="00DA7400"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lang w:val="ru-RU"/>
              </w:rPr>
            </w:pPr>
            <w:r>
              <w:rPr>
                <w:rFonts w:ascii="Times New Roman" w:eastAsia="Times New Roman" w:hAnsi="Times New Roman" w:cs="Times New Roman"/>
                <w:color w:val="000000"/>
                <w:w w:val="97"/>
                <w:sz w:val="24"/>
                <w:szCs w:val="24"/>
                <w:lang w:val="ru-RU"/>
              </w:rPr>
              <w:t xml:space="preserve">Яндекс-учебник РЭШ </w:t>
            </w:r>
          </w:p>
          <w:p w:rsidR="00DA7400" w:rsidRPr="00A53168" w:rsidRDefault="00DA7400" w:rsidP="00D86A3D">
            <w:pPr>
              <w:rPr>
                <w:rFonts w:ascii="Times New Roman" w:hAnsi="Times New Roman" w:cs="Times New Roman"/>
                <w:sz w:val="24"/>
                <w:szCs w:val="24"/>
                <w:lang w:val="ru-RU"/>
              </w:rPr>
            </w:pPr>
            <w:r>
              <w:rPr>
                <w:rFonts w:ascii="Times New Roman" w:eastAsia="Times New Roman" w:hAnsi="Times New Roman" w:cs="Times New Roman"/>
                <w:color w:val="000000"/>
                <w:w w:val="97"/>
                <w:sz w:val="24"/>
                <w:szCs w:val="24"/>
                <w:lang w:val="ru-RU"/>
              </w:rPr>
              <w:t>Учи.ру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lastRenderedPageBreak/>
              <w:t>101</w:t>
            </w:r>
          </w:p>
        </w:tc>
        <w:tc>
          <w:tcPr>
            <w:tcW w:w="4868" w:type="dxa"/>
          </w:tcPr>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 xml:space="preserve">Сложение и вычитание. Случаи сложения и вычитание вида 10 + 7, 17 – 7, 17 - 10. </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A5316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A5316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A5316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A5316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102</w:t>
            </w:r>
          </w:p>
        </w:tc>
        <w:tc>
          <w:tcPr>
            <w:tcW w:w="4868" w:type="dxa"/>
          </w:tcPr>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Закрепление по теме: «Состав чисел до 20 без перехода через десяток»</w:t>
            </w:r>
          </w:p>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Сложение и вычитание чисел до 20 без перехода через десяток.</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A5316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A5316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A5316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A5316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103-104</w:t>
            </w:r>
          </w:p>
        </w:tc>
        <w:tc>
          <w:tcPr>
            <w:tcW w:w="4868" w:type="dxa"/>
          </w:tcPr>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Повторение по теме: «Сложение и вычитание чисел до 20 без перехода через десяток»</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2</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A5316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A5316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A5316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A5316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105</w:t>
            </w:r>
          </w:p>
        </w:tc>
        <w:tc>
          <w:tcPr>
            <w:tcW w:w="4868" w:type="dxa"/>
          </w:tcPr>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Закрепление по теме: «Сложение и вычитание» Сложение и вычитание чисел в пределах 20.</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A5316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A5316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A5316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A5316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106</w:t>
            </w:r>
          </w:p>
        </w:tc>
        <w:tc>
          <w:tcPr>
            <w:tcW w:w="4868" w:type="dxa"/>
          </w:tcPr>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 xml:space="preserve">  Решение текстовых задач арифметическим способом.</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val="restart"/>
          </w:tcPr>
          <w:p w:rsidR="00DA7400" w:rsidRPr="00A53168" w:rsidRDefault="00DA7400" w:rsidP="00D86A3D">
            <w:pPr>
              <w:tabs>
                <w:tab w:val="left" w:pos="4"/>
                <w:tab w:val="left" w:pos="288"/>
                <w:tab w:val="left" w:pos="430"/>
              </w:tabs>
              <w:spacing w:after="0" w:line="240" w:lineRule="auto"/>
              <w:ind w:firstLine="181"/>
              <w:rPr>
                <w:rFonts w:ascii="Times New Roman" w:hAnsi="Times New Roman" w:cs="Times New Roman"/>
                <w:sz w:val="24"/>
                <w:szCs w:val="24"/>
              </w:rPr>
            </w:pPr>
            <w:r w:rsidRPr="00A53168">
              <w:rPr>
                <w:rFonts w:ascii="Times New Roman" w:hAnsi="Times New Roman" w:cs="Times New Roman"/>
                <w:sz w:val="24"/>
                <w:szCs w:val="24"/>
                <w:lang w:val="ru-RU"/>
              </w:rPr>
              <w:t xml:space="preserve">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 Умеющий оценивать поступки с позиции их соответствия нравственным нормам, осознающий ответственность за свои поступки. Проявляющий стремление к самовыражению в разных видах художественной деятельности, искусстве. Сознающий и половую принадлежность, соответствующие ей психофизические и поведенческие особенности с учётом возраста.   </w:t>
            </w:r>
            <w:r w:rsidRPr="00A53168">
              <w:rPr>
                <w:rFonts w:ascii="Times New Roman" w:hAnsi="Times New Roman" w:cs="Times New Roman"/>
                <w:sz w:val="24"/>
                <w:szCs w:val="24"/>
              </w:rPr>
              <w:t>Проявляющий интерес к разным профессиям.</w:t>
            </w:r>
          </w:p>
          <w:p w:rsidR="00DA7400" w:rsidRPr="00A53168" w:rsidRDefault="00DA7400" w:rsidP="00D86A3D">
            <w:pPr>
              <w:rPr>
                <w:rFonts w:ascii="Times New Roman" w:hAnsi="Times New Roman" w:cs="Times New Roman"/>
                <w:sz w:val="24"/>
                <w:szCs w:val="24"/>
              </w:rPr>
            </w:pPr>
          </w:p>
        </w:tc>
        <w:tc>
          <w:tcPr>
            <w:tcW w:w="3828" w:type="dxa"/>
          </w:tcPr>
          <w:p w:rsidR="00DA7400" w:rsidRPr="00A5316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lastRenderedPageBreak/>
              <w:t>Educont</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A5316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A5316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A5316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107</w:t>
            </w:r>
          </w:p>
        </w:tc>
        <w:tc>
          <w:tcPr>
            <w:tcW w:w="4868" w:type="dxa"/>
          </w:tcPr>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Решение текстовых задач арифметическим способом. Подготовка к решению задач в два действия.</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A5316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A5316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A5316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A5316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108</w:t>
            </w:r>
          </w:p>
        </w:tc>
        <w:tc>
          <w:tcPr>
            <w:tcW w:w="4868" w:type="dxa"/>
          </w:tcPr>
          <w:p w:rsidR="00DA7400" w:rsidRPr="00244C85" w:rsidRDefault="00DA7400" w:rsidP="00D86A3D">
            <w:pPr>
              <w:rPr>
                <w:rFonts w:ascii="Times New Roman" w:hAnsi="Times New Roman" w:cs="Times New Roman"/>
                <w:sz w:val="24"/>
                <w:szCs w:val="24"/>
              </w:rPr>
            </w:pPr>
            <w:r w:rsidRPr="00EB12D6">
              <w:rPr>
                <w:rFonts w:ascii="Times New Roman" w:hAnsi="Times New Roman" w:cs="Times New Roman"/>
                <w:sz w:val="24"/>
                <w:szCs w:val="24"/>
                <w:lang w:val="ru-RU"/>
              </w:rPr>
              <w:t xml:space="preserve">Решение текстовых задач арифметическим способом. </w:t>
            </w:r>
            <w:r w:rsidRPr="00244C85">
              <w:rPr>
                <w:rFonts w:ascii="Times New Roman" w:hAnsi="Times New Roman" w:cs="Times New Roman"/>
                <w:sz w:val="24"/>
                <w:szCs w:val="24"/>
              </w:rPr>
              <w:t>Составная задача.</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A5316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A5316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A5316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A5316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109</w:t>
            </w:r>
          </w:p>
        </w:tc>
        <w:tc>
          <w:tcPr>
            <w:tcW w:w="4868" w:type="dxa"/>
          </w:tcPr>
          <w:p w:rsidR="00DA7400" w:rsidRPr="00244C85" w:rsidRDefault="00DA7400" w:rsidP="00D86A3D">
            <w:pPr>
              <w:rPr>
                <w:rFonts w:ascii="Times New Roman" w:hAnsi="Times New Roman" w:cs="Times New Roman"/>
                <w:sz w:val="24"/>
                <w:szCs w:val="24"/>
              </w:rPr>
            </w:pPr>
            <w:r w:rsidRPr="00EB12D6">
              <w:rPr>
                <w:rFonts w:ascii="Times New Roman" w:hAnsi="Times New Roman" w:cs="Times New Roman"/>
                <w:sz w:val="24"/>
                <w:szCs w:val="24"/>
                <w:lang w:val="ru-RU"/>
              </w:rPr>
              <w:t xml:space="preserve">Решение текстовых задач арифметическим способом. </w:t>
            </w:r>
            <w:r w:rsidRPr="00244C85">
              <w:rPr>
                <w:rFonts w:ascii="Times New Roman" w:hAnsi="Times New Roman" w:cs="Times New Roman"/>
                <w:sz w:val="24"/>
                <w:szCs w:val="24"/>
              </w:rPr>
              <w:t>Решение составной задачи.</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A5316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A5316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A5316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A5316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lastRenderedPageBreak/>
              <w:t>Учи</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8E75F7" w:rsidTr="00D86A3D">
        <w:tc>
          <w:tcPr>
            <w:tcW w:w="15163" w:type="dxa"/>
            <w:gridSpan w:val="5"/>
          </w:tcPr>
          <w:p w:rsidR="00DA7400" w:rsidRPr="00A53168" w:rsidRDefault="00DA7400" w:rsidP="00D86A3D">
            <w:pPr>
              <w:tabs>
                <w:tab w:val="left" w:pos="888"/>
              </w:tabs>
              <w:spacing w:after="0" w:line="240" w:lineRule="auto"/>
              <w:rPr>
                <w:rFonts w:ascii="Times New Roman" w:eastAsia="Times New Roman" w:hAnsi="Times New Roman" w:cs="Times New Roman"/>
                <w:color w:val="000000"/>
                <w:w w:val="97"/>
                <w:sz w:val="24"/>
                <w:szCs w:val="24"/>
                <w:lang w:val="ru-RU"/>
              </w:rPr>
            </w:pPr>
            <w:r w:rsidRPr="00A53168">
              <w:rPr>
                <w:rFonts w:ascii="Times New Roman" w:hAnsi="Times New Roman" w:cs="Times New Roman"/>
                <w:b/>
                <w:sz w:val="24"/>
                <w:szCs w:val="24"/>
                <w:lang w:val="ru-RU"/>
              </w:rPr>
              <w:lastRenderedPageBreak/>
              <w:t xml:space="preserve">ЧИСЛА ОТ 1 ДО </w:t>
            </w:r>
            <w:proofErr w:type="gramStart"/>
            <w:r w:rsidRPr="00A53168">
              <w:rPr>
                <w:rFonts w:ascii="Times New Roman" w:hAnsi="Times New Roman" w:cs="Times New Roman"/>
                <w:b/>
                <w:sz w:val="24"/>
                <w:szCs w:val="24"/>
                <w:lang w:val="ru-RU"/>
              </w:rPr>
              <w:t>20 .</w:t>
            </w:r>
            <w:proofErr w:type="gramEnd"/>
            <w:r w:rsidRPr="00A53168">
              <w:rPr>
                <w:rFonts w:ascii="Times New Roman" w:hAnsi="Times New Roman" w:cs="Times New Roman"/>
                <w:b/>
                <w:sz w:val="24"/>
                <w:szCs w:val="24"/>
                <w:lang w:val="ru-RU"/>
              </w:rPr>
              <w:t xml:space="preserve"> СЛОЖЕНИЕ И ВЫЧИТАНИЕ (23 часа)</w:t>
            </w:r>
          </w:p>
        </w:tc>
      </w:tr>
      <w:tr w:rsidR="00DA7400" w:rsidRPr="008E75F7"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110</w:t>
            </w:r>
          </w:p>
        </w:tc>
        <w:tc>
          <w:tcPr>
            <w:tcW w:w="4868" w:type="dxa"/>
          </w:tcPr>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Алгоритм письменного сложения. Общий прием сложения однозначных чисел с переходом через десяток.</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val="restart"/>
          </w:tcPr>
          <w:p w:rsidR="00DA7400" w:rsidRPr="00A53168" w:rsidRDefault="00DA7400" w:rsidP="00D86A3D">
            <w:pPr>
              <w:rPr>
                <w:rFonts w:ascii="Times New Roman" w:hAnsi="Times New Roman" w:cs="Times New Roman"/>
                <w:sz w:val="24"/>
                <w:szCs w:val="24"/>
                <w:lang w:val="ru-RU"/>
              </w:rPr>
            </w:pPr>
            <w:r w:rsidRPr="00A53168">
              <w:rPr>
                <w:rFonts w:ascii="Times New Roman" w:hAnsi="Times New Roman" w:cs="Times New Roman"/>
                <w:sz w:val="24"/>
                <w:szCs w:val="24"/>
                <w:lang w:val="ru-RU"/>
              </w:rPr>
              <w:t>Сознающий ценность каждой человеческой жизни, признающий индивидуальность и достоинство каждого человека.                 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 Проявляющий интерес и уважение к отечественной и мировой художественной культуре. Имеющий первоначальные представления о правах и ответственности человека в обществе, гражданских правах и обязанностях.                            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tc>
        <w:tc>
          <w:tcPr>
            <w:tcW w:w="3828" w:type="dxa"/>
          </w:tcPr>
          <w:p w:rsidR="00DA7400" w:rsidRDefault="00DA7400" w:rsidP="00D86A3D">
            <w:pPr>
              <w:tabs>
                <w:tab w:val="left" w:pos="888"/>
              </w:tabs>
              <w:spacing w:after="0" w:line="240" w:lineRule="auto"/>
              <w:rPr>
                <w:rFonts w:ascii="Times New Roman" w:eastAsia="Times New Roman" w:hAnsi="Times New Roman" w:cs="Times New Roman"/>
                <w:color w:val="000000"/>
                <w:w w:val="97"/>
                <w:sz w:val="24"/>
                <w:szCs w:val="24"/>
                <w:lang w:val="ru-RU"/>
              </w:rPr>
            </w:pPr>
            <w:r>
              <w:rPr>
                <w:rFonts w:ascii="Times New Roman" w:eastAsia="Times New Roman" w:hAnsi="Times New Roman" w:cs="Times New Roman"/>
                <w:color w:val="000000"/>
                <w:w w:val="97"/>
                <w:sz w:val="24"/>
                <w:szCs w:val="24"/>
              </w:rPr>
              <w:t>Educont</w:t>
            </w:r>
            <w:r>
              <w:rPr>
                <w:rFonts w:ascii="Times New Roman" w:eastAsia="Times New Roman" w:hAnsi="Times New Roman" w:cs="Times New Roman"/>
                <w:color w:val="000000"/>
                <w:w w:val="97"/>
                <w:sz w:val="24"/>
                <w:szCs w:val="24"/>
                <w:lang w:val="ru-RU"/>
              </w:rPr>
              <w:t>.</w:t>
            </w:r>
            <w:r>
              <w:rPr>
                <w:rFonts w:ascii="Times New Roman" w:eastAsia="Times New Roman" w:hAnsi="Times New Roman" w:cs="Times New Roman"/>
                <w:color w:val="000000"/>
                <w:w w:val="97"/>
                <w:sz w:val="24"/>
                <w:szCs w:val="24"/>
              </w:rPr>
              <w:t>ru</w:t>
            </w:r>
          </w:p>
          <w:p w:rsidR="00DA7400"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lang w:val="ru-RU"/>
              </w:rPr>
            </w:pPr>
            <w:r>
              <w:rPr>
                <w:rFonts w:ascii="Times New Roman" w:eastAsia="Times New Roman" w:hAnsi="Times New Roman" w:cs="Times New Roman"/>
                <w:color w:val="000000"/>
                <w:w w:val="97"/>
                <w:sz w:val="24"/>
                <w:szCs w:val="24"/>
                <w:lang w:val="ru-RU"/>
              </w:rPr>
              <w:t xml:space="preserve">Яндекс-учебник РЭШ </w:t>
            </w:r>
          </w:p>
          <w:p w:rsidR="00DA7400" w:rsidRPr="008576C4" w:rsidRDefault="00DA7400" w:rsidP="00D86A3D">
            <w:pPr>
              <w:rPr>
                <w:rFonts w:ascii="Times New Roman" w:hAnsi="Times New Roman" w:cs="Times New Roman"/>
                <w:sz w:val="24"/>
                <w:szCs w:val="24"/>
                <w:lang w:val="ru-RU"/>
              </w:rPr>
            </w:pPr>
            <w:r>
              <w:rPr>
                <w:rFonts w:ascii="Times New Roman" w:eastAsia="Times New Roman" w:hAnsi="Times New Roman" w:cs="Times New Roman"/>
                <w:color w:val="000000"/>
                <w:w w:val="97"/>
                <w:sz w:val="24"/>
                <w:szCs w:val="24"/>
                <w:lang w:val="ru-RU"/>
              </w:rPr>
              <w:t>Учи.ру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111</w:t>
            </w:r>
          </w:p>
        </w:tc>
        <w:tc>
          <w:tcPr>
            <w:tcW w:w="4868" w:type="dxa"/>
          </w:tcPr>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 xml:space="preserve">Алгоритмы письменного сложения. Сложение вида    </w:t>
            </w:r>
            <w:r w:rsidRPr="00244C85">
              <w:rPr>
                <w:rFonts w:ascii="Times New Roman" w:hAnsi="Times New Roman" w:cs="Times New Roman"/>
                <w:sz w:val="24"/>
                <w:szCs w:val="24"/>
              </w:rPr>
              <w:t></w:t>
            </w:r>
            <w:r w:rsidRPr="00EB12D6">
              <w:rPr>
                <w:rFonts w:ascii="Times New Roman" w:hAnsi="Times New Roman" w:cs="Times New Roman"/>
                <w:sz w:val="24"/>
                <w:szCs w:val="24"/>
                <w:lang w:val="ru-RU"/>
              </w:rPr>
              <w:t xml:space="preserve"> + </w:t>
            </w:r>
            <w:proofErr w:type="gramStart"/>
            <w:r w:rsidRPr="00EB12D6">
              <w:rPr>
                <w:rFonts w:ascii="Times New Roman" w:hAnsi="Times New Roman" w:cs="Times New Roman"/>
                <w:sz w:val="24"/>
                <w:szCs w:val="24"/>
                <w:lang w:val="ru-RU"/>
              </w:rPr>
              <w:t xml:space="preserve">2,   </w:t>
            </w:r>
            <w:proofErr w:type="gramEnd"/>
            <w:r w:rsidRPr="00244C85">
              <w:rPr>
                <w:rFonts w:ascii="Times New Roman" w:hAnsi="Times New Roman" w:cs="Times New Roman"/>
                <w:sz w:val="24"/>
                <w:szCs w:val="24"/>
              </w:rPr>
              <w:t></w:t>
            </w:r>
            <w:r w:rsidRPr="00EB12D6">
              <w:rPr>
                <w:rFonts w:ascii="Times New Roman" w:hAnsi="Times New Roman" w:cs="Times New Roman"/>
                <w:sz w:val="24"/>
                <w:szCs w:val="24"/>
                <w:lang w:val="ru-RU"/>
              </w:rPr>
              <w:t xml:space="preserve"> + 3. </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A5316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A5316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A5316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A5316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112</w:t>
            </w:r>
          </w:p>
        </w:tc>
        <w:tc>
          <w:tcPr>
            <w:tcW w:w="4868" w:type="dxa"/>
          </w:tcPr>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 xml:space="preserve">Алгоритмы письменного сложения. Сложение вида      </w:t>
            </w:r>
            <w:r w:rsidRPr="00244C85">
              <w:rPr>
                <w:rFonts w:ascii="Times New Roman" w:hAnsi="Times New Roman" w:cs="Times New Roman"/>
                <w:sz w:val="24"/>
                <w:szCs w:val="24"/>
              </w:rPr>
              <w:t></w:t>
            </w:r>
            <w:r w:rsidRPr="00EB12D6">
              <w:rPr>
                <w:rFonts w:ascii="Times New Roman" w:hAnsi="Times New Roman" w:cs="Times New Roman"/>
                <w:sz w:val="24"/>
                <w:szCs w:val="24"/>
                <w:lang w:val="ru-RU"/>
              </w:rPr>
              <w:t xml:space="preserve"> + 4. </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A5316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A5316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A5316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A5316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113</w:t>
            </w:r>
          </w:p>
        </w:tc>
        <w:tc>
          <w:tcPr>
            <w:tcW w:w="4868" w:type="dxa"/>
          </w:tcPr>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 xml:space="preserve">Алгоритмы письменного сложения. Решение примеров вида  </w:t>
            </w:r>
            <w:r w:rsidRPr="00244C85">
              <w:rPr>
                <w:rFonts w:ascii="Times New Roman" w:hAnsi="Times New Roman" w:cs="Times New Roman"/>
                <w:sz w:val="24"/>
                <w:szCs w:val="24"/>
              </w:rPr>
              <w:t></w:t>
            </w:r>
            <w:r w:rsidRPr="00EB12D6">
              <w:rPr>
                <w:rFonts w:ascii="Times New Roman" w:hAnsi="Times New Roman" w:cs="Times New Roman"/>
                <w:sz w:val="24"/>
                <w:szCs w:val="24"/>
                <w:lang w:val="ru-RU"/>
              </w:rPr>
              <w:t xml:space="preserve">  + 5.</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A5316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A5316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A5316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A5316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114</w:t>
            </w:r>
          </w:p>
        </w:tc>
        <w:tc>
          <w:tcPr>
            <w:tcW w:w="4868" w:type="dxa"/>
          </w:tcPr>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 xml:space="preserve">Алгоритмы письменного сложения. Прием сложения вида      </w:t>
            </w:r>
            <w:r w:rsidRPr="00244C85">
              <w:rPr>
                <w:rFonts w:ascii="Times New Roman" w:hAnsi="Times New Roman" w:cs="Times New Roman"/>
                <w:sz w:val="24"/>
                <w:szCs w:val="24"/>
              </w:rPr>
              <w:t></w:t>
            </w:r>
            <w:r w:rsidRPr="00EB12D6">
              <w:rPr>
                <w:rFonts w:ascii="Times New Roman" w:hAnsi="Times New Roman" w:cs="Times New Roman"/>
                <w:sz w:val="24"/>
                <w:szCs w:val="24"/>
                <w:lang w:val="ru-RU"/>
              </w:rPr>
              <w:t xml:space="preserve"> + 6. </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A5316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A5316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A5316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A5316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115</w:t>
            </w:r>
          </w:p>
        </w:tc>
        <w:tc>
          <w:tcPr>
            <w:tcW w:w="4868" w:type="dxa"/>
          </w:tcPr>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 xml:space="preserve">Алгоритмы письменного сложения. Прием сложения вида    </w:t>
            </w:r>
            <w:r w:rsidRPr="00244C85">
              <w:rPr>
                <w:rFonts w:ascii="Times New Roman" w:hAnsi="Times New Roman" w:cs="Times New Roman"/>
                <w:sz w:val="24"/>
                <w:szCs w:val="24"/>
              </w:rPr>
              <w:t></w:t>
            </w:r>
            <w:r w:rsidRPr="00EB12D6">
              <w:rPr>
                <w:rFonts w:ascii="Times New Roman" w:hAnsi="Times New Roman" w:cs="Times New Roman"/>
                <w:sz w:val="24"/>
                <w:szCs w:val="24"/>
                <w:lang w:val="ru-RU"/>
              </w:rPr>
              <w:t xml:space="preserve">  + 7.</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A5316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A5316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A5316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A5316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116</w:t>
            </w:r>
          </w:p>
        </w:tc>
        <w:tc>
          <w:tcPr>
            <w:tcW w:w="4868" w:type="dxa"/>
          </w:tcPr>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 xml:space="preserve">Алгоритмы письменного сложения. Прием сложения вида    </w:t>
            </w:r>
            <w:r w:rsidRPr="00244C85">
              <w:rPr>
                <w:rFonts w:ascii="Times New Roman" w:hAnsi="Times New Roman" w:cs="Times New Roman"/>
                <w:sz w:val="24"/>
                <w:szCs w:val="24"/>
              </w:rPr>
              <w:t></w:t>
            </w:r>
            <w:r w:rsidRPr="00EB12D6">
              <w:rPr>
                <w:rFonts w:ascii="Times New Roman" w:hAnsi="Times New Roman" w:cs="Times New Roman"/>
                <w:sz w:val="24"/>
                <w:szCs w:val="24"/>
                <w:lang w:val="ru-RU"/>
              </w:rPr>
              <w:t xml:space="preserve"> + </w:t>
            </w:r>
            <w:proofErr w:type="gramStart"/>
            <w:r w:rsidRPr="00EB12D6">
              <w:rPr>
                <w:rFonts w:ascii="Times New Roman" w:hAnsi="Times New Roman" w:cs="Times New Roman"/>
                <w:sz w:val="24"/>
                <w:szCs w:val="24"/>
                <w:lang w:val="ru-RU"/>
              </w:rPr>
              <w:t xml:space="preserve">8,   </w:t>
            </w:r>
            <w:proofErr w:type="gramEnd"/>
            <w:r w:rsidRPr="00244C85">
              <w:rPr>
                <w:rFonts w:ascii="Times New Roman" w:hAnsi="Times New Roman" w:cs="Times New Roman"/>
                <w:sz w:val="24"/>
                <w:szCs w:val="24"/>
              </w:rPr>
              <w:t></w:t>
            </w:r>
            <w:r w:rsidRPr="00EB12D6">
              <w:rPr>
                <w:rFonts w:ascii="Times New Roman" w:hAnsi="Times New Roman" w:cs="Times New Roman"/>
                <w:sz w:val="24"/>
                <w:szCs w:val="24"/>
                <w:lang w:val="ru-RU"/>
              </w:rPr>
              <w:t xml:space="preserve"> + 9.</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8576C4"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8576C4">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8576C4"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8576C4">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8576C4">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8576C4">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8576C4">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117</w:t>
            </w:r>
          </w:p>
        </w:tc>
        <w:tc>
          <w:tcPr>
            <w:tcW w:w="486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 xml:space="preserve"> Таблица сложения.</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A5316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A5316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A5316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A5316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lastRenderedPageBreak/>
              <w:t>Учи</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lastRenderedPageBreak/>
              <w:t>118</w:t>
            </w:r>
          </w:p>
        </w:tc>
        <w:tc>
          <w:tcPr>
            <w:tcW w:w="486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Таблица сложения.</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A5316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A5316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A5316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A5316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119</w:t>
            </w:r>
          </w:p>
        </w:tc>
        <w:tc>
          <w:tcPr>
            <w:tcW w:w="4868" w:type="dxa"/>
          </w:tcPr>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 xml:space="preserve">Закрепление по теме: </w:t>
            </w:r>
            <w:proofErr w:type="gramStart"/>
            <w:r w:rsidRPr="00EB12D6">
              <w:rPr>
                <w:rFonts w:ascii="Times New Roman" w:hAnsi="Times New Roman" w:cs="Times New Roman"/>
                <w:sz w:val="24"/>
                <w:szCs w:val="24"/>
                <w:lang w:val="ru-RU"/>
              </w:rPr>
              <w:t>« Таблица</w:t>
            </w:r>
            <w:proofErr w:type="gramEnd"/>
            <w:r w:rsidRPr="00EB12D6">
              <w:rPr>
                <w:rFonts w:ascii="Times New Roman" w:hAnsi="Times New Roman" w:cs="Times New Roman"/>
                <w:sz w:val="24"/>
                <w:szCs w:val="24"/>
                <w:lang w:val="ru-RU"/>
              </w:rPr>
              <w:t xml:space="preserve"> сложения».</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A5316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A5316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A5316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A5316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120</w:t>
            </w:r>
          </w:p>
        </w:tc>
        <w:tc>
          <w:tcPr>
            <w:tcW w:w="4868" w:type="dxa"/>
          </w:tcPr>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 xml:space="preserve">Закрепление по теме: «Числа от 1 до 20. </w:t>
            </w:r>
            <w:proofErr w:type="gramStart"/>
            <w:r w:rsidRPr="00EB12D6">
              <w:rPr>
                <w:rFonts w:ascii="Times New Roman" w:hAnsi="Times New Roman" w:cs="Times New Roman"/>
                <w:sz w:val="24"/>
                <w:szCs w:val="24"/>
                <w:lang w:val="ru-RU"/>
              </w:rPr>
              <w:t>Нумерация»  Счет</w:t>
            </w:r>
            <w:proofErr w:type="gramEnd"/>
            <w:r w:rsidRPr="00EB12D6">
              <w:rPr>
                <w:rFonts w:ascii="Times New Roman" w:hAnsi="Times New Roman" w:cs="Times New Roman"/>
                <w:sz w:val="24"/>
                <w:szCs w:val="24"/>
                <w:lang w:val="ru-RU"/>
              </w:rPr>
              <w:t xml:space="preserve"> предметов в пределах 20, чтение и запись чисел второго десятка.</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A5316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A5316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A5316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A5316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121</w:t>
            </w:r>
          </w:p>
        </w:tc>
        <w:tc>
          <w:tcPr>
            <w:tcW w:w="4868" w:type="dxa"/>
          </w:tcPr>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 xml:space="preserve">Алгоритм письменного </w:t>
            </w:r>
            <w:proofErr w:type="gramStart"/>
            <w:r w:rsidRPr="00EB12D6">
              <w:rPr>
                <w:rFonts w:ascii="Times New Roman" w:hAnsi="Times New Roman" w:cs="Times New Roman"/>
                <w:sz w:val="24"/>
                <w:szCs w:val="24"/>
                <w:lang w:val="ru-RU"/>
              </w:rPr>
              <w:t>вычитания .Общие</w:t>
            </w:r>
            <w:proofErr w:type="gramEnd"/>
            <w:r w:rsidRPr="00EB12D6">
              <w:rPr>
                <w:rFonts w:ascii="Times New Roman" w:hAnsi="Times New Roman" w:cs="Times New Roman"/>
                <w:sz w:val="24"/>
                <w:szCs w:val="24"/>
                <w:lang w:val="ru-RU"/>
              </w:rPr>
              <w:t xml:space="preserve"> приёмы табличного вычитания с переходом через десяток..</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A5316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A5316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A5316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A5316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122</w:t>
            </w:r>
          </w:p>
        </w:tc>
        <w:tc>
          <w:tcPr>
            <w:tcW w:w="4868" w:type="dxa"/>
          </w:tcPr>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 xml:space="preserve">Алгоритм письменного </w:t>
            </w:r>
            <w:proofErr w:type="gramStart"/>
            <w:r w:rsidRPr="00EB12D6">
              <w:rPr>
                <w:rFonts w:ascii="Times New Roman" w:hAnsi="Times New Roman" w:cs="Times New Roman"/>
                <w:sz w:val="24"/>
                <w:szCs w:val="24"/>
                <w:lang w:val="ru-RU"/>
              </w:rPr>
              <w:t>вычитания .Вычитание</w:t>
            </w:r>
            <w:proofErr w:type="gramEnd"/>
            <w:r w:rsidRPr="00EB12D6">
              <w:rPr>
                <w:rFonts w:ascii="Times New Roman" w:hAnsi="Times New Roman" w:cs="Times New Roman"/>
                <w:sz w:val="24"/>
                <w:szCs w:val="24"/>
                <w:lang w:val="ru-RU"/>
              </w:rPr>
              <w:t xml:space="preserve"> вида 11 - </w:t>
            </w:r>
            <w:r w:rsidRPr="00244C85">
              <w:rPr>
                <w:rFonts w:ascii="Times New Roman" w:hAnsi="Times New Roman" w:cs="Times New Roman"/>
                <w:sz w:val="24"/>
                <w:szCs w:val="24"/>
              </w:rPr>
              <w:t></w:t>
            </w:r>
            <w:r w:rsidRPr="00EB12D6">
              <w:rPr>
                <w:rFonts w:ascii="Times New Roman" w:hAnsi="Times New Roman" w:cs="Times New Roman"/>
                <w:sz w:val="24"/>
                <w:szCs w:val="24"/>
                <w:lang w:val="ru-RU"/>
              </w:rPr>
              <w:t xml:space="preserve">   .</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A5316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A5316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A5316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A5316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123</w:t>
            </w:r>
          </w:p>
        </w:tc>
        <w:tc>
          <w:tcPr>
            <w:tcW w:w="4868" w:type="dxa"/>
          </w:tcPr>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 xml:space="preserve">Алгоритм письменного </w:t>
            </w:r>
            <w:proofErr w:type="gramStart"/>
            <w:r w:rsidRPr="00EB12D6">
              <w:rPr>
                <w:rFonts w:ascii="Times New Roman" w:hAnsi="Times New Roman" w:cs="Times New Roman"/>
                <w:sz w:val="24"/>
                <w:szCs w:val="24"/>
                <w:lang w:val="ru-RU"/>
              </w:rPr>
              <w:t>вычитания .Вычитание</w:t>
            </w:r>
            <w:proofErr w:type="gramEnd"/>
            <w:r w:rsidRPr="00EB12D6">
              <w:rPr>
                <w:rFonts w:ascii="Times New Roman" w:hAnsi="Times New Roman" w:cs="Times New Roman"/>
                <w:sz w:val="24"/>
                <w:szCs w:val="24"/>
                <w:lang w:val="ru-RU"/>
              </w:rPr>
              <w:t xml:space="preserve"> вида 12 - </w:t>
            </w:r>
            <w:r w:rsidRPr="00244C85">
              <w:rPr>
                <w:rFonts w:ascii="Times New Roman" w:hAnsi="Times New Roman" w:cs="Times New Roman"/>
                <w:sz w:val="24"/>
                <w:szCs w:val="24"/>
              </w:rPr>
              <w:t></w:t>
            </w:r>
            <w:r w:rsidRPr="00EB12D6">
              <w:rPr>
                <w:rFonts w:ascii="Times New Roman" w:hAnsi="Times New Roman" w:cs="Times New Roman"/>
                <w:sz w:val="24"/>
                <w:szCs w:val="24"/>
                <w:lang w:val="ru-RU"/>
              </w:rPr>
              <w:t xml:space="preserve">   .</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A5316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A5316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A5316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A5316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124</w:t>
            </w:r>
          </w:p>
        </w:tc>
        <w:tc>
          <w:tcPr>
            <w:tcW w:w="4868" w:type="dxa"/>
          </w:tcPr>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 xml:space="preserve">Алгоритм письменного </w:t>
            </w:r>
            <w:proofErr w:type="gramStart"/>
            <w:r w:rsidRPr="00EB12D6">
              <w:rPr>
                <w:rFonts w:ascii="Times New Roman" w:hAnsi="Times New Roman" w:cs="Times New Roman"/>
                <w:sz w:val="24"/>
                <w:szCs w:val="24"/>
                <w:lang w:val="ru-RU"/>
              </w:rPr>
              <w:t>вычитания .Вычитание</w:t>
            </w:r>
            <w:proofErr w:type="gramEnd"/>
            <w:r w:rsidRPr="00EB12D6">
              <w:rPr>
                <w:rFonts w:ascii="Times New Roman" w:hAnsi="Times New Roman" w:cs="Times New Roman"/>
                <w:sz w:val="24"/>
                <w:szCs w:val="24"/>
                <w:lang w:val="ru-RU"/>
              </w:rPr>
              <w:t xml:space="preserve"> вида 13 - </w:t>
            </w:r>
            <w:r w:rsidRPr="00244C85">
              <w:rPr>
                <w:rFonts w:ascii="Times New Roman" w:hAnsi="Times New Roman" w:cs="Times New Roman"/>
                <w:sz w:val="24"/>
                <w:szCs w:val="24"/>
              </w:rPr>
              <w:t></w:t>
            </w:r>
            <w:r w:rsidRPr="00EB12D6">
              <w:rPr>
                <w:rFonts w:ascii="Times New Roman" w:hAnsi="Times New Roman" w:cs="Times New Roman"/>
                <w:sz w:val="24"/>
                <w:szCs w:val="24"/>
                <w:lang w:val="ru-RU"/>
              </w:rPr>
              <w:t xml:space="preserve">   .</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A5316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A5316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A5316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A5316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125</w:t>
            </w:r>
          </w:p>
        </w:tc>
        <w:tc>
          <w:tcPr>
            <w:tcW w:w="4868" w:type="dxa"/>
          </w:tcPr>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 xml:space="preserve">Алгоритм письменного </w:t>
            </w:r>
            <w:proofErr w:type="gramStart"/>
            <w:r w:rsidRPr="00EB12D6">
              <w:rPr>
                <w:rFonts w:ascii="Times New Roman" w:hAnsi="Times New Roman" w:cs="Times New Roman"/>
                <w:sz w:val="24"/>
                <w:szCs w:val="24"/>
                <w:lang w:val="ru-RU"/>
              </w:rPr>
              <w:t>вычитания .Вычитание</w:t>
            </w:r>
            <w:proofErr w:type="gramEnd"/>
            <w:r w:rsidRPr="00EB12D6">
              <w:rPr>
                <w:rFonts w:ascii="Times New Roman" w:hAnsi="Times New Roman" w:cs="Times New Roman"/>
                <w:sz w:val="24"/>
                <w:szCs w:val="24"/>
                <w:lang w:val="ru-RU"/>
              </w:rPr>
              <w:t xml:space="preserve"> вида 14 - </w:t>
            </w:r>
            <w:r w:rsidRPr="00244C85">
              <w:rPr>
                <w:rFonts w:ascii="Times New Roman" w:hAnsi="Times New Roman" w:cs="Times New Roman"/>
                <w:sz w:val="24"/>
                <w:szCs w:val="24"/>
              </w:rPr>
              <w:t></w:t>
            </w:r>
            <w:r w:rsidRPr="00EB12D6">
              <w:rPr>
                <w:rFonts w:ascii="Times New Roman" w:hAnsi="Times New Roman" w:cs="Times New Roman"/>
                <w:sz w:val="24"/>
                <w:szCs w:val="24"/>
                <w:lang w:val="ru-RU"/>
              </w:rPr>
              <w:t xml:space="preserve">  . </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A5316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A5316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A5316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A5316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lastRenderedPageBreak/>
              <w:t>126</w:t>
            </w:r>
          </w:p>
        </w:tc>
        <w:tc>
          <w:tcPr>
            <w:tcW w:w="4868" w:type="dxa"/>
          </w:tcPr>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 xml:space="preserve">Алгоритм письменного </w:t>
            </w:r>
            <w:proofErr w:type="gramStart"/>
            <w:r w:rsidRPr="00EB12D6">
              <w:rPr>
                <w:rFonts w:ascii="Times New Roman" w:hAnsi="Times New Roman" w:cs="Times New Roman"/>
                <w:sz w:val="24"/>
                <w:szCs w:val="24"/>
                <w:lang w:val="ru-RU"/>
              </w:rPr>
              <w:t>вычитания .Вычитание</w:t>
            </w:r>
            <w:proofErr w:type="gramEnd"/>
            <w:r w:rsidRPr="00EB12D6">
              <w:rPr>
                <w:rFonts w:ascii="Times New Roman" w:hAnsi="Times New Roman" w:cs="Times New Roman"/>
                <w:sz w:val="24"/>
                <w:szCs w:val="24"/>
                <w:lang w:val="ru-RU"/>
              </w:rPr>
              <w:t xml:space="preserve"> вида 15 - </w:t>
            </w:r>
            <w:r w:rsidRPr="00244C85">
              <w:rPr>
                <w:rFonts w:ascii="Times New Roman" w:hAnsi="Times New Roman" w:cs="Times New Roman"/>
                <w:sz w:val="24"/>
                <w:szCs w:val="24"/>
              </w:rPr>
              <w:t></w:t>
            </w:r>
            <w:r w:rsidRPr="00EB12D6">
              <w:rPr>
                <w:rFonts w:ascii="Times New Roman" w:hAnsi="Times New Roman" w:cs="Times New Roman"/>
                <w:sz w:val="24"/>
                <w:szCs w:val="24"/>
                <w:lang w:val="ru-RU"/>
              </w:rPr>
              <w:t xml:space="preserve">  .Вычитание вида 16 - </w:t>
            </w:r>
            <w:r w:rsidRPr="00244C85">
              <w:rPr>
                <w:rFonts w:ascii="Times New Roman" w:hAnsi="Times New Roman" w:cs="Times New Roman"/>
                <w:sz w:val="24"/>
                <w:szCs w:val="24"/>
              </w:rPr>
              <w:t></w:t>
            </w:r>
            <w:r w:rsidRPr="00EB12D6">
              <w:rPr>
                <w:rFonts w:ascii="Times New Roman" w:hAnsi="Times New Roman" w:cs="Times New Roman"/>
                <w:sz w:val="24"/>
                <w:szCs w:val="24"/>
                <w:lang w:val="ru-RU"/>
              </w:rPr>
              <w:t xml:space="preserve">  .</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A5316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A5316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A5316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A5316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127</w:t>
            </w:r>
          </w:p>
        </w:tc>
        <w:tc>
          <w:tcPr>
            <w:tcW w:w="4868" w:type="dxa"/>
          </w:tcPr>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 xml:space="preserve">Алгоритм письменного </w:t>
            </w:r>
            <w:proofErr w:type="gramStart"/>
            <w:r w:rsidRPr="00EB12D6">
              <w:rPr>
                <w:rFonts w:ascii="Times New Roman" w:hAnsi="Times New Roman" w:cs="Times New Roman"/>
                <w:sz w:val="24"/>
                <w:szCs w:val="24"/>
                <w:lang w:val="ru-RU"/>
              </w:rPr>
              <w:t>вычитания .Вычитание</w:t>
            </w:r>
            <w:proofErr w:type="gramEnd"/>
            <w:r w:rsidRPr="00EB12D6">
              <w:rPr>
                <w:rFonts w:ascii="Times New Roman" w:hAnsi="Times New Roman" w:cs="Times New Roman"/>
                <w:sz w:val="24"/>
                <w:szCs w:val="24"/>
                <w:lang w:val="ru-RU"/>
              </w:rPr>
              <w:t xml:space="preserve"> вида 17 - </w:t>
            </w:r>
            <w:r w:rsidRPr="00244C85">
              <w:rPr>
                <w:rFonts w:ascii="Times New Roman" w:hAnsi="Times New Roman" w:cs="Times New Roman"/>
                <w:sz w:val="24"/>
                <w:szCs w:val="24"/>
              </w:rPr>
              <w:t></w:t>
            </w:r>
            <w:r w:rsidRPr="00EB12D6">
              <w:rPr>
                <w:rFonts w:ascii="Times New Roman" w:hAnsi="Times New Roman" w:cs="Times New Roman"/>
                <w:sz w:val="24"/>
                <w:szCs w:val="24"/>
                <w:lang w:val="ru-RU"/>
              </w:rPr>
              <w:t xml:space="preserve">  , 18 - </w:t>
            </w:r>
            <w:r w:rsidRPr="00244C85">
              <w:rPr>
                <w:rFonts w:ascii="Times New Roman" w:hAnsi="Times New Roman" w:cs="Times New Roman"/>
                <w:sz w:val="24"/>
                <w:szCs w:val="24"/>
              </w:rPr>
              <w:t></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A5316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A5316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A5316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A5316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128</w:t>
            </w:r>
          </w:p>
        </w:tc>
        <w:tc>
          <w:tcPr>
            <w:tcW w:w="4868" w:type="dxa"/>
          </w:tcPr>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 xml:space="preserve">Алгоритм письменного сложения и вычитания. </w:t>
            </w:r>
            <w:proofErr w:type="gramStart"/>
            <w:r w:rsidRPr="00EB12D6">
              <w:rPr>
                <w:rFonts w:ascii="Times New Roman" w:hAnsi="Times New Roman" w:cs="Times New Roman"/>
                <w:sz w:val="24"/>
                <w:szCs w:val="24"/>
                <w:lang w:val="ru-RU"/>
              </w:rPr>
              <w:t>Закрепление  по</w:t>
            </w:r>
            <w:proofErr w:type="gramEnd"/>
            <w:r w:rsidRPr="00EB12D6">
              <w:rPr>
                <w:rFonts w:ascii="Times New Roman" w:hAnsi="Times New Roman" w:cs="Times New Roman"/>
                <w:sz w:val="24"/>
                <w:szCs w:val="24"/>
                <w:lang w:val="ru-RU"/>
              </w:rPr>
              <w:t xml:space="preserve"> теме: «Сложение вычитание с переходом через десяток».</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DA7400"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DA7400">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DA7400"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DA7400">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DA7400">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DA7400">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DA7400">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129</w:t>
            </w:r>
          </w:p>
        </w:tc>
        <w:tc>
          <w:tcPr>
            <w:tcW w:w="486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Диагностическая контрольная работа.</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A5316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A5316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A5316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A5316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130</w:t>
            </w:r>
          </w:p>
        </w:tc>
        <w:tc>
          <w:tcPr>
            <w:tcW w:w="4868" w:type="dxa"/>
          </w:tcPr>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 xml:space="preserve">Алгоритм письменного вычитания. Закрепление по теме: «Приемы вычитания» </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A5316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A5316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A5316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A5316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131</w:t>
            </w:r>
          </w:p>
        </w:tc>
        <w:tc>
          <w:tcPr>
            <w:tcW w:w="4868" w:type="dxa"/>
          </w:tcPr>
          <w:p w:rsidR="00DA7400" w:rsidRPr="00244C85" w:rsidRDefault="00DA7400" w:rsidP="00D86A3D">
            <w:pPr>
              <w:rPr>
                <w:rFonts w:ascii="Times New Roman" w:hAnsi="Times New Roman" w:cs="Times New Roman"/>
                <w:sz w:val="24"/>
                <w:szCs w:val="24"/>
              </w:rPr>
            </w:pPr>
            <w:r w:rsidRPr="00EB12D6">
              <w:rPr>
                <w:rFonts w:ascii="Times New Roman" w:hAnsi="Times New Roman" w:cs="Times New Roman"/>
                <w:sz w:val="24"/>
                <w:szCs w:val="24"/>
                <w:lang w:val="ru-RU"/>
              </w:rPr>
              <w:t xml:space="preserve">  Алгоритм письменного сложения и вычитания. Закрепление по теме: «Числа от 1 до 20. </w:t>
            </w:r>
            <w:r w:rsidRPr="00244C85">
              <w:rPr>
                <w:rFonts w:ascii="Times New Roman" w:hAnsi="Times New Roman" w:cs="Times New Roman"/>
                <w:sz w:val="24"/>
                <w:szCs w:val="24"/>
              </w:rPr>
              <w:t>Сложение и вычитание»</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A5316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A5316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A5316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A5316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r w:rsidR="00DA7400" w:rsidRPr="00244C85" w:rsidTr="00D86A3D">
        <w:tc>
          <w:tcPr>
            <w:tcW w:w="656"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132</w:t>
            </w:r>
          </w:p>
        </w:tc>
        <w:tc>
          <w:tcPr>
            <w:tcW w:w="4868" w:type="dxa"/>
          </w:tcPr>
          <w:p w:rsidR="00DA7400" w:rsidRPr="00EB12D6" w:rsidRDefault="00DA7400" w:rsidP="00D86A3D">
            <w:pPr>
              <w:rPr>
                <w:rFonts w:ascii="Times New Roman" w:hAnsi="Times New Roman" w:cs="Times New Roman"/>
                <w:sz w:val="24"/>
                <w:szCs w:val="24"/>
                <w:lang w:val="ru-RU"/>
              </w:rPr>
            </w:pPr>
            <w:r w:rsidRPr="00EB12D6">
              <w:rPr>
                <w:rFonts w:ascii="Times New Roman" w:hAnsi="Times New Roman" w:cs="Times New Roman"/>
                <w:sz w:val="24"/>
                <w:szCs w:val="24"/>
                <w:lang w:val="ru-RU"/>
              </w:rPr>
              <w:t>Алгоритм письменного сложения и вычитания.</w:t>
            </w:r>
          </w:p>
        </w:tc>
        <w:tc>
          <w:tcPr>
            <w:tcW w:w="708" w:type="dxa"/>
          </w:tcPr>
          <w:p w:rsidR="00DA7400" w:rsidRPr="00244C85" w:rsidRDefault="00DA7400" w:rsidP="00D86A3D">
            <w:pPr>
              <w:rPr>
                <w:rFonts w:ascii="Times New Roman" w:hAnsi="Times New Roman" w:cs="Times New Roman"/>
                <w:sz w:val="24"/>
                <w:szCs w:val="24"/>
              </w:rPr>
            </w:pPr>
            <w:r w:rsidRPr="00244C85">
              <w:rPr>
                <w:rFonts w:ascii="Times New Roman" w:hAnsi="Times New Roman" w:cs="Times New Roman"/>
                <w:sz w:val="24"/>
                <w:szCs w:val="24"/>
              </w:rPr>
              <w:t>1</w:t>
            </w:r>
          </w:p>
        </w:tc>
        <w:tc>
          <w:tcPr>
            <w:tcW w:w="5103" w:type="dxa"/>
            <w:vMerge/>
          </w:tcPr>
          <w:p w:rsidR="00DA7400" w:rsidRPr="00A53168" w:rsidRDefault="00DA7400" w:rsidP="00D86A3D">
            <w:pPr>
              <w:rPr>
                <w:rFonts w:ascii="Times New Roman" w:hAnsi="Times New Roman" w:cs="Times New Roman"/>
                <w:sz w:val="24"/>
                <w:szCs w:val="24"/>
              </w:rPr>
            </w:pPr>
          </w:p>
        </w:tc>
        <w:tc>
          <w:tcPr>
            <w:tcW w:w="3828" w:type="dxa"/>
          </w:tcPr>
          <w:p w:rsidR="00DA7400" w:rsidRPr="00A53168" w:rsidRDefault="00DA7400" w:rsidP="00D86A3D">
            <w:pPr>
              <w:tabs>
                <w:tab w:val="left" w:pos="888"/>
              </w:tabs>
              <w:spacing w:after="0" w:line="240" w:lineRule="auto"/>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rPr>
              <w:t>Educont</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rPr>
              <w:t>ru</w:t>
            </w:r>
          </w:p>
          <w:p w:rsidR="00DA7400" w:rsidRPr="00A53168" w:rsidRDefault="00DA7400" w:rsidP="00D86A3D">
            <w:pPr>
              <w:autoSpaceDE w:val="0"/>
              <w:autoSpaceDN w:val="0"/>
              <w:spacing w:after="0" w:line="240" w:lineRule="auto"/>
              <w:ind w:left="72"/>
              <w:rPr>
                <w:rFonts w:ascii="Times New Roman" w:eastAsia="Times New Roman" w:hAnsi="Times New Roman" w:cs="Times New Roman"/>
                <w:color w:val="000000"/>
                <w:w w:val="97"/>
                <w:sz w:val="24"/>
                <w:szCs w:val="24"/>
              </w:rPr>
            </w:pPr>
            <w:r>
              <w:rPr>
                <w:rFonts w:ascii="Times New Roman" w:eastAsia="Times New Roman" w:hAnsi="Times New Roman" w:cs="Times New Roman"/>
                <w:color w:val="000000"/>
                <w:w w:val="97"/>
                <w:sz w:val="24"/>
                <w:szCs w:val="24"/>
                <w:lang w:val="ru-RU"/>
              </w:rPr>
              <w:t>Яндекс</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учебник</w:t>
            </w:r>
            <w:r w:rsidRPr="00A53168">
              <w:rPr>
                <w:rFonts w:ascii="Times New Roman" w:eastAsia="Times New Roman" w:hAnsi="Times New Roman" w:cs="Times New Roman"/>
                <w:color w:val="000000"/>
                <w:w w:val="97"/>
                <w:sz w:val="24"/>
                <w:szCs w:val="24"/>
              </w:rPr>
              <w:t xml:space="preserve"> </w:t>
            </w:r>
            <w:r>
              <w:rPr>
                <w:rFonts w:ascii="Times New Roman" w:eastAsia="Times New Roman" w:hAnsi="Times New Roman" w:cs="Times New Roman"/>
                <w:color w:val="000000"/>
                <w:w w:val="97"/>
                <w:sz w:val="24"/>
                <w:szCs w:val="24"/>
                <w:lang w:val="ru-RU"/>
              </w:rPr>
              <w:t>РЭШ</w:t>
            </w:r>
            <w:r w:rsidRPr="00A53168">
              <w:rPr>
                <w:rFonts w:ascii="Times New Roman" w:eastAsia="Times New Roman" w:hAnsi="Times New Roman" w:cs="Times New Roman"/>
                <w:color w:val="000000"/>
                <w:w w:val="97"/>
                <w:sz w:val="24"/>
                <w:szCs w:val="24"/>
              </w:rPr>
              <w:t xml:space="preserve"> </w:t>
            </w:r>
          </w:p>
          <w:p w:rsidR="00DA7400" w:rsidRPr="00244C85" w:rsidRDefault="00DA7400" w:rsidP="00D86A3D">
            <w:pPr>
              <w:rPr>
                <w:rFonts w:ascii="Times New Roman" w:hAnsi="Times New Roman" w:cs="Times New Roman"/>
                <w:sz w:val="24"/>
                <w:szCs w:val="24"/>
              </w:rPr>
            </w:pPr>
            <w:r>
              <w:rPr>
                <w:rFonts w:ascii="Times New Roman" w:eastAsia="Times New Roman" w:hAnsi="Times New Roman" w:cs="Times New Roman"/>
                <w:color w:val="000000"/>
                <w:w w:val="97"/>
                <w:sz w:val="24"/>
                <w:szCs w:val="24"/>
                <w:lang w:val="ru-RU"/>
              </w:rPr>
              <w:t>Учи</w:t>
            </w:r>
            <w:r w:rsidRPr="00A53168">
              <w:rPr>
                <w:rFonts w:ascii="Times New Roman" w:eastAsia="Times New Roman" w:hAnsi="Times New Roman" w:cs="Times New Roman"/>
                <w:color w:val="000000"/>
                <w:w w:val="97"/>
                <w:sz w:val="24"/>
                <w:szCs w:val="24"/>
              </w:rPr>
              <w:t>.</w:t>
            </w:r>
            <w:r>
              <w:rPr>
                <w:rFonts w:ascii="Times New Roman" w:eastAsia="Times New Roman" w:hAnsi="Times New Roman" w:cs="Times New Roman"/>
                <w:color w:val="000000"/>
                <w:w w:val="97"/>
                <w:sz w:val="24"/>
                <w:szCs w:val="24"/>
                <w:lang w:val="ru-RU"/>
              </w:rPr>
              <w:t>ру</w:t>
            </w:r>
          </w:p>
        </w:tc>
      </w:tr>
    </w:tbl>
    <w:p w:rsidR="00963108" w:rsidRPr="00DA7400" w:rsidRDefault="00963108">
      <w:pPr>
        <w:rPr>
          <w:rFonts w:ascii="Times New Roman" w:hAnsi="Times New Roman" w:cs="Times New Roman"/>
          <w:b/>
          <w:sz w:val="24"/>
          <w:szCs w:val="24"/>
        </w:rPr>
      </w:pPr>
    </w:p>
    <w:p w:rsidR="00DA7400" w:rsidRPr="008E75F7" w:rsidRDefault="00DA7400">
      <w:pPr>
        <w:rPr>
          <w:rFonts w:ascii="Times New Roman" w:hAnsi="Times New Roman" w:cs="Times New Roman"/>
          <w:b/>
          <w:sz w:val="24"/>
          <w:szCs w:val="24"/>
        </w:rPr>
      </w:pPr>
    </w:p>
    <w:p w:rsidR="00DA4FC0" w:rsidRPr="00963108" w:rsidRDefault="005E3948">
      <w:pPr>
        <w:rPr>
          <w:rFonts w:ascii="Times New Roman" w:hAnsi="Times New Roman" w:cs="Times New Roman"/>
          <w:b/>
          <w:sz w:val="24"/>
          <w:szCs w:val="24"/>
          <w:lang w:val="ru-RU"/>
        </w:rPr>
      </w:pPr>
      <w:r w:rsidRPr="00963108">
        <w:rPr>
          <w:rFonts w:ascii="Times New Roman" w:hAnsi="Times New Roman" w:cs="Times New Roman"/>
          <w:b/>
          <w:sz w:val="24"/>
          <w:szCs w:val="24"/>
          <w:lang w:val="ru-RU"/>
        </w:rPr>
        <w:lastRenderedPageBreak/>
        <w:t>2</w:t>
      </w:r>
      <w:r w:rsidR="00DA4FC0" w:rsidRPr="00963108">
        <w:rPr>
          <w:rFonts w:ascii="Times New Roman" w:hAnsi="Times New Roman" w:cs="Times New Roman"/>
          <w:b/>
          <w:sz w:val="24"/>
          <w:szCs w:val="24"/>
          <w:lang w:val="ru-RU"/>
        </w:rPr>
        <w:t xml:space="preserve"> КЛАСС</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4820"/>
        <w:gridCol w:w="708"/>
        <w:gridCol w:w="5245"/>
        <w:gridCol w:w="3686"/>
      </w:tblGrid>
      <w:tr w:rsidR="00DA4FC0" w:rsidRPr="00963108" w:rsidTr="002E0C5E">
        <w:tc>
          <w:tcPr>
            <w:tcW w:w="704" w:type="dxa"/>
          </w:tcPr>
          <w:p w:rsidR="00DA4FC0" w:rsidRPr="00963108" w:rsidRDefault="00DA4FC0" w:rsidP="00DA4FC0">
            <w:pPr>
              <w:spacing w:after="0" w:line="240" w:lineRule="auto"/>
              <w:jc w:val="both"/>
              <w:rPr>
                <w:rFonts w:ascii="Times New Roman" w:hAnsi="Times New Roman" w:cs="Times New Roman"/>
                <w:sz w:val="24"/>
                <w:szCs w:val="24"/>
              </w:rPr>
            </w:pPr>
            <w:r w:rsidRPr="00963108">
              <w:rPr>
                <w:rFonts w:ascii="Times New Roman" w:hAnsi="Times New Roman" w:cs="Times New Roman"/>
                <w:sz w:val="24"/>
                <w:szCs w:val="24"/>
              </w:rPr>
              <w:t>№</w:t>
            </w:r>
          </w:p>
        </w:tc>
        <w:tc>
          <w:tcPr>
            <w:tcW w:w="4820" w:type="dxa"/>
          </w:tcPr>
          <w:p w:rsidR="00DA4FC0" w:rsidRPr="00963108" w:rsidRDefault="00DA4FC0" w:rsidP="00DA4FC0">
            <w:pPr>
              <w:spacing w:after="0" w:line="240" w:lineRule="auto"/>
              <w:jc w:val="both"/>
              <w:rPr>
                <w:rFonts w:ascii="Times New Roman" w:hAnsi="Times New Roman" w:cs="Times New Roman"/>
                <w:sz w:val="24"/>
                <w:szCs w:val="24"/>
              </w:rPr>
            </w:pPr>
            <w:r w:rsidRPr="00963108">
              <w:rPr>
                <w:rFonts w:ascii="Times New Roman" w:hAnsi="Times New Roman" w:cs="Times New Roman"/>
                <w:sz w:val="24"/>
                <w:szCs w:val="24"/>
              </w:rPr>
              <w:t xml:space="preserve">Тематические блоки, темы </w:t>
            </w:r>
          </w:p>
        </w:tc>
        <w:tc>
          <w:tcPr>
            <w:tcW w:w="708" w:type="dxa"/>
          </w:tcPr>
          <w:p w:rsidR="00DA4FC0" w:rsidRPr="00963108" w:rsidRDefault="00DA4FC0" w:rsidP="00DA4FC0">
            <w:pPr>
              <w:spacing w:after="0" w:line="240" w:lineRule="auto"/>
              <w:jc w:val="both"/>
              <w:rPr>
                <w:rFonts w:ascii="Times New Roman" w:hAnsi="Times New Roman" w:cs="Times New Roman"/>
                <w:sz w:val="24"/>
                <w:szCs w:val="24"/>
              </w:rPr>
            </w:pPr>
            <w:r w:rsidRPr="00963108">
              <w:rPr>
                <w:rFonts w:ascii="Times New Roman" w:hAnsi="Times New Roman" w:cs="Times New Roman"/>
                <w:sz w:val="24"/>
                <w:szCs w:val="24"/>
              </w:rPr>
              <w:t>Кол-во часов</w:t>
            </w:r>
          </w:p>
        </w:tc>
        <w:tc>
          <w:tcPr>
            <w:tcW w:w="5245" w:type="dxa"/>
          </w:tcPr>
          <w:p w:rsidR="00DA4FC0" w:rsidRPr="00963108" w:rsidRDefault="00DA4FC0" w:rsidP="00DA4FC0">
            <w:pPr>
              <w:spacing w:after="0" w:line="240" w:lineRule="auto"/>
              <w:jc w:val="both"/>
              <w:rPr>
                <w:rFonts w:ascii="Times New Roman" w:hAnsi="Times New Roman" w:cs="Times New Roman"/>
                <w:w w:val="0"/>
                <w:sz w:val="24"/>
                <w:szCs w:val="24"/>
                <w:lang w:val="ru-RU"/>
              </w:rPr>
            </w:pPr>
            <w:r w:rsidRPr="00963108">
              <w:rPr>
                <w:rFonts w:ascii="Times New Roman" w:hAnsi="Times New Roman" w:cs="Times New Roman"/>
                <w:w w:val="0"/>
                <w:sz w:val="24"/>
                <w:szCs w:val="24"/>
                <w:lang w:val="ru-RU"/>
              </w:rPr>
              <w:t>Модуль рабочей программы воспитания</w:t>
            </w:r>
          </w:p>
          <w:p w:rsidR="00DA4FC0" w:rsidRPr="00963108" w:rsidRDefault="00DA4FC0" w:rsidP="00DA4FC0">
            <w:pPr>
              <w:spacing w:after="0" w:line="240" w:lineRule="auto"/>
              <w:jc w:val="both"/>
              <w:rPr>
                <w:rFonts w:ascii="Times New Roman" w:hAnsi="Times New Roman" w:cs="Times New Roman"/>
                <w:sz w:val="24"/>
                <w:szCs w:val="24"/>
                <w:lang w:val="ru-RU"/>
              </w:rPr>
            </w:pPr>
            <w:r w:rsidRPr="00963108">
              <w:rPr>
                <w:rFonts w:ascii="Times New Roman" w:eastAsia="№Е" w:hAnsi="Times New Roman" w:cs="Times New Roman"/>
                <w:sz w:val="24"/>
                <w:szCs w:val="24"/>
                <w:lang w:val="ru-RU"/>
              </w:rPr>
              <w:t>Реализация воспитательного потенциала урока</w:t>
            </w:r>
          </w:p>
        </w:tc>
        <w:tc>
          <w:tcPr>
            <w:tcW w:w="3686" w:type="dxa"/>
          </w:tcPr>
          <w:p w:rsidR="00DA4FC0" w:rsidRPr="00963108" w:rsidRDefault="00DA4FC0" w:rsidP="00DA4FC0">
            <w:pPr>
              <w:spacing w:after="0" w:line="240" w:lineRule="auto"/>
              <w:jc w:val="both"/>
              <w:rPr>
                <w:rFonts w:ascii="Times New Roman" w:hAnsi="Times New Roman" w:cs="Times New Roman"/>
                <w:sz w:val="24"/>
                <w:szCs w:val="24"/>
                <w:lang w:val="ru-RU"/>
              </w:rPr>
            </w:pPr>
            <w:r w:rsidRPr="00963108">
              <w:rPr>
                <w:rFonts w:ascii="Times New Roman" w:hAnsi="Times New Roman" w:cs="Times New Roman"/>
                <w:sz w:val="24"/>
                <w:szCs w:val="24"/>
              </w:rPr>
              <w:t>ЭОР/ЦОР</w:t>
            </w:r>
          </w:p>
        </w:tc>
      </w:tr>
      <w:tr w:rsidR="00DA4FC0" w:rsidRPr="008E75F7" w:rsidTr="002E0C5E">
        <w:tc>
          <w:tcPr>
            <w:tcW w:w="704" w:type="dxa"/>
            <w:vAlign w:val="center"/>
          </w:tcPr>
          <w:p w:rsidR="00DA4FC0" w:rsidRPr="00963108" w:rsidRDefault="00DA4FC0" w:rsidP="00DA4FC0">
            <w:pPr>
              <w:spacing w:after="0" w:line="240" w:lineRule="auto"/>
              <w:jc w:val="both"/>
              <w:rPr>
                <w:rFonts w:ascii="Times New Roman" w:hAnsi="Times New Roman" w:cs="Times New Roman"/>
                <w:sz w:val="24"/>
                <w:szCs w:val="24"/>
              </w:rPr>
            </w:pPr>
            <w:r w:rsidRPr="00963108">
              <w:rPr>
                <w:rFonts w:ascii="Times New Roman" w:hAnsi="Times New Roman" w:cs="Times New Roman"/>
                <w:sz w:val="24"/>
                <w:szCs w:val="24"/>
              </w:rPr>
              <w:t>1</w:t>
            </w:r>
          </w:p>
        </w:tc>
        <w:tc>
          <w:tcPr>
            <w:tcW w:w="4820" w:type="dxa"/>
            <w:vAlign w:val="center"/>
          </w:tcPr>
          <w:p w:rsidR="00DA4FC0" w:rsidRPr="00963108" w:rsidRDefault="00DA4FC0" w:rsidP="00DA4FC0">
            <w:pPr>
              <w:spacing w:after="0" w:line="240" w:lineRule="auto"/>
              <w:ind w:left="135"/>
              <w:jc w:val="both"/>
              <w:rPr>
                <w:rFonts w:ascii="Times New Roman" w:hAnsi="Times New Roman" w:cs="Times New Roman"/>
                <w:sz w:val="24"/>
                <w:szCs w:val="24"/>
              </w:rPr>
            </w:pPr>
            <w:r w:rsidRPr="00963108">
              <w:rPr>
                <w:rFonts w:ascii="Times New Roman" w:hAnsi="Times New Roman" w:cs="Times New Roman"/>
                <w:sz w:val="24"/>
                <w:szCs w:val="24"/>
                <w:lang w:val="ru-RU"/>
              </w:rPr>
              <w:t xml:space="preserve">Числа от 1 до 100: действия с числами до 20. </w:t>
            </w:r>
            <w:r w:rsidRPr="00963108">
              <w:rPr>
                <w:rFonts w:ascii="Times New Roman" w:hAnsi="Times New Roman" w:cs="Times New Roman"/>
                <w:sz w:val="24"/>
                <w:szCs w:val="24"/>
              </w:rPr>
              <w:t xml:space="preserve">Повторение </w:t>
            </w:r>
          </w:p>
        </w:tc>
        <w:tc>
          <w:tcPr>
            <w:tcW w:w="708" w:type="dxa"/>
            <w:vAlign w:val="center"/>
          </w:tcPr>
          <w:p w:rsidR="00DA4FC0" w:rsidRPr="00963108" w:rsidRDefault="00DA4FC0" w:rsidP="00DA4FC0">
            <w:pPr>
              <w:spacing w:after="0" w:line="240" w:lineRule="auto"/>
              <w:ind w:left="135"/>
              <w:jc w:val="both"/>
              <w:rPr>
                <w:rFonts w:ascii="Times New Roman" w:hAnsi="Times New Roman" w:cs="Times New Roman"/>
                <w:sz w:val="24"/>
                <w:szCs w:val="24"/>
              </w:rPr>
            </w:pPr>
            <w:r w:rsidRPr="00963108">
              <w:rPr>
                <w:rFonts w:ascii="Times New Roman" w:hAnsi="Times New Roman" w:cs="Times New Roman"/>
                <w:sz w:val="24"/>
                <w:szCs w:val="24"/>
              </w:rPr>
              <w:t xml:space="preserve"> 1 </w:t>
            </w:r>
          </w:p>
        </w:tc>
        <w:tc>
          <w:tcPr>
            <w:tcW w:w="5245" w:type="dxa"/>
            <w:vMerge w:val="restart"/>
          </w:tcPr>
          <w:p w:rsidR="00DA4FC0" w:rsidRPr="00963108" w:rsidRDefault="00DA4FC0" w:rsidP="00DA4FC0">
            <w:pPr>
              <w:tabs>
                <w:tab w:val="left" w:pos="4"/>
                <w:tab w:val="left" w:pos="288"/>
              </w:tabs>
              <w:spacing w:after="0" w:line="240" w:lineRule="auto"/>
              <w:ind w:firstLine="181"/>
              <w:jc w:val="both"/>
              <w:rPr>
                <w:rFonts w:ascii="Times New Roman" w:hAnsi="Times New Roman" w:cs="Times New Roman"/>
                <w:sz w:val="24"/>
                <w:szCs w:val="24"/>
                <w:lang w:val="ru-RU"/>
              </w:rPr>
            </w:pPr>
            <w:r w:rsidRPr="00963108">
              <w:rPr>
                <w:rFonts w:ascii="Times New Roman" w:hAnsi="Times New Roman" w:cs="Times New Roman"/>
                <w:sz w:val="24"/>
                <w:szCs w:val="24"/>
                <w:lang w:val="ru-RU"/>
              </w:rPr>
              <w:t>Знающий и любящий свою малую родину, свой край, имеющий представление о Родине</w:t>
            </w:r>
            <w:r w:rsidRPr="00963108">
              <w:rPr>
                <w:rFonts w:ascii="Times New Roman" w:hAnsi="Times New Roman" w:cs="Times New Roman"/>
                <w:sz w:val="24"/>
                <w:szCs w:val="24"/>
              </w:rPr>
              <w:t> </w:t>
            </w:r>
            <w:r w:rsidRPr="00963108">
              <w:rPr>
                <w:rFonts w:ascii="Times New Roman" w:hAnsi="Times New Roman" w:cs="Times New Roman"/>
                <w:sz w:val="24"/>
                <w:szCs w:val="24"/>
                <w:lang w:val="ru-RU"/>
              </w:rPr>
              <w:t>— России, её территории, расположении.</w:t>
            </w:r>
          </w:p>
          <w:p w:rsidR="00DA4FC0" w:rsidRPr="00963108" w:rsidRDefault="00DA4FC0" w:rsidP="00DA4FC0">
            <w:pPr>
              <w:spacing w:after="0" w:line="240" w:lineRule="auto"/>
              <w:jc w:val="both"/>
              <w:rPr>
                <w:rFonts w:ascii="Times New Roman" w:hAnsi="Times New Roman" w:cs="Times New Roman"/>
                <w:w w:val="0"/>
                <w:sz w:val="24"/>
                <w:szCs w:val="24"/>
                <w:lang w:val="ru-RU"/>
              </w:rPr>
            </w:pPr>
            <w:r w:rsidRPr="00963108">
              <w:rPr>
                <w:rFonts w:ascii="Times New Roman" w:hAnsi="Times New Roman" w:cs="Times New Roman"/>
                <w:sz w:val="24"/>
                <w:szCs w:val="24"/>
                <w:lang w:val="ru-RU"/>
              </w:rPr>
              <w:t>Умеющий оценивать поступки с позиции их соответствия нравственным нормам, осознающий ответственность за свои поступки. Проявляющий стремление к самовыражению в разных видах художественной деятельности, искусстве. Проявляющий интерес к разным профессиям. Выражающий познавательные интересы, активность, любознательность и самостоятельность в познании, интерес и уважение к научным знаниям, науке.</w:t>
            </w:r>
          </w:p>
        </w:tc>
        <w:tc>
          <w:tcPr>
            <w:tcW w:w="3686" w:type="dxa"/>
            <w:vAlign w:val="center"/>
          </w:tcPr>
          <w:p w:rsidR="00DA4FC0" w:rsidRPr="00963108" w:rsidRDefault="008E75F7" w:rsidP="00DA4FC0">
            <w:pPr>
              <w:spacing w:after="0" w:line="240" w:lineRule="auto"/>
              <w:ind w:left="135"/>
              <w:jc w:val="both"/>
              <w:rPr>
                <w:rFonts w:ascii="Times New Roman" w:hAnsi="Times New Roman" w:cs="Times New Roman"/>
                <w:sz w:val="24"/>
                <w:szCs w:val="24"/>
                <w:lang w:val="ru-RU"/>
              </w:rPr>
            </w:pPr>
            <w:hyperlink r:id="rId73">
              <w:r w:rsidR="00DA4FC0" w:rsidRPr="00963108">
                <w:rPr>
                  <w:rFonts w:ascii="Times New Roman" w:hAnsi="Times New Roman" w:cs="Times New Roman"/>
                  <w:sz w:val="24"/>
                  <w:szCs w:val="24"/>
                  <w:u w:val="single"/>
                </w:rPr>
                <w:t>https</w:t>
              </w:r>
              <w:r w:rsidR="00DA4FC0" w:rsidRPr="00963108">
                <w:rPr>
                  <w:rFonts w:ascii="Times New Roman" w:hAnsi="Times New Roman" w:cs="Times New Roman"/>
                  <w:sz w:val="24"/>
                  <w:szCs w:val="24"/>
                  <w:u w:val="single"/>
                  <w:lang w:val="ru-RU"/>
                </w:rPr>
                <w:t>://</w:t>
              </w:r>
              <w:r w:rsidR="00DA4FC0" w:rsidRPr="00963108">
                <w:rPr>
                  <w:rFonts w:ascii="Times New Roman" w:hAnsi="Times New Roman" w:cs="Times New Roman"/>
                  <w:sz w:val="24"/>
                  <w:szCs w:val="24"/>
                  <w:u w:val="single"/>
                </w:rPr>
                <w:t>education</w:t>
              </w:r>
              <w:r w:rsidR="00DA4FC0" w:rsidRPr="00963108">
                <w:rPr>
                  <w:rFonts w:ascii="Times New Roman" w:hAnsi="Times New Roman" w:cs="Times New Roman"/>
                  <w:sz w:val="24"/>
                  <w:szCs w:val="24"/>
                  <w:u w:val="single"/>
                  <w:lang w:val="ru-RU"/>
                </w:rPr>
                <w:t>.</w:t>
              </w:r>
              <w:r w:rsidR="00DA4FC0" w:rsidRPr="00963108">
                <w:rPr>
                  <w:rFonts w:ascii="Times New Roman" w:hAnsi="Times New Roman" w:cs="Times New Roman"/>
                  <w:sz w:val="24"/>
                  <w:szCs w:val="24"/>
                  <w:u w:val="single"/>
                </w:rPr>
                <w:t>yandex</w:t>
              </w:r>
              <w:r w:rsidR="00DA4FC0" w:rsidRPr="00963108">
                <w:rPr>
                  <w:rFonts w:ascii="Times New Roman" w:hAnsi="Times New Roman" w:cs="Times New Roman"/>
                  <w:sz w:val="24"/>
                  <w:szCs w:val="24"/>
                  <w:u w:val="single"/>
                  <w:lang w:val="ru-RU"/>
                </w:rPr>
                <w:t>.</w:t>
              </w:r>
              <w:r w:rsidR="00DA4FC0" w:rsidRPr="00963108">
                <w:rPr>
                  <w:rFonts w:ascii="Times New Roman" w:hAnsi="Times New Roman" w:cs="Times New Roman"/>
                  <w:sz w:val="24"/>
                  <w:szCs w:val="24"/>
                  <w:u w:val="single"/>
                </w:rPr>
                <w:t>ru</w:t>
              </w:r>
            </w:hyperlink>
            <w:r w:rsidR="00DA4FC0" w:rsidRPr="00963108">
              <w:rPr>
                <w:rFonts w:ascii="Times New Roman" w:hAnsi="Times New Roman" w:cs="Times New Roman"/>
                <w:sz w:val="24"/>
                <w:szCs w:val="24"/>
                <w:lang w:val="ru-RU"/>
              </w:rPr>
              <w:t xml:space="preserve"> </w:t>
            </w:r>
            <w:hyperlink r:id="rId74">
              <w:r w:rsidR="00DA4FC0" w:rsidRPr="00963108">
                <w:rPr>
                  <w:rFonts w:ascii="Times New Roman" w:hAnsi="Times New Roman" w:cs="Times New Roman"/>
                  <w:sz w:val="24"/>
                  <w:szCs w:val="24"/>
                  <w:u w:val="single"/>
                </w:rPr>
                <w:t>https</w:t>
              </w:r>
              <w:r w:rsidR="00DA4FC0" w:rsidRPr="00963108">
                <w:rPr>
                  <w:rFonts w:ascii="Times New Roman" w:hAnsi="Times New Roman" w:cs="Times New Roman"/>
                  <w:sz w:val="24"/>
                  <w:szCs w:val="24"/>
                  <w:u w:val="single"/>
                  <w:lang w:val="ru-RU"/>
                </w:rPr>
                <w:t>://</w:t>
              </w:r>
              <w:r w:rsidR="00DA4FC0" w:rsidRPr="00963108">
                <w:rPr>
                  <w:rFonts w:ascii="Times New Roman" w:hAnsi="Times New Roman" w:cs="Times New Roman"/>
                  <w:sz w:val="24"/>
                  <w:szCs w:val="24"/>
                  <w:u w:val="single"/>
                </w:rPr>
                <w:t>uchi</w:t>
              </w:r>
              <w:r w:rsidR="00DA4FC0" w:rsidRPr="00963108">
                <w:rPr>
                  <w:rFonts w:ascii="Times New Roman" w:hAnsi="Times New Roman" w:cs="Times New Roman"/>
                  <w:sz w:val="24"/>
                  <w:szCs w:val="24"/>
                  <w:u w:val="single"/>
                  <w:lang w:val="ru-RU"/>
                </w:rPr>
                <w:t>.</w:t>
              </w:r>
              <w:r w:rsidR="00DA4FC0" w:rsidRPr="00963108">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963108" w:rsidRDefault="00DA4FC0" w:rsidP="00DA4FC0">
            <w:pPr>
              <w:spacing w:after="0" w:line="240" w:lineRule="auto"/>
              <w:jc w:val="both"/>
              <w:rPr>
                <w:rFonts w:ascii="Times New Roman" w:hAnsi="Times New Roman" w:cs="Times New Roman"/>
                <w:sz w:val="24"/>
                <w:szCs w:val="24"/>
              </w:rPr>
            </w:pPr>
            <w:r w:rsidRPr="00963108">
              <w:rPr>
                <w:rFonts w:ascii="Times New Roman" w:hAnsi="Times New Roman" w:cs="Times New Roman"/>
                <w:sz w:val="24"/>
                <w:szCs w:val="24"/>
              </w:rPr>
              <w:t>2</w:t>
            </w:r>
          </w:p>
        </w:tc>
        <w:tc>
          <w:tcPr>
            <w:tcW w:w="4820" w:type="dxa"/>
            <w:vAlign w:val="center"/>
          </w:tcPr>
          <w:p w:rsidR="00DA4FC0" w:rsidRPr="00963108" w:rsidRDefault="00DA4FC0" w:rsidP="00DA4FC0">
            <w:pPr>
              <w:spacing w:after="0" w:line="240" w:lineRule="auto"/>
              <w:ind w:left="135"/>
              <w:jc w:val="both"/>
              <w:rPr>
                <w:rFonts w:ascii="Times New Roman" w:hAnsi="Times New Roman" w:cs="Times New Roman"/>
                <w:sz w:val="24"/>
                <w:szCs w:val="24"/>
              </w:rPr>
            </w:pPr>
            <w:r w:rsidRPr="00963108">
              <w:rPr>
                <w:rFonts w:ascii="Times New Roman" w:hAnsi="Times New Roman" w:cs="Times New Roman"/>
                <w:sz w:val="24"/>
                <w:szCs w:val="24"/>
                <w:lang w:val="ru-RU"/>
              </w:rPr>
              <w:t xml:space="preserve">Устное сложение и вычитание в пределах 20. </w:t>
            </w:r>
            <w:r w:rsidRPr="00963108">
              <w:rPr>
                <w:rFonts w:ascii="Times New Roman" w:hAnsi="Times New Roman" w:cs="Times New Roman"/>
                <w:sz w:val="24"/>
                <w:szCs w:val="24"/>
              </w:rPr>
              <w:t>Повторение</w:t>
            </w:r>
          </w:p>
        </w:tc>
        <w:tc>
          <w:tcPr>
            <w:tcW w:w="708" w:type="dxa"/>
            <w:vAlign w:val="center"/>
          </w:tcPr>
          <w:p w:rsidR="00DA4FC0" w:rsidRPr="00963108" w:rsidRDefault="00DA4FC0" w:rsidP="00DA4FC0">
            <w:pPr>
              <w:spacing w:after="0" w:line="240" w:lineRule="auto"/>
              <w:ind w:left="135"/>
              <w:jc w:val="both"/>
              <w:rPr>
                <w:rFonts w:ascii="Times New Roman" w:hAnsi="Times New Roman" w:cs="Times New Roman"/>
                <w:sz w:val="24"/>
                <w:szCs w:val="24"/>
              </w:rPr>
            </w:pPr>
            <w:r w:rsidRPr="00963108">
              <w:rPr>
                <w:rFonts w:ascii="Times New Roman" w:hAnsi="Times New Roman" w:cs="Times New Roman"/>
                <w:sz w:val="24"/>
                <w:szCs w:val="24"/>
              </w:rPr>
              <w:t xml:space="preserve"> 1 </w:t>
            </w:r>
          </w:p>
        </w:tc>
        <w:tc>
          <w:tcPr>
            <w:tcW w:w="5245" w:type="dxa"/>
            <w:vMerge/>
          </w:tcPr>
          <w:p w:rsidR="00DA4FC0" w:rsidRPr="00963108"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963108" w:rsidRDefault="008E75F7" w:rsidP="00DA4FC0">
            <w:pPr>
              <w:spacing w:after="0" w:line="240" w:lineRule="auto"/>
              <w:ind w:left="135"/>
              <w:jc w:val="both"/>
              <w:rPr>
                <w:rFonts w:ascii="Times New Roman" w:hAnsi="Times New Roman" w:cs="Times New Roman"/>
                <w:sz w:val="24"/>
                <w:szCs w:val="24"/>
                <w:lang w:val="ru-RU"/>
              </w:rPr>
            </w:pPr>
            <w:hyperlink r:id="rId75">
              <w:r w:rsidR="00DA4FC0" w:rsidRPr="00963108">
                <w:rPr>
                  <w:rFonts w:ascii="Times New Roman" w:hAnsi="Times New Roman" w:cs="Times New Roman"/>
                  <w:sz w:val="24"/>
                  <w:szCs w:val="24"/>
                  <w:u w:val="single"/>
                </w:rPr>
                <w:t>https</w:t>
              </w:r>
              <w:r w:rsidR="00DA4FC0" w:rsidRPr="00963108">
                <w:rPr>
                  <w:rFonts w:ascii="Times New Roman" w:hAnsi="Times New Roman" w:cs="Times New Roman"/>
                  <w:sz w:val="24"/>
                  <w:szCs w:val="24"/>
                  <w:u w:val="single"/>
                  <w:lang w:val="ru-RU"/>
                </w:rPr>
                <w:t>://</w:t>
              </w:r>
              <w:r w:rsidR="00DA4FC0" w:rsidRPr="00963108">
                <w:rPr>
                  <w:rFonts w:ascii="Times New Roman" w:hAnsi="Times New Roman" w:cs="Times New Roman"/>
                  <w:sz w:val="24"/>
                  <w:szCs w:val="24"/>
                  <w:u w:val="single"/>
                </w:rPr>
                <w:t>education</w:t>
              </w:r>
              <w:r w:rsidR="00DA4FC0" w:rsidRPr="00963108">
                <w:rPr>
                  <w:rFonts w:ascii="Times New Roman" w:hAnsi="Times New Roman" w:cs="Times New Roman"/>
                  <w:sz w:val="24"/>
                  <w:szCs w:val="24"/>
                  <w:u w:val="single"/>
                  <w:lang w:val="ru-RU"/>
                </w:rPr>
                <w:t>.</w:t>
              </w:r>
              <w:r w:rsidR="00DA4FC0" w:rsidRPr="00963108">
                <w:rPr>
                  <w:rFonts w:ascii="Times New Roman" w:hAnsi="Times New Roman" w:cs="Times New Roman"/>
                  <w:sz w:val="24"/>
                  <w:szCs w:val="24"/>
                  <w:u w:val="single"/>
                </w:rPr>
                <w:t>yandex</w:t>
              </w:r>
              <w:r w:rsidR="00DA4FC0" w:rsidRPr="00963108">
                <w:rPr>
                  <w:rFonts w:ascii="Times New Roman" w:hAnsi="Times New Roman" w:cs="Times New Roman"/>
                  <w:sz w:val="24"/>
                  <w:szCs w:val="24"/>
                  <w:u w:val="single"/>
                  <w:lang w:val="ru-RU"/>
                </w:rPr>
                <w:t>.</w:t>
              </w:r>
              <w:r w:rsidR="00DA4FC0" w:rsidRPr="00963108">
                <w:rPr>
                  <w:rFonts w:ascii="Times New Roman" w:hAnsi="Times New Roman" w:cs="Times New Roman"/>
                  <w:sz w:val="24"/>
                  <w:szCs w:val="24"/>
                  <w:u w:val="single"/>
                </w:rPr>
                <w:t>ru</w:t>
              </w:r>
            </w:hyperlink>
            <w:r w:rsidR="00DA4FC0" w:rsidRPr="00963108">
              <w:rPr>
                <w:rFonts w:ascii="Times New Roman" w:hAnsi="Times New Roman" w:cs="Times New Roman"/>
                <w:sz w:val="24"/>
                <w:szCs w:val="24"/>
                <w:lang w:val="ru-RU"/>
              </w:rPr>
              <w:t xml:space="preserve"> </w:t>
            </w:r>
            <w:hyperlink r:id="rId76">
              <w:r w:rsidR="00DA4FC0" w:rsidRPr="00963108">
                <w:rPr>
                  <w:rFonts w:ascii="Times New Roman" w:hAnsi="Times New Roman" w:cs="Times New Roman"/>
                  <w:sz w:val="24"/>
                  <w:szCs w:val="24"/>
                  <w:u w:val="single"/>
                </w:rPr>
                <w:t>https</w:t>
              </w:r>
              <w:r w:rsidR="00DA4FC0" w:rsidRPr="00963108">
                <w:rPr>
                  <w:rFonts w:ascii="Times New Roman" w:hAnsi="Times New Roman" w:cs="Times New Roman"/>
                  <w:sz w:val="24"/>
                  <w:szCs w:val="24"/>
                  <w:u w:val="single"/>
                  <w:lang w:val="ru-RU"/>
                </w:rPr>
                <w:t>://</w:t>
              </w:r>
              <w:r w:rsidR="00DA4FC0" w:rsidRPr="00963108">
                <w:rPr>
                  <w:rFonts w:ascii="Times New Roman" w:hAnsi="Times New Roman" w:cs="Times New Roman"/>
                  <w:sz w:val="24"/>
                  <w:szCs w:val="24"/>
                  <w:u w:val="single"/>
                </w:rPr>
                <w:t>uchi</w:t>
              </w:r>
              <w:r w:rsidR="00DA4FC0" w:rsidRPr="00963108">
                <w:rPr>
                  <w:rFonts w:ascii="Times New Roman" w:hAnsi="Times New Roman" w:cs="Times New Roman"/>
                  <w:sz w:val="24"/>
                  <w:szCs w:val="24"/>
                  <w:u w:val="single"/>
                  <w:lang w:val="ru-RU"/>
                </w:rPr>
                <w:t>.</w:t>
              </w:r>
              <w:r w:rsidR="00DA4FC0" w:rsidRPr="00963108">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963108" w:rsidRDefault="00DA4FC0" w:rsidP="00DA4FC0">
            <w:pPr>
              <w:spacing w:after="0" w:line="240" w:lineRule="auto"/>
              <w:jc w:val="both"/>
              <w:rPr>
                <w:rFonts w:ascii="Times New Roman" w:hAnsi="Times New Roman" w:cs="Times New Roman"/>
                <w:sz w:val="24"/>
                <w:szCs w:val="24"/>
              </w:rPr>
            </w:pPr>
            <w:r w:rsidRPr="00963108">
              <w:rPr>
                <w:rFonts w:ascii="Times New Roman" w:hAnsi="Times New Roman" w:cs="Times New Roman"/>
                <w:sz w:val="24"/>
                <w:szCs w:val="24"/>
              </w:rPr>
              <w:t>3</w:t>
            </w:r>
          </w:p>
        </w:tc>
        <w:tc>
          <w:tcPr>
            <w:tcW w:w="4820" w:type="dxa"/>
            <w:vAlign w:val="center"/>
          </w:tcPr>
          <w:p w:rsidR="00DA4FC0" w:rsidRPr="00963108" w:rsidRDefault="00DA4FC0" w:rsidP="00DA4FC0">
            <w:pPr>
              <w:spacing w:after="0" w:line="240" w:lineRule="auto"/>
              <w:ind w:left="135"/>
              <w:jc w:val="both"/>
              <w:rPr>
                <w:rFonts w:ascii="Times New Roman" w:hAnsi="Times New Roman" w:cs="Times New Roman"/>
                <w:sz w:val="24"/>
                <w:szCs w:val="24"/>
              </w:rPr>
            </w:pPr>
            <w:r w:rsidRPr="00963108">
              <w:rPr>
                <w:rFonts w:ascii="Times New Roman" w:hAnsi="Times New Roman" w:cs="Times New Roman"/>
                <w:sz w:val="24"/>
                <w:szCs w:val="24"/>
                <w:lang w:val="ru-RU"/>
              </w:rPr>
              <w:t xml:space="preserve">Числа в пределах 100: чтение, запись. Десятичный принцип записи чисел. Поместное значение цифр в записи числа. </w:t>
            </w:r>
            <w:r w:rsidRPr="00963108">
              <w:rPr>
                <w:rFonts w:ascii="Times New Roman" w:hAnsi="Times New Roman" w:cs="Times New Roman"/>
                <w:sz w:val="24"/>
                <w:szCs w:val="24"/>
              </w:rPr>
              <w:t>Десяток. Счёт десятками до 100. Числа от 11 до 100</w:t>
            </w:r>
          </w:p>
        </w:tc>
        <w:tc>
          <w:tcPr>
            <w:tcW w:w="708" w:type="dxa"/>
            <w:vAlign w:val="center"/>
          </w:tcPr>
          <w:p w:rsidR="00DA4FC0" w:rsidRPr="00963108" w:rsidRDefault="00DA4FC0" w:rsidP="00DA4FC0">
            <w:pPr>
              <w:spacing w:after="0" w:line="240" w:lineRule="auto"/>
              <w:ind w:left="135"/>
              <w:jc w:val="both"/>
              <w:rPr>
                <w:rFonts w:ascii="Times New Roman" w:hAnsi="Times New Roman" w:cs="Times New Roman"/>
                <w:sz w:val="24"/>
                <w:szCs w:val="24"/>
              </w:rPr>
            </w:pPr>
            <w:r w:rsidRPr="00963108">
              <w:rPr>
                <w:rFonts w:ascii="Times New Roman" w:hAnsi="Times New Roman" w:cs="Times New Roman"/>
                <w:sz w:val="24"/>
                <w:szCs w:val="24"/>
              </w:rPr>
              <w:t xml:space="preserve"> 1 </w:t>
            </w:r>
          </w:p>
        </w:tc>
        <w:tc>
          <w:tcPr>
            <w:tcW w:w="5245" w:type="dxa"/>
            <w:vMerge/>
          </w:tcPr>
          <w:p w:rsidR="00DA4FC0" w:rsidRPr="00963108"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963108" w:rsidRDefault="008E75F7" w:rsidP="00DA4FC0">
            <w:pPr>
              <w:spacing w:after="0" w:line="240" w:lineRule="auto"/>
              <w:ind w:left="135"/>
              <w:jc w:val="both"/>
              <w:rPr>
                <w:rFonts w:ascii="Times New Roman" w:hAnsi="Times New Roman" w:cs="Times New Roman"/>
                <w:sz w:val="24"/>
                <w:szCs w:val="24"/>
                <w:lang w:val="ru-RU"/>
              </w:rPr>
            </w:pPr>
            <w:hyperlink r:id="rId77">
              <w:r w:rsidR="00DA4FC0" w:rsidRPr="00963108">
                <w:rPr>
                  <w:rFonts w:ascii="Times New Roman" w:hAnsi="Times New Roman" w:cs="Times New Roman"/>
                  <w:sz w:val="24"/>
                  <w:szCs w:val="24"/>
                  <w:u w:val="single"/>
                </w:rPr>
                <w:t>https</w:t>
              </w:r>
              <w:r w:rsidR="00DA4FC0" w:rsidRPr="00963108">
                <w:rPr>
                  <w:rFonts w:ascii="Times New Roman" w:hAnsi="Times New Roman" w:cs="Times New Roman"/>
                  <w:sz w:val="24"/>
                  <w:szCs w:val="24"/>
                  <w:u w:val="single"/>
                  <w:lang w:val="ru-RU"/>
                </w:rPr>
                <w:t>://</w:t>
              </w:r>
              <w:r w:rsidR="00DA4FC0" w:rsidRPr="00963108">
                <w:rPr>
                  <w:rFonts w:ascii="Times New Roman" w:hAnsi="Times New Roman" w:cs="Times New Roman"/>
                  <w:sz w:val="24"/>
                  <w:szCs w:val="24"/>
                  <w:u w:val="single"/>
                </w:rPr>
                <w:t>education</w:t>
              </w:r>
              <w:r w:rsidR="00DA4FC0" w:rsidRPr="00963108">
                <w:rPr>
                  <w:rFonts w:ascii="Times New Roman" w:hAnsi="Times New Roman" w:cs="Times New Roman"/>
                  <w:sz w:val="24"/>
                  <w:szCs w:val="24"/>
                  <w:u w:val="single"/>
                  <w:lang w:val="ru-RU"/>
                </w:rPr>
                <w:t>.</w:t>
              </w:r>
              <w:r w:rsidR="00DA4FC0" w:rsidRPr="00963108">
                <w:rPr>
                  <w:rFonts w:ascii="Times New Roman" w:hAnsi="Times New Roman" w:cs="Times New Roman"/>
                  <w:sz w:val="24"/>
                  <w:szCs w:val="24"/>
                  <w:u w:val="single"/>
                </w:rPr>
                <w:t>yandex</w:t>
              </w:r>
              <w:r w:rsidR="00DA4FC0" w:rsidRPr="00963108">
                <w:rPr>
                  <w:rFonts w:ascii="Times New Roman" w:hAnsi="Times New Roman" w:cs="Times New Roman"/>
                  <w:sz w:val="24"/>
                  <w:szCs w:val="24"/>
                  <w:u w:val="single"/>
                  <w:lang w:val="ru-RU"/>
                </w:rPr>
                <w:t>.</w:t>
              </w:r>
              <w:r w:rsidR="00DA4FC0" w:rsidRPr="00963108">
                <w:rPr>
                  <w:rFonts w:ascii="Times New Roman" w:hAnsi="Times New Roman" w:cs="Times New Roman"/>
                  <w:sz w:val="24"/>
                  <w:szCs w:val="24"/>
                  <w:u w:val="single"/>
                </w:rPr>
                <w:t>ru</w:t>
              </w:r>
            </w:hyperlink>
            <w:r w:rsidR="00DA4FC0" w:rsidRPr="00963108">
              <w:rPr>
                <w:rFonts w:ascii="Times New Roman" w:hAnsi="Times New Roman" w:cs="Times New Roman"/>
                <w:sz w:val="24"/>
                <w:szCs w:val="24"/>
                <w:lang w:val="ru-RU"/>
              </w:rPr>
              <w:t xml:space="preserve"> </w:t>
            </w:r>
            <w:hyperlink r:id="rId78">
              <w:r w:rsidR="00DA4FC0" w:rsidRPr="00963108">
                <w:rPr>
                  <w:rFonts w:ascii="Times New Roman" w:hAnsi="Times New Roman" w:cs="Times New Roman"/>
                  <w:sz w:val="24"/>
                  <w:szCs w:val="24"/>
                  <w:u w:val="single"/>
                </w:rPr>
                <w:t>https</w:t>
              </w:r>
              <w:r w:rsidR="00DA4FC0" w:rsidRPr="00963108">
                <w:rPr>
                  <w:rFonts w:ascii="Times New Roman" w:hAnsi="Times New Roman" w:cs="Times New Roman"/>
                  <w:sz w:val="24"/>
                  <w:szCs w:val="24"/>
                  <w:u w:val="single"/>
                  <w:lang w:val="ru-RU"/>
                </w:rPr>
                <w:t>://</w:t>
              </w:r>
              <w:r w:rsidR="00DA4FC0" w:rsidRPr="00963108">
                <w:rPr>
                  <w:rFonts w:ascii="Times New Roman" w:hAnsi="Times New Roman" w:cs="Times New Roman"/>
                  <w:sz w:val="24"/>
                  <w:szCs w:val="24"/>
                  <w:u w:val="single"/>
                </w:rPr>
                <w:t>uchi</w:t>
              </w:r>
              <w:r w:rsidR="00DA4FC0" w:rsidRPr="00963108">
                <w:rPr>
                  <w:rFonts w:ascii="Times New Roman" w:hAnsi="Times New Roman" w:cs="Times New Roman"/>
                  <w:sz w:val="24"/>
                  <w:szCs w:val="24"/>
                  <w:u w:val="single"/>
                  <w:lang w:val="ru-RU"/>
                </w:rPr>
                <w:t>.</w:t>
              </w:r>
              <w:r w:rsidR="00DA4FC0" w:rsidRPr="00963108">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963108" w:rsidRDefault="00DA4FC0" w:rsidP="00DA4FC0">
            <w:pPr>
              <w:spacing w:after="0" w:line="240" w:lineRule="auto"/>
              <w:jc w:val="both"/>
              <w:rPr>
                <w:rFonts w:ascii="Times New Roman" w:hAnsi="Times New Roman" w:cs="Times New Roman"/>
                <w:sz w:val="24"/>
                <w:szCs w:val="24"/>
              </w:rPr>
            </w:pPr>
            <w:r w:rsidRPr="00963108">
              <w:rPr>
                <w:rFonts w:ascii="Times New Roman" w:hAnsi="Times New Roman" w:cs="Times New Roman"/>
                <w:sz w:val="24"/>
                <w:szCs w:val="24"/>
              </w:rPr>
              <w:t>4</w:t>
            </w:r>
          </w:p>
        </w:tc>
        <w:tc>
          <w:tcPr>
            <w:tcW w:w="4820" w:type="dxa"/>
            <w:vAlign w:val="center"/>
          </w:tcPr>
          <w:p w:rsidR="00DA4FC0" w:rsidRPr="00963108" w:rsidRDefault="00DA4FC0" w:rsidP="00DA4FC0">
            <w:pPr>
              <w:spacing w:after="0" w:line="240" w:lineRule="auto"/>
              <w:ind w:left="135"/>
              <w:jc w:val="both"/>
              <w:rPr>
                <w:rFonts w:ascii="Times New Roman" w:hAnsi="Times New Roman" w:cs="Times New Roman"/>
                <w:sz w:val="24"/>
                <w:szCs w:val="24"/>
                <w:lang w:val="ru-RU"/>
              </w:rPr>
            </w:pPr>
            <w:r w:rsidRPr="00963108">
              <w:rPr>
                <w:rFonts w:ascii="Times New Roman" w:hAnsi="Times New Roman" w:cs="Times New Roman"/>
                <w:sz w:val="24"/>
                <w:szCs w:val="24"/>
                <w:lang w:val="ru-RU"/>
              </w:rPr>
              <w:t>Числа в пределах 100: десятичный состав. Представление числа в виде суммы разрядных слагаемых</w:t>
            </w:r>
          </w:p>
        </w:tc>
        <w:tc>
          <w:tcPr>
            <w:tcW w:w="708" w:type="dxa"/>
            <w:vAlign w:val="center"/>
          </w:tcPr>
          <w:p w:rsidR="00DA4FC0" w:rsidRPr="00963108" w:rsidRDefault="00DA4FC0" w:rsidP="00DA4FC0">
            <w:pPr>
              <w:spacing w:after="0" w:line="240" w:lineRule="auto"/>
              <w:ind w:left="135"/>
              <w:jc w:val="both"/>
              <w:rPr>
                <w:rFonts w:ascii="Times New Roman" w:hAnsi="Times New Roman" w:cs="Times New Roman"/>
                <w:sz w:val="24"/>
                <w:szCs w:val="24"/>
              </w:rPr>
            </w:pPr>
            <w:r w:rsidRPr="00963108">
              <w:rPr>
                <w:rFonts w:ascii="Times New Roman" w:hAnsi="Times New Roman" w:cs="Times New Roman"/>
                <w:sz w:val="24"/>
                <w:szCs w:val="24"/>
                <w:lang w:val="ru-RU"/>
              </w:rPr>
              <w:t xml:space="preserve"> </w:t>
            </w:r>
            <w:r w:rsidRPr="00963108">
              <w:rPr>
                <w:rFonts w:ascii="Times New Roman" w:hAnsi="Times New Roman" w:cs="Times New Roman"/>
                <w:sz w:val="24"/>
                <w:szCs w:val="24"/>
              </w:rPr>
              <w:t xml:space="preserve">1 </w:t>
            </w:r>
          </w:p>
        </w:tc>
        <w:tc>
          <w:tcPr>
            <w:tcW w:w="5245" w:type="dxa"/>
            <w:vMerge/>
          </w:tcPr>
          <w:p w:rsidR="00DA4FC0" w:rsidRPr="00963108"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963108" w:rsidRDefault="008E75F7" w:rsidP="00DA4FC0">
            <w:pPr>
              <w:spacing w:after="0" w:line="240" w:lineRule="auto"/>
              <w:ind w:left="135"/>
              <w:jc w:val="both"/>
              <w:rPr>
                <w:rFonts w:ascii="Times New Roman" w:hAnsi="Times New Roman" w:cs="Times New Roman"/>
                <w:sz w:val="24"/>
                <w:szCs w:val="24"/>
                <w:lang w:val="ru-RU"/>
              </w:rPr>
            </w:pPr>
            <w:hyperlink r:id="rId79">
              <w:r w:rsidR="00DA4FC0" w:rsidRPr="00963108">
                <w:rPr>
                  <w:rFonts w:ascii="Times New Roman" w:hAnsi="Times New Roman" w:cs="Times New Roman"/>
                  <w:sz w:val="24"/>
                  <w:szCs w:val="24"/>
                  <w:u w:val="single"/>
                </w:rPr>
                <w:t>https</w:t>
              </w:r>
              <w:r w:rsidR="00DA4FC0" w:rsidRPr="00963108">
                <w:rPr>
                  <w:rFonts w:ascii="Times New Roman" w:hAnsi="Times New Roman" w:cs="Times New Roman"/>
                  <w:sz w:val="24"/>
                  <w:szCs w:val="24"/>
                  <w:u w:val="single"/>
                  <w:lang w:val="ru-RU"/>
                </w:rPr>
                <w:t>://</w:t>
              </w:r>
              <w:r w:rsidR="00DA4FC0" w:rsidRPr="00963108">
                <w:rPr>
                  <w:rFonts w:ascii="Times New Roman" w:hAnsi="Times New Roman" w:cs="Times New Roman"/>
                  <w:sz w:val="24"/>
                  <w:szCs w:val="24"/>
                  <w:u w:val="single"/>
                </w:rPr>
                <w:t>education</w:t>
              </w:r>
              <w:r w:rsidR="00DA4FC0" w:rsidRPr="00963108">
                <w:rPr>
                  <w:rFonts w:ascii="Times New Roman" w:hAnsi="Times New Roman" w:cs="Times New Roman"/>
                  <w:sz w:val="24"/>
                  <w:szCs w:val="24"/>
                  <w:u w:val="single"/>
                  <w:lang w:val="ru-RU"/>
                </w:rPr>
                <w:t>.</w:t>
              </w:r>
              <w:r w:rsidR="00DA4FC0" w:rsidRPr="00963108">
                <w:rPr>
                  <w:rFonts w:ascii="Times New Roman" w:hAnsi="Times New Roman" w:cs="Times New Roman"/>
                  <w:sz w:val="24"/>
                  <w:szCs w:val="24"/>
                  <w:u w:val="single"/>
                </w:rPr>
                <w:t>yandex</w:t>
              </w:r>
              <w:r w:rsidR="00DA4FC0" w:rsidRPr="00963108">
                <w:rPr>
                  <w:rFonts w:ascii="Times New Roman" w:hAnsi="Times New Roman" w:cs="Times New Roman"/>
                  <w:sz w:val="24"/>
                  <w:szCs w:val="24"/>
                  <w:u w:val="single"/>
                  <w:lang w:val="ru-RU"/>
                </w:rPr>
                <w:t>.</w:t>
              </w:r>
              <w:r w:rsidR="00DA4FC0" w:rsidRPr="00963108">
                <w:rPr>
                  <w:rFonts w:ascii="Times New Roman" w:hAnsi="Times New Roman" w:cs="Times New Roman"/>
                  <w:sz w:val="24"/>
                  <w:szCs w:val="24"/>
                  <w:u w:val="single"/>
                </w:rPr>
                <w:t>ru</w:t>
              </w:r>
            </w:hyperlink>
            <w:r w:rsidR="00DA4FC0" w:rsidRPr="00963108">
              <w:rPr>
                <w:rFonts w:ascii="Times New Roman" w:hAnsi="Times New Roman" w:cs="Times New Roman"/>
                <w:sz w:val="24"/>
                <w:szCs w:val="24"/>
                <w:lang w:val="ru-RU"/>
              </w:rPr>
              <w:t xml:space="preserve"> </w:t>
            </w:r>
            <w:hyperlink r:id="rId80">
              <w:r w:rsidR="00DA4FC0" w:rsidRPr="00963108">
                <w:rPr>
                  <w:rFonts w:ascii="Times New Roman" w:hAnsi="Times New Roman" w:cs="Times New Roman"/>
                  <w:sz w:val="24"/>
                  <w:szCs w:val="24"/>
                  <w:u w:val="single"/>
                </w:rPr>
                <w:t>https</w:t>
              </w:r>
              <w:r w:rsidR="00DA4FC0" w:rsidRPr="00963108">
                <w:rPr>
                  <w:rFonts w:ascii="Times New Roman" w:hAnsi="Times New Roman" w:cs="Times New Roman"/>
                  <w:sz w:val="24"/>
                  <w:szCs w:val="24"/>
                  <w:u w:val="single"/>
                  <w:lang w:val="ru-RU"/>
                </w:rPr>
                <w:t>://</w:t>
              </w:r>
              <w:r w:rsidR="00DA4FC0" w:rsidRPr="00963108">
                <w:rPr>
                  <w:rFonts w:ascii="Times New Roman" w:hAnsi="Times New Roman" w:cs="Times New Roman"/>
                  <w:sz w:val="24"/>
                  <w:szCs w:val="24"/>
                  <w:u w:val="single"/>
                </w:rPr>
                <w:t>uchi</w:t>
              </w:r>
              <w:r w:rsidR="00DA4FC0" w:rsidRPr="00963108">
                <w:rPr>
                  <w:rFonts w:ascii="Times New Roman" w:hAnsi="Times New Roman" w:cs="Times New Roman"/>
                  <w:sz w:val="24"/>
                  <w:szCs w:val="24"/>
                  <w:u w:val="single"/>
                  <w:lang w:val="ru-RU"/>
                </w:rPr>
                <w:t>.</w:t>
              </w:r>
              <w:r w:rsidR="00DA4FC0" w:rsidRPr="00963108">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963108" w:rsidRDefault="00DA4FC0" w:rsidP="00DA4FC0">
            <w:pPr>
              <w:spacing w:after="0" w:line="240" w:lineRule="auto"/>
              <w:jc w:val="both"/>
              <w:rPr>
                <w:rFonts w:ascii="Times New Roman" w:hAnsi="Times New Roman" w:cs="Times New Roman"/>
                <w:sz w:val="24"/>
                <w:szCs w:val="24"/>
              </w:rPr>
            </w:pPr>
            <w:r w:rsidRPr="00963108">
              <w:rPr>
                <w:rFonts w:ascii="Times New Roman" w:hAnsi="Times New Roman" w:cs="Times New Roman"/>
                <w:sz w:val="24"/>
                <w:szCs w:val="24"/>
              </w:rPr>
              <w:t>5</w:t>
            </w:r>
          </w:p>
        </w:tc>
        <w:tc>
          <w:tcPr>
            <w:tcW w:w="4820" w:type="dxa"/>
            <w:vAlign w:val="center"/>
          </w:tcPr>
          <w:p w:rsidR="00DA4FC0" w:rsidRPr="00963108" w:rsidRDefault="00DA4FC0" w:rsidP="00DA4FC0">
            <w:pPr>
              <w:spacing w:after="0" w:line="240" w:lineRule="auto"/>
              <w:ind w:left="135"/>
              <w:jc w:val="both"/>
              <w:rPr>
                <w:rFonts w:ascii="Times New Roman" w:hAnsi="Times New Roman" w:cs="Times New Roman"/>
                <w:sz w:val="24"/>
                <w:szCs w:val="24"/>
                <w:lang w:val="ru-RU"/>
              </w:rPr>
            </w:pPr>
            <w:r w:rsidRPr="00963108">
              <w:rPr>
                <w:rFonts w:ascii="Times New Roman" w:hAnsi="Times New Roman" w:cs="Times New Roman"/>
                <w:sz w:val="24"/>
                <w:szCs w:val="24"/>
                <w:lang w:val="ru-RU"/>
              </w:rPr>
              <w:t>Числа в пределах 100: упорядочение. Установление закономерности в записи последовательности из чисел, её продолжение</w:t>
            </w:r>
          </w:p>
        </w:tc>
        <w:tc>
          <w:tcPr>
            <w:tcW w:w="708" w:type="dxa"/>
            <w:vAlign w:val="center"/>
          </w:tcPr>
          <w:p w:rsidR="00DA4FC0" w:rsidRPr="00963108" w:rsidRDefault="00DA4FC0" w:rsidP="00DA4FC0">
            <w:pPr>
              <w:spacing w:after="0" w:line="240" w:lineRule="auto"/>
              <w:ind w:left="135"/>
              <w:jc w:val="both"/>
              <w:rPr>
                <w:rFonts w:ascii="Times New Roman" w:hAnsi="Times New Roman" w:cs="Times New Roman"/>
                <w:sz w:val="24"/>
                <w:szCs w:val="24"/>
              </w:rPr>
            </w:pPr>
            <w:r w:rsidRPr="00963108">
              <w:rPr>
                <w:rFonts w:ascii="Times New Roman" w:hAnsi="Times New Roman" w:cs="Times New Roman"/>
                <w:sz w:val="24"/>
                <w:szCs w:val="24"/>
                <w:lang w:val="ru-RU"/>
              </w:rPr>
              <w:t xml:space="preserve"> </w:t>
            </w:r>
            <w:r w:rsidRPr="00963108">
              <w:rPr>
                <w:rFonts w:ascii="Times New Roman" w:hAnsi="Times New Roman" w:cs="Times New Roman"/>
                <w:sz w:val="24"/>
                <w:szCs w:val="24"/>
              </w:rPr>
              <w:t xml:space="preserve">1 </w:t>
            </w:r>
          </w:p>
        </w:tc>
        <w:tc>
          <w:tcPr>
            <w:tcW w:w="5245" w:type="dxa"/>
            <w:vMerge/>
          </w:tcPr>
          <w:p w:rsidR="00DA4FC0" w:rsidRPr="00963108"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963108" w:rsidRDefault="008E75F7" w:rsidP="00DA4FC0">
            <w:pPr>
              <w:spacing w:after="0" w:line="240" w:lineRule="auto"/>
              <w:ind w:left="135"/>
              <w:jc w:val="both"/>
              <w:rPr>
                <w:rFonts w:ascii="Times New Roman" w:hAnsi="Times New Roman" w:cs="Times New Roman"/>
                <w:sz w:val="24"/>
                <w:szCs w:val="24"/>
                <w:lang w:val="ru-RU"/>
              </w:rPr>
            </w:pPr>
            <w:hyperlink r:id="rId81">
              <w:r w:rsidR="00DA4FC0" w:rsidRPr="00963108">
                <w:rPr>
                  <w:rFonts w:ascii="Times New Roman" w:hAnsi="Times New Roman" w:cs="Times New Roman"/>
                  <w:sz w:val="24"/>
                  <w:szCs w:val="24"/>
                  <w:u w:val="single"/>
                </w:rPr>
                <w:t>https</w:t>
              </w:r>
              <w:r w:rsidR="00DA4FC0" w:rsidRPr="00963108">
                <w:rPr>
                  <w:rFonts w:ascii="Times New Roman" w:hAnsi="Times New Roman" w:cs="Times New Roman"/>
                  <w:sz w:val="24"/>
                  <w:szCs w:val="24"/>
                  <w:u w:val="single"/>
                  <w:lang w:val="ru-RU"/>
                </w:rPr>
                <w:t>://</w:t>
              </w:r>
              <w:r w:rsidR="00DA4FC0" w:rsidRPr="00963108">
                <w:rPr>
                  <w:rFonts w:ascii="Times New Roman" w:hAnsi="Times New Roman" w:cs="Times New Roman"/>
                  <w:sz w:val="24"/>
                  <w:szCs w:val="24"/>
                  <w:u w:val="single"/>
                </w:rPr>
                <w:t>education</w:t>
              </w:r>
              <w:r w:rsidR="00DA4FC0" w:rsidRPr="00963108">
                <w:rPr>
                  <w:rFonts w:ascii="Times New Roman" w:hAnsi="Times New Roman" w:cs="Times New Roman"/>
                  <w:sz w:val="24"/>
                  <w:szCs w:val="24"/>
                  <w:u w:val="single"/>
                  <w:lang w:val="ru-RU"/>
                </w:rPr>
                <w:t>.</w:t>
              </w:r>
              <w:r w:rsidR="00DA4FC0" w:rsidRPr="00963108">
                <w:rPr>
                  <w:rFonts w:ascii="Times New Roman" w:hAnsi="Times New Roman" w:cs="Times New Roman"/>
                  <w:sz w:val="24"/>
                  <w:szCs w:val="24"/>
                  <w:u w:val="single"/>
                </w:rPr>
                <w:t>yandex</w:t>
              </w:r>
              <w:r w:rsidR="00DA4FC0" w:rsidRPr="00963108">
                <w:rPr>
                  <w:rFonts w:ascii="Times New Roman" w:hAnsi="Times New Roman" w:cs="Times New Roman"/>
                  <w:sz w:val="24"/>
                  <w:szCs w:val="24"/>
                  <w:u w:val="single"/>
                  <w:lang w:val="ru-RU"/>
                </w:rPr>
                <w:t>.</w:t>
              </w:r>
              <w:r w:rsidR="00DA4FC0" w:rsidRPr="00963108">
                <w:rPr>
                  <w:rFonts w:ascii="Times New Roman" w:hAnsi="Times New Roman" w:cs="Times New Roman"/>
                  <w:sz w:val="24"/>
                  <w:szCs w:val="24"/>
                  <w:u w:val="single"/>
                </w:rPr>
                <w:t>ru</w:t>
              </w:r>
            </w:hyperlink>
            <w:r w:rsidR="00DA4FC0" w:rsidRPr="00963108">
              <w:rPr>
                <w:rFonts w:ascii="Times New Roman" w:hAnsi="Times New Roman" w:cs="Times New Roman"/>
                <w:sz w:val="24"/>
                <w:szCs w:val="24"/>
                <w:lang w:val="ru-RU"/>
              </w:rPr>
              <w:t xml:space="preserve"> </w:t>
            </w:r>
            <w:hyperlink r:id="rId82">
              <w:r w:rsidR="00DA4FC0" w:rsidRPr="00963108">
                <w:rPr>
                  <w:rFonts w:ascii="Times New Roman" w:hAnsi="Times New Roman" w:cs="Times New Roman"/>
                  <w:sz w:val="24"/>
                  <w:szCs w:val="24"/>
                  <w:u w:val="single"/>
                </w:rPr>
                <w:t>https</w:t>
              </w:r>
              <w:r w:rsidR="00DA4FC0" w:rsidRPr="00963108">
                <w:rPr>
                  <w:rFonts w:ascii="Times New Roman" w:hAnsi="Times New Roman" w:cs="Times New Roman"/>
                  <w:sz w:val="24"/>
                  <w:szCs w:val="24"/>
                  <w:u w:val="single"/>
                  <w:lang w:val="ru-RU"/>
                </w:rPr>
                <w:t>://</w:t>
              </w:r>
              <w:r w:rsidR="00DA4FC0" w:rsidRPr="00963108">
                <w:rPr>
                  <w:rFonts w:ascii="Times New Roman" w:hAnsi="Times New Roman" w:cs="Times New Roman"/>
                  <w:sz w:val="24"/>
                  <w:szCs w:val="24"/>
                  <w:u w:val="single"/>
                </w:rPr>
                <w:t>uchi</w:t>
              </w:r>
              <w:r w:rsidR="00DA4FC0" w:rsidRPr="00963108">
                <w:rPr>
                  <w:rFonts w:ascii="Times New Roman" w:hAnsi="Times New Roman" w:cs="Times New Roman"/>
                  <w:sz w:val="24"/>
                  <w:szCs w:val="24"/>
                  <w:u w:val="single"/>
                  <w:lang w:val="ru-RU"/>
                </w:rPr>
                <w:t>.</w:t>
              </w:r>
              <w:r w:rsidR="00DA4FC0" w:rsidRPr="00963108">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963108" w:rsidRDefault="00DA4FC0" w:rsidP="00DA4FC0">
            <w:pPr>
              <w:spacing w:after="0" w:line="240" w:lineRule="auto"/>
              <w:jc w:val="both"/>
              <w:rPr>
                <w:rFonts w:ascii="Times New Roman" w:hAnsi="Times New Roman" w:cs="Times New Roman"/>
                <w:sz w:val="24"/>
                <w:szCs w:val="24"/>
              </w:rPr>
            </w:pPr>
            <w:r w:rsidRPr="00963108">
              <w:rPr>
                <w:rFonts w:ascii="Times New Roman" w:hAnsi="Times New Roman" w:cs="Times New Roman"/>
                <w:sz w:val="24"/>
                <w:szCs w:val="24"/>
              </w:rPr>
              <w:t>6</w:t>
            </w:r>
          </w:p>
        </w:tc>
        <w:tc>
          <w:tcPr>
            <w:tcW w:w="4820" w:type="dxa"/>
            <w:vAlign w:val="center"/>
          </w:tcPr>
          <w:p w:rsidR="00DA4FC0" w:rsidRPr="00963108" w:rsidRDefault="00DA4FC0" w:rsidP="00DA4FC0">
            <w:pPr>
              <w:spacing w:after="0" w:line="240" w:lineRule="auto"/>
              <w:ind w:left="135"/>
              <w:jc w:val="both"/>
              <w:rPr>
                <w:rFonts w:ascii="Times New Roman" w:hAnsi="Times New Roman" w:cs="Times New Roman"/>
                <w:sz w:val="24"/>
                <w:szCs w:val="24"/>
              </w:rPr>
            </w:pPr>
            <w:r w:rsidRPr="00963108">
              <w:rPr>
                <w:rFonts w:ascii="Times New Roman" w:hAnsi="Times New Roman" w:cs="Times New Roman"/>
                <w:sz w:val="24"/>
                <w:szCs w:val="24"/>
              </w:rPr>
              <w:t>Входная контрольная работа</w:t>
            </w:r>
          </w:p>
        </w:tc>
        <w:tc>
          <w:tcPr>
            <w:tcW w:w="708" w:type="dxa"/>
            <w:vAlign w:val="center"/>
          </w:tcPr>
          <w:p w:rsidR="00DA4FC0" w:rsidRPr="00963108" w:rsidRDefault="00DA4FC0" w:rsidP="00DA4FC0">
            <w:pPr>
              <w:spacing w:after="0" w:line="240" w:lineRule="auto"/>
              <w:ind w:left="135"/>
              <w:jc w:val="both"/>
              <w:rPr>
                <w:rFonts w:ascii="Times New Roman" w:hAnsi="Times New Roman" w:cs="Times New Roman"/>
                <w:sz w:val="24"/>
                <w:szCs w:val="24"/>
              </w:rPr>
            </w:pPr>
            <w:r w:rsidRPr="00963108">
              <w:rPr>
                <w:rFonts w:ascii="Times New Roman" w:hAnsi="Times New Roman" w:cs="Times New Roman"/>
                <w:sz w:val="24"/>
                <w:szCs w:val="24"/>
              </w:rPr>
              <w:t xml:space="preserve"> 1 </w:t>
            </w:r>
          </w:p>
        </w:tc>
        <w:tc>
          <w:tcPr>
            <w:tcW w:w="5245" w:type="dxa"/>
            <w:vMerge/>
          </w:tcPr>
          <w:p w:rsidR="00DA4FC0" w:rsidRPr="00963108"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963108" w:rsidRDefault="008E75F7" w:rsidP="00DA4FC0">
            <w:pPr>
              <w:spacing w:after="0" w:line="240" w:lineRule="auto"/>
              <w:ind w:left="135"/>
              <w:jc w:val="both"/>
              <w:rPr>
                <w:rFonts w:ascii="Times New Roman" w:hAnsi="Times New Roman" w:cs="Times New Roman"/>
                <w:sz w:val="24"/>
                <w:szCs w:val="24"/>
                <w:lang w:val="ru-RU"/>
              </w:rPr>
            </w:pPr>
            <w:hyperlink r:id="rId83">
              <w:r w:rsidR="00DA4FC0" w:rsidRPr="00963108">
                <w:rPr>
                  <w:rFonts w:ascii="Times New Roman" w:hAnsi="Times New Roman" w:cs="Times New Roman"/>
                  <w:sz w:val="24"/>
                  <w:szCs w:val="24"/>
                  <w:u w:val="single"/>
                </w:rPr>
                <w:t>https</w:t>
              </w:r>
              <w:r w:rsidR="00DA4FC0" w:rsidRPr="00963108">
                <w:rPr>
                  <w:rFonts w:ascii="Times New Roman" w:hAnsi="Times New Roman" w:cs="Times New Roman"/>
                  <w:sz w:val="24"/>
                  <w:szCs w:val="24"/>
                  <w:u w:val="single"/>
                  <w:lang w:val="ru-RU"/>
                </w:rPr>
                <w:t>://</w:t>
              </w:r>
              <w:r w:rsidR="00DA4FC0" w:rsidRPr="00963108">
                <w:rPr>
                  <w:rFonts w:ascii="Times New Roman" w:hAnsi="Times New Roman" w:cs="Times New Roman"/>
                  <w:sz w:val="24"/>
                  <w:szCs w:val="24"/>
                  <w:u w:val="single"/>
                </w:rPr>
                <w:t>education</w:t>
              </w:r>
              <w:r w:rsidR="00DA4FC0" w:rsidRPr="00963108">
                <w:rPr>
                  <w:rFonts w:ascii="Times New Roman" w:hAnsi="Times New Roman" w:cs="Times New Roman"/>
                  <w:sz w:val="24"/>
                  <w:szCs w:val="24"/>
                  <w:u w:val="single"/>
                  <w:lang w:val="ru-RU"/>
                </w:rPr>
                <w:t>.</w:t>
              </w:r>
              <w:r w:rsidR="00DA4FC0" w:rsidRPr="00963108">
                <w:rPr>
                  <w:rFonts w:ascii="Times New Roman" w:hAnsi="Times New Roman" w:cs="Times New Roman"/>
                  <w:sz w:val="24"/>
                  <w:szCs w:val="24"/>
                  <w:u w:val="single"/>
                </w:rPr>
                <w:t>yandex</w:t>
              </w:r>
              <w:r w:rsidR="00DA4FC0" w:rsidRPr="00963108">
                <w:rPr>
                  <w:rFonts w:ascii="Times New Roman" w:hAnsi="Times New Roman" w:cs="Times New Roman"/>
                  <w:sz w:val="24"/>
                  <w:szCs w:val="24"/>
                  <w:u w:val="single"/>
                  <w:lang w:val="ru-RU"/>
                </w:rPr>
                <w:t>.</w:t>
              </w:r>
              <w:r w:rsidR="00DA4FC0" w:rsidRPr="00963108">
                <w:rPr>
                  <w:rFonts w:ascii="Times New Roman" w:hAnsi="Times New Roman" w:cs="Times New Roman"/>
                  <w:sz w:val="24"/>
                  <w:szCs w:val="24"/>
                  <w:u w:val="single"/>
                </w:rPr>
                <w:t>ru</w:t>
              </w:r>
            </w:hyperlink>
            <w:r w:rsidR="00DA4FC0" w:rsidRPr="00963108">
              <w:rPr>
                <w:rFonts w:ascii="Times New Roman" w:hAnsi="Times New Roman" w:cs="Times New Roman"/>
                <w:sz w:val="24"/>
                <w:szCs w:val="24"/>
                <w:lang w:val="ru-RU"/>
              </w:rPr>
              <w:t xml:space="preserve"> </w:t>
            </w:r>
            <w:hyperlink r:id="rId84">
              <w:r w:rsidR="00DA4FC0" w:rsidRPr="00963108">
                <w:rPr>
                  <w:rFonts w:ascii="Times New Roman" w:hAnsi="Times New Roman" w:cs="Times New Roman"/>
                  <w:sz w:val="24"/>
                  <w:szCs w:val="24"/>
                  <w:u w:val="single"/>
                </w:rPr>
                <w:t>https</w:t>
              </w:r>
              <w:r w:rsidR="00DA4FC0" w:rsidRPr="00963108">
                <w:rPr>
                  <w:rFonts w:ascii="Times New Roman" w:hAnsi="Times New Roman" w:cs="Times New Roman"/>
                  <w:sz w:val="24"/>
                  <w:szCs w:val="24"/>
                  <w:u w:val="single"/>
                  <w:lang w:val="ru-RU"/>
                </w:rPr>
                <w:t>://</w:t>
              </w:r>
              <w:r w:rsidR="00DA4FC0" w:rsidRPr="00963108">
                <w:rPr>
                  <w:rFonts w:ascii="Times New Roman" w:hAnsi="Times New Roman" w:cs="Times New Roman"/>
                  <w:sz w:val="24"/>
                  <w:szCs w:val="24"/>
                  <w:u w:val="single"/>
                </w:rPr>
                <w:t>uchi</w:t>
              </w:r>
              <w:r w:rsidR="00DA4FC0" w:rsidRPr="00963108">
                <w:rPr>
                  <w:rFonts w:ascii="Times New Roman" w:hAnsi="Times New Roman" w:cs="Times New Roman"/>
                  <w:sz w:val="24"/>
                  <w:szCs w:val="24"/>
                  <w:u w:val="single"/>
                  <w:lang w:val="ru-RU"/>
                </w:rPr>
                <w:t>.</w:t>
              </w:r>
              <w:r w:rsidR="00DA4FC0" w:rsidRPr="00963108">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963108" w:rsidRDefault="00DA4FC0" w:rsidP="00DA4FC0">
            <w:pPr>
              <w:spacing w:after="0" w:line="240" w:lineRule="auto"/>
              <w:jc w:val="both"/>
              <w:rPr>
                <w:rFonts w:ascii="Times New Roman" w:hAnsi="Times New Roman" w:cs="Times New Roman"/>
                <w:sz w:val="24"/>
                <w:szCs w:val="24"/>
              </w:rPr>
            </w:pPr>
            <w:r w:rsidRPr="00963108">
              <w:rPr>
                <w:rFonts w:ascii="Times New Roman" w:hAnsi="Times New Roman" w:cs="Times New Roman"/>
                <w:sz w:val="24"/>
                <w:szCs w:val="24"/>
              </w:rPr>
              <w:t>7</w:t>
            </w:r>
          </w:p>
        </w:tc>
        <w:tc>
          <w:tcPr>
            <w:tcW w:w="4820" w:type="dxa"/>
            <w:vAlign w:val="center"/>
          </w:tcPr>
          <w:p w:rsidR="00DA4FC0" w:rsidRPr="00963108" w:rsidRDefault="00DA4FC0" w:rsidP="00DA4FC0">
            <w:pPr>
              <w:spacing w:after="0" w:line="240" w:lineRule="auto"/>
              <w:ind w:left="135"/>
              <w:jc w:val="both"/>
              <w:rPr>
                <w:rFonts w:ascii="Times New Roman" w:hAnsi="Times New Roman" w:cs="Times New Roman"/>
                <w:sz w:val="24"/>
                <w:szCs w:val="24"/>
                <w:lang w:val="ru-RU"/>
              </w:rPr>
            </w:pPr>
            <w:r w:rsidRPr="00963108">
              <w:rPr>
                <w:rFonts w:ascii="Times New Roman" w:hAnsi="Times New Roman" w:cs="Times New Roman"/>
                <w:sz w:val="24"/>
                <w:szCs w:val="24"/>
                <w:lang w:val="ru-RU"/>
              </w:rPr>
              <w:t>Свойства чисел: однозначные и двузначные числа</w:t>
            </w:r>
          </w:p>
        </w:tc>
        <w:tc>
          <w:tcPr>
            <w:tcW w:w="708" w:type="dxa"/>
            <w:vAlign w:val="center"/>
          </w:tcPr>
          <w:p w:rsidR="00DA4FC0" w:rsidRPr="00963108" w:rsidRDefault="00DA4FC0" w:rsidP="00DA4FC0">
            <w:pPr>
              <w:spacing w:after="0" w:line="240" w:lineRule="auto"/>
              <w:ind w:left="135"/>
              <w:jc w:val="both"/>
              <w:rPr>
                <w:rFonts w:ascii="Times New Roman" w:hAnsi="Times New Roman" w:cs="Times New Roman"/>
                <w:sz w:val="24"/>
                <w:szCs w:val="24"/>
              </w:rPr>
            </w:pPr>
            <w:r w:rsidRPr="00963108">
              <w:rPr>
                <w:rFonts w:ascii="Times New Roman" w:hAnsi="Times New Roman" w:cs="Times New Roman"/>
                <w:sz w:val="24"/>
                <w:szCs w:val="24"/>
                <w:lang w:val="ru-RU"/>
              </w:rPr>
              <w:t xml:space="preserve"> </w:t>
            </w:r>
            <w:r w:rsidRPr="00963108">
              <w:rPr>
                <w:rFonts w:ascii="Times New Roman" w:hAnsi="Times New Roman" w:cs="Times New Roman"/>
                <w:sz w:val="24"/>
                <w:szCs w:val="24"/>
              </w:rPr>
              <w:t xml:space="preserve">1 </w:t>
            </w:r>
          </w:p>
        </w:tc>
        <w:tc>
          <w:tcPr>
            <w:tcW w:w="5245" w:type="dxa"/>
            <w:vMerge/>
          </w:tcPr>
          <w:p w:rsidR="00DA4FC0" w:rsidRPr="00963108"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963108" w:rsidRDefault="008E75F7" w:rsidP="00DA4FC0">
            <w:pPr>
              <w:spacing w:after="0" w:line="240" w:lineRule="auto"/>
              <w:ind w:left="135"/>
              <w:jc w:val="both"/>
              <w:rPr>
                <w:rFonts w:ascii="Times New Roman" w:hAnsi="Times New Roman" w:cs="Times New Roman"/>
                <w:sz w:val="24"/>
                <w:szCs w:val="24"/>
                <w:lang w:val="ru-RU"/>
              </w:rPr>
            </w:pPr>
            <w:hyperlink r:id="rId85">
              <w:r w:rsidR="00DA4FC0" w:rsidRPr="00963108">
                <w:rPr>
                  <w:rFonts w:ascii="Times New Roman" w:hAnsi="Times New Roman" w:cs="Times New Roman"/>
                  <w:sz w:val="24"/>
                  <w:szCs w:val="24"/>
                  <w:u w:val="single"/>
                </w:rPr>
                <w:t>https</w:t>
              </w:r>
              <w:r w:rsidR="00DA4FC0" w:rsidRPr="00963108">
                <w:rPr>
                  <w:rFonts w:ascii="Times New Roman" w:hAnsi="Times New Roman" w:cs="Times New Roman"/>
                  <w:sz w:val="24"/>
                  <w:szCs w:val="24"/>
                  <w:u w:val="single"/>
                  <w:lang w:val="ru-RU"/>
                </w:rPr>
                <w:t>://</w:t>
              </w:r>
              <w:r w:rsidR="00DA4FC0" w:rsidRPr="00963108">
                <w:rPr>
                  <w:rFonts w:ascii="Times New Roman" w:hAnsi="Times New Roman" w:cs="Times New Roman"/>
                  <w:sz w:val="24"/>
                  <w:szCs w:val="24"/>
                  <w:u w:val="single"/>
                </w:rPr>
                <w:t>education</w:t>
              </w:r>
              <w:r w:rsidR="00DA4FC0" w:rsidRPr="00963108">
                <w:rPr>
                  <w:rFonts w:ascii="Times New Roman" w:hAnsi="Times New Roman" w:cs="Times New Roman"/>
                  <w:sz w:val="24"/>
                  <w:szCs w:val="24"/>
                  <w:u w:val="single"/>
                  <w:lang w:val="ru-RU"/>
                </w:rPr>
                <w:t>.</w:t>
              </w:r>
              <w:r w:rsidR="00DA4FC0" w:rsidRPr="00963108">
                <w:rPr>
                  <w:rFonts w:ascii="Times New Roman" w:hAnsi="Times New Roman" w:cs="Times New Roman"/>
                  <w:sz w:val="24"/>
                  <w:szCs w:val="24"/>
                  <w:u w:val="single"/>
                </w:rPr>
                <w:t>yandex</w:t>
              </w:r>
              <w:r w:rsidR="00DA4FC0" w:rsidRPr="00963108">
                <w:rPr>
                  <w:rFonts w:ascii="Times New Roman" w:hAnsi="Times New Roman" w:cs="Times New Roman"/>
                  <w:sz w:val="24"/>
                  <w:szCs w:val="24"/>
                  <w:u w:val="single"/>
                  <w:lang w:val="ru-RU"/>
                </w:rPr>
                <w:t>.</w:t>
              </w:r>
              <w:r w:rsidR="00DA4FC0" w:rsidRPr="00963108">
                <w:rPr>
                  <w:rFonts w:ascii="Times New Roman" w:hAnsi="Times New Roman" w:cs="Times New Roman"/>
                  <w:sz w:val="24"/>
                  <w:szCs w:val="24"/>
                  <w:u w:val="single"/>
                </w:rPr>
                <w:t>ru</w:t>
              </w:r>
            </w:hyperlink>
            <w:r w:rsidR="00DA4FC0" w:rsidRPr="00963108">
              <w:rPr>
                <w:rFonts w:ascii="Times New Roman" w:hAnsi="Times New Roman" w:cs="Times New Roman"/>
                <w:sz w:val="24"/>
                <w:szCs w:val="24"/>
                <w:lang w:val="ru-RU"/>
              </w:rPr>
              <w:t xml:space="preserve"> </w:t>
            </w:r>
            <w:hyperlink r:id="rId86">
              <w:r w:rsidR="00DA4FC0" w:rsidRPr="00963108">
                <w:rPr>
                  <w:rFonts w:ascii="Times New Roman" w:hAnsi="Times New Roman" w:cs="Times New Roman"/>
                  <w:sz w:val="24"/>
                  <w:szCs w:val="24"/>
                  <w:u w:val="single"/>
                </w:rPr>
                <w:t>https</w:t>
              </w:r>
              <w:r w:rsidR="00DA4FC0" w:rsidRPr="00963108">
                <w:rPr>
                  <w:rFonts w:ascii="Times New Roman" w:hAnsi="Times New Roman" w:cs="Times New Roman"/>
                  <w:sz w:val="24"/>
                  <w:szCs w:val="24"/>
                  <w:u w:val="single"/>
                  <w:lang w:val="ru-RU"/>
                </w:rPr>
                <w:t>://</w:t>
              </w:r>
              <w:r w:rsidR="00DA4FC0" w:rsidRPr="00963108">
                <w:rPr>
                  <w:rFonts w:ascii="Times New Roman" w:hAnsi="Times New Roman" w:cs="Times New Roman"/>
                  <w:sz w:val="24"/>
                  <w:szCs w:val="24"/>
                  <w:u w:val="single"/>
                </w:rPr>
                <w:t>uchi</w:t>
              </w:r>
              <w:r w:rsidR="00DA4FC0" w:rsidRPr="00963108">
                <w:rPr>
                  <w:rFonts w:ascii="Times New Roman" w:hAnsi="Times New Roman" w:cs="Times New Roman"/>
                  <w:sz w:val="24"/>
                  <w:szCs w:val="24"/>
                  <w:u w:val="single"/>
                  <w:lang w:val="ru-RU"/>
                </w:rPr>
                <w:t>.</w:t>
              </w:r>
              <w:r w:rsidR="00DA4FC0" w:rsidRPr="00963108">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963108" w:rsidRDefault="00DA4FC0" w:rsidP="00DA4FC0">
            <w:pPr>
              <w:spacing w:after="0" w:line="240" w:lineRule="auto"/>
              <w:jc w:val="both"/>
              <w:rPr>
                <w:rFonts w:ascii="Times New Roman" w:hAnsi="Times New Roman" w:cs="Times New Roman"/>
                <w:sz w:val="24"/>
                <w:szCs w:val="24"/>
              </w:rPr>
            </w:pPr>
            <w:r w:rsidRPr="00963108">
              <w:rPr>
                <w:rFonts w:ascii="Times New Roman" w:hAnsi="Times New Roman" w:cs="Times New Roman"/>
                <w:sz w:val="24"/>
                <w:szCs w:val="24"/>
              </w:rPr>
              <w:t>8</w:t>
            </w:r>
          </w:p>
        </w:tc>
        <w:tc>
          <w:tcPr>
            <w:tcW w:w="4820" w:type="dxa"/>
            <w:vAlign w:val="center"/>
          </w:tcPr>
          <w:p w:rsidR="00DA4FC0" w:rsidRPr="00963108" w:rsidRDefault="00DA4FC0" w:rsidP="00DA4FC0">
            <w:pPr>
              <w:spacing w:after="0" w:line="240" w:lineRule="auto"/>
              <w:ind w:left="135"/>
              <w:jc w:val="both"/>
              <w:rPr>
                <w:rFonts w:ascii="Times New Roman" w:hAnsi="Times New Roman" w:cs="Times New Roman"/>
                <w:sz w:val="24"/>
                <w:szCs w:val="24"/>
                <w:lang w:val="ru-RU"/>
              </w:rPr>
            </w:pPr>
            <w:r w:rsidRPr="00963108">
              <w:rPr>
                <w:rFonts w:ascii="Times New Roman" w:hAnsi="Times New Roman" w:cs="Times New Roman"/>
                <w:sz w:val="24"/>
                <w:szCs w:val="24"/>
                <w:lang w:val="ru-RU"/>
              </w:rPr>
              <w:t>Работа с величинами: измерение длины (единица длины — миллиметр)</w:t>
            </w:r>
          </w:p>
        </w:tc>
        <w:tc>
          <w:tcPr>
            <w:tcW w:w="708" w:type="dxa"/>
            <w:vAlign w:val="center"/>
          </w:tcPr>
          <w:p w:rsidR="00DA4FC0" w:rsidRPr="00963108" w:rsidRDefault="00DA4FC0" w:rsidP="00DA4FC0">
            <w:pPr>
              <w:spacing w:after="0" w:line="240" w:lineRule="auto"/>
              <w:ind w:left="135"/>
              <w:jc w:val="both"/>
              <w:rPr>
                <w:rFonts w:ascii="Times New Roman" w:hAnsi="Times New Roman" w:cs="Times New Roman"/>
                <w:sz w:val="24"/>
                <w:szCs w:val="24"/>
              </w:rPr>
            </w:pPr>
            <w:r w:rsidRPr="00963108">
              <w:rPr>
                <w:rFonts w:ascii="Times New Roman" w:hAnsi="Times New Roman" w:cs="Times New Roman"/>
                <w:sz w:val="24"/>
                <w:szCs w:val="24"/>
                <w:lang w:val="ru-RU"/>
              </w:rPr>
              <w:t xml:space="preserve"> </w:t>
            </w:r>
            <w:r w:rsidRPr="00963108">
              <w:rPr>
                <w:rFonts w:ascii="Times New Roman" w:hAnsi="Times New Roman" w:cs="Times New Roman"/>
                <w:sz w:val="24"/>
                <w:szCs w:val="24"/>
              </w:rPr>
              <w:t xml:space="preserve">1 </w:t>
            </w:r>
          </w:p>
        </w:tc>
        <w:tc>
          <w:tcPr>
            <w:tcW w:w="5245" w:type="dxa"/>
            <w:vMerge w:val="restart"/>
          </w:tcPr>
          <w:p w:rsidR="00DA4FC0" w:rsidRPr="00963108" w:rsidRDefault="00DA4FC0" w:rsidP="00DA4FC0">
            <w:pPr>
              <w:tabs>
                <w:tab w:val="left" w:pos="4"/>
                <w:tab w:val="left" w:pos="288"/>
                <w:tab w:val="left" w:pos="430"/>
              </w:tabs>
              <w:spacing w:line="240" w:lineRule="auto"/>
              <w:ind w:firstLine="181"/>
              <w:jc w:val="both"/>
              <w:rPr>
                <w:rFonts w:ascii="Times New Roman" w:hAnsi="Times New Roman" w:cs="Times New Roman"/>
                <w:sz w:val="24"/>
                <w:szCs w:val="24"/>
              </w:rPr>
            </w:pPr>
            <w:r w:rsidRPr="00963108">
              <w:rPr>
                <w:rFonts w:ascii="Times New Roman" w:hAnsi="Times New Roman" w:cs="Times New Roman"/>
                <w:sz w:val="24"/>
                <w:szCs w:val="24"/>
                <w:lang w:val="ru-RU"/>
              </w:rPr>
              <w:t xml:space="preserve">Сознающий принадлежность к своему народу и к общности граждан России, проявляющий уважение к своему и другим народам. Проявляющий любовь и бережное отношение к природе, неприятие действий, приносящих вред природе, особенно живым существам. </w:t>
            </w:r>
            <w:r w:rsidRPr="00963108">
              <w:rPr>
                <w:rFonts w:ascii="Times New Roman" w:hAnsi="Times New Roman" w:cs="Times New Roman"/>
                <w:sz w:val="24"/>
                <w:szCs w:val="24"/>
              </w:rPr>
              <w:lastRenderedPageBreak/>
              <w:t xml:space="preserve">Сознающий ценность труда в жизни человека, семьи, общества. </w:t>
            </w:r>
          </w:p>
          <w:p w:rsidR="00DA4FC0" w:rsidRPr="00963108"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963108" w:rsidRDefault="008E75F7" w:rsidP="00DA4FC0">
            <w:pPr>
              <w:spacing w:after="0" w:line="240" w:lineRule="auto"/>
              <w:ind w:left="135"/>
              <w:jc w:val="both"/>
              <w:rPr>
                <w:rFonts w:ascii="Times New Roman" w:hAnsi="Times New Roman" w:cs="Times New Roman"/>
                <w:sz w:val="24"/>
                <w:szCs w:val="24"/>
                <w:lang w:val="ru-RU"/>
              </w:rPr>
            </w:pPr>
            <w:hyperlink r:id="rId87">
              <w:r w:rsidR="00DA4FC0" w:rsidRPr="00963108">
                <w:rPr>
                  <w:rFonts w:ascii="Times New Roman" w:hAnsi="Times New Roman" w:cs="Times New Roman"/>
                  <w:sz w:val="24"/>
                  <w:szCs w:val="24"/>
                  <w:u w:val="single"/>
                </w:rPr>
                <w:t>https</w:t>
              </w:r>
              <w:r w:rsidR="00DA4FC0" w:rsidRPr="00963108">
                <w:rPr>
                  <w:rFonts w:ascii="Times New Roman" w:hAnsi="Times New Roman" w:cs="Times New Roman"/>
                  <w:sz w:val="24"/>
                  <w:szCs w:val="24"/>
                  <w:u w:val="single"/>
                  <w:lang w:val="ru-RU"/>
                </w:rPr>
                <w:t>://</w:t>
              </w:r>
              <w:r w:rsidR="00DA4FC0" w:rsidRPr="00963108">
                <w:rPr>
                  <w:rFonts w:ascii="Times New Roman" w:hAnsi="Times New Roman" w:cs="Times New Roman"/>
                  <w:sz w:val="24"/>
                  <w:szCs w:val="24"/>
                  <w:u w:val="single"/>
                </w:rPr>
                <w:t>education</w:t>
              </w:r>
              <w:r w:rsidR="00DA4FC0" w:rsidRPr="00963108">
                <w:rPr>
                  <w:rFonts w:ascii="Times New Roman" w:hAnsi="Times New Roman" w:cs="Times New Roman"/>
                  <w:sz w:val="24"/>
                  <w:szCs w:val="24"/>
                  <w:u w:val="single"/>
                  <w:lang w:val="ru-RU"/>
                </w:rPr>
                <w:t>.</w:t>
              </w:r>
              <w:r w:rsidR="00DA4FC0" w:rsidRPr="00963108">
                <w:rPr>
                  <w:rFonts w:ascii="Times New Roman" w:hAnsi="Times New Roman" w:cs="Times New Roman"/>
                  <w:sz w:val="24"/>
                  <w:szCs w:val="24"/>
                  <w:u w:val="single"/>
                </w:rPr>
                <w:t>yandex</w:t>
              </w:r>
              <w:r w:rsidR="00DA4FC0" w:rsidRPr="00963108">
                <w:rPr>
                  <w:rFonts w:ascii="Times New Roman" w:hAnsi="Times New Roman" w:cs="Times New Roman"/>
                  <w:sz w:val="24"/>
                  <w:szCs w:val="24"/>
                  <w:u w:val="single"/>
                  <w:lang w:val="ru-RU"/>
                </w:rPr>
                <w:t>.</w:t>
              </w:r>
              <w:r w:rsidR="00DA4FC0" w:rsidRPr="00963108">
                <w:rPr>
                  <w:rFonts w:ascii="Times New Roman" w:hAnsi="Times New Roman" w:cs="Times New Roman"/>
                  <w:sz w:val="24"/>
                  <w:szCs w:val="24"/>
                  <w:u w:val="single"/>
                </w:rPr>
                <w:t>ru</w:t>
              </w:r>
            </w:hyperlink>
            <w:r w:rsidR="00DA4FC0" w:rsidRPr="00963108">
              <w:rPr>
                <w:rFonts w:ascii="Times New Roman" w:hAnsi="Times New Roman" w:cs="Times New Roman"/>
                <w:sz w:val="24"/>
                <w:szCs w:val="24"/>
                <w:lang w:val="ru-RU"/>
              </w:rPr>
              <w:t xml:space="preserve"> </w:t>
            </w:r>
            <w:hyperlink r:id="rId88">
              <w:r w:rsidR="00DA4FC0" w:rsidRPr="00963108">
                <w:rPr>
                  <w:rFonts w:ascii="Times New Roman" w:hAnsi="Times New Roman" w:cs="Times New Roman"/>
                  <w:sz w:val="24"/>
                  <w:szCs w:val="24"/>
                  <w:u w:val="single"/>
                </w:rPr>
                <w:t>https</w:t>
              </w:r>
              <w:r w:rsidR="00DA4FC0" w:rsidRPr="00963108">
                <w:rPr>
                  <w:rFonts w:ascii="Times New Roman" w:hAnsi="Times New Roman" w:cs="Times New Roman"/>
                  <w:sz w:val="24"/>
                  <w:szCs w:val="24"/>
                  <w:u w:val="single"/>
                  <w:lang w:val="ru-RU"/>
                </w:rPr>
                <w:t>://</w:t>
              </w:r>
              <w:r w:rsidR="00DA4FC0" w:rsidRPr="00963108">
                <w:rPr>
                  <w:rFonts w:ascii="Times New Roman" w:hAnsi="Times New Roman" w:cs="Times New Roman"/>
                  <w:sz w:val="24"/>
                  <w:szCs w:val="24"/>
                  <w:u w:val="single"/>
                </w:rPr>
                <w:t>uchi</w:t>
              </w:r>
              <w:r w:rsidR="00DA4FC0" w:rsidRPr="00963108">
                <w:rPr>
                  <w:rFonts w:ascii="Times New Roman" w:hAnsi="Times New Roman" w:cs="Times New Roman"/>
                  <w:sz w:val="24"/>
                  <w:szCs w:val="24"/>
                  <w:u w:val="single"/>
                  <w:lang w:val="ru-RU"/>
                </w:rPr>
                <w:t>.</w:t>
              </w:r>
              <w:r w:rsidR="00DA4FC0" w:rsidRPr="00963108">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963108" w:rsidRDefault="00DA4FC0" w:rsidP="00DA4FC0">
            <w:pPr>
              <w:spacing w:after="0" w:line="240" w:lineRule="auto"/>
              <w:jc w:val="both"/>
              <w:rPr>
                <w:rFonts w:ascii="Times New Roman" w:hAnsi="Times New Roman" w:cs="Times New Roman"/>
                <w:sz w:val="24"/>
                <w:szCs w:val="24"/>
              </w:rPr>
            </w:pPr>
            <w:r w:rsidRPr="00963108">
              <w:rPr>
                <w:rFonts w:ascii="Times New Roman" w:hAnsi="Times New Roman" w:cs="Times New Roman"/>
                <w:sz w:val="24"/>
                <w:szCs w:val="24"/>
              </w:rPr>
              <w:t>9</w:t>
            </w:r>
          </w:p>
        </w:tc>
        <w:tc>
          <w:tcPr>
            <w:tcW w:w="4820" w:type="dxa"/>
            <w:vAlign w:val="center"/>
          </w:tcPr>
          <w:p w:rsidR="00DA4FC0" w:rsidRPr="00963108" w:rsidRDefault="00DA4FC0" w:rsidP="00DA4FC0">
            <w:pPr>
              <w:spacing w:after="0" w:line="240" w:lineRule="auto"/>
              <w:ind w:left="135"/>
              <w:jc w:val="both"/>
              <w:rPr>
                <w:rFonts w:ascii="Times New Roman" w:hAnsi="Times New Roman" w:cs="Times New Roman"/>
                <w:sz w:val="24"/>
                <w:szCs w:val="24"/>
                <w:lang w:val="ru-RU"/>
              </w:rPr>
            </w:pPr>
            <w:r w:rsidRPr="00963108">
              <w:rPr>
                <w:rFonts w:ascii="Times New Roman" w:hAnsi="Times New Roman" w:cs="Times New Roman"/>
                <w:sz w:val="24"/>
                <w:szCs w:val="24"/>
                <w:lang w:val="ru-RU"/>
              </w:rPr>
              <w:t>Измерение величин. Решение практических задач</w:t>
            </w:r>
          </w:p>
        </w:tc>
        <w:tc>
          <w:tcPr>
            <w:tcW w:w="708" w:type="dxa"/>
            <w:vAlign w:val="center"/>
          </w:tcPr>
          <w:p w:rsidR="00DA4FC0" w:rsidRPr="00963108" w:rsidRDefault="00DA4FC0" w:rsidP="00DA4FC0">
            <w:pPr>
              <w:spacing w:after="0" w:line="240" w:lineRule="auto"/>
              <w:ind w:left="135"/>
              <w:jc w:val="both"/>
              <w:rPr>
                <w:rFonts w:ascii="Times New Roman" w:hAnsi="Times New Roman" w:cs="Times New Roman"/>
                <w:sz w:val="24"/>
                <w:szCs w:val="24"/>
              </w:rPr>
            </w:pPr>
            <w:r w:rsidRPr="00963108">
              <w:rPr>
                <w:rFonts w:ascii="Times New Roman" w:hAnsi="Times New Roman" w:cs="Times New Roman"/>
                <w:sz w:val="24"/>
                <w:szCs w:val="24"/>
                <w:lang w:val="ru-RU"/>
              </w:rPr>
              <w:t xml:space="preserve"> </w:t>
            </w:r>
            <w:r w:rsidRPr="00963108">
              <w:rPr>
                <w:rFonts w:ascii="Times New Roman" w:hAnsi="Times New Roman" w:cs="Times New Roman"/>
                <w:sz w:val="24"/>
                <w:szCs w:val="24"/>
              </w:rPr>
              <w:t xml:space="preserve">1 </w:t>
            </w:r>
          </w:p>
        </w:tc>
        <w:tc>
          <w:tcPr>
            <w:tcW w:w="5245" w:type="dxa"/>
            <w:vMerge/>
          </w:tcPr>
          <w:p w:rsidR="00DA4FC0" w:rsidRPr="00963108"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963108" w:rsidRDefault="008E75F7" w:rsidP="00DA4FC0">
            <w:pPr>
              <w:spacing w:after="0" w:line="240" w:lineRule="auto"/>
              <w:ind w:left="135"/>
              <w:jc w:val="both"/>
              <w:rPr>
                <w:rFonts w:ascii="Times New Roman" w:hAnsi="Times New Roman" w:cs="Times New Roman"/>
                <w:sz w:val="24"/>
                <w:szCs w:val="24"/>
                <w:lang w:val="ru-RU"/>
              </w:rPr>
            </w:pPr>
            <w:hyperlink r:id="rId89">
              <w:r w:rsidR="00DA4FC0" w:rsidRPr="00963108">
                <w:rPr>
                  <w:rFonts w:ascii="Times New Roman" w:hAnsi="Times New Roman" w:cs="Times New Roman"/>
                  <w:sz w:val="24"/>
                  <w:szCs w:val="24"/>
                  <w:u w:val="single"/>
                </w:rPr>
                <w:t>https</w:t>
              </w:r>
              <w:r w:rsidR="00DA4FC0" w:rsidRPr="00963108">
                <w:rPr>
                  <w:rFonts w:ascii="Times New Roman" w:hAnsi="Times New Roman" w:cs="Times New Roman"/>
                  <w:sz w:val="24"/>
                  <w:szCs w:val="24"/>
                  <w:u w:val="single"/>
                  <w:lang w:val="ru-RU"/>
                </w:rPr>
                <w:t>://</w:t>
              </w:r>
              <w:r w:rsidR="00DA4FC0" w:rsidRPr="00963108">
                <w:rPr>
                  <w:rFonts w:ascii="Times New Roman" w:hAnsi="Times New Roman" w:cs="Times New Roman"/>
                  <w:sz w:val="24"/>
                  <w:szCs w:val="24"/>
                  <w:u w:val="single"/>
                </w:rPr>
                <w:t>education</w:t>
              </w:r>
              <w:r w:rsidR="00DA4FC0" w:rsidRPr="00963108">
                <w:rPr>
                  <w:rFonts w:ascii="Times New Roman" w:hAnsi="Times New Roman" w:cs="Times New Roman"/>
                  <w:sz w:val="24"/>
                  <w:szCs w:val="24"/>
                  <w:u w:val="single"/>
                  <w:lang w:val="ru-RU"/>
                </w:rPr>
                <w:t>.</w:t>
              </w:r>
              <w:r w:rsidR="00DA4FC0" w:rsidRPr="00963108">
                <w:rPr>
                  <w:rFonts w:ascii="Times New Roman" w:hAnsi="Times New Roman" w:cs="Times New Roman"/>
                  <w:sz w:val="24"/>
                  <w:szCs w:val="24"/>
                  <w:u w:val="single"/>
                </w:rPr>
                <w:t>yandex</w:t>
              </w:r>
              <w:r w:rsidR="00DA4FC0" w:rsidRPr="00963108">
                <w:rPr>
                  <w:rFonts w:ascii="Times New Roman" w:hAnsi="Times New Roman" w:cs="Times New Roman"/>
                  <w:sz w:val="24"/>
                  <w:szCs w:val="24"/>
                  <w:u w:val="single"/>
                  <w:lang w:val="ru-RU"/>
                </w:rPr>
                <w:t>.</w:t>
              </w:r>
              <w:r w:rsidR="00DA4FC0" w:rsidRPr="00963108">
                <w:rPr>
                  <w:rFonts w:ascii="Times New Roman" w:hAnsi="Times New Roman" w:cs="Times New Roman"/>
                  <w:sz w:val="24"/>
                  <w:szCs w:val="24"/>
                  <w:u w:val="single"/>
                </w:rPr>
                <w:t>ru</w:t>
              </w:r>
            </w:hyperlink>
            <w:r w:rsidR="00DA4FC0" w:rsidRPr="00963108">
              <w:rPr>
                <w:rFonts w:ascii="Times New Roman" w:hAnsi="Times New Roman" w:cs="Times New Roman"/>
                <w:sz w:val="24"/>
                <w:szCs w:val="24"/>
                <w:lang w:val="ru-RU"/>
              </w:rPr>
              <w:t xml:space="preserve"> </w:t>
            </w:r>
            <w:hyperlink r:id="rId90">
              <w:r w:rsidR="00DA4FC0" w:rsidRPr="00963108">
                <w:rPr>
                  <w:rFonts w:ascii="Times New Roman" w:hAnsi="Times New Roman" w:cs="Times New Roman"/>
                  <w:sz w:val="24"/>
                  <w:szCs w:val="24"/>
                  <w:u w:val="single"/>
                </w:rPr>
                <w:t>https</w:t>
              </w:r>
              <w:r w:rsidR="00DA4FC0" w:rsidRPr="00963108">
                <w:rPr>
                  <w:rFonts w:ascii="Times New Roman" w:hAnsi="Times New Roman" w:cs="Times New Roman"/>
                  <w:sz w:val="24"/>
                  <w:szCs w:val="24"/>
                  <w:u w:val="single"/>
                  <w:lang w:val="ru-RU"/>
                </w:rPr>
                <w:t>://</w:t>
              </w:r>
              <w:r w:rsidR="00DA4FC0" w:rsidRPr="00963108">
                <w:rPr>
                  <w:rFonts w:ascii="Times New Roman" w:hAnsi="Times New Roman" w:cs="Times New Roman"/>
                  <w:sz w:val="24"/>
                  <w:szCs w:val="24"/>
                  <w:u w:val="single"/>
                </w:rPr>
                <w:t>uchi</w:t>
              </w:r>
              <w:r w:rsidR="00DA4FC0" w:rsidRPr="00963108">
                <w:rPr>
                  <w:rFonts w:ascii="Times New Roman" w:hAnsi="Times New Roman" w:cs="Times New Roman"/>
                  <w:sz w:val="24"/>
                  <w:szCs w:val="24"/>
                  <w:u w:val="single"/>
                  <w:lang w:val="ru-RU"/>
                </w:rPr>
                <w:t>.</w:t>
              </w:r>
              <w:r w:rsidR="00DA4FC0" w:rsidRPr="00963108">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963108" w:rsidRDefault="00DA4FC0" w:rsidP="00DA4FC0">
            <w:pPr>
              <w:spacing w:after="0" w:line="240" w:lineRule="auto"/>
              <w:jc w:val="both"/>
              <w:rPr>
                <w:rFonts w:ascii="Times New Roman" w:hAnsi="Times New Roman" w:cs="Times New Roman"/>
                <w:sz w:val="24"/>
                <w:szCs w:val="24"/>
              </w:rPr>
            </w:pPr>
            <w:r w:rsidRPr="00963108">
              <w:rPr>
                <w:rFonts w:ascii="Times New Roman" w:hAnsi="Times New Roman" w:cs="Times New Roman"/>
                <w:sz w:val="24"/>
                <w:szCs w:val="24"/>
              </w:rPr>
              <w:t>10</w:t>
            </w:r>
          </w:p>
        </w:tc>
        <w:tc>
          <w:tcPr>
            <w:tcW w:w="4820" w:type="dxa"/>
            <w:vAlign w:val="center"/>
          </w:tcPr>
          <w:p w:rsidR="00DA4FC0" w:rsidRPr="00963108" w:rsidRDefault="00DA4FC0" w:rsidP="00DA4FC0">
            <w:pPr>
              <w:spacing w:after="0" w:line="240" w:lineRule="auto"/>
              <w:ind w:left="135"/>
              <w:jc w:val="both"/>
              <w:rPr>
                <w:rFonts w:ascii="Times New Roman" w:hAnsi="Times New Roman" w:cs="Times New Roman"/>
                <w:sz w:val="24"/>
                <w:szCs w:val="24"/>
                <w:lang w:val="ru-RU"/>
              </w:rPr>
            </w:pPr>
            <w:r w:rsidRPr="00963108">
              <w:rPr>
                <w:rFonts w:ascii="Times New Roman" w:hAnsi="Times New Roman" w:cs="Times New Roman"/>
                <w:sz w:val="24"/>
                <w:szCs w:val="24"/>
                <w:lang w:val="ru-RU"/>
              </w:rPr>
              <w:t>Сравнение чисел в пределах 100. Неравенство, запись неравенства</w:t>
            </w:r>
          </w:p>
        </w:tc>
        <w:tc>
          <w:tcPr>
            <w:tcW w:w="708" w:type="dxa"/>
            <w:vAlign w:val="center"/>
          </w:tcPr>
          <w:p w:rsidR="00DA4FC0" w:rsidRPr="00963108" w:rsidRDefault="00DA4FC0" w:rsidP="00DA4FC0">
            <w:pPr>
              <w:spacing w:after="0" w:line="240" w:lineRule="auto"/>
              <w:ind w:left="135"/>
              <w:jc w:val="both"/>
              <w:rPr>
                <w:rFonts w:ascii="Times New Roman" w:hAnsi="Times New Roman" w:cs="Times New Roman"/>
                <w:sz w:val="24"/>
                <w:szCs w:val="24"/>
              </w:rPr>
            </w:pPr>
            <w:r w:rsidRPr="00963108">
              <w:rPr>
                <w:rFonts w:ascii="Times New Roman" w:hAnsi="Times New Roman" w:cs="Times New Roman"/>
                <w:sz w:val="24"/>
                <w:szCs w:val="24"/>
                <w:lang w:val="ru-RU"/>
              </w:rPr>
              <w:t xml:space="preserve"> </w:t>
            </w:r>
            <w:r w:rsidRPr="00963108">
              <w:rPr>
                <w:rFonts w:ascii="Times New Roman" w:hAnsi="Times New Roman" w:cs="Times New Roman"/>
                <w:sz w:val="24"/>
                <w:szCs w:val="24"/>
              </w:rPr>
              <w:t xml:space="preserve">1 </w:t>
            </w:r>
          </w:p>
        </w:tc>
        <w:tc>
          <w:tcPr>
            <w:tcW w:w="5245" w:type="dxa"/>
            <w:vMerge/>
          </w:tcPr>
          <w:p w:rsidR="00DA4FC0" w:rsidRPr="00963108"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963108" w:rsidRDefault="008E75F7" w:rsidP="00DA4FC0">
            <w:pPr>
              <w:spacing w:after="0" w:line="240" w:lineRule="auto"/>
              <w:ind w:left="135"/>
              <w:jc w:val="both"/>
              <w:rPr>
                <w:rFonts w:ascii="Times New Roman" w:hAnsi="Times New Roman" w:cs="Times New Roman"/>
                <w:sz w:val="24"/>
                <w:szCs w:val="24"/>
                <w:lang w:val="ru-RU"/>
              </w:rPr>
            </w:pPr>
            <w:hyperlink r:id="rId91">
              <w:r w:rsidR="00DA4FC0" w:rsidRPr="00963108">
                <w:rPr>
                  <w:rFonts w:ascii="Times New Roman" w:hAnsi="Times New Roman" w:cs="Times New Roman"/>
                  <w:sz w:val="24"/>
                  <w:szCs w:val="24"/>
                  <w:u w:val="single"/>
                </w:rPr>
                <w:t>https</w:t>
              </w:r>
              <w:r w:rsidR="00DA4FC0" w:rsidRPr="00963108">
                <w:rPr>
                  <w:rFonts w:ascii="Times New Roman" w:hAnsi="Times New Roman" w:cs="Times New Roman"/>
                  <w:sz w:val="24"/>
                  <w:szCs w:val="24"/>
                  <w:u w:val="single"/>
                  <w:lang w:val="ru-RU"/>
                </w:rPr>
                <w:t>://</w:t>
              </w:r>
              <w:r w:rsidR="00DA4FC0" w:rsidRPr="00963108">
                <w:rPr>
                  <w:rFonts w:ascii="Times New Roman" w:hAnsi="Times New Roman" w:cs="Times New Roman"/>
                  <w:sz w:val="24"/>
                  <w:szCs w:val="24"/>
                  <w:u w:val="single"/>
                </w:rPr>
                <w:t>education</w:t>
              </w:r>
              <w:r w:rsidR="00DA4FC0" w:rsidRPr="00963108">
                <w:rPr>
                  <w:rFonts w:ascii="Times New Roman" w:hAnsi="Times New Roman" w:cs="Times New Roman"/>
                  <w:sz w:val="24"/>
                  <w:szCs w:val="24"/>
                  <w:u w:val="single"/>
                  <w:lang w:val="ru-RU"/>
                </w:rPr>
                <w:t>.</w:t>
              </w:r>
              <w:r w:rsidR="00DA4FC0" w:rsidRPr="00963108">
                <w:rPr>
                  <w:rFonts w:ascii="Times New Roman" w:hAnsi="Times New Roman" w:cs="Times New Roman"/>
                  <w:sz w:val="24"/>
                  <w:szCs w:val="24"/>
                  <w:u w:val="single"/>
                </w:rPr>
                <w:t>yandex</w:t>
              </w:r>
              <w:r w:rsidR="00DA4FC0" w:rsidRPr="00963108">
                <w:rPr>
                  <w:rFonts w:ascii="Times New Roman" w:hAnsi="Times New Roman" w:cs="Times New Roman"/>
                  <w:sz w:val="24"/>
                  <w:szCs w:val="24"/>
                  <w:u w:val="single"/>
                  <w:lang w:val="ru-RU"/>
                </w:rPr>
                <w:t>.</w:t>
              </w:r>
              <w:r w:rsidR="00DA4FC0" w:rsidRPr="00963108">
                <w:rPr>
                  <w:rFonts w:ascii="Times New Roman" w:hAnsi="Times New Roman" w:cs="Times New Roman"/>
                  <w:sz w:val="24"/>
                  <w:szCs w:val="24"/>
                  <w:u w:val="single"/>
                </w:rPr>
                <w:t>ru</w:t>
              </w:r>
            </w:hyperlink>
            <w:r w:rsidR="00DA4FC0" w:rsidRPr="00963108">
              <w:rPr>
                <w:rFonts w:ascii="Times New Roman" w:hAnsi="Times New Roman" w:cs="Times New Roman"/>
                <w:sz w:val="24"/>
                <w:szCs w:val="24"/>
                <w:lang w:val="ru-RU"/>
              </w:rPr>
              <w:t xml:space="preserve"> </w:t>
            </w:r>
            <w:hyperlink r:id="rId92">
              <w:r w:rsidR="00DA4FC0" w:rsidRPr="00963108">
                <w:rPr>
                  <w:rFonts w:ascii="Times New Roman" w:hAnsi="Times New Roman" w:cs="Times New Roman"/>
                  <w:sz w:val="24"/>
                  <w:szCs w:val="24"/>
                  <w:u w:val="single"/>
                </w:rPr>
                <w:t>https</w:t>
              </w:r>
              <w:r w:rsidR="00DA4FC0" w:rsidRPr="00963108">
                <w:rPr>
                  <w:rFonts w:ascii="Times New Roman" w:hAnsi="Times New Roman" w:cs="Times New Roman"/>
                  <w:sz w:val="24"/>
                  <w:szCs w:val="24"/>
                  <w:u w:val="single"/>
                  <w:lang w:val="ru-RU"/>
                </w:rPr>
                <w:t>://</w:t>
              </w:r>
              <w:r w:rsidR="00DA4FC0" w:rsidRPr="00963108">
                <w:rPr>
                  <w:rFonts w:ascii="Times New Roman" w:hAnsi="Times New Roman" w:cs="Times New Roman"/>
                  <w:sz w:val="24"/>
                  <w:szCs w:val="24"/>
                  <w:u w:val="single"/>
                </w:rPr>
                <w:t>uchi</w:t>
              </w:r>
              <w:r w:rsidR="00DA4FC0" w:rsidRPr="00963108">
                <w:rPr>
                  <w:rFonts w:ascii="Times New Roman" w:hAnsi="Times New Roman" w:cs="Times New Roman"/>
                  <w:sz w:val="24"/>
                  <w:szCs w:val="24"/>
                  <w:u w:val="single"/>
                  <w:lang w:val="ru-RU"/>
                </w:rPr>
                <w:t>.</w:t>
              </w:r>
              <w:r w:rsidR="00DA4FC0" w:rsidRPr="00963108">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963108" w:rsidRDefault="00DA4FC0" w:rsidP="00DA4FC0">
            <w:pPr>
              <w:spacing w:after="0" w:line="240" w:lineRule="auto"/>
              <w:jc w:val="both"/>
              <w:rPr>
                <w:rFonts w:ascii="Times New Roman" w:hAnsi="Times New Roman" w:cs="Times New Roman"/>
                <w:sz w:val="24"/>
                <w:szCs w:val="24"/>
              </w:rPr>
            </w:pPr>
            <w:r w:rsidRPr="00963108">
              <w:rPr>
                <w:rFonts w:ascii="Times New Roman" w:hAnsi="Times New Roman" w:cs="Times New Roman"/>
                <w:sz w:val="24"/>
                <w:szCs w:val="24"/>
              </w:rPr>
              <w:lastRenderedPageBreak/>
              <w:t>11</w:t>
            </w:r>
          </w:p>
        </w:tc>
        <w:tc>
          <w:tcPr>
            <w:tcW w:w="4820" w:type="dxa"/>
            <w:vAlign w:val="center"/>
          </w:tcPr>
          <w:p w:rsidR="00DA4FC0" w:rsidRPr="00963108" w:rsidRDefault="00DA4FC0" w:rsidP="00DA4FC0">
            <w:pPr>
              <w:spacing w:after="0" w:line="240" w:lineRule="auto"/>
              <w:ind w:left="135"/>
              <w:jc w:val="both"/>
              <w:rPr>
                <w:rFonts w:ascii="Times New Roman" w:hAnsi="Times New Roman" w:cs="Times New Roman"/>
                <w:sz w:val="24"/>
                <w:szCs w:val="24"/>
                <w:lang w:val="ru-RU"/>
              </w:rPr>
            </w:pPr>
            <w:r w:rsidRPr="00963108">
              <w:rPr>
                <w:rFonts w:ascii="Times New Roman" w:hAnsi="Times New Roman" w:cs="Times New Roman"/>
                <w:sz w:val="24"/>
                <w:szCs w:val="24"/>
                <w:lang w:val="ru-RU"/>
              </w:rPr>
              <w:t>Работа с величинами: измерение длины (единица длины — метр)</w:t>
            </w:r>
          </w:p>
        </w:tc>
        <w:tc>
          <w:tcPr>
            <w:tcW w:w="708" w:type="dxa"/>
            <w:vAlign w:val="center"/>
          </w:tcPr>
          <w:p w:rsidR="00DA4FC0" w:rsidRPr="00963108" w:rsidRDefault="00DA4FC0" w:rsidP="00DA4FC0">
            <w:pPr>
              <w:spacing w:after="0" w:line="240" w:lineRule="auto"/>
              <w:ind w:left="135"/>
              <w:jc w:val="both"/>
              <w:rPr>
                <w:rFonts w:ascii="Times New Roman" w:hAnsi="Times New Roman" w:cs="Times New Roman"/>
                <w:sz w:val="24"/>
                <w:szCs w:val="24"/>
              </w:rPr>
            </w:pPr>
            <w:r w:rsidRPr="00963108">
              <w:rPr>
                <w:rFonts w:ascii="Times New Roman" w:hAnsi="Times New Roman" w:cs="Times New Roman"/>
                <w:sz w:val="24"/>
                <w:szCs w:val="24"/>
                <w:lang w:val="ru-RU"/>
              </w:rPr>
              <w:t xml:space="preserve"> </w:t>
            </w:r>
            <w:r w:rsidRPr="00963108">
              <w:rPr>
                <w:rFonts w:ascii="Times New Roman" w:hAnsi="Times New Roman" w:cs="Times New Roman"/>
                <w:sz w:val="24"/>
                <w:szCs w:val="24"/>
              </w:rPr>
              <w:t xml:space="preserve">1 </w:t>
            </w:r>
          </w:p>
        </w:tc>
        <w:tc>
          <w:tcPr>
            <w:tcW w:w="5245" w:type="dxa"/>
            <w:vMerge/>
          </w:tcPr>
          <w:p w:rsidR="00DA4FC0" w:rsidRPr="00963108"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963108" w:rsidRDefault="008E75F7" w:rsidP="00DA4FC0">
            <w:pPr>
              <w:spacing w:after="0" w:line="240" w:lineRule="auto"/>
              <w:ind w:left="135"/>
              <w:jc w:val="both"/>
              <w:rPr>
                <w:rFonts w:ascii="Times New Roman" w:hAnsi="Times New Roman" w:cs="Times New Roman"/>
                <w:sz w:val="24"/>
                <w:szCs w:val="24"/>
                <w:lang w:val="ru-RU"/>
              </w:rPr>
            </w:pPr>
            <w:hyperlink r:id="rId93">
              <w:r w:rsidR="00DA4FC0" w:rsidRPr="00963108">
                <w:rPr>
                  <w:rFonts w:ascii="Times New Roman" w:hAnsi="Times New Roman" w:cs="Times New Roman"/>
                  <w:sz w:val="24"/>
                  <w:szCs w:val="24"/>
                  <w:u w:val="single"/>
                </w:rPr>
                <w:t>https</w:t>
              </w:r>
              <w:r w:rsidR="00DA4FC0" w:rsidRPr="00963108">
                <w:rPr>
                  <w:rFonts w:ascii="Times New Roman" w:hAnsi="Times New Roman" w:cs="Times New Roman"/>
                  <w:sz w:val="24"/>
                  <w:szCs w:val="24"/>
                  <w:u w:val="single"/>
                  <w:lang w:val="ru-RU"/>
                </w:rPr>
                <w:t>://</w:t>
              </w:r>
              <w:r w:rsidR="00DA4FC0" w:rsidRPr="00963108">
                <w:rPr>
                  <w:rFonts w:ascii="Times New Roman" w:hAnsi="Times New Roman" w:cs="Times New Roman"/>
                  <w:sz w:val="24"/>
                  <w:szCs w:val="24"/>
                  <w:u w:val="single"/>
                </w:rPr>
                <w:t>education</w:t>
              </w:r>
              <w:r w:rsidR="00DA4FC0" w:rsidRPr="00963108">
                <w:rPr>
                  <w:rFonts w:ascii="Times New Roman" w:hAnsi="Times New Roman" w:cs="Times New Roman"/>
                  <w:sz w:val="24"/>
                  <w:szCs w:val="24"/>
                  <w:u w:val="single"/>
                  <w:lang w:val="ru-RU"/>
                </w:rPr>
                <w:t>.</w:t>
              </w:r>
              <w:r w:rsidR="00DA4FC0" w:rsidRPr="00963108">
                <w:rPr>
                  <w:rFonts w:ascii="Times New Roman" w:hAnsi="Times New Roman" w:cs="Times New Roman"/>
                  <w:sz w:val="24"/>
                  <w:szCs w:val="24"/>
                  <w:u w:val="single"/>
                </w:rPr>
                <w:t>yandex</w:t>
              </w:r>
              <w:r w:rsidR="00DA4FC0" w:rsidRPr="00963108">
                <w:rPr>
                  <w:rFonts w:ascii="Times New Roman" w:hAnsi="Times New Roman" w:cs="Times New Roman"/>
                  <w:sz w:val="24"/>
                  <w:szCs w:val="24"/>
                  <w:u w:val="single"/>
                  <w:lang w:val="ru-RU"/>
                </w:rPr>
                <w:t>.</w:t>
              </w:r>
              <w:r w:rsidR="00DA4FC0" w:rsidRPr="00963108">
                <w:rPr>
                  <w:rFonts w:ascii="Times New Roman" w:hAnsi="Times New Roman" w:cs="Times New Roman"/>
                  <w:sz w:val="24"/>
                  <w:szCs w:val="24"/>
                  <w:u w:val="single"/>
                </w:rPr>
                <w:t>ru</w:t>
              </w:r>
            </w:hyperlink>
            <w:r w:rsidR="00DA4FC0" w:rsidRPr="00963108">
              <w:rPr>
                <w:rFonts w:ascii="Times New Roman" w:hAnsi="Times New Roman" w:cs="Times New Roman"/>
                <w:sz w:val="24"/>
                <w:szCs w:val="24"/>
                <w:lang w:val="ru-RU"/>
              </w:rPr>
              <w:t xml:space="preserve"> </w:t>
            </w:r>
            <w:hyperlink r:id="rId94">
              <w:r w:rsidR="00DA4FC0" w:rsidRPr="00963108">
                <w:rPr>
                  <w:rFonts w:ascii="Times New Roman" w:hAnsi="Times New Roman" w:cs="Times New Roman"/>
                  <w:sz w:val="24"/>
                  <w:szCs w:val="24"/>
                  <w:u w:val="single"/>
                </w:rPr>
                <w:t>https</w:t>
              </w:r>
              <w:r w:rsidR="00DA4FC0" w:rsidRPr="00963108">
                <w:rPr>
                  <w:rFonts w:ascii="Times New Roman" w:hAnsi="Times New Roman" w:cs="Times New Roman"/>
                  <w:sz w:val="24"/>
                  <w:szCs w:val="24"/>
                  <w:u w:val="single"/>
                  <w:lang w:val="ru-RU"/>
                </w:rPr>
                <w:t>://</w:t>
              </w:r>
              <w:r w:rsidR="00DA4FC0" w:rsidRPr="00963108">
                <w:rPr>
                  <w:rFonts w:ascii="Times New Roman" w:hAnsi="Times New Roman" w:cs="Times New Roman"/>
                  <w:sz w:val="24"/>
                  <w:szCs w:val="24"/>
                  <w:u w:val="single"/>
                </w:rPr>
                <w:t>uchi</w:t>
              </w:r>
              <w:r w:rsidR="00DA4FC0" w:rsidRPr="00963108">
                <w:rPr>
                  <w:rFonts w:ascii="Times New Roman" w:hAnsi="Times New Roman" w:cs="Times New Roman"/>
                  <w:sz w:val="24"/>
                  <w:szCs w:val="24"/>
                  <w:u w:val="single"/>
                  <w:lang w:val="ru-RU"/>
                </w:rPr>
                <w:t>.</w:t>
              </w:r>
              <w:r w:rsidR="00DA4FC0" w:rsidRPr="00963108">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963108" w:rsidRDefault="00DA4FC0" w:rsidP="00DA4FC0">
            <w:pPr>
              <w:spacing w:after="0" w:line="240" w:lineRule="auto"/>
              <w:jc w:val="both"/>
              <w:rPr>
                <w:rFonts w:ascii="Times New Roman" w:hAnsi="Times New Roman" w:cs="Times New Roman"/>
                <w:sz w:val="24"/>
                <w:szCs w:val="24"/>
              </w:rPr>
            </w:pPr>
            <w:r w:rsidRPr="00963108">
              <w:rPr>
                <w:rFonts w:ascii="Times New Roman" w:hAnsi="Times New Roman" w:cs="Times New Roman"/>
                <w:sz w:val="24"/>
                <w:szCs w:val="24"/>
              </w:rPr>
              <w:lastRenderedPageBreak/>
              <w:t>12</w:t>
            </w:r>
          </w:p>
        </w:tc>
        <w:tc>
          <w:tcPr>
            <w:tcW w:w="4820" w:type="dxa"/>
            <w:vAlign w:val="center"/>
          </w:tcPr>
          <w:p w:rsidR="00DA4FC0" w:rsidRPr="00963108" w:rsidRDefault="00DA4FC0" w:rsidP="00DA4FC0">
            <w:pPr>
              <w:spacing w:after="0" w:line="240" w:lineRule="auto"/>
              <w:ind w:left="135"/>
              <w:jc w:val="both"/>
              <w:rPr>
                <w:rFonts w:ascii="Times New Roman" w:hAnsi="Times New Roman" w:cs="Times New Roman"/>
                <w:sz w:val="24"/>
                <w:szCs w:val="24"/>
                <w:lang w:val="ru-RU"/>
              </w:rPr>
            </w:pPr>
            <w:r w:rsidRPr="00963108">
              <w:rPr>
                <w:rFonts w:ascii="Times New Roman" w:hAnsi="Times New Roman" w:cs="Times New Roman"/>
                <w:sz w:val="24"/>
                <w:szCs w:val="24"/>
                <w:lang w:val="ru-RU"/>
              </w:rPr>
              <w:t>Увеличение, уменьшение числа на несколько единиц/десятков</w:t>
            </w:r>
          </w:p>
        </w:tc>
        <w:tc>
          <w:tcPr>
            <w:tcW w:w="708" w:type="dxa"/>
            <w:vAlign w:val="center"/>
          </w:tcPr>
          <w:p w:rsidR="00DA4FC0" w:rsidRPr="00963108" w:rsidRDefault="00DA4FC0" w:rsidP="00DA4FC0">
            <w:pPr>
              <w:spacing w:after="0" w:line="240" w:lineRule="auto"/>
              <w:ind w:left="135"/>
              <w:jc w:val="both"/>
              <w:rPr>
                <w:rFonts w:ascii="Times New Roman" w:hAnsi="Times New Roman" w:cs="Times New Roman"/>
                <w:sz w:val="24"/>
                <w:szCs w:val="24"/>
              </w:rPr>
            </w:pPr>
            <w:r w:rsidRPr="00963108">
              <w:rPr>
                <w:rFonts w:ascii="Times New Roman" w:hAnsi="Times New Roman" w:cs="Times New Roman"/>
                <w:sz w:val="24"/>
                <w:szCs w:val="24"/>
                <w:lang w:val="ru-RU"/>
              </w:rPr>
              <w:t xml:space="preserve"> </w:t>
            </w:r>
            <w:r w:rsidRPr="00963108">
              <w:rPr>
                <w:rFonts w:ascii="Times New Roman" w:hAnsi="Times New Roman" w:cs="Times New Roman"/>
                <w:sz w:val="24"/>
                <w:szCs w:val="24"/>
              </w:rPr>
              <w:t xml:space="preserve">1 </w:t>
            </w:r>
          </w:p>
        </w:tc>
        <w:tc>
          <w:tcPr>
            <w:tcW w:w="5245" w:type="dxa"/>
            <w:vMerge w:val="restart"/>
          </w:tcPr>
          <w:p w:rsidR="00DA4FC0" w:rsidRPr="00963108" w:rsidRDefault="00DA4FC0" w:rsidP="00DA4FC0">
            <w:pPr>
              <w:spacing w:after="0" w:line="240" w:lineRule="auto"/>
              <w:jc w:val="both"/>
              <w:rPr>
                <w:rFonts w:ascii="Times New Roman" w:hAnsi="Times New Roman" w:cs="Times New Roman"/>
                <w:w w:val="0"/>
                <w:sz w:val="24"/>
                <w:szCs w:val="24"/>
                <w:lang w:val="ru-RU"/>
              </w:rPr>
            </w:pPr>
            <w:r w:rsidRPr="00963108">
              <w:rPr>
                <w:rFonts w:ascii="Times New Roman" w:hAnsi="Times New Roman" w:cs="Times New Roman"/>
                <w:sz w:val="24"/>
                <w:szCs w:val="24"/>
                <w:lang w:val="ru-RU"/>
              </w:rPr>
              <w:t>Сознающий ценность каждой человеческой жизни, признающий индивидуальность и достоинство каждого человека.                 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 Проявляющий интерес и уважение к отечественной и мировой художественной культуре. Имеющий первоначальные представления о правах и ответственности человека в обществе, гражданских правах и обязанностях.                            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tc>
        <w:tc>
          <w:tcPr>
            <w:tcW w:w="3686" w:type="dxa"/>
            <w:vAlign w:val="center"/>
          </w:tcPr>
          <w:p w:rsidR="00DA4FC0" w:rsidRPr="00963108" w:rsidRDefault="008E75F7" w:rsidP="00DA4FC0">
            <w:pPr>
              <w:spacing w:after="0" w:line="240" w:lineRule="auto"/>
              <w:ind w:left="135"/>
              <w:jc w:val="both"/>
              <w:rPr>
                <w:rFonts w:ascii="Times New Roman" w:hAnsi="Times New Roman" w:cs="Times New Roman"/>
                <w:sz w:val="24"/>
                <w:szCs w:val="24"/>
                <w:lang w:val="ru-RU"/>
              </w:rPr>
            </w:pPr>
            <w:hyperlink r:id="rId95">
              <w:r w:rsidR="00DA4FC0" w:rsidRPr="00963108">
                <w:rPr>
                  <w:rFonts w:ascii="Times New Roman" w:hAnsi="Times New Roman" w:cs="Times New Roman"/>
                  <w:sz w:val="24"/>
                  <w:szCs w:val="24"/>
                  <w:u w:val="single"/>
                </w:rPr>
                <w:t>https</w:t>
              </w:r>
              <w:r w:rsidR="00DA4FC0" w:rsidRPr="00963108">
                <w:rPr>
                  <w:rFonts w:ascii="Times New Roman" w:hAnsi="Times New Roman" w:cs="Times New Roman"/>
                  <w:sz w:val="24"/>
                  <w:szCs w:val="24"/>
                  <w:u w:val="single"/>
                  <w:lang w:val="ru-RU"/>
                </w:rPr>
                <w:t>://</w:t>
              </w:r>
              <w:r w:rsidR="00DA4FC0" w:rsidRPr="00963108">
                <w:rPr>
                  <w:rFonts w:ascii="Times New Roman" w:hAnsi="Times New Roman" w:cs="Times New Roman"/>
                  <w:sz w:val="24"/>
                  <w:szCs w:val="24"/>
                  <w:u w:val="single"/>
                </w:rPr>
                <w:t>education</w:t>
              </w:r>
              <w:r w:rsidR="00DA4FC0" w:rsidRPr="00963108">
                <w:rPr>
                  <w:rFonts w:ascii="Times New Roman" w:hAnsi="Times New Roman" w:cs="Times New Roman"/>
                  <w:sz w:val="24"/>
                  <w:szCs w:val="24"/>
                  <w:u w:val="single"/>
                  <w:lang w:val="ru-RU"/>
                </w:rPr>
                <w:t>.</w:t>
              </w:r>
              <w:r w:rsidR="00DA4FC0" w:rsidRPr="00963108">
                <w:rPr>
                  <w:rFonts w:ascii="Times New Roman" w:hAnsi="Times New Roman" w:cs="Times New Roman"/>
                  <w:sz w:val="24"/>
                  <w:szCs w:val="24"/>
                  <w:u w:val="single"/>
                </w:rPr>
                <w:t>yandex</w:t>
              </w:r>
              <w:r w:rsidR="00DA4FC0" w:rsidRPr="00963108">
                <w:rPr>
                  <w:rFonts w:ascii="Times New Roman" w:hAnsi="Times New Roman" w:cs="Times New Roman"/>
                  <w:sz w:val="24"/>
                  <w:szCs w:val="24"/>
                  <w:u w:val="single"/>
                  <w:lang w:val="ru-RU"/>
                </w:rPr>
                <w:t>.</w:t>
              </w:r>
              <w:r w:rsidR="00DA4FC0" w:rsidRPr="00963108">
                <w:rPr>
                  <w:rFonts w:ascii="Times New Roman" w:hAnsi="Times New Roman" w:cs="Times New Roman"/>
                  <w:sz w:val="24"/>
                  <w:szCs w:val="24"/>
                  <w:u w:val="single"/>
                </w:rPr>
                <w:t>ru</w:t>
              </w:r>
            </w:hyperlink>
            <w:r w:rsidR="00DA4FC0" w:rsidRPr="00963108">
              <w:rPr>
                <w:rFonts w:ascii="Times New Roman" w:hAnsi="Times New Roman" w:cs="Times New Roman"/>
                <w:sz w:val="24"/>
                <w:szCs w:val="24"/>
                <w:lang w:val="ru-RU"/>
              </w:rPr>
              <w:t xml:space="preserve"> </w:t>
            </w:r>
            <w:hyperlink r:id="rId96">
              <w:r w:rsidR="00DA4FC0" w:rsidRPr="00963108">
                <w:rPr>
                  <w:rFonts w:ascii="Times New Roman" w:hAnsi="Times New Roman" w:cs="Times New Roman"/>
                  <w:sz w:val="24"/>
                  <w:szCs w:val="24"/>
                  <w:u w:val="single"/>
                </w:rPr>
                <w:t>https</w:t>
              </w:r>
              <w:r w:rsidR="00DA4FC0" w:rsidRPr="00963108">
                <w:rPr>
                  <w:rFonts w:ascii="Times New Roman" w:hAnsi="Times New Roman" w:cs="Times New Roman"/>
                  <w:sz w:val="24"/>
                  <w:szCs w:val="24"/>
                  <w:u w:val="single"/>
                  <w:lang w:val="ru-RU"/>
                </w:rPr>
                <w:t>://</w:t>
              </w:r>
              <w:r w:rsidR="00DA4FC0" w:rsidRPr="00963108">
                <w:rPr>
                  <w:rFonts w:ascii="Times New Roman" w:hAnsi="Times New Roman" w:cs="Times New Roman"/>
                  <w:sz w:val="24"/>
                  <w:szCs w:val="24"/>
                  <w:u w:val="single"/>
                </w:rPr>
                <w:t>uchi</w:t>
              </w:r>
              <w:r w:rsidR="00DA4FC0" w:rsidRPr="00963108">
                <w:rPr>
                  <w:rFonts w:ascii="Times New Roman" w:hAnsi="Times New Roman" w:cs="Times New Roman"/>
                  <w:sz w:val="24"/>
                  <w:szCs w:val="24"/>
                  <w:u w:val="single"/>
                  <w:lang w:val="ru-RU"/>
                </w:rPr>
                <w:t>.</w:t>
              </w:r>
              <w:r w:rsidR="00DA4FC0" w:rsidRPr="00963108">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963108" w:rsidRDefault="00DA4FC0" w:rsidP="00DA4FC0">
            <w:pPr>
              <w:spacing w:after="0" w:line="240" w:lineRule="auto"/>
              <w:jc w:val="both"/>
              <w:rPr>
                <w:rFonts w:ascii="Times New Roman" w:hAnsi="Times New Roman" w:cs="Times New Roman"/>
                <w:sz w:val="24"/>
                <w:szCs w:val="24"/>
              </w:rPr>
            </w:pPr>
            <w:r w:rsidRPr="00963108">
              <w:rPr>
                <w:rFonts w:ascii="Times New Roman" w:hAnsi="Times New Roman" w:cs="Times New Roman"/>
                <w:sz w:val="24"/>
                <w:szCs w:val="24"/>
              </w:rPr>
              <w:t>13</w:t>
            </w:r>
          </w:p>
        </w:tc>
        <w:tc>
          <w:tcPr>
            <w:tcW w:w="4820" w:type="dxa"/>
            <w:vAlign w:val="center"/>
          </w:tcPr>
          <w:p w:rsidR="00DA4FC0" w:rsidRPr="00963108" w:rsidRDefault="00DA4FC0" w:rsidP="00DA4FC0">
            <w:pPr>
              <w:spacing w:after="0" w:line="240" w:lineRule="auto"/>
              <w:ind w:left="135"/>
              <w:jc w:val="both"/>
              <w:rPr>
                <w:rFonts w:ascii="Times New Roman" w:hAnsi="Times New Roman" w:cs="Times New Roman"/>
                <w:sz w:val="24"/>
                <w:szCs w:val="24"/>
                <w:lang w:val="ru-RU"/>
              </w:rPr>
            </w:pPr>
            <w:r w:rsidRPr="00963108">
              <w:rPr>
                <w:rFonts w:ascii="Times New Roman" w:hAnsi="Times New Roman" w:cs="Times New Roman"/>
                <w:sz w:val="24"/>
                <w:szCs w:val="24"/>
                <w:lang w:val="ru-RU"/>
              </w:rPr>
              <w:t>Работа с величинами: измерение длины (единицы длины — метр, дециметр, сантиметр, миллиметр)</w:t>
            </w:r>
          </w:p>
        </w:tc>
        <w:tc>
          <w:tcPr>
            <w:tcW w:w="708" w:type="dxa"/>
            <w:vAlign w:val="center"/>
          </w:tcPr>
          <w:p w:rsidR="00DA4FC0" w:rsidRPr="00963108" w:rsidRDefault="00DA4FC0" w:rsidP="00DA4FC0">
            <w:pPr>
              <w:spacing w:after="0" w:line="240" w:lineRule="auto"/>
              <w:ind w:left="135"/>
              <w:jc w:val="both"/>
              <w:rPr>
                <w:rFonts w:ascii="Times New Roman" w:hAnsi="Times New Roman" w:cs="Times New Roman"/>
                <w:sz w:val="24"/>
                <w:szCs w:val="24"/>
              </w:rPr>
            </w:pPr>
            <w:r w:rsidRPr="00963108">
              <w:rPr>
                <w:rFonts w:ascii="Times New Roman" w:hAnsi="Times New Roman" w:cs="Times New Roman"/>
                <w:sz w:val="24"/>
                <w:szCs w:val="24"/>
                <w:lang w:val="ru-RU"/>
              </w:rPr>
              <w:t xml:space="preserve"> </w:t>
            </w:r>
            <w:r w:rsidRPr="00963108">
              <w:rPr>
                <w:rFonts w:ascii="Times New Roman" w:hAnsi="Times New Roman" w:cs="Times New Roman"/>
                <w:sz w:val="24"/>
                <w:szCs w:val="24"/>
              </w:rPr>
              <w:t xml:space="preserve">1 </w:t>
            </w:r>
          </w:p>
        </w:tc>
        <w:tc>
          <w:tcPr>
            <w:tcW w:w="5245" w:type="dxa"/>
            <w:vMerge/>
          </w:tcPr>
          <w:p w:rsidR="00DA4FC0" w:rsidRPr="00963108"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963108" w:rsidRDefault="008E75F7" w:rsidP="00DA4FC0">
            <w:pPr>
              <w:spacing w:after="0" w:line="240" w:lineRule="auto"/>
              <w:ind w:left="135"/>
              <w:jc w:val="both"/>
              <w:rPr>
                <w:rFonts w:ascii="Times New Roman" w:hAnsi="Times New Roman" w:cs="Times New Roman"/>
                <w:sz w:val="24"/>
                <w:szCs w:val="24"/>
                <w:lang w:val="ru-RU"/>
              </w:rPr>
            </w:pPr>
            <w:hyperlink r:id="rId97">
              <w:r w:rsidR="00DA4FC0" w:rsidRPr="00963108">
                <w:rPr>
                  <w:rFonts w:ascii="Times New Roman" w:hAnsi="Times New Roman" w:cs="Times New Roman"/>
                  <w:sz w:val="24"/>
                  <w:szCs w:val="24"/>
                  <w:u w:val="single"/>
                </w:rPr>
                <w:t>https</w:t>
              </w:r>
              <w:r w:rsidR="00DA4FC0" w:rsidRPr="00963108">
                <w:rPr>
                  <w:rFonts w:ascii="Times New Roman" w:hAnsi="Times New Roman" w:cs="Times New Roman"/>
                  <w:sz w:val="24"/>
                  <w:szCs w:val="24"/>
                  <w:u w:val="single"/>
                  <w:lang w:val="ru-RU"/>
                </w:rPr>
                <w:t>://</w:t>
              </w:r>
              <w:r w:rsidR="00DA4FC0" w:rsidRPr="00963108">
                <w:rPr>
                  <w:rFonts w:ascii="Times New Roman" w:hAnsi="Times New Roman" w:cs="Times New Roman"/>
                  <w:sz w:val="24"/>
                  <w:szCs w:val="24"/>
                  <w:u w:val="single"/>
                </w:rPr>
                <w:t>education</w:t>
              </w:r>
              <w:r w:rsidR="00DA4FC0" w:rsidRPr="00963108">
                <w:rPr>
                  <w:rFonts w:ascii="Times New Roman" w:hAnsi="Times New Roman" w:cs="Times New Roman"/>
                  <w:sz w:val="24"/>
                  <w:szCs w:val="24"/>
                  <w:u w:val="single"/>
                  <w:lang w:val="ru-RU"/>
                </w:rPr>
                <w:t>.</w:t>
              </w:r>
              <w:r w:rsidR="00DA4FC0" w:rsidRPr="00963108">
                <w:rPr>
                  <w:rFonts w:ascii="Times New Roman" w:hAnsi="Times New Roman" w:cs="Times New Roman"/>
                  <w:sz w:val="24"/>
                  <w:szCs w:val="24"/>
                  <w:u w:val="single"/>
                </w:rPr>
                <w:t>yandex</w:t>
              </w:r>
              <w:r w:rsidR="00DA4FC0" w:rsidRPr="00963108">
                <w:rPr>
                  <w:rFonts w:ascii="Times New Roman" w:hAnsi="Times New Roman" w:cs="Times New Roman"/>
                  <w:sz w:val="24"/>
                  <w:szCs w:val="24"/>
                  <w:u w:val="single"/>
                  <w:lang w:val="ru-RU"/>
                </w:rPr>
                <w:t>.</w:t>
              </w:r>
              <w:r w:rsidR="00DA4FC0" w:rsidRPr="00963108">
                <w:rPr>
                  <w:rFonts w:ascii="Times New Roman" w:hAnsi="Times New Roman" w:cs="Times New Roman"/>
                  <w:sz w:val="24"/>
                  <w:szCs w:val="24"/>
                  <w:u w:val="single"/>
                </w:rPr>
                <w:t>ru</w:t>
              </w:r>
            </w:hyperlink>
            <w:r w:rsidR="00DA4FC0" w:rsidRPr="00963108">
              <w:rPr>
                <w:rFonts w:ascii="Times New Roman" w:hAnsi="Times New Roman" w:cs="Times New Roman"/>
                <w:sz w:val="24"/>
                <w:szCs w:val="24"/>
                <w:lang w:val="ru-RU"/>
              </w:rPr>
              <w:t xml:space="preserve"> </w:t>
            </w:r>
            <w:hyperlink r:id="rId98">
              <w:r w:rsidR="00DA4FC0" w:rsidRPr="00963108">
                <w:rPr>
                  <w:rFonts w:ascii="Times New Roman" w:hAnsi="Times New Roman" w:cs="Times New Roman"/>
                  <w:sz w:val="24"/>
                  <w:szCs w:val="24"/>
                  <w:u w:val="single"/>
                </w:rPr>
                <w:t>https</w:t>
              </w:r>
              <w:r w:rsidR="00DA4FC0" w:rsidRPr="00963108">
                <w:rPr>
                  <w:rFonts w:ascii="Times New Roman" w:hAnsi="Times New Roman" w:cs="Times New Roman"/>
                  <w:sz w:val="24"/>
                  <w:szCs w:val="24"/>
                  <w:u w:val="single"/>
                  <w:lang w:val="ru-RU"/>
                </w:rPr>
                <w:t>://</w:t>
              </w:r>
              <w:r w:rsidR="00DA4FC0" w:rsidRPr="00963108">
                <w:rPr>
                  <w:rFonts w:ascii="Times New Roman" w:hAnsi="Times New Roman" w:cs="Times New Roman"/>
                  <w:sz w:val="24"/>
                  <w:szCs w:val="24"/>
                  <w:u w:val="single"/>
                </w:rPr>
                <w:t>uchi</w:t>
              </w:r>
              <w:r w:rsidR="00DA4FC0" w:rsidRPr="00963108">
                <w:rPr>
                  <w:rFonts w:ascii="Times New Roman" w:hAnsi="Times New Roman" w:cs="Times New Roman"/>
                  <w:sz w:val="24"/>
                  <w:szCs w:val="24"/>
                  <w:u w:val="single"/>
                  <w:lang w:val="ru-RU"/>
                </w:rPr>
                <w:t>.</w:t>
              </w:r>
              <w:r w:rsidR="00DA4FC0" w:rsidRPr="00963108">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963108" w:rsidRDefault="00DA4FC0" w:rsidP="00DA4FC0">
            <w:pPr>
              <w:spacing w:after="0" w:line="240" w:lineRule="auto"/>
              <w:jc w:val="both"/>
              <w:rPr>
                <w:rFonts w:ascii="Times New Roman" w:hAnsi="Times New Roman" w:cs="Times New Roman"/>
                <w:sz w:val="24"/>
                <w:szCs w:val="24"/>
              </w:rPr>
            </w:pPr>
            <w:r w:rsidRPr="00963108">
              <w:rPr>
                <w:rFonts w:ascii="Times New Roman" w:hAnsi="Times New Roman" w:cs="Times New Roman"/>
                <w:sz w:val="24"/>
                <w:szCs w:val="24"/>
              </w:rPr>
              <w:t>14</w:t>
            </w:r>
          </w:p>
        </w:tc>
        <w:tc>
          <w:tcPr>
            <w:tcW w:w="4820" w:type="dxa"/>
            <w:vAlign w:val="center"/>
          </w:tcPr>
          <w:p w:rsidR="00DA4FC0" w:rsidRPr="00963108" w:rsidRDefault="00DA4FC0" w:rsidP="00DA4FC0">
            <w:pPr>
              <w:spacing w:after="0" w:line="240" w:lineRule="auto"/>
              <w:ind w:left="135"/>
              <w:jc w:val="both"/>
              <w:rPr>
                <w:rFonts w:ascii="Times New Roman" w:hAnsi="Times New Roman" w:cs="Times New Roman"/>
                <w:sz w:val="24"/>
                <w:szCs w:val="24"/>
                <w:lang w:val="ru-RU"/>
              </w:rPr>
            </w:pPr>
            <w:r w:rsidRPr="00963108">
              <w:rPr>
                <w:rFonts w:ascii="Times New Roman" w:hAnsi="Times New Roman" w:cs="Times New Roman"/>
                <w:sz w:val="24"/>
                <w:szCs w:val="24"/>
                <w:lang w:val="ru-RU"/>
              </w:rPr>
              <w:t>Работа с величинами. Единицы стоимости: рубль, копейка</w:t>
            </w:r>
          </w:p>
        </w:tc>
        <w:tc>
          <w:tcPr>
            <w:tcW w:w="708" w:type="dxa"/>
            <w:vAlign w:val="center"/>
          </w:tcPr>
          <w:p w:rsidR="00DA4FC0" w:rsidRPr="00963108" w:rsidRDefault="00DA4FC0" w:rsidP="00DA4FC0">
            <w:pPr>
              <w:spacing w:after="0" w:line="240" w:lineRule="auto"/>
              <w:ind w:left="135"/>
              <w:jc w:val="both"/>
              <w:rPr>
                <w:rFonts w:ascii="Times New Roman" w:hAnsi="Times New Roman" w:cs="Times New Roman"/>
                <w:sz w:val="24"/>
                <w:szCs w:val="24"/>
              </w:rPr>
            </w:pPr>
            <w:r w:rsidRPr="00963108">
              <w:rPr>
                <w:rFonts w:ascii="Times New Roman" w:hAnsi="Times New Roman" w:cs="Times New Roman"/>
                <w:sz w:val="24"/>
                <w:szCs w:val="24"/>
                <w:lang w:val="ru-RU"/>
              </w:rPr>
              <w:t xml:space="preserve"> </w:t>
            </w:r>
            <w:r w:rsidRPr="00963108">
              <w:rPr>
                <w:rFonts w:ascii="Times New Roman" w:hAnsi="Times New Roman" w:cs="Times New Roman"/>
                <w:sz w:val="24"/>
                <w:szCs w:val="24"/>
              </w:rPr>
              <w:t xml:space="preserve">1 </w:t>
            </w:r>
          </w:p>
        </w:tc>
        <w:tc>
          <w:tcPr>
            <w:tcW w:w="5245" w:type="dxa"/>
            <w:vMerge/>
          </w:tcPr>
          <w:p w:rsidR="00DA4FC0" w:rsidRPr="00963108"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963108" w:rsidRDefault="008E75F7" w:rsidP="00DA4FC0">
            <w:pPr>
              <w:spacing w:after="0" w:line="240" w:lineRule="auto"/>
              <w:ind w:left="135"/>
              <w:jc w:val="both"/>
              <w:rPr>
                <w:rFonts w:ascii="Times New Roman" w:hAnsi="Times New Roman" w:cs="Times New Roman"/>
                <w:sz w:val="24"/>
                <w:szCs w:val="24"/>
                <w:lang w:val="ru-RU"/>
              </w:rPr>
            </w:pPr>
            <w:hyperlink r:id="rId99">
              <w:r w:rsidR="00DA4FC0" w:rsidRPr="00963108">
                <w:rPr>
                  <w:rFonts w:ascii="Times New Roman" w:hAnsi="Times New Roman" w:cs="Times New Roman"/>
                  <w:sz w:val="24"/>
                  <w:szCs w:val="24"/>
                  <w:u w:val="single"/>
                </w:rPr>
                <w:t>https</w:t>
              </w:r>
              <w:r w:rsidR="00DA4FC0" w:rsidRPr="00963108">
                <w:rPr>
                  <w:rFonts w:ascii="Times New Roman" w:hAnsi="Times New Roman" w:cs="Times New Roman"/>
                  <w:sz w:val="24"/>
                  <w:szCs w:val="24"/>
                  <w:u w:val="single"/>
                  <w:lang w:val="ru-RU"/>
                </w:rPr>
                <w:t>://</w:t>
              </w:r>
              <w:r w:rsidR="00DA4FC0" w:rsidRPr="00963108">
                <w:rPr>
                  <w:rFonts w:ascii="Times New Roman" w:hAnsi="Times New Roman" w:cs="Times New Roman"/>
                  <w:sz w:val="24"/>
                  <w:szCs w:val="24"/>
                  <w:u w:val="single"/>
                </w:rPr>
                <w:t>education</w:t>
              </w:r>
              <w:r w:rsidR="00DA4FC0" w:rsidRPr="00963108">
                <w:rPr>
                  <w:rFonts w:ascii="Times New Roman" w:hAnsi="Times New Roman" w:cs="Times New Roman"/>
                  <w:sz w:val="24"/>
                  <w:szCs w:val="24"/>
                  <w:u w:val="single"/>
                  <w:lang w:val="ru-RU"/>
                </w:rPr>
                <w:t>.</w:t>
              </w:r>
              <w:r w:rsidR="00DA4FC0" w:rsidRPr="00963108">
                <w:rPr>
                  <w:rFonts w:ascii="Times New Roman" w:hAnsi="Times New Roman" w:cs="Times New Roman"/>
                  <w:sz w:val="24"/>
                  <w:szCs w:val="24"/>
                  <w:u w:val="single"/>
                </w:rPr>
                <w:t>yandex</w:t>
              </w:r>
              <w:r w:rsidR="00DA4FC0" w:rsidRPr="00963108">
                <w:rPr>
                  <w:rFonts w:ascii="Times New Roman" w:hAnsi="Times New Roman" w:cs="Times New Roman"/>
                  <w:sz w:val="24"/>
                  <w:szCs w:val="24"/>
                  <w:u w:val="single"/>
                  <w:lang w:val="ru-RU"/>
                </w:rPr>
                <w:t>.</w:t>
              </w:r>
              <w:r w:rsidR="00DA4FC0" w:rsidRPr="00963108">
                <w:rPr>
                  <w:rFonts w:ascii="Times New Roman" w:hAnsi="Times New Roman" w:cs="Times New Roman"/>
                  <w:sz w:val="24"/>
                  <w:szCs w:val="24"/>
                  <w:u w:val="single"/>
                </w:rPr>
                <w:t>ru</w:t>
              </w:r>
            </w:hyperlink>
            <w:r w:rsidR="00DA4FC0" w:rsidRPr="00963108">
              <w:rPr>
                <w:rFonts w:ascii="Times New Roman" w:hAnsi="Times New Roman" w:cs="Times New Roman"/>
                <w:sz w:val="24"/>
                <w:szCs w:val="24"/>
                <w:lang w:val="ru-RU"/>
              </w:rPr>
              <w:t xml:space="preserve"> </w:t>
            </w:r>
            <w:hyperlink r:id="rId100">
              <w:r w:rsidR="00DA4FC0" w:rsidRPr="00963108">
                <w:rPr>
                  <w:rFonts w:ascii="Times New Roman" w:hAnsi="Times New Roman" w:cs="Times New Roman"/>
                  <w:sz w:val="24"/>
                  <w:szCs w:val="24"/>
                  <w:u w:val="single"/>
                </w:rPr>
                <w:t>https</w:t>
              </w:r>
              <w:r w:rsidR="00DA4FC0" w:rsidRPr="00963108">
                <w:rPr>
                  <w:rFonts w:ascii="Times New Roman" w:hAnsi="Times New Roman" w:cs="Times New Roman"/>
                  <w:sz w:val="24"/>
                  <w:szCs w:val="24"/>
                  <w:u w:val="single"/>
                  <w:lang w:val="ru-RU"/>
                </w:rPr>
                <w:t>://</w:t>
              </w:r>
              <w:r w:rsidR="00DA4FC0" w:rsidRPr="00963108">
                <w:rPr>
                  <w:rFonts w:ascii="Times New Roman" w:hAnsi="Times New Roman" w:cs="Times New Roman"/>
                  <w:sz w:val="24"/>
                  <w:szCs w:val="24"/>
                  <w:u w:val="single"/>
                </w:rPr>
                <w:t>uchi</w:t>
              </w:r>
              <w:r w:rsidR="00DA4FC0" w:rsidRPr="00963108">
                <w:rPr>
                  <w:rFonts w:ascii="Times New Roman" w:hAnsi="Times New Roman" w:cs="Times New Roman"/>
                  <w:sz w:val="24"/>
                  <w:szCs w:val="24"/>
                  <w:u w:val="single"/>
                  <w:lang w:val="ru-RU"/>
                </w:rPr>
                <w:t>.</w:t>
              </w:r>
              <w:r w:rsidR="00DA4FC0" w:rsidRPr="00963108">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963108" w:rsidRDefault="00DA4FC0" w:rsidP="00DA4FC0">
            <w:pPr>
              <w:spacing w:after="0" w:line="240" w:lineRule="auto"/>
              <w:jc w:val="both"/>
              <w:rPr>
                <w:rFonts w:ascii="Times New Roman" w:hAnsi="Times New Roman" w:cs="Times New Roman"/>
                <w:sz w:val="24"/>
                <w:szCs w:val="24"/>
              </w:rPr>
            </w:pPr>
            <w:r w:rsidRPr="00963108">
              <w:rPr>
                <w:rFonts w:ascii="Times New Roman" w:hAnsi="Times New Roman" w:cs="Times New Roman"/>
                <w:sz w:val="24"/>
                <w:szCs w:val="24"/>
              </w:rPr>
              <w:t>15</w:t>
            </w:r>
          </w:p>
        </w:tc>
        <w:tc>
          <w:tcPr>
            <w:tcW w:w="4820" w:type="dxa"/>
            <w:vAlign w:val="center"/>
          </w:tcPr>
          <w:p w:rsidR="00DA4FC0" w:rsidRPr="00963108" w:rsidRDefault="00DA4FC0" w:rsidP="00DA4FC0">
            <w:pPr>
              <w:spacing w:after="0" w:line="240" w:lineRule="auto"/>
              <w:ind w:left="135"/>
              <w:jc w:val="both"/>
              <w:rPr>
                <w:rFonts w:ascii="Times New Roman" w:hAnsi="Times New Roman" w:cs="Times New Roman"/>
                <w:sz w:val="24"/>
                <w:szCs w:val="24"/>
                <w:lang w:val="ru-RU"/>
              </w:rPr>
            </w:pPr>
            <w:r w:rsidRPr="00963108">
              <w:rPr>
                <w:rFonts w:ascii="Times New Roman" w:hAnsi="Times New Roman" w:cs="Times New Roman"/>
                <w:sz w:val="24"/>
                <w:szCs w:val="24"/>
                <w:lang w:val="ru-RU"/>
              </w:rPr>
              <w:t>Соотношения между единицами величины (в пределах 100). Соотношения между единицами: рубль, копейка; метр, сантиметр</w:t>
            </w:r>
          </w:p>
        </w:tc>
        <w:tc>
          <w:tcPr>
            <w:tcW w:w="708" w:type="dxa"/>
            <w:vAlign w:val="center"/>
          </w:tcPr>
          <w:p w:rsidR="00DA4FC0" w:rsidRPr="00963108" w:rsidRDefault="00DA4FC0" w:rsidP="00DA4FC0">
            <w:pPr>
              <w:spacing w:after="0" w:line="240" w:lineRule="auto"/>
              <w:ind w:left="135"/>
              <w:jc w:val="both"/>
              <w:rPr>
                <w:rFonts w:ascii="Times New Roman" w:hAnsi="Times New Roman" w:cs="Times New Roman"/>
                <w:sz w:val="24"/>
                <w:szCs w:val="24"/>
              </w:rPr>
            </w:pPr>
            <w:r w:rsidRPr="00963108">
              <w:rPr>
                <w:rFonts w:ascii="Times New Roman" w:hAnsi="Times New Roman" w:cs="Times New Roman"/>
                <w:sz w:val="24"/>
                <w:szCs w:val="24"/>
                <w:lang w:val="ru-RU"/>
              </w:rPr>
              <w:t xml:space="preserve"> </w:t>
            </w:r>
            <w:r w:rsidRPr="00963108">
              <w:rPr>
                <w:rFonts w:ascii="Times New Roman" w:hAnsi="Times New Roman" w:cs="Times New Roman"/>
                <w:sz w:val="24"/>
                <w:szCs w:val="24"/>
              </w:rPr>
              <w:t xml:space="preserve">1 </w:t>
            </w:r>
          </w:p>
        </w:tc>
        <w:tc>
          <w:tcPr>
            <w:tcW w:w="5245" w:type="dxa"/>
            <w:vMerge/>
          </w:tcPr>
          <w:p w:rsidR="00DA4FC0" w:rsidRPr="00963108"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963108" w:rsidRDefault="008E75F7" w:rsidP="00DA4FC0">
            <w:pPr>
              <w:spacing w:after="0" w:line="240" w:lineRule="auto"/>
              <w:ind w:left="135"/>
              <w:jc w:val="both"/>
              <w:rPr>
                <w:rFonts w:ascii="Times New Roman" w:hAnsi="Times New Roman" w:cs="Times New Roman"/>
                <w:sz w:val="24"/>
                <w:szCs w:val="24"/>
                <w:lang w:val="ru-RU"/>
              </w:rPr>
            </w:pPr>
            <w:hyperlink r:id="rId101">
              <w:r w:rsidR="00DA4FC0" w:rsidRPr="00963108">
                <w:rPr>
                  <w:rFonts w:ascii="Times New Roman" w:hAnsi="Times New Roman" w:cs="Times New Roman"/>
                  <w:sz w:val="24"/>
                  <w:szCs w:val="24"/>
                  <w:u w:val="single"/>
                </w:rPr>
                <w:t>https</w:t>
              </w:r>
              <w:r w:rsidR="00DA4FC0" w:rsidRPr="00963108">
                <w:rPr>
                  <w:rFonts w:ascii="Times New Roman" w:hAnsi="Times New Roman" w:cs="Times New Roman"/>
                  <w:sz w:val="24"/>
                  <w:szCs w:val="24"/>
                  <w:u w:val="single"/>
                  <w:lang w:val="ru-RU"/>
                </w:rPr>
                <w:t>://</w:t>
              </w:r>
              <w:r w:rsidR="00DA4FC0" w:rsidRPr="00963108">
                <w:rPr>
                  <w:rFonts w:ascii="Times New Roman" w:hAnsi="Times New Roman" w:cs="Times New Roman"/>
                  <w:sz w:val="24"/>
                  <w:szCs w:val="24"/>
                  <w:u w:val="single"/>
                </w:rPr>
                <w:t>education</w:t>
              </w:r>
              <w:r w:rsidR="00DA4FC0" w:rsidRPr="00963108">
                <w:rPr>
                  <w:rFonts w:ascii="Times New Roman" w:hAnsi="Times New Roman" w:cs="Times New Roman"/>
                  <w:sz w:val="24"/>
                  <w:szCs w:val="24"/>
                  <w:u w:val="single"/>
                  <w:lang w:val="ru-RU"/>
                </w:rPr>
                <w:t>.</w:t>
              </w:r>
              <w:r w:rsidR="00DA4FC0" w:rsidRPr="00963108">
                <w:rPr>
                  <w:rFonts w:ascii="Times New Roman" w:hAnsi="Times New Roman" w:cs="Times New Roman"/>
                  <w:sz w:val="24"/>
                  <w:szCs w:val="24"/>
                  <w:u w:val="single"/>
                </w:rPr>
                <w:t>yandex</w:t>
              </w:r>
              <w:r w:rsidR="00DA4FC0" w:rsidRPr="00963108">
                <w:rPr>
                  <w:rFonts w:ascii="Times New Roman" w:hAnsi="Times New Roman" w:cs="Times New Roman"/>
                  <w:sz w:val="24"/>
                  <w:szCs w:val="24"/>
                  <w:u w:val="single"/>
                  <w:lang w:val="ru-RU"/>
                </w:rPr>
                <w:t>.</w:t>
              </w:r>
              <w:r w:rsidR="00DA4FC0" w:rsidRPr="00963108">
                <w:rPr>
                  <w:rFonts w:ascii="Times New Roman" w:hAnsi="Times New Roman" w:cs="Times New Roman"/>
                  <w:sz w:val="24"/>
                  <w:szCs w:val="24"/>
                  <w:u w:val="single"/>
                </w:rPr>
                <w:t>ru</w:t>
              </w:r>
            </w:hyperlink>
            <w:r w:rsidR="00DA4FC0" w:rsidRPr="00963108">
              <w:rPr>
                <w:rFonts w:ascii="Times New Roman" w:hAnsi="Times New Roman" w:cs="Times New Roman"/>
                <w:sz w:val="24"/>
                <w:szCs w:val="24"/>
                <w:lang w:val="ru-RU"/>
              </w:rPr>
              <w:t xml:space="preserve"> </w:t>
            </w:r>
            <w:hyperlink r:id="rId102">
              <w:r w:rsidR="00DA4FC0" w:rsidRPr="00963108">
                <w:rPr>
                  <w:rFonts w:ascii="Times New Roman" w:hAnsi="Times New Roman" w:cs="Times New Roman"/>
                  <w:sz w:val="24"/>
                  <w:szCs w:val="24"/>
                  <w:u w:val="single"/>
                </w:rPr>
                <w:t>https</w:t>
              </w:r>
              <w:r w:rsidR="00DA4FC0" w:rsidRPr="00963108">
                <w:rPr>
                  <w:rFonts w:ascii="Times New Roman" w:hAnsi="Times New Roman" w:cs="Times New Roman"/>
                  <w:sz w:val="24"/>
                  <w:szCs w:val="24"/>
                  <w:u w:val="single"/>
                  <w:lang w:val="ru-RU"/>
                </w:rPr>
                <w:t>://</w:t>
              </w:r>
              <w:r w:rsidR="00DA4FC0" w:rsidRPr="00963108">
                <w:rPr>
                  <w:rFonts w:ascii="Times New Roman" w:hAnsi="Times New Roman" w:cs="Times New Roman"/>
                  <w:sz w:val="24"/>
                  <w:szCs w:val="24"/>
                  <w:u w:val="single"/>
                </w:rPr>
                <w:t>uchi</w:t>
              </w:r>
              <w:r w:rsidR="00DA4FC0" w:rsidRPr="00963108">
                <w:rPr>
                  <w:rFonts w:ascii="Times New Roman" w:hAnsi="Times New Roman" w:cs="Times New Roman"/>
                  <w:sz w:val="24"/>
                  <w:szCs w:val="24"/>
                  <w:u w:val="single"/>
                  <w:lang w:val="ru-RU"/>
                </w:rPr>
                <w:t>.</w:t>
              </w:r>
              <w:r w:rsidR="00DA4FC0" w:rsidRPr="00963108">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16</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Решение текстовых задач на применение смысла арифметического действия (сложение, вычитание)</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 </w:t>
            </w:r>
            <w:r w:rsidRPr="007205EF">
              <w:rPr>
                <w:rFonts w:ascii="Times New Roman" w:hAnsi="Times New Roman" w:cs="Times New Roman"/>
                <w:sz w:val="24"/>
                <w:szCs w:val="24"/>
              </w:rPr>
              <w:t xml:space="preserve">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103">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104">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17</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Чтение, представление текста задачи в виде рисунка, схемы или другой модели</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 </w:t>
            </w:r>
            <w:r w:rsidRPr="007205EF">
              <w:rPr>
                <w:rFonts w:ascii="Times New Roman" w:hAnsi="Times New Roman" w:cs="Times New Roman"/>
                <w:sz w:val="24"/>
                <w:szCs w:val="24"/>
              </w:rPr>
              <w:t xml:space="preserve">1 </w:t>
            </w:r>
          </w:p>
        </w:tc>
        <w:tc>
          <w:tcPr>
            <w:tcW w:w="5245" w:type="dxa"/>
            <w:vMerge w:val="restart"/>
          </w:tcPr>
          <w:p w:rsidR="00DA4FC0" w:rsidRPr="007205EF" w:rsidRDefault="00DA4FC0" w:rsidP="00DA4FC0">
            <w:pPr>
              <w:tabs>
                <w:tab w:val="left" w:pos="4"/>
                <w:tab w:val="left" w:pos="288"/>
                <w:tab w:val="left" w:pos="430"/>
              </w:tabs>
              <w:spacing w:after="0" w:line="240" w:lineRule="auto"/>
              <w:ind w:firstLine="181"/>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 Умеющий оценивать поступки с позиции их соответствия нравственным нормам, осознающий ответственность за свои поступки. Проявляющий стремление к самовыражению в разных видах художественной деятельности, искусстве. Сознающий и половую принадлежность, соответствующие ей </w:t>
            </w:r>
            <w:r w:rsidRPr="007205EF">
              <w:rPr>
                <w:rFonts w:ascii="Times New Roman" w:hAnsi="Times New Roman" w:cs="Times New Roman"/>
                <w:sz w:val="24"/>
                <w:szCs w:val="24"/>
                <w:lang w:val="ru-RU"/>
              </w:rPr>
              <w:lastRenderedPageBreak/>
              <w:t xml:space="preserve">психофизические и поведенческие особенности с учётом возраста.   </w:t>
            </w:r>
            <w:r w:rsidRPr="007205EF">
              <w:rPr>
                <w:rFonts w:ascii="Times New Roman" w:hAnsi="Times New Roman" w:cs="Times New Roman"/>
                <w:sz w:val="24"/>
                <w:szCs w:val="24"/>
              </w:rPr>
              <w:t>Проявляющий интерес к разным профессиям.</w:t>
            </w:r>
          </w:p>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105">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106">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18</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Верные (истинные) и неверные (ложные) утверждения, содержащие зависимости между числами/величинами</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 </w:t>
            </w:r>
            <w:r w:rsidRPr="007205EF">
              <w:rPr>
                <w:rFonts w:ascii="Times New Roman" w:hAnsi="Times New Roman" w:cs="Times New Roman"/>
                <w:sz w:val="24"/>
                <w:szCs w:val="24"/>
              </w:rPr>
              <w:t xml:space="preserve">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107">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108">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19</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Представление текста задачи разными способами: в виде схемы, краткой записи</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 </w:t>
            </w:r>
            <w:r w:rsidRPr="007205EF">
              <w:rPr>
                <w:rFonts w:ascii="Times New Roman" w:hAnsi="Times New Roman" w:cs="Times New Roman"/>
                <w:sz w:val="24"/>
                <w:szCs w:val="24"/>
              </w:rPr>
              <w:t xml:space="preserve">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109">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110">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20</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Закономерность в ряду чисел, геометрических фигур: её объяснение с использованием математической терминологии</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 </w:t>
            </w:r>
            <w:r w:rsidRPr="007205EF">
              <w:rPr>
                <w:rFonts w:ascii="Times New Roman" w:hAnsi="Times New Roman" w:cs="Times New Roman"/>
                <w:sz w:val="24"/>
                <w:szCs w:val="24"/>
              </w:rPr>
              <w:t xml:space="preserve">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111">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112">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lastRenderedPageBreak/>
              <w:t>21</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 </w:t>
            </w:r>
            <w:r w:rsidRPr="007205EF">
              <w:rPr>
                <w:rFonts w:ascii="Times New Roman" w:hAnsi="Times New Roman" w:cs="Times New Roman"/>
                <w:sz w:val="24"/>
                <w:szCs w:val="24"/>
              </w:rPr>
              <w:t xml:space="preserve">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113">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114">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22</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Работа с величинами: измерение времени. </w:t>
            </w:r>
            <w:r w:rsidRPr="007205EF">
              <w:rPr>
                <w:rFonts w:ascii="Times New Roman" w:hAnsi="Times New Roman" w:cs="Times New Roman"/>
                <w:sz w:val="24"/>
                <w:szCs w:val="24"/>
              </w:rPr>
              <w:t>Единица времени: час</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rPr>
              <w:t xml:space="preserve"> 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115">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116">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23</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Распознавание и изображение геометрических фигур: ломаная. </w:t>
            </w:r>
            <w:r w:rsidRPr="007205EF">
              <w:rPr>
                <w:rFonts w:ascii="Times New Roman" w:hAnsi="Times New Roman" w:cs="Times New Roman"/>
                <w:sz w:val="24"/>
                <w:szCs w:val="24"/>
              </w:rPr>
              <w:t>Длина ломаной</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rPr>
              <w:t xml:space="preserve"> 1 </w:t>
            </w:r>
          </w:p>
        </w:tc>
        <w:tc>
          <w:tcPr>
            <w:tcW w:w="5245" w:type="dxa"/>
            <w:vMerge w:val="restart"/>
          </w:tcPr>
          <w:p w:rsidR="00DA4FC0" w:rsidRPr="007205EF" w:rsidRDefault="00DA4FC0" w:rsidP="00DA4FC0">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 xml:space="preserve">Имеющий первоначальные представления о правах и ответственности человека в обществе, гражданских правах и обязанностях. 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Владеющий основными навыками личной и общественной гигиены, безопасного поведения в быту, природе, обществе. Сознающий ценность труда в жизни человека, семьи, общества. </w:t>
            </w:r>
          </w:p>
          <w:p w:rsidR="00DA4FC0" w:rsidRPr="007205EF" w:rsidRDefault="00DA4FC0" w:rsidP="00DA4FC0">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Проявляющий любовь и бережное отношение к природе, неприятие действий, приносящих вред природе, особенно живым существам.</w:t>
            </w:r>
          </w:p>
          <w:p w:rsidR="00DA4FC0" w:rsidRPr="007205EF" w:rsidRDefault="00DA4FC0" w:rsidP="00DA4FC0">
            <w:pPr>
              <w:spacing w:after="0" w:line="240" w:lineRule="auto"/>
              <w:jc w:val="both"/>
              <w:rPr>
                <w:rFonts w:ascii="Times New Roman" w:hAnsi="Times New Roman" w:cs="Times New Roman"/>
                <w:w w:val="0"/>
                <w:sz w:val="24"/>
                <w:szCs w:val="24"/>
                <w:lang w:val="ru-RU"/>
              </w:rPr>
            </w:pPr>
            <w:r w:rsidRPr="007205EF">
              <w:rPr>
                <w:rFonts w:ascii="Times New Roman" w:hAnsi="Times New Roman" w:cs="Times New Roman"/>
                <w:sz w:val="24"/>
                <w:szCs w:val="24"/>
                <w:lang w:val="ru-RU"/>
              </w:rPr>
              <w:t>Выражающий познавательные интересы, активность, любознательность и самостоятельность в познании, интерес и уважение к научным знаниям, науке.</w:t>
            </w: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117">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118">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24</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Измерение длины ломаной, нахождение длины ломаной с помощью вычислений. </w:t>
            </w:r>
            <w:r w:rsidRPr="007205EF">
              <w:rPr>
                <w:rFonts w:ascii="Times New Roman" w:hAnsi="Times New Roman" w:cs="Times New Roman"/>
                <w:sz w:val="24"/>
                <w:szCs w:val="24"/>
              </w:rPr>
              <w:t>Сравнение длины ломаной с длиной отрезка</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rPr>
              <w:t xml:space="preserve"> 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119">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120">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25</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Работа с величинами: измерение времени (единицы времени — час, минута). </w:t>
            </w:r>
            <w:r w:rsidRPr="007205EF">
              <w:rPr>
                <w:rFonts w:ascii="Times New Roman" w:hAnsi="Times New Roman" w:cs="Times New Roman"/>
                <w:sz w:val="24"/>
                <w:szCs w:val="24"/>
              </w:rPr>
              <w:t>Определение времени по часам</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rPr>
              <w:t xml:space="preserve"> 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121">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122">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26</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rPr>
              <w:t>Разностное сравнение чисел, величин</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rPr>
              <w:t xml:space="preserve"> 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123">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124">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27</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Работа с величинами: измерение времени (единицы времени – час, минута). </w:t>
            </w:r>
            <w:r w:rsidRPr="007205EF">
              <w:rPr>
                <w:rFonts w:ascii="Times New Roman" w:hAnsi="Times New Roman" w:cs="Times New Roman"/>
                <w:sz w:val="24"/>
                <w:szCs w:val="24"/>
              </w:rPr>
              <w:t>Единицы времени – час, минута, секунда</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rPr>
              <w:t xml:space="preserve"> 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125">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126">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28</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Составление, чтение числового выражения со скобками, без скобок</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 </w:t>
            </w:r>
            <w:r w:rsidRPr="007205EF">
              <w:rPr>
                <w:rFonts w:ascii="Times New Roman" w:hAnsi="Times New Roman" w:cs="Times New Roman"/>
                <w:sz w:val="24"/>
                <w:szCs w:val="24"/>
              </w:rPr>
              <w:t xml:space="preserve">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127">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128">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29</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Измерение периметра прямоугольника, запись результата измерения в сантиметрах</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 </w:t>
            </w:r>
            <w:r w:rsidRPr="007205EF">
              <w:rPr>
                <w:rFonts w:ascii="Times New Roman" w:hAnsi="Times New Roman" w:cs="Times New Roman"/>
                <w:sz w:val="24"/>
                <w:szCs w:val="24"/>
              </w:rPr>
              <w:t xml:space="preserve">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129">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130">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30</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rPr>
              <w:t>Сочетательное свойство сложения</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rPr>
              <w:t xml:space="preserve"> 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131">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132">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31</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Переместительное, сочетательное свойства сложения, их применение для вычислений</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 </w:t>
            </w:r>
            <w:r w:rsidRPr="007205EF">
              <w:rPr>
                <w:rFonts w:ascii="Times New Roman" w:hAnsi="Times New Roman" w:cs="Times New Roman"/>
                <w:sz w:val="24"/>
                <w:szCs w:val="24"/>
              </w:rPr>
              <w:t xml:space="preserve">1 </w:t>
            </w:r>
          </w:p>
        </w:tc>
        <w:tc>
          <w:tcPr>
            <w:tcW w:w="5245" w:type="dxa"/>
            <w:vMerge w:val="restart"/>
          </w:tcPr>
          <w:p w:rsidR="00DA4FC0" w:rsidRPr="007205EF" w:rsidRDefault="00DA4FC0" w:rsidP="00DA4FC0">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Знающий и любящий свою малую родину, свой край, имеющий представление о Родине</w:t>
            </w:r>
            <w:r w:rsidRPr="007205EF">
              <w:rPr>
                <w:rFonts w:ascii="Times New Roman" w:hAnsi="Times New Roman" w:cs="Times New Roman"/>
                <w:sz w:val="24"/>
                <w:szCs w:val="24"/>
              </w:rPr>
              <w:t> </w:t>
            </w:r>
            <w:r w:rsidRPr="007205EF">
              <w:rPr>
                <w:rFonts w:ascii="Times New Roman" w:hAnsi="Times New Roman" w:cs="Times New Roman"/>
                <w:sz w:val="24"/>
                <w:szCs w:val="24"/>
                <w:lang w:val="ru-RU"/>
              </w:rPr>
              <w:t xml:space="preserve">— России, её территории, расположении. Сознающий ценность каждой человеческой жизни, признающий индивидуальность и достоинство каждого человека. </w:t>
            </w:r>
          </w:p>
          <w:p w:rsidR="00DA4FC0" w:rsidRPr="007205EF" w:rsidRDefault="00DA4FC0" w:rsidP="00DA4FC0">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lastRenderedPageBreak/>
              <w:t>Проявляющий интерес и уважение к отечественной и мировой художественной культуре.</w:t>
            </w:r>
          </w:p>
          <w:p w:rsidR="00DA4FC0" w:rsidRPr="007205EF" w:rsidRDefault="00DA4FC0" w:rsidP="00DA4FC0">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 xml:space="preserve">Владеющий основными навыками личной и общественной гигиены, безопасного поведения в быту, природе, обществе. Проявляющий уважение к труду, людям труда, бережное отношение к результатам труда, ответственное потребление. </w:t>
            </w:r>
          </w:p>
          <w:p w:rsidR="00DA4FC0" w:rsidRPr="007205EF" w:rsidRDefault="00DA4FC0" w:rsidP="00DA4FC0">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133">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134">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32</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Характеристика числа, группы чисел. Группировка чисел по выбранному свойству. </w:t>
            </w:r>
            <w:r w:rsidRPr="007205EF">
              <w:rPr>
                <w:rFonts w:ascii="Times New Roman" w:hAnsi="Times New Roman" w:cs="Times New Roman"/>
                <w:sz w:val="24"/>
                <w:szCs w:val="24"/>
              </w:rPr>
              <w:t>Группировка числовых выражений по выбранному свойству</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rPr>
              <w:t xml:space="preserve"> 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135">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136">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lastRenderedPageBreak/>
              <w:t>33</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rPr>
              <w:t>Контрольная работа №1</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rPr>
              <w:t xml:space="preserve"> 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137">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138">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34</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Составление предложений с использованием математической терминологии; проверка истинности утверждений. </w:t>
            </w:r>
            <w:r w:rsidRPr="007205EF">
              <w:rPr>
                <w:rFonts w:ascii="Times New Roman" w:hAnsi="Times New Roman" w:cs="Times New Roman"/>
                <w:sz w:val="24"/>
                <w:szCs w:val="24"/>
              </w:rPr>
              <w:t>Составление верных равенств и неравенств</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rPr>
              <w:t xml:space="preserve"> 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139">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140">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35</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 </w:t>
            </w:r>
            <w:r w:rsidRPr="007205EF">
              <w:rPr>
                <w:rFonts w:ascii="Times New Roman" w:hAnsi="Times New Roman" w:cs="Times New Roman"/>
                <w:sz w:val="24"/>
                <w:szCs w:val="24"/>
              </w:rPr>
              <w:t xml:space="preserve">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141">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142">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36</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 </w:t>
            </w:r>
            <w:r w:rsidRPr="007205EF">
              <w:rPr>
                <w:rFonts w:ascii="Times New Roman" w:hAnsi="Times New Roman" w:cs="Times New Roman"/>
                <w:sz w:val="24"/>
                <w:szCs w:val="24"/>
              </w:rPr>
              <w:t xml:space="preserve">1 </w:t>
            </w:r>
          </w:p>
        </w:tc>
        <w:tc>
          <w:tcPr>
            <w:tcW w:w="5245" w:type="dxa"/>
            <w:vMerge w:val="restart"/>
          </w:tcPr>
          <w:p w:rsidR="00DA4FC0" w:rsidRPr="007205EF" w:rsidRDefault="00DA4FC0" w:rsidP="00DA4FC0">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Знающий и любящий свою малую родину, свой край, имеющий представление о Родине</w:t>
            </w:r>
            <w:r w:rsidRPr="007205EF">
              <w:rPr>
                <w:rFonts w:ascii="Times New Roman" w:hAnsi="Times New Roman" w:cs="Times New Roman"/>
                <w:sz w:val="24"/>
                <w:szCs w:val="24"/>
              </w:rPr>
              <w:t> </w:t>
            </w:r>
            <w:r w:rsidRPr="007205EF">
              <w:rPr>
                <w:rFonts w:ascii="Times New Roman" w:hAnsi="Times New Roman" w:cs="Times New Roman"/>
                <w:sz w:val="24"/>
                <w:szCs w:val="24"/>
                <w:lang w:val="ru-RU"/>
              </w:rPr>
              <w:t xml:space="preserve">— России, её территории, расположении. Сознающий ценность каждой человеческой жизни, признающий индивидуальность и достоинство каждого человека. </w:t>
            </w:r>
          </w:p>
          <w:p w:rsidR="00DA4FC0" w:rsidRPr="007205EF" w:rsidRDefault="00DA4FC0" w:rsidP="00DA4FC0">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Проявляющий интерес и уважение к отечественной и мировой художественной культуре.</w:t>
            </w:r>
          </w:p>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143">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144">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37</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Устное сложение и вычитание чисел в пределах 100. Сложение и вычитание с круглым числом</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 </w:t>
            </w:r>
            <w:r w:rsidRPr="007205EF">
              <w:rPr>
                <w:rFonts w:ascii="Times New Roman" w:hAnsi="Times New Roman" w:cs="Times New Roman"/>
                <w:sz w:val="24"/>
                <w:szCs w:val="24"/>
              </w:rPr>
              <w:t xml:space="preserve">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145">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146">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38</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Устное сложение и вычитание чисел в пределах 100. Прибавление и вычитание однозначного числа без перехода через разряд. </w:t>
            </w:r>
            <w:r w:rsidRPr="007205EF">
              <w:rPr>
                <w:rFonts w:ascii="Times New Roman" w:hAnsi="Times New Roman" w:cs="Times New Roman"/>
                <w:sz w:val="24"/>
                <w:szCs w:val="24"/>
              </w:rPr>
              <w:t>Вычисления вида 36 + 2, 36 + 20</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rPr>
              <w:t xml:space="preserve"> 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147">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148">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39</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Проверка результата вычисления (реальность ответа, обратное действие). </w:t>
            </w:r>
            <w:r w:rsidRPr="007205EF">
              <w:rPr>
                <w:rFonts w:ascii="Times New Roman" w:hAnsi="Times New Roman" w:cs="Times New Roman"/>
                <w:sz w:val="24"/>
                <w:szCs w:val="24"/>
              </w:rPr>
              <w:t>Проверка сложения и вычитания. Вычисление вида 36 - 2, 36 - 20</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rPr>
              <w:t xml:space="preserve"> 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149">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150">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40</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Письменное сложение и вычитание чисел в пределах 100. Дополнение до круглого числа. Вычисления вида 26 + 4, 95 + 5</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 </w:t>
            </w:r>
            <w:r w:rsidRPr="007205EF">
              <w:rPr>
                <w:rFonts w:ascii="Times New Roman" w:hAnsi="Times New Roman" w:cs="Times New Roman"/>
                <w:sz w:val="24"/>
                <w:szCs w:val="24"/>
              </w:rPr>
              <w:t xml:space="preserve">1 </w:t>
            </w:r>
          </w:p>
        </w:tc>
        <w:tc>
          <w:tcPr>
            <w:tcW w:w="5245" w:type="dxa"/>
            <w:vMerge w:val="restart"/>
          </w:tcPr>
          <w:p w:rsidR="00DA4FC0" w:rsidRPr="007205EF" w:rsidRDefault="00DA4FC0" w:rsidP="00DA4FC0">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Проявляющий интерес и уважение к отечественной и мировой художественной культуре.</w:t>
            </w:r>
          </w:p>
          <w:p w:rsidR="00DA4FC0" w:rsidRPr="007205EF" w:rsidRDefault="00DA4FC0" w:rsidP="00DA4FC0">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lastRenderedPageBreak/>
              <w:t xml:space="preserve">Владеющий основными навыками личной и общественной гигиены, безопасного поведения в быту, природе, обществе. Проявляющий уважение к труду, людям труда, бережное отношение к результатам труда, ответственное потребление. </w:t>
            </w:r>
          </w:p>
          <w:p w:rsidR="00DA4FC0" w:rsidRPr="007205EF" w:rsidRDefault="00DA4FC0" w:rsidP="00DA4FC0">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151">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152">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lastRenderedPageBreak/>
              <w:t>41</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Письменное сложение и вычитание чисел в пределах 100. Сложение без перехода через разряд</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 </w:t>
            </w:r>
            <w:r w:rsidRPr="007205EF">
              <w:rPr>
                <w:rFonts w:ascii="Times New Roman" w:hAnsi="Times New Roman" w:cs="Times New Roman"/>
                <w:sz w:val="24"/>
                <w:szCs w:val="24"/>
              </w:rPr>
              <w:t xml:space="preserve">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153">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154">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42</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Письменное сложение и вычитание чисел в пределах 100. Вычитание без перехода через разряд</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 </w:t>
            </w:r>
            <w:r w:rsidRPr="007205EF">
              <w:rPr>
                <w:rFonts w:ascii="Times New Roman" w:hAnsi="Times New Roman" w:cs="Times New Roman"/>
                <w:sz w:val="24"/>
                <w:szCs w:val="24"/>
              </w:rPr>
              <w:t xml:space="preserve">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155">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156">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43</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Письменное сложение и вычитание чисел в пределах 100. Вычитание двузначного числа из круглого числа</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 </w:t>
            </w:r>
            <w:r w:rsidRPr="007205EF">
              <w:rPr>
                <w:rFonts w:ascii="Times New Roman" w:hAnsi="Times New Roman" w:cs="Times New Roman"/>
                <w:sz w:val="24"/>
                <w:szCs w:val="24"/>
              </w:rPr>
              <w:t xml:space="preserve">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157">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158">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44</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Проверочная работа</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rPr>
              <w:t xml:space="preserve"> 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159">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160">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45</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 </w:t>
            </w:r>
            <w:r w:rsidRPr="007205EF">
              <w:rPr>
                <w:rFonts w:ascii="Times New Roman" w:hAnsi="Times New Roman" w:cs="Times New Roman"/>
                <w:sz w:val="24"/>
                <w:szCs w:val="24"/>
              </w:rPr>
              <w:t xml:space="preserve">1 </w:t>
            </w:r>
          </w:p>
        </w:tc>
        <w:tc>
          <w:tcPr>
            <w:tcW w:w="5245" w:type="dxa"/>
            <w:vMerge w:val="restart"/>
          </w:tcPr>
          <w:p w:rsidR="00DA4FC0" w:rsidRPr="007205EF" w:rsidRDefault="00DA4FC0" w:rsidP="00DA4FC0">
            <w:pPr>
              <w:spacing w:after="0" w:line="240" w:lineRule="auto"/>
              <w:jc w:val="both"/>
              <w:rPr>
                <w:rFonts w:ascii="Times New Roman" w:hAnsi="Times New Roman" w:cs="Times New Roman"/>
                <w:w w:val="0"/>
                <w:sz w:val="24"/>
                <w:szCs w:val="24"/>
                <w:lang w:val="ru-RU"/>
              </w:rPr>
            </w:pPr>
            <w:r w:rsidRPr="007205EF">
              <w:rPr>
                <w:rFonts w:ascii="Times New Roman" w:hAnsi="Times New Roman" w:cs="Times New Roman"/>
                <w:sz w:val="24"/>
                <w:szCs w:val="24"/>
                <w:lang w:val="ru-RU"/>
              </w:rPr>
              <w:t>Проявляющий интерес к разным профессиям. Выражающий познавательные интересы, активность, любознательность и самостоятельность в познании, интерес и уважение к научным знаниям, науке.</w:t>
            </w: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161">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162">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46</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 </w:t>
            </w:r>
            <w:r w:rsidRPr="007205EF">
              <w:rPr>
                <w:rFonts w:ascii="Times New Roman" w:hAnsi="Times New Roman" w:cs="Times New Roman"/>
                <w:sz w:val="24"/>
                <w:szCs w:val="24"/>
              </w:rPr>
              <w:t xml:space="preserve">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163">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164">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47</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Устное сложение и вычитание чисел в пределах 100. Приемы прибавления однозначного числа с переходом через разряд. </w:t>
            </w:r>
            <w:r w:rsidRPr="007205EF">
              <w:rPr>
                <w:rFonts w:ascii="Times New Roman" w:hAnsi="Times New Roman" w:cs="Times New Roman"/>
                <w:sz w:val="24"/>
                <w:szCs w:val="24"/>
              </w:rPr>
              <w:t>Вычисления вида 26 + 7</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rPr>
              <w:t xml:space="preserve"> 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165">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166">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48</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Устное сложение и вычитание чисел в пределах 100. Приемы вычитания однозначного числа с переходом через разряд. </w:t>
            </w:r>
            <w:r w:rsidRPr="007205EF">
              <w:rPr>
                <w:rFonts w:ascii="Times New Roman" w:hAnsi="Times New Roman" w:cs="Times New Roman"/>
                <w:sz w:val="24"/>
                <w:szCs w:val="24"/>
              </w:rPr>
              <w:t>Вычисления вида 35 - 7</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rPr>
              <w:t xml:space="preserve"> 1 </w:t>
            </w:r>
          </w:p>
        </w:tc>
        <w:tc>
          <w:tcPr>
            <w:tcW w:w="5245" w:type="dxa"/>
            <w:vMerge w:val="restart"/>
          </w:tcPr>
          <w:p w:rsidR="00DA4FC0" w:rsidRPr="007205EF" w:rsidRDefault="00DA4FC0" w:rsidP="00DA4FC0">
            <w:pPr>
              <w:spacing w:after="0" w:line="240" w:lineRule="auto"/>
              <w:jc w:val="both"/>
              <w:rPr>
                <w:rFonts w:ascii="Times New Roman" w:hAnsi="Times New Roman" w:cs="Times New Roman"/>
                <w:w w:val="0"/>
                <w:sz w:val="24"/>
                <w:szCs w:val="24"/>
                <w:lang w:val="ru-RU"/>
              </w:rPr>
            </w:pPr>
            <w:r w:rsidRPr="007205EF">
              <w:rPr>
                <w:rFonts w:ascii="Times New Roman" w:hAnsi="Times New Roman" w:cs="Times New Roman"/>
                <w:sz w:val="24"/>
                <w:szCs w:val="24"/>
                <w:lang w:val="ru-RU"/>
              </w:rPr>
              <w:t>Проявляющий интерес к разным профессиям. Выражающий познавательные интересы, активность, любознательность и самостоятельность в познании, интерес и уважение к научным знаниям, науке.</w:t>
            </w: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167">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168">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49</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Верные (истинные) и неверные (ложные) утверждения, содержащие количественные, пространственные отношения</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 </w:t>
            </w:r>
            <w:r w:rsidRPr="007205EF">
              <w:rPr>
                <w:rFonts w:ascii="Times New Roman" w:hAnsi="Times New Roman" w:cs="Times New Roman"/>
                <w:sz w:val="24"/>
                <w:szCs w:val="24"/>
              </w:rPr>
              <w:t xml:space="preserve">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169">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170">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50</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Вычисление суммы, разности удобным способом</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 </w:t>
            </w:r>
            <w:r w:rsidRPr="007205EF">
              <w:rPr>
                <w:rFonts w:ascii="Times New Roman" w:hAnsi="Times New Roman" w:cs="Times New Roman"/>
                <w:sz w:val="24"/>
                <w:szCs w:val="24"/>
              </w:rPr>
              <w:t xml:space="preserve">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171">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172">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lastRenderedPageBreak/>
              <w:t>51</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Оформление решения задачи (по вопросам, по действиям с пояснением)</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 </w:t>
            </w:r>
            <w:r w:rsidRPr="007205EF">
              <w:rPr>
                <w:rFonts w:ascii="Times New Roman" w:hAnsi="Times New Roman" w:cs="Times New Roman"/>
                <w:sz w:val="24"/>
                <w:szCs w:val="24"/>
              </w:rPr>
              <w:t xml:space="preserve">1 </w:t>
            </w:r>
          </w:p>
        </w:tc>
        <w:tc>
          <w:tcPr>
            <w:tcW w:w="5245" w:type="dxa"/>
            <w:vMerge w:val="restart"/>
          </w:tcPr>
          <w:p w:rsidR="00DA4FC0" w:rsidRPr="007205EF" w:rsidRDefault="00DA4FC0" w:rsidP="00DA4FC0">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 xml:space="preserve">Владеющий основными навыками личной и общественной гигиены, безопасного поведения в быту, природе, обществе. Проявляющий уважение к труду, людям труда, бережное отношение к результатам труда, ответственное потребление. </w:t>
            </w:r>
          </w:p>
          <w:p w:rsidR="00DA4FC0" w:rsidRPr="007205EF" w:rsidRDefault="00DA4FC0" w:rsidP="00DA4FC0">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173">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174">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52</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Конструирование утверждений с использованием слов «каждый», «все»</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 </w:t>
            </w:r>
            <w:r w:rsidRPr="007205EF">
              <w:rPr>
                <w:rFonts w:ascii="Times New Roman" w:hAnsi="Times New Roman" w:cs="Times New Roman"/>
                <w:sz w:val="24"/>
                <w:szCs w:val="24"/>
              </w:rPr>
              <w:t xml:space="preserve">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175">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176">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53</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Расчётные задачи на увеличение/уменьшение величины на несколько единиц</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 </w:t>
            </w:r>
            <w:r w:rsidRPr="007205EF">
              <w:rPr>
                <w:rFonts w:ascii="Times New Roman" w:hAnsi="Times New Roman" w:cs="Times New Roman"/>
                <w:sz w:val="24"/>
                <w:szCs w:val="24"/>
              </w:rPr>
              <w:t xml:space="preserve">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177">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178">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54</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Взаимосвязь компонентов и результата действия сложения. </w:t>
            </w:r>
            <w:r w:rsidRPr="007205EF">
              <w:rPr>
                <w:rFonts w:ascii="Times New Roman" w:hAnsi="Times New Roman" w:cs="Times New Roman"/>
                <w:sz w:val="24"/>
                <w:szCs w:val="24"/>
              </w:rPr>
              <w:t>Буквенные выражения. Уравнения</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rPr>
              <w:t xml:space="preserve"> 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179">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180">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55</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rPr>
              <w:t>Построение отрезка заданной длины</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rPr>
              <w:t xml:space="preserve"> 1 </w:t>
            </w:r>
          </w:p>
        </w:tc>
        <w:tc>
          <w:tcPr>
            <w:tcW w:w="5245" w:type="dxa"/>
            <w:vMerge w:val="restart"/>
          </w:tcPr>
          <w:p w:rsidR="00DA4FC0" w:rsidRPr="007205EF" w:rsidRDefault="00DA4FC0" w:rsidP="00DA4FC0">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 xml:space="preserve">Имеющий первоначальные представления о правах и ответственности человека в обществе, гражданских правах и обязанностях. 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Владеющий основными навыками личной и общественной гигиены, безопасного поведения в быту, природе, обществе. Сознающий ценность труда в жизни человека, семьи, общества. </w:t>
            </w:r>
          </w:p>
          <w:p w:rsidR="00DA4FC0" w:rsidRPr="007205EF" w:rsidRDefault="00DA4FC0" w:rsidP="00DA4FC0">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181">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182">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56</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Неизвестный компонент действия сложения, его нахождение. </w:t>
            </w:r>
            <w:r w:rsidRPr="007205EF">
              <w:rPr>
                <w:rFonts w:ascii="Times New Roman" w:hAnsi="Times New Roman" w:cs="Times New Roman"/>
                <w:sz w:val="24"/>
                <w:szCs w:val="24"/>
              </w:rPr>
              <w:t>Проверка сложения</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rPr>
              <w:t xml:space="preserve"> 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183">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184">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57</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Взаимосвязь компонентов и результата действия вычитания. </w:t>
            </w:r>
            <w:r w:rsidRPr="007205EF">
              <w:rPr>
                <w:rFonts w:ascii="Times New Roman" w:hAnsi="Times New Roman" w:cs="Times New Roman"/>
                <w:sz w:val="24"/>
                <w:szCs w:val="24"/>
              </w:rPr>
              <w:t>Проверка вычитания</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rPr>
              <w:t xml:space="preserve"> 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185">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186">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58</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Неизвестный компонент действия вычитания, его нахождение</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 </w:t>
            </w:r>
            <w:r w:rsidRPr="007205EF">
              <w:rPr>
                <w:rFonts w:ascii="Times New Roman" w:hAnsi="Times New Roman" w:cs="Times New Roman"/>
                <w:sz w:val="24"/>
                <w:szCs w:val="24"/>
              </w:rPr>
              <w:t xml:space="preserve">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187">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188">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59</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План решения задачи в два действия, выбор соответствующих плану арифметических действий</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 </w:t>
            </w:r>
            <w:r w:rsidRPr="007205EF">
              <w:rPr>
                <w:rFonts w:ascii="Times New Roman" w:hAnsi="Times New Roman" w:cs="Times New Roman"/>
                <w:sz w:val="24"/>
                <w:szCs w:val="24"/>
              </w:rPr>
              <w:t xml:space="preserve">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189">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190">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60</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Запись решения задачи в два действия</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 </w:t>
            </w:r>
            <w:r w:rsidRPr="007205EF">
              <w:rPr>
                <w:rFonts w:ascii="Times New Roman" w:hAnsi="Times New Roman" w:cs="Times New Roman"/>
                <w:sz w:val="24"/>
                <w:szCs w:val="24"/>
              </w:rPr>
              <w:t xml:space="preserve">1 </w:t>
            </w:r>
          </w:p>
        </w:tc>
        <w:tc>
          <w:tcPr>
            <w:tcW w:w="5245" w:type="dxa"/>
            <w:vMerge w:val="restart"/>
          </w:tcPr>
          <w:p w:rsidR="00DA4FC0" w:rsidRPr="007205EF" w:rsidRDefault="00DA4FC0" w:rsidP="00DA4FC0">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Проявляющий любовь и бережное отношение к природе, неприятие действий, приносящих вред природе, особенно живым существам.</w:t>
            </w:r>
          </w:p>
          <w:p w:rsidR="00DA4FC0" w:rsidRPr="007205EF" w:rsidRDefault="00DA4FC0" w:rsidP="00DA4FC0">
            <w:pPr>
              <w:tabs>
                <w:tab w:val="left" w:pos="888"/>
              </w:tabs>
              <w:spacing w:after="0" w:line="240" w:lineRule="auto"/>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Выражающий познавательные интересы, активность, любознательность и самостоятельность в познании, интерес и уважение к научным знаниям, науке.</w:t>
            </w: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191">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192">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7205EF"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61</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 </w:t>
            </w:r>
            <w:r w:rsidRPr="007205EF">
              <w:rPr>
                <w:rFonts w:ascii="Times New Roman" w:hAnsi="Times New Roman" w:cs="Times New Roman"/>
                <w:sz w:val="24"/>
                <w:szCs w:val="24"/>
              </w:rPr>
              <w:t xml:space="preserve">1 </w:t>
            </w:r>
          </w:p>
        </w:tc>
        <w:tc>
          <w:tcPr>
            <w:tcW w:w="5245" w:type="dxa"/>
            <w:vMerge/>
          </w:tcPr>
          <w:p w:rsidR="00DA4FC0" w:rsidRPr="007205EF" w:rsidRDefault="00DA4FC0" w:rsidP="00DA4FC0">
            <w:pPr>
              <w:spacing w:after="0" w:line="240" w:lineRule="auto"/>
              <w:jc w:val="both"/>
              <w:rPr>
                <w:rFonts w:ascii="Times New Roman" w:hAnsi="Times New Roman" w:cs="Times New Roman"/>
                <w:sz w:val="24"/>
                <w:szCs w:val="24"/>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rPr>
            </w:pPr>
            <w:hyperlink r:id="rId193">
              <w:r w:rsidR="00DA4FC0" w:rsidRPr="007205EF">
                <w:rPr>
                  <w:rFonts w:ascii="Times New Roman" w:hAnsi="Times New Roman" w:cs="Times New Roman"/>
                  <w:sz w:val="24"/>
                  <w:szCs w:val="24"/>
                  <w:u w:val="single"/>
                </w:rPr>
                <w:t>https://education.yandex.ru</w:t>
              </w:r>
            </w:hyperlink>
            <w:r w:rsidR="00DA4FC0" w:rsidRPr="007205EF">
              <w:rPr>
                <w:rFonts w:ascii="Times New Roman" w:hAnsi="Times New Roman" w:cs="Times New Roman"/>
                <w:sz w:val="24"/>
                <w:szCs w:val="24"/>
              </w:rPr>
              <w:t xml:space="preserve"> </w:t>
            </w:r>
            <w:hyperlink r:id="rId194">
              <w:r w:rsidR="00DA4FC0" w:rsidRPr="007205EF">
                <w:rPr>
                  <w:rFonts w:ascii="Times New Roman" w:hAnsi="Times New Roman" w:cs="Times New Roman"/>
                  <w:sz w:val="24"/>
                  <w:szCs w:val="24"/>
                  <w:u w:val="single"/>
                </w:rPr>
                <w:t>https://uchi.ru</w:t>
              </w:r>
            </w:hyperlink>
          </w:p>
        </w:tc>
      </w:tr>
      <w:tr w:rsidR="00DA4FC0" w:rsidRPr="007205EF"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62</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Работа с таблицами: извлечение и использование для ответа на вопрос </w:t>
            </w:r>
            <w:r w:rsidRPr="007205EF">
              <w:rPr>
                <w:rFonts w:ascii="Times New Roman" w:hAnsi="Times New Roman" w:cs="Times New Roman"/>
                <w:sz w:val="24"/>
                <w:szCs w:val="24"/>
                <w:lang w:val="ru-RU"/>
              </w:rPr>
              <w:lastRenderedPageBreak/>
              <w:t xml:space="preserve">информации, представленной в таблице (таблицы сложения, умножения; график дежурств, наблюдения в природе и пр.), внесение данных в таблицу. </w:t>
            </w:r>
            <w:r w:rsidRPr="007205EF">
              <w:rPr>
                <w:rFonts w:ascii="Times New Roman" w:hAnsi="Times New Roman" w:cs="Times New Roman"/>
                <w:sz w:val="24"/>
                <w:szCs w:val="24"/>
              </w:rPr>
              <w:t>Проверка сложения</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rPr>
              <w:lastRenderedPageBreak/>
              <w:t xml:space="preserve"> 1 </w:t>
            </w:r>
          </w:p>
        </w:tc>
        <w:tc>
          <w:tcPr>
            <w:tcW w:w="5245" w:type="dxa"/>
            <w:vMerge/>
          </w:tcPr>
          <w:p w:rsidR="00DA4FC0" w:rsidRPr="007205EF" w:rsidRDefault="00DA4FC0" w:rsidP="00DA4FC0">
            <w:pPr>
              <w:autoSpaceDE w:val="0"/>
              <w:autoSpaceDN w:val="0"/>
              <w:spacing w:after="0" w:line="240" w:lineRule="auto"/>
              <w:ind w:left="72"/>
              <w:jc w:val="both"/>
              <w:rPr>
                <w:rFonts w:ascii="Times New Roman" w:hAnsi="Times New Roman" w:cs="Times New Roman"/>
                <w:sz w:val="24"/>
                <w:szCs w:val="24"/>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rPr>
            </w:pPr>
            <w:hyperlink r:id="rId195">
              <w:r w:rsidR="00DA4FC0" w:rsidRPr="007205EF">
                <w:rPr>
                  <w:rFonts w:ascii="Times New Roman" w:hAnsi="Times New Roman" w:cs="Times New Roman"/>
                  <w:sz w:val="24"/>
                  <w:szCs w:val="24"/>
                  <w:u w:val="single"/>
                </w:rPr>
                <w:t>https://education.yandex.ru</w:t>
              </w:r>
            </w:hyperlink>
            <w:r w:rsidR="00DA4FC0" w:rsidRPr="007205EF">
              <w:rPr>
                <w:rFonts w:ascii="Times New Roman" w:hAnsi="Times New Roman" w:cs="Times New Roman"/>
                <w:sz w:val="24"/>
                <w:szCs w:val="24"/>
              </w:rPr>
              <w:t xml:space="preserve"> </w:t>
            </w:r>
            <w:hyperlink r:id="rId196">
              <w:r w:rsidR="00DA4FC0" w:rsidRPr="007205EF">
                <w:rPr>
                  <w:rFonts w:ascii="Times New Roman" w:hAnsi="Times New Roman" w:cs="Times New Roman"/>
                  <w:sz w:val="24"/>
                  <w:szCs w:val="24"/>
                  <w:u w:val="single"/>
                </w:rPr>
                <w:t>https://uchi.ru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63</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Классификация объектов по заданному и самостоятельно установленному основанию</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 </w:t>
            </w:r>
            <w:r w:rsidRPr="007205EF">
              <w:rPr>
                <w:rFonts w:ascii="Times New Roman" w:hAnsi="Times New Roman" w:cs="Times New Roman"/>
                <w:sz w:val="24"/>
                <w:szCs w:val="24"/>
              </w:rPr>
              <w:t xml:space="preserve">1 </w:t>
            </w:r>
          </w:p>
        </w:tc>
        <w:tc>
          <w:tcPr>
            <w:tcW w:w="5245" w:type="dxa"/>
            <w:vMerge w:val="restart"/>
          </w:tcPr>
          <w:p w:rsidR="00DA4FC0" w:rsidRPr="007205EF" w:rsidRDefault="00DA4FC0" w:rsidP="00DA4FC0">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Знающий и любящий свою малую родину, свой край, имеющий представление о Родине</w:t>
            </w:r>
            <w:r w:rsidRPr="007205EF">
              <w:rPr>
                <w:rFonts w:ascii="Times New Roman" w:hAnsi="Times New Roman" w:cs="Times New Roman"/>
                <w:sz w:val="24"/>
                <w:szCs w:val="24"/>
              </w:rPr>
              <w:t> </w:t>
            </w:r>
            <w:r w:rsidRPr="007205EF">
              <w:rPr>
                <w:rFonts w:ascii="Times New Roman" w:hAnsi="Times New Roman" w:cs="Times New Roman"/>
                <w:sz w:val="24"/>
                <w:szCs w:val="24"/>
                <w:lang w:val="ru-RU"/>
              </w:rPr>
              <w:t xml:space="preserve">— России, её территории, расположении. Сознающий ценность каждой человеческой жизни, признающий индивидуальность и достоинство каждого человека. </w:t>
            </w:r>
          </w:p>
          <w:p w:rsidR="00DA4FC0" w:rsidRPr="007205EF" w:rsidRDefault="00DA4FC0" w:rsidP="00DA4FC0">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Проявляющий интерес и уважение к отечественной и мировой художественной культуре.</w:t>
            </w:r>
          </w:p>
          <w:p w:rsidR="00DA4FC0" w:rsidRPr="007205EF" w:rsidRDefault="00DA4FC0" w:rsidP="00DA4FC0">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 xml:space="preserve">Владеющий основными навыками личной и общественной гигиены, безопасного поведения в быту, природе, обществе. Проявляющий уважение к труду, людям труда, бережное отношение к результатам труда, ответственное потребление. </w:t>
            </w:r>
          </w:p>
          <w:p w:rsidR="00DA4FC0" w:rsidRPr="007205EF" w:rsidRDefault="00DA4FC0" w:rsidP="002E0C5E">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Выражающий познавательные интересы, активность, любознательность и самостоятельность в познании, интерес и ува</w:t>
            </w:r>
            <w:r w:rsidR="002E0C5E" w:rsidRPr="007205EF">
              <w:rPr>
                <w:rFonts w:ascii="Times New Roman" w:hAnsi="Times New Roman" w:cs="Times New Roman"/>
                <w:sz w:val="24"/>
                <w:szCs w:val="24"/>
                <w:lang w:val="ru-RU"/>
              </w:rPr>
              <w:t>жение к научным знаниям, науке.</w:t>
            </w: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197">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198">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64</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rPr>
              <w:t>Сравнение геометрических фигур</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rPr>
              <w:t xml:space="preserve"> 1 </w:t>
            </w:r>
          </w:p>
        </w:tc>
        <w:tc>
          <w:tcPr>
            <w:tcW w:w="5245" w:type="dxa"/>
            <w:vMerge/>
          </w:tcPr>
          <w:p w:rsidR="00DA4FC0" w:rsidRPr="007205EF" w:rsidRDefault="00DA4FC0" w:rsidP="00DA4FC0">
            <w:pPr>
              <w:tabs>
                <w:tab w:val="left" w:pos="888"/>
              </w:tabs>
              <w:spacing w:after="0" w:line="240" w:lineRule="auto"/>
              <w:jc w:val="both"/>
              <w:rPr>
                <w:rFonts w:ascii="Times New Roman" w:hAnsi="Times New Roman" w:cs="Times New Roman"/>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199">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200">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65</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rPr>
              <w:t>Контрольная работа №2</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rPr>
              <w:t xml:space="preserve"> 1 </w:t>
            </w:r>
          </w:p>
        </w:tc>
        <w:tc>
          <w:tcPr>
            <w:tcW w:w="5245" w:type="dxa"/>
            <w:vMerge/>
          </w:tcPr>
          <w:p w:rsidR="00DA4FC0" w:rsidRPr="007205EF" w:rsidRDefault="00DA4FC0" w:rsidP="00DA4FC0">
            <w:pPr>
              <w:tabs>
                <w:tab w:val="left" w:pos="888"/>
              </w:tabs>
              <w:spacing w:after="0" w:line="240" w:lineRule="auto"/>
              <w:jc w:val="both"/>
              <w:rPr>
                <w:rFonts w:ascii="Times New Roman" w:hAnsi="Times New Roman" w:cs="Times New Roman"/>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201">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202">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66</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Распознавание и изображение геометрических фигур: многоугольник, ломаная</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 </w:t>
            </w:r>
            <w:r w:rsidRPr="007205EF">
              <w:rPr>
                <w:rFonts w:ascii="Times New Roman" w:hAnsi="Times New Roman" w:cs="Times New Roman"/>
                <w:sz w:val="24"/>
                <w:szCs w:val="24"/>
              </w:rPr>
              <w:t xml:space="preserve">1 </w:t>
            </w:r>
          </w:p>
        </w:tc>
        <w:tc>
          <w:tcPr>
            <w:tcW w:w="5245" w:type="dxa"/>
            <w:vMerge/>
          </w:tcPr>
          <w:p w:rsidR="00DA4FC0" w:rsidRPr="007205EF" w:rsidRDefault="00DA4FC0" w:rsidP="00DA4FC0">
            <w:pPr>
              <w:tabs>
                <w:tab w:val="left" w:pos="888"/>
              </w:tabs>
              <w:spacing w:after="0" w:line="240" w:lineRule="auto"/>
              <w:jc w:val="both"/>
              <w:rPr>
                <w:rFonts w:ascii="Times New Roman" w:hAnsi="Times New Roman" w:cs="Times New Roman"/>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203">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204">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67</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rPr>
              <w:t>Периметр многоугольника (треугольника, четырехугольника)</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rPr>
              <w:t xml:space="preserve"> 1 </w:t>
            </w:r>
          </w:p>
        </w:tc>
        <w:tc>
          <w:tcPr>
            <w:tcW w:w="5245" w:type="dxa"/>
            <w:vMerge/>
          </w:tcPr>
          <w:p w:rsidR="00DA4FC0" w:rsidRPr="007205EF" w:rsidRDefault="00DA4FC0" w:rsidP="00DA4FC0">
            <w:pPr>
              <w:tabs>
                <w:tab w:val="left" w:pos="888"/>
              </w:tabs>
              <w:spacing w:after="0" w:line="240" w:lineRule="auto"/>
              <w:jc w:val="both"/>
              <w:rPr>
                <w:rFonts w:ascii="Times New Roman" w:hAnsi="Times New Roman" w:cs="Times New Roman"/>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205">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206">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68</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rPr>
              <w:t>Алгоритм письменного сложения чисел</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rPr>
              <w:t xml:space="preserve"> 1 </w:t>
            </w:r>
          </w:p>
        </w:tc>
        <w:tc>
          <w:tcPr>
            <w:tcW w:w="5245" w:type="dxa"/>
            <w:vMerge/>
          </w:tcPr>
          <w:p w:rsidR="00DA4FC0" w:rsidRPr="007205EF" w:rsidRDefault="00DA4FC0" w:rsidP="00DA4FC0">
            <w:pPr>
              <w:tabs>
                <w:tab w:val="left" w:pos="888"/>
              </w:tabs>
              <w:spacing w:after="0" w:line="240" w:lineRule="auto"/>
              <w:jc w:val="both"/>
              <w:rPr>
                <w:rFonts w:ascii="Times New Roman" w:hAnsi="Times New Roman" w:cs="Times New Roman"/>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207">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208">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69</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rPr>
              <w:t>Алгоритм письменного вычитания чисел</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rPr>
              <w:t xml:space="preserve"> 1 </w:t>
            </w:r>
          </w:p>
        </w:tc>
        <w:tc>
          <w:tcPr>
            <w:tcW w:w="5245" w:type="dxa"/>
            <w:vMerge/>
          </w:tcPr>
          <w:p w:rsidR="00DA4FC0" w:rsidRPr="007205EF" w:rsidRDefault="00DA4FC0" w:rsidP="00DA4FC0">
            <w:pPr>
              <w:tabs>
                <w:tab w:val="left" w:pos="888"/>
              </w:tabs>
              <w:spacing w:after="0" w:line="240" w:lineRule="auto"/>
              <w:jc w:val="both"/>
              <w:rPr>
                <w:rFonts w:ascii="Times New Roman" w:hAnsi="Times New Roman" w:cs="Times New Roman"/>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209">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210">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70</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Распознавание и изображение геометрических фигур: точка, прямая, отрезок</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 </w:t>
            </w:r>
            <w:r w:rsidRPr="007205EF">
              <w:rPr>
                <w:rFonts w:ascii="Times New Roman" w:hAnsi="Times New Roman" w:cs="Times New Roman"/>
                <w:sz w:val="24"/>
                <w:szCs w:val="24"/>
              </w:rPr>
              <w:t xml:space="preserve">1 </w:t>
            </w:r>
          </w:p>
        </w:tc>
        <w:tc>
          <w:tcPr>
            <w:tcW w:w="5245" w:type="dxa"/>
            <w:vMerge w:val="restart"/>
          </w:tcPr>
          <w:p w:rsidR="00DA4FC0" w:rsidRPr="007205EF" w:rsidRDefault="00DA4FC0" w:rsidP="00DA4FC0">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 xml:space="preserve">Имеющий первоначальные представления о правах и ответственности человека в обществе, гражданских правах и обязанностях. 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r w:rsidRPr="007205EF">
              <w:rPr>
                <w:rFonts w:ascii="Times New Roman" w:hAnsi="Times New Roman" w:cs="Times New Roman"/>
                <w:sz w:val="24"/>
                <w:szCs w:val="24"/>
                <w:lang w:val="ru-RU"/>
              </w:rPr>
              <w:lastRenderedPageBreak/>
              <w:t xml:space="preserve">Владеющий основными навыками личной и общественной гигиены, безопасного поведения в быту, природе, обществе. Сознающий ценность труда в жизни человека, семьи, общества. </w:t>
            </w:r>
          </w:p>
          <w:p w:rsidR="00DA4FC0" w:rsidRPr="007205EF" w:rsidRDefault="00DA4FC0" w:rsidP="00DA4FC0">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Проявляющий любовь и бережное отношение к природе, неприятие действий, приносящих вред природе, особенно живым существам.</w:t>
            </w:r>
          </w:p>
          <w:p w:rsidR="00DA4FC0" w:rsidRPr="007205EF" w:rsidRDefault="00DA4FC0" w:rsidP="00DA4FC0">
            <w:pPr>
              <w:spacing w:after="0" w:line="240" w:lineRule="auto"/>
              <w:jc w:val="both"/>
              <w:rPr>
                <w:rFonts w:ascii="Times New Roman" w:hAnsi="Times New Roman" w:cs="Times New Roman"/>
                <w:w w:val="0"/>
                <w:sz w:val="24"/>
                <w:szCs w:val="24"/>
                <w:lang w:val="ru-RU"/>
              </w:rPr>
            </w:pPr>
            <w:r w:rsidRPr="007205EF">
              <w:rPr>
                <w:rFonts w:ascii="Times New Roman" w:hAnsi="Times New Roman" w:cs="Times New Roman"/>
                <w:sz w:val="24"/>
                <w:szCs w:val="24"/>
                <w:lang w:val="ru-RU"/>
              </w:rPr>
              <w:t>Выражающий познавательные интересы, активность, любознательность и самостоятельность в познании, интерес и уважение к научным знаниям, науке.</w:t>
            </w: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211">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212">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71</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Распознавание и изображение геометрических фигур: прямой угол. </w:t>
            </w:r>
            <w:r w:rsidRPr="007205EF">
              <w:rPr>
                <w:rFonts w:ascii="Times New Roman" w:hAnsi="Times New Roman" w:cs="Times New Roman"/>
                <w:sz w:val="24"/>
                <w:szCs w:val="24"/>
              </w:rPr>
              <w:t>Виды углов</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rPr>
              <w:t xml:space="preserve"> 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213">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214">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72</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 xml:space="preserve">Правило составления ряда чисел, величин, геометрических фигур (формулирование </w:t>
            </w:r>
            <w:r w:rsidRPr="007205EF">
              <w:rPr>
                <w:rFonts w:ascii="Times New Roman" w:hAnsi="Times New Roman" w:cs="Times New Roman"/>
                <w:sz w:val="24"/>
                <w:szCs w:val="24"/>
                <w:lang w:val="ru-RU"/>
              </w:rPr>
              <w:lastRenderedPageBreak/>
              <w:t>правила, проверка правила, дополнение ряда)</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lastRenderedPageBreak/>
              <w:t xml:space="preserve"> </w:t>
            </w:r>
            <w:r w:rsidRPr="007205EF">
              <w:rPr>
                <w:rFonts w:ascii="Times New Roman" w:hAnsi="Times New Roman" w:cs="Times New Roman"/>
                <w:sz w:val="24"/>
                <w:szCs w:val="24"/>
              </w:rPr>
              <w:t xml:space="preserve">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215">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216">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73</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 </w:t>
            </w:r>
            <w:r w:rsidRPr="007205EF">
              <w:rPr>
                <w:rFonts w:ascii="Times New Roman" w:hAnsi="Times New Roman" w:cs="Times New Roman"/>
                <w:sz w:val="24"/>
                <w:szCs w:val="24"/>
              </w:rPr>
              <w:t xml:space="preserve">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217">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218">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74</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Письменное сложение и вычитание чисел в пределах 100. </w:t>
            </w:r>
            <w:r w:rsidRPr="007205EF">
              <w:rPr>
                <w:rFonts w:ascii="Times New Roman" w:hAnsi="Times New Roman" w:cs="Times New Roman"/>
                <w:sz w:val="24"/>
                <w:szCs w:val="24"/>
              </w:rPr>
              <w:t>Вычисления вида 52 - 24</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rPr>
              <w:t xml:space="preserve"> 1 </w:t>
            </w:r>
          </w:p>
        </w:tc>
        <w:tc>
          <w:tcPr>
            <w:tcW w:w="5245" w:type="dxa"/>
            <w:vMerge w:val="restart"/>
          </w:tcPr>
          <w:p w:rsidR="00DA4FC0" w:rsidRPr="007205EF" w:rsidRDefault="00DA4FC0" w:rsidP="00DA4FC0">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Знающий и любящий свою малую родину, свой край, имеющий представление о Родине</w:t>
            </w:r>
            <w:r w:rsidRPr="007205EF">
              <w:rPr>
                <w:rFonts w:ascii="Times New Roman" w:hAnsi="Times New Roman" w:cs="Times New Roman"/>
                <w:sz w:val="24"/>
                <w:szCs w:val="24"/>
              </w:rPr>
              <w:t> </w:t>
            </w:r>
            <w:r w:rsidRPr="007205EF">
              <w:rPr>
                <w:rFonts w:ascii="Times New Roman" w:hAnsi="Times New Roman" w:cs="Times New Roman"/>
                <w:sz w:val="24"/>
                <w:szCs w:val="24"/>
                <w:lang w:val="ru-RU"/>
              </w:rPr>
              <w:t xml:space="preserve">— России, её территории, расположении. Сознающий ценность каждой человеческой жизни, признающий индивидуальность и достоинство каждого человека. </w:t>
            </w:r>
          </w:p>
          <w:p w:rsidR="00DA4FC0" w:rsidRPr="007205EF" w:rsidRDefault="00DA4FC0" w:rsidP="00DA4FC0">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Проявляющий интерес и уважение к отечественной и мировой художественной культуре.</w:t>
            </w:r>
          </w:p>
          <w:p w:rsidR="00DA4FC0" w:rsidRPr="007205EF" w:rsidRDefault="00DA4FC0" w:rsidP="00DA4FC0">
            <w:pPr>
              <w:tabs>
                <w:tab w:val="left" w:pos="4"/>
                <w:tab w:val="left" w:pos="288"/>
                <w:tab w:val="left" w:pos="430"/>
              </w:tabs>
              <w:spacing w:after="0" w:line="240" w:lineRule="auto"/>
              <w:ind w:firstLine="181"/>
              <w:jc w:val="both"/>
              <w:rPr>
                <w:rFonts w:ascii="Times New Roman" w:hAnsi="Times New Roman" w:cs="Times New Roman"/>
                <w:w w:val="0"/>
                <w:sz w:val="24"/>
                <w:szCs w:val="24"/>
                <w:lang w:val="ru-RU"/>
              </w:rPr>
            </w:pPr>
            <w:r w:rsidRPr="007205EF">
              <w:rPr>
                <w:rFonts w:ascii="Times New Roman" w:hAnsi="Times New Roman" w:cs="Times New Roman"/>
                <w:sz w:val="24"/>
                <w:szCs w:val="24"/>
                <w:lang w:val="ru-RU"/>
              </w:rPr>
              <w:t xml:space="preserve">Владеющий основными навыками личной и общественной гигиены, безопасного поведения в быту, природе, обществе. </w:t>
            </w: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219">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220">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75</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Письменное сложение и вычитание чисел в пределах 100. </w:t>
            </w:r>
            <w:r w:rsidRPr="007205EF">
              <w:rPr>
                <w:rFonts w:ascii="Times New Roman" w:hAnsi="Times New Roman" w:cs="Times New Roman"/>
                <w:sz w:val="24"/>
                <w:szCs w:val="24"/>
              </w:rPr>
              <w:t>Прикидка результата, его проверка</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rPr>
              <w:t xml:space="preserve"> 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221">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222">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76</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Конструирование геометрических фигур (треугольника, четырехугольника, многоугольника)</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 </w:t>
            </w:r>
            <w:r w:rsidRPr="007205EF">
              <w:rPr>
                <w:rFonts w:ascii="Times New Roman" w:hAnsi="Times New Roman" w:cs="Times New Roman"/>
                <w:sz w:val="24"/>
                <w:szCs w:val="24"/>
              </w:rPr>
              <w:t xml:space="preserve">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223">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224">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77</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Сравнение геометрических фигур: прямоугольник, квадрат. </w:t>
            </w:r>
            <w:r w:rsidRPr="007205EF">
              <w:rPr>
                <w:rFonts w:ascii="Times New Roman" w:hAnsi="Times New Roman" w:cs="Times New Roman"/>
                <w:sz w:val="24"/>
                <w:szCs w:val="24"/>
              </w:rPr>
              <w:t>Протиположные стороны прямоугольника</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rPr>
              <w:t xml:space="preserve"> 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225">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226">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78</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Увеличение, уменьшение длины отрезка на заданную величину. Запись действия (в см и мм, в мм)</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 </w:t>
            </w:r>
            <w:r w:rsidRPr="007205EF">
              <w:rPr>
                <w:rFonts w:ascii="Times New Roman" w:hAnsi="Times New Roman" w:cs="Times New Roman"/>
                <w:sz w:val="24"/>
                <w:szCs w:val="24"/>
              </w:rPr>
              <w:t xml:space="preserve">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227">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228">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79</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Алгоритмы (приёмы, правила) устных и письменных вычислений</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 </w:t>
            </w:r>
            <w:r w:rsidRPr="007205EF">
              <w:rPr>
                <w:rFonts w:ascii="Times New Roman" w:hAnsi="Times New Roman" w:cs="Times New Roman"/>
                <w:sz w:val="24"/>
                <w:szCs w:val="24"/>
              </w:rPr>
              <w:t xml:space="preserve">1 </w:t>
            </w:r>
          </w:p>
        </w:tc>
        <w:tc>
          <w:tcPr>
            <w:tcW w:w="5245" w:type="dxa"/>
            <w:vMerge w:val="restart"/>
          </w:tcPr>
          <w:p w:rsidR="00DA4FC0" w:rsidRPr="007205EF" w:rsidRDefault="00DA4FC0" w:rsidP="00DA4FC0">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Знающий и любящий свою малую родину, свой край, имеющий представление о Родине</w:t>
            </w:r>
            <w:r w:rsidRPr="007205EF">
              <w:rPr>
                <w:rFonts w:ascii="Times New Roman" w:hAnsi="Times New Roman" w:cs="Times New Roman"/>
                <w:sz w:val="24"/>
                <w:szCs w:val="24"/>
              </w:rPr>
              <w:t> </w:t>
            </w:r>
            <w:r w:rsidRPr="007205EF">
              <w:rPr>
                <w:rFonts w:ascii="Times New Roman" w:hAnsi="Times New Roman" w:cs="Times New Roman"/>
                <w:sz w:val="24"/>
                <w:szCs w:val="24"/>
                <w:lang w:val="ru-RU"/>
              </w:rPr>
              <w:t xml:space="preserve">— России, её территории, расположении. Сознающий ценность каждой человеческой жизни, признающий индивидуальность и достоинство каждого человека. </w:t>
            </w:r>
          </w:p>
          <w:p w:rsidR="00DA4FC0" w:rsidRPr="007205EF" w:rsidRDefault="00DA4FC0" w:rsidP="00DA4FC0">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lastRenderedPageBreak/>
              <w:t>Проявляющий интерес и уважение к отечественной и мировой художественной культуре.</w:t>
            </w:r>
          </w:p>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229">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230">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80</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Письменное сложение и вычитание. Повторение</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 </w:t>
            </w:r>
            <w:r w:rsidRPr="007205EF">
              <w:rPr>
                <w:rFonts w:ascii="Times New Roman" w:hAnsi="Times New Roman" w:cs="Times New Roman"/>
                <w:sz w:val="24"/>
                <w:szCs w:val="24"/>
              </w:rPr>
              <w:t xml:space="preserve">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231">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232">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81</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rPr>
              <w:t>Устное сложение равных чисел</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rPr>
              <w:t xml:space="preserve"> 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233">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234">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82</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Проверочная работа</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rPr>
              <w:t xml:space="preserve"> 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235">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236">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lastRenderedPageBreak/>
              <w:t>83</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Оформление решения задачи с помощью числового выражения</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 </w:t>
            </w:r>
            <w:r w:rsidRPr="007205EF">
              <w:rPr>
                <w:rFonts w:ascii="Times New Roman" w:hAnsi="Times New Roman" w:cs="Times New Roman"/>
                <w:sz w:val="24"/>
                <w:szCs w:val="24"/>
              </w:rPr>
              <w:t xml:space="preserve">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237">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238">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84</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Геометрические фигуры: разбиение прямоугольника на квадраты, составление прямоугольника из квадратов. </w:t>
            </w:r>
            <w:r w:rsidRPr="007205EF">
              <w:rPr>
                <w:rFonts w:ascii="Times New Roman" w:hAnsi="Times New Roman" w:cs="Times New Roman"/>
                <w:sz w:val="24"/>
                <w:szCs w:val="24"/>
              </w:rPr>
              <w:t>Составление прямоугольника из геометрических фигур</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rPr>
              <w:t xml:space="preserve"> 1 </w:t>
            </w:r>
          </w:p>
        </w:tc>
        <w:tc>
          <w:tcPr>
            <w:tcW w:w="5245" w:type="dxa"/>
            <w:vMerge w:val="restart"/>
          </w:tcPr>
          <w:p w:rsidR="00DA4FC0" w:rsidRPr="007205EF" w:rsidRDefault="00DA4FC0" w:rsidP="00DA4FC0">
            <w:pPr>
              <w:spacing w:after="0" w:line="240" w:lineRule="auto"/>
              <w:jc w:val="both"/>
              <w:rPr>
                <w:rFonts w:ascii="Times New Roman" w:hAnsi="Times New Roman" w:cs="Times New Roman"/>
                <w:w w:val="0"/>
                <w:sz w:val="24"/>
                <w:szCs w:val="24"/>
                <w:lang w:val="ru-RU"/>
              </w:rPr>
            </w:pPr>
          </w:p>
          <w:p w:rsidR="00DA4FC0" w:rsidRPr="007205EF" w:rsidRDefault="00DA4FC0" w:rsidP="00DA4FC0">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Проявляющий интерес и уважение к отечественной и мировой художественной культуре.</w:t>
            </w:r>
          </w:p>
          <w:p w:rsidR="00DA4FC0" w:rsidRPr="007205EF" w:rsidRDefault="00DA4FC0" w:rsidP="00DA4FC0">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 xml:space="preserve">Владеющий основными навыками личной и общественной гигиены, безопасного поведения в быту, природе, обществе. Проявляющий уважение к труду, людям труда, бережное отношение к результатам труда, ответственное потребление. </w:t>
            </w:r>
          </w:p>
          <w:p w:rsidR="00DA4FC0" w:rsidRPr="007205EF" w:rsidRDefault="00DA4FC0" w:rsidP="00DA4FC0">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239">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240">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85</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Изображение на листе в клетку квадрата с заданной длиной стороны</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 </w:t>
            </w:r>
            <w:r w:rsidRPr="007205EF">
              <w:rPr>
                <w:rFonts w:ascii="Times New Roman" w:hAnsi="Times New Roman" w:cs="Times New Roman"/>
                <w:sz w:val="24"/>
                <w:szCs w:val="24"/>
              </w:rPr>
              <w:t xml:space="preserve">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241">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242">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86</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Изображение на листе в клетку прямоугольника с заданными длинами сторон</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 </w:t>
            </w:r>
            <w:r w:rsidRPr="007205EF">
              <w:rPr>
                <w:rFonts w:ascii="Times New Roman" w:hAnsi="Times New Roman" w:cs="Times New Roman"/>
                <w:sz w:val="24"/>
                <w:szCs w:val="24"/>
              </w:rPr>
              <w:t xml:space="preserve">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243">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244">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87</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Умножение чисел. Компоненты действия, запись равенства</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 </w:t>
            </w:r>
            <w:r w:rsidRPr="007205EF">
              <w:rPr>
                <w:rFonts w:ascii="Times New Roman" w:hAnsi="Times New Roman" w:cs="Times New Roman"/>
                <w:sz w:val="24"/>
                <w:szCs w:val="24"/>
              </w:rPr>
              <w:t xml:space="preserve">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245">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246">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88</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rPr>
              <w:t>Взаимосвязь сложения и умножения</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rPr>
              <w:t xml:space="preserve"> 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247">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248">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89</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Применение умножения в практических ситуациях. </w:t>
            </w:r>
            <w:r w:rsidRPr="007205EF">
              <w:rPr>
                <w:rFonts w:ascii="Times New Roman" w:hAnsi="Times New Roman" w:cs="Times New Roman"/>
                <w:sz w:val="24"/>
                <w:szCs w:val="24"/>
              </w:rPr>
              <w:t>Составление модели действия</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rPr>
              <w:t xml:space="preserve"> 1 </w:t>
            </w:r>
          </w:p>
        </w:tc>
        <w:tc>
          <w:tcPr>
            <w:tcW w:w="5245" w:type="dxa"/>
            <w:vMerge w:val="restart"/>
          </w:tcPr>
          <w:p w:rsidR="00DA4FC0" w:rsidRPr="007205EF" w:rsidRDefault="00DA4FC0" w:rsidP="00DA4FC0">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 xml:space="preserve">Проявляющий уважение к труду, людям труда, бережное отношение к результатам труда, ответственное потребление. </w:t>
            </w:r>
          </w:p>
          <w:p w:rsidR="00DA4FC0" w:rsidRPr="007205EF" w:rsidRDefault="00DA4FC0" w:rsidP="002E0C5E">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Выражающий познавательные интересы, активность, любознательность и самостоятельность в познании, интерес и ува</w:t>
            </w:r>
            <w:r w:rsidR="002E0C5E" w:rsidRPr="007205EF">
              <w:rPr>
                <w:rFonts w:ascii="Times New Roman" w:hAnsi="Times New Roman" w:cs="Times New Roman"/>
                <w:sz w:val="24"/>
                <w:szCs w:val="24"/>
                <w:lang w:val="ru-RU"/>
              </w:rPr>
              <w:t>жение к научным знаниям, науке.</w:t>
            </w: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249">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250">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90</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Измерение периметра прямоугольника, запись результата измерения в сантиметрах. </w:t>
            </w:r>
            <w:r w:rsidRPr="007205EF">
              <w:rPr>
                <w:rFonts w:ascii="Times New Roman" w:hAnsi="Times New Roman" w:cs="Times New Roman"/>
                <w:sz w:val="24"/>
                <w:szCs w:val="24"/>
              </w:rPr>
              <w:t>Свойство противоположных сторон прямоугольника</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rPr>
              <w:t xml:space="preserve"> 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251">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252">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91</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Решение задач на нахождение периметра прямоугольника, квадрата</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 </w:t>
            </w:r>
            <w:r w:rsidRPr="007205EF">
              <w:rPr>
                <w:rFonts w:ascii="Times New Roman" w:hAnsi="Times New Roman" w:cs="Times New Roman"/>
                <w:sz w:val="24"/>
                <w:szCs w:val="24"/>
              </w:rPr>
              <w:t xml:space="preserve">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253">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254">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92</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Применение умножения для решения практических задач</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 </w:t>
            </w:r>
            <w:r w:rsidRPr="007205EF">
              <w:rPr>
                <w:rFonts w:ascii="Times New Roman" w:hAnsi="Times New Roman" w:cs="Times New Roman"/>
                <w:sz w:val="24"/>
                <w:szCs w:val="24"/>
              </w:rPr>
              <w:t xml:space="preserve">1 </w:t>
            </w:r>
          </w:p>
        </w:tc>
        <w:tc>
          <w:tcPr>
            <w:tcW w:w="5245" w:type="dxa"/>
          </w:tcPr>
          <w:p w:rsidR="00DA4FC0" w:rsidRPr="007205EF" w:rsidRDefault="00DA4FC0" w:rsidP="00DA4FC0">
            <w:pPr>
              <w:spacing w:after="0" w:line="240" w:lineRule="auto"/>
              <w:jc w:val="both"/>
              <w:rPr>
                <w:rFonts w:ascii="Times New Roman" w:hAnsi="Times New Roman" w:cs="Times New Roman"/>
                <w:w w:val="0"/>
                <w:sz w:val="24"/>
                <w:szCs w:val="24"/>
                <w:lang w:val="ru-RU"/>
              </w:rPr>
            </w:pPr>
            <w:r w:rsidRPr="007205EF">
              <w:rPr>
                <w:rFonts w:ascii="Times New Roman" w:hAnsi="Times New Roman" w:cs="Times New Roman"/>
                <w:sz w:val="24"/>
                <w:szCs w:val="24"/>
                <w:lang w:val="ru-RU"/>
              </w:rPr>
              <w:t>Проявляющий интерес к разным профессиям. Выражающий познавательные интересы, активность, любознательность и самостоятельность в познании, интерес и уважение к научным знаниям, науке.</w:t>
            </w: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255">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256">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lastRenderedPageBreak/>
              <w:t>93</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rPr>
              <w:t>Нахождение произведения</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rPr>
              <w:t xml:space="preserve"> 1 </w:t>
            </w:r>
          </w:p>
        </w:tc>
        <w:tc>
          <w:tcPr>
            <w:tcW w:w="5245" w:type="dxa"/>
            <w:vMerge w:val="restart"/>
          </w:tcPr>
          <w:p w:rsidR="00DA4FC0" w:rsidRPr="007205EF" w:rsidRDefault="00DA4FC0" w:rsidP="00DA4FC0">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Знающий и любящий свою малую родину, свой край, имеющий представление о Родине</w:t>
            </w:r>
            <w:r w:rsidRPr="007205EF">
              <w:rPr>
                <w:rFonts w:ascii="Times New Roman" w:hAnsi="Times New Roman" w:cs="Times New Roman"/>
                <w:sz w:val="24"/>
                <w:szCs w:val="24"/>
              </w:rPr>
              <w:t> </w:t>
            </w:r>
            <w:r w:rsidRPr="007205EF">
              <w:rPr>
                <w:rFonts w:ascii="Times New Roman" w:hAnsi="Times New Roman" w:cs="Times New Roman"/>
                <w:sz w:val="24"/>
                <w:szCs w:val="24"/>
                <w:lang w:val="ru-RU"/>
              </w:rPr>
              <w:t xml:space="preserve">— России, её территории, расположении. Сознающий ценность каждой человеческой жизни, признающий индивидуальность и достоинство каждого человека. </w:t>
            </w:r>
          </w:p>
          <w:p w:rsidR="00DA4FC0" w:rsidRPr="007205EF" w:rsidRDefault="00DA4FC0" w:rsidP="002E0C5E">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Проявляющий интерес и уважение к отечественной и м</w:t>
            </w:r>
            <w:r w:rsidR="002E0C5E" w:rsidRPr="007205EF">
              <w:rPr>
                <w:rFonts w:ascii="Times New Roman" w:hAnsi="Times New Roman" w:cs="Times New Roman"/>
                <w:sz w:val="24"/>
                <w:szCs w:val="24"/>
                <w:lang w:val="ru-RU"/>
              </w:rPr>
              <w:t>ировой художественной культуре.</w:t>
            </w: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257">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258">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94</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Решение текстовых задач на применение смысла арифметического действия (умножение, деление)</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 </w:t>
            </w:r>
            <w:r w:rsidRPr="007205EF">
              <w:rPr>
                <w:rFonts w:ascii="Times New Roman" w:hAnsi="Times New Roman" w:cs="Times New Roman"/>
                <w:sz w:val="24"/>
                <w:szCs w:val="24"/>
              </w:rPr>
              <w:t xml:space="preserve">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259">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260">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95</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rPr>
              <w:t>Переместительное свойство умножения</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rPr>
              <w:t xml:space="preserve"> 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261">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262">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96</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Проверочная работа</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rPr>
              <w:t xml:space="preserve"> 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263">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264">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97</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Деление чисел. Компоненты действия, запись равенства</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 </w:t>
            </w:r>
            <w:r w:rsidRPr="007205EF">
              <w:rPr>
                <w:rFonts w:ascii="Times New Roman" w:hAnsi="Times New Roman" w:cs="Times New Roman"/>
                <w:sz w:val="24"/>
                <w:szCs w:val="24"/>
              </w:rPr>
              <w:t xml:space="preserve">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265">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266">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98</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Применение деления в практических ситуациях</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 </w:t>
            </w:r>
            <w:r w:rsidRPr="007205EF">
              <w:rPr>
                <w:rFonts w:ascii="Times New Roman" w:hAnsi="Times New Roman" w:cs="Times New Roman"/>
                <w:sz w:val="24"/>
                <w:szCs w:val="24"/>
              </w:rPr>
              <w:t xml:space="preserve">1 </w:t>
            </w:r>
          </w:p>
        </w:tc>
        <w:tc>
          <w:tcPr>
            <w:tcW w:w="5245" w:type="dxa"/>
            <w:vMerge w:val="restart"/>
          </w:tcPr>
          <w:p w:rsidR="00DA4FC0" w:rsidRPr="007205EF" w:rsidRDefault="00DA4FC0" w:rsidP="00DA4FC0">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Проявляющий интерес и уважение к отечественной и мировой художественной культуре.</w:t>
            </w:r>
          </w:p>
          <w:p w:rsidR="00DA4FC0" w:rsidRPr="007205EF" w:rsidRDefault="00DA4FC0" w:rsidP="00DA4FC0">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 xml:space="preserve">Владеющий основными навыками личной и общественной гигиены, безопасного поведения в быту, природе, обществе. Проявляющий уважение к труду, людям труда, бережное отношение к результатам труда, ответственное потребление. </w:t>
            </w:r>
          </w:p>
          <w:p w:rsidR="00DA4FC0" w:rsidRPr="007205EF" w:rsidRDefault="00DA4FC0" w:rsidP="00DA4FC0">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DA4FC0" w:rsidRPr="007205EF" w:rsidRDefault="00DA4FC0" w:rsidP="00DA4FC0">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 xml:space="preserve">Проявляющий уважение к труду, людям труда, бережное отношение к результатам труда, ответственное потребление. </w:t>
            </w:r>
          </w:p>
          <w:p w:rsidR="00DA4FC0" w:rsidRPr="007205EF" w:rsidRDefault="00DA4FC0" w:rsidP="002E0C5E">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Выражающий познавательные интересы, активность, любознательность и самостоятельность в познании, интерес и ува</w:t>
            </w:r>
            <w:r w:rsidR="002E0C5E" w:rsidRPr="007205EF">
              <w:rPr>
                <w:rFonts w:ascii="Times New Roman" w:hAnsi="Times New Roman" w:cs="Times New Roman"/>
                <w:sz w:val="24"/>
                <w:szCs w:val="24"/>
                <w:lang w:val="ru-RU"/>
              </w:rPr>
              <w:t>жение к научным знаниям, науке.</w:t>
            </w: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267">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268">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99</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Нахождение неизвестного слагаемого (вычисления в пределах 100)</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 </w:t>
            </w:r>
            <w:r w:rsidRPr="007205EF">
              <w:rPr>
                <w:rFonts w:ascii="Times New Roman" w:hAnsi="Times New Roman" w:cs="Times New Roman"/>
                <w:sz w:val="24"/>
                <w:szCs w:val="24"/>
              </w:rPr>
              <w:t xml:space="preserve">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269">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270">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100</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Нахождение неизвестного уменьшаемого (вычисления в пределах 100)</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 </w:t>
            </w:r>
            <w:r w:rsidRPr="007205EF">
              <w:rPr>
                <w:rFonts w:ascii="Times New Roman" w:hAnsi="Times New Roman" w:cs="Times New Roman"/>
                <w:sz w:val="24"/>
                <w:szCs w:val="24"/>
              </w:rPr>
              <w:t xml:space="preserve">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271">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272">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101</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Нахождение неизвестного вычитаемого (вычисления в пределах 100)</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 </w:t>
            </w:r>
            <w:r w:rsidRPr="007205EF">
              <w:rPr>
                <w:rFonts w:ascii="Times New Roman" w:hAnsi="Times New Roman" w:cs="Times New Roman"/>
                <w:sz w:val="24"/>
                <w:szCs w:val="24"/>
              </w:rPr>
              <w:t xml:space="preserve">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273">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274">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102</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Закономерность в ряду объектов повседневной жизни: её объяснение с использованием математической терминологии</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 </w:t>
            </w:r>
            <w:r w:rsidRPr="007205EF">
              <w:rPr>
                <w:rFonts w:ascii="Times New Roman" w:hAnsi="Times New Roman" w:cs="Times New Roman"/>
                <w:sz w:val="24"/>
                <w:szCs w:val="24"/>
              </w:rPr>
              <w:t xml:space="preserve">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275">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276">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103</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Вычитание суммы из числа, числа из суммы</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 </w:t>
            </w:r>
            <w:r w:rsidRPr="007205EF">
              <w:rPr>
                <w:rFonts w:ascii="Times New Roman" w:hAnsi="Times New Roman" w:cs="Times New Roman"/>
                <w:sz w:val="24"/>
                <w:szCs w:val="24"/>
              </w:rPr>
              <w:t xml:space="preserve">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277">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278">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104</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Задачи на конкретный смысл арифметических действий. </w:t>
            </w:r>
            <w:r w:rsidRPr="007205EF">
              <w:rPr>
                <w:rFonts w:ascii="Times New Roman" w:hAnsi="Times New Roman" w:cs="Times New Roman"/>
                <w:sz w:val="24"/>
                <w:szCs w:val="24"/>
              </w:rPr>
              <w:t>Повторение</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rPr>
              <w:t xml:space="preserve"> 1 </w:t>
            </w:r>
          </w:p>
        </w:tc>
        <w:tc>
          <w:tcPr>
            <w:tcW w:w="5245" w:type="dxa"/>
            <w:vMerge w:val="restart"/>
          </w:tcPr>
          <w:p w:rsidR="00DA4FC0" w:rsidRPr="007205EF" w:rsidRDefault="00DA4FC0" w:rsidP="00DA4FC0">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Знающий и любящий свою малую родину, свой край, имеющий представление о Родине</w:t>
            </w:r>
            <w:r w:rsidRPr="007205EF">
              <w:rPr>
                <w:rFonts w:ascii="Times New Roman" w:hAnsi="Times New Roman" w:cs="Times New Roman"/>
                <w:sz w:val="24"/>
                <w:szCs w:val="24"/>
              </w:rPr>
              <w:t> </w:t>
            </w:r>
            <w:r w:rsidRPr="007205EF">
              <w:rPr>
                <w:rFonts w:ascii="Times New Roman" w:hAnsi="Times New Roman" w:cs="Times New Roman"/>
                <w:sz w:val="24"/>
                <w:szCs w:val="24"/>
                <w:lang w:val="ru-RU"/>
              </w:rPr>
              <w:t xml:space="preserve">— </w:t>
            </w:r>
            <w:r w:rsidRPr="007205EF">
              <w:rPr>
                <w:rFonts w:ascii="Times New Roman" w:hAnsi="Times New Roman" w:cs="Times New Roman"/>
                <w:sz w:val="24"/>
                <w:szCs w:val="24"/>
                <w:lang w:val="ru-RU"/>
              </w:rPr>
              <w:lastRenderedPageBreak/>
              <w:t xml:space="preserve">России, её территории, расположении. Сознающий ценность каждой человеческой жизни, признающий индивидуальность и достоинство каждого человека. </w:t>
            </w:r>
          </w:p>
          <w:p w:rsidR="00DA4FC0" w:rsidRPr="007205EF" w:rsidRDefault="00DA4FC0" w:rsidP="002E0C5E">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Проявляющий интерес и уважение к отечественной и м</w:t>
            </w:r>
            <w:r w:rsidR="002E0C5E" w:rsidRPr="007205EF">
              <w:rPr>
                <w:rFonts w:ascii="Times New Roman" w:hAnsi="Times New Roman" w:cs="Times New Roman"/>
                <w:sz w:val="24"/>
                <w:szCs w:val="24"/>
                <w:lang w:val="ru-RU"/>
              </w:rPr>
              <w:t>ировой художественной культуре.</w:t>
            </w: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279">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280">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lastRenderedPageBreak/>
              <w:t>105</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Табличное умножение в пределах 50. Умножение числа 2</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 </w:t>
            </w:r>
            <w:r w:rsidRPr="007205EF">
              <w:rPr>
                <w:rFonts w:ascii="Times New Roman" w:hAnsi="Times New Roman" w:cs="Times New Roman"/>
                <w:sz w:val="24"/>
                <w:szCs w:val="24"/>
              </w:rPr>
              <w:t xml:space="preserve">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281">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282">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106</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Решение задач на нахождение периметра многоугольника (треугольника, четырехугольника)</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 </w:t>
            </w:r>
            <w:r w:rsidRPr="007205EF">
              <w:rPr>
                <w:rFonts w:ascii="Times New Roman" w:hAnsi="Times New Roman" w:cs="Times New Roman"/>
                <w:sz w:val="24"/>
                <w:szCs w:val="24"/>
              </w:rPr>
              <w:t xml:space="preserve">1 </w:t>
            </w:r>
          </w:p>
        </w:tc>
        <w:tc>
          <w:tcPr>
            <w:tcW w:w="5245" w:type="dxa"/>
            <w:vMerge w:val="restart"/>
          </w:tcPr>
          <w:p w:rsidR="00DA4FC0" w:rsidRPr="007205EF" w:rsidRDefault="00DA4FC0" w:rsidP="00DA4FC0">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Проявляющий интерес и уважение к отечественной и мировой художественной культуре.</w:t>
            </w:r>
          </w:p>
          <w:p w:rsidR="00DA4FC0" w:rsidRPr="007205EF" w:rsidRDefault="00DA4FC0" w:rsidP="00DA4FC0">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 xml:space="preserve">Владеющий основными навыками личной и общественной гигиены, безопасного поведения в быту, природе, обществе. Проявляющий уважение к труду, людям труда, бережное отношение к результатам труда, ответственное потребление. </w:t>
            </w:r>
          </w:p>
          <w:p w:rsidR="00DA4FC0" w:rsidRPr="007205EF" w:rsidRDefault="00DA4FC0" w:rsidP="002E0C5E">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Выражающий познавательные интересы, активность, любознательность и самостоятельность в познании, интерес и ува</w:t>
            </w:r>
            <w:r w:rsidR="002E0C5E" w:rsidRPr="007205EF">
              <w:rPr>
                <w:rFonts w:ascii="Times New Roman" w:hAnsi="Times New Roman" w:cs="Times New Roman"/>
                <w:sz w:val="24"/>
                <w:szCs w:val="24"/>
                <w:lang w:val="ru-RU"/>
              </w:rPr>
              <w:t>жение к научным знаниям, науке.</w:t>
            </w: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283">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284">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107</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Табличное умножение в пределах 50. Деление на 2</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 </w:t>
            </w:r>
            <w:r w:rsidRPr="007205EF">
              <w:rPr>
                <w:rFonts w:ascii="Times New Roman" w:hAnsi="Times New Roman" w:cs="Times New Roman"/>
                <w:sz w:val="24"/>
                <w:szCs w:val="24"/>
              </w:rPr>
              <w:t xml:space="preserve">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285">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286">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108</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Табличное умножение в пределах 50. Умножение числа 3</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 </w:t>
            </w:r>
            <w:r w:rsidRPr="007205EF">
              <w:rPr>
                <w:rFonts w:ascii="Times New Roman" w:hAnsi="Times New Roman" w:cs="Times New Roman"/>
                <w:sz w:val="24"/>
                <w:szCs w:val="24"/>
              </w:rPr>
              <w:t xml:space="preserve">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287">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288">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109</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Табличное умножение в пределах 50. Деление на 3</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 </w:t>
            </w:r>
            <w:r w:rsidRPr="007205EF">
              <w:rPr>
                <w:rFonts w:ascii="Times New Roman" w:hAnsi="Times New Roman" w:cs="Times New Roman"/>
                <w:sz w:val="24"/>
                <w:szCs w:val="24"/>
              </w:rPr>
              <w:t xml:space="preserve">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289">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290">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110</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Табличное умножение в пределах 50. Умножение числа 4</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 </w:t>
            </w:r>
            <w:r w:rsidRPr="007205EF">
              <w:rPr>
                <w:rFonts w:ascii="Times New Roman" w:hAnsi="Times New Roman" w:cs="Times New Roman"/>
                <w:sz w:val="24"/>
                <w:szCs w:val="24"/>
              </w:rPr>
              <w:t xml:space="preserve">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291">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292">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111</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Табличное умножение в пределах 50. Деление на 4</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 </w:t>
            </w:r>
            <w:r w:rsidRPr="007205EF">
              <w:rPr>
                <w:rFonts w:ascii="Times New Roman" w:hAnsi="Times New Roman" w:cs="Times New Roman"/>
                <w:sz w:val="24"/>
                <w:szCs w:val="24"/>
              </w:rPr>
              <w:t xml:space="preserve">1 </w:t>
            </w:r>
          </w:p>
        </w:tc>
        <w:tc>
          <w:tcPr>
            <w:tcW w:w="5245" w:type="dxa"/>
            <w:vMerge w:val="restart"/>
          </w:tcPr>
          <w:p w:rsidR="00DA4FC0" w:rsidRPr="007205EF" w:rsidRDefault="00DA4FC0" w:rsidP="00DA4FC0">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Знающий и любящий свою малую родину, свой край, имеющий представление о Родине</w:t>
            </w:r>
            <w:r w:rsidRPr="007205EF">
              <w:rPr>
                <w:rFonts w:ascii="Times New Roman" w:hAnsi="Times New Roman" w:cs="Times New Roman"/>
                <w:sz w:val="24"/>
                <w:szCs w:val="24"/>
              </w:rPr>
              <w:t> </w:t>
            </w:r>
            <w:r w:rsidRPr="007205EF">
              <w:rPr>
                <w:rFonts w:ascii="Times New Roman" w:hAnsi="Times New Roman" w:cs="Times New Roman"/>
                <w:sz w:val="24"/>
                <w:szCs w:val="24"/>
                <w:lang w:val="ru-RU"/>
              </w:rPr>
              <w:t xml:space="preserve">— России, её территории, расположении. Сознающий ценность каждой человеческой жизни, признающий индивидуальность и достоинство каждого человека. </w:t>
            </w:r>
          </w:p>
          <w:p w:rsidR="00DA4FC0" w:rsidRPr="007205EF" w:rsidRDefault="00DA4FC0" w:rsidP="00DA4FC0">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Проявляющий интерес и уважение к отечественной и мировой художественной культуре.</w:t>
            </w:r>
          </w:p>
          <w:p w:rsidR="00DA4FC0" w:rsidRPr="007205EF" w:rsidRDefault="00DA4FC0" w:rsidP="00DA4FC0">
            <w:pPr>
              <w:spacing w:after="0" w:line="240" w:lineRule="auto"/>
              <w:jc w:val="both"/>
              <w:rPr>
                <w:rFonts w:ascii="Times New Roman" w:hAnsi="Times New Roman" w:cs="Times New Roman"/>
                <w:w w:val="0"/>
                <w:sz w:val="24"/>
                <w:szCs w:val="24"/>
                <w:lang w:val="ru-RU"/>
              </w:rPr>
            </w:pPr>
          </w:p>
          <w:p w:rsidR="00DA4FC0" w:rsidRPr="007205EF" w:rsidRDefault="00DA4FC0" w:rsidP="00DA4FC0">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Проявляющий интерес и уважение к отечественной и мировой художественной культуре.</w:t>
            </w:r>
          </w:p>
          <w:p w:rsidR="00DA4FC0" w:rsidRPr="007205EF" w:rsidRDefault="00DA4FC0" w:rsidP="00DA4FC0">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lastRenderedPageBreak/>
              <w:t xml:space="preserve">Владеющий основными навыками личной и общественной гигиены, безопасного поведения в быту, природе, обществе. Проявляющий уважение к труду, людям труда, бережное отношение к результатам труда, ответственное потребление. </w:t>
            </w:r>
          </w:p>
          <w:p w:rsidR="00DA4FC0" w:rsidRPr="007205EF" w:rsidRDefault="00DA4FC0" w:rsidP="00DA4FC0">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DA4FC0" w:rsidRPr="007205EF" w:rsidRDefault="00DA4FC0" w:rsidP="00DA4FC0">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 xml:space="preserve">Проявляющий уважение к труду, людям труда, бережное отношение к результатам труда, ответственное потребление. </w:t>
            </w:r>
          </w:p>
          <w:p w:rsidR="00DA4FC0" w:rsidRPr="007205EF" w:rsidRDefault="00DA4FC0" w:rsidP="00DA4FC0">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DA4FC0" w:rsidRPr="007205EF" w:rsidRDefault="00DA4FC0" w:rsidP="00DA4FC0">
            <w:pPr>
              <w:spacing w:after="0" w:line="240" w:lineRule="auto"/>
              <w:jc w:val="both"/>
              <w:rPr>
                <w:rFonts w:ascii="Times New Roman" w:hAnsi="Times New Roman" w:cs="Times New Roman"/>
                <w:w w:val="0"/>
                <w:sz w:val="24"/>
                <w:szCs w:val="24"/>
                <w:lang w:val="ru-RU"/>
              </w:rPr>
            </w:pPr>
          </w:p>
          <w:p w:rsidR="00DA4FC0" w:rsidRPr="007205EF" w:rsidRDefault="00DA4FC0" w:rsidP="00DA4FC0">
            <w:pPr>
              <w:spacing w:after="0" w:line="240" w:lineRule="auto"/>
              <w:jc w:val="both"/>
              <w:rPr>
                <w:rFonts w:ascii="Times New Roman" w:hAnsi="Times New Roman" w:cs="Times New Roman"/>
                <w:w w:val="0"/>
                <w:sz w:val="24"/>
                <w:szCs w:val="24"/>
                <w:lang w:val="ru-RU"/>
              </w:rPr>
            </w:pPr>
          </w:p>
          <w:p w:rsidR="00DA4FC0" w:rsidRPr="007205EF" w:rsidRDefault="00DA4FC0" w:rsidP="00DA4FC0">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DA4FC0" w:rsidRPr="007205EF" w:rsidRDefault="00DA4FC0" w:rsidP="00DA4FC0">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 xml:space="preserve">Проявляющий уважение к труду, людям труда, бережное отношение к результатам труда, ответственное потребление. </w:t>
            </w:r>
          </w:p>
          <w:p w:rsidR="00DA4FC0" w:rsidRPr="007205EF" w:rsidRDefault="00DA4FC0" w:rsidP="00DA4FC0">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293">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294">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112</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Табличное умножение в пределах 50. Умножение числа 5</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 </w:t>
            </w:r>
            <w:r w:rsidRPr="007205EF">
              <w:rPr>
                <w:rFonts w:ascii="Times New Roman" w:hAnsi="Times New Roman" w:cs="Times New Roman"/>
                <w:sz w:val="24"/>
                <w:szCs w:val="24"/>
              </w:rPr>
              <w:t xml:space="preserve">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295">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296">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113</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lang w:val="ru-RU"/>
              </w:rPr>
            </w:pPr>
            <w:r w:rsidRPr="007205EF">
              <w:rPr>
                <w:rFonts w:ascii="Times New Roman" w:hAnsi="Times New Roman" w:cs="Times New Roman"/>
                <w:sz w:val="24"/>
                <w:szCs w:val="24"/>
              </w:rPr>
              <w:t>Контрольная работа №</w:t>
            </w:r>
            <w:r w:rsidRPr="007205EF">
              <w:rPr>
                <w:rFonts w:ascii="Times New Roman" w:hAnsi="Times New Roman" w:cs="Times New Roman"/>
                <w:sz w:val="24"/>
                <w:szCs w:val="24"/>
                <w:lang w:val="ru-RU"/>
              </w:rPr>
              <w:t>3</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rPr>
              <w:t xml:space="preserve"> 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297">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298">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114</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Табличное умножение в пределах 50. Деление на 5</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 </w:t>
            </w:r>
            <w:r w:rsidRPr="007205EF">
              <w:rPr>
                <w:rFonts w:ascii="Times New Roman" w:hAnsi="Times New Roman" w:cs="Times New Roman"/>
                <w:sz w:val="24"/>
                <w:szCs w:val="24"/>
              </w:rPr>
              <w:t xml:space="preserve">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299">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300">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115</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Расчётные задачи на увеличение/уменьшение величины в несколько раз</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 </w:t>
            </w:r>
            <w:r w:rsidRPr="007205EF">
              <w:rPr>
                <w:rFonts w:ascii="Times New Roman" w:hAnsi="Times New Roman" w:cs="Times New Roman"/>
                <w:sz w:val="24"/>
                <w:szCs w:val="24"/>
              </w:rPr>
              <w:t xml:space="preserve">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301">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302">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116</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 xml:space="preserve">Порядок выполнения действий в числовом выражении, содержащем действия </w:t>
            </w:r>
            <w:r w:rsidRPr="007205EF">
              <w:rPr>
                <w:rFonts w:ascii="Times New Roman" w:hAnsi="Times New Roman" w:cs="Times New Roman"/>
                <w:sz w:val="24"/>
                <w:szCs w:val="24"/>
                <w:lang w:val="ru-RU"/>
              </w:rPr>
              <w:lastRenderedPageBreak/>
              <w:t>сложения и вычитания (без скобок) в пределах 100 (2-3 действия); нахождение его значения</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lastRenderedPageBreak/>
              <w:t xml:space="preserve"> </w:t>
            </w:r>
            <w:r w:rsidRPr="007205EF">
              <w:rPr>
                <w:rFonts w:ascii="Times New Roman" w:hAnsi="Times New Roman" w:cs="Times New Roman"/>
                <w:sz w:val="24"/>
                <w:szCs w:val="24"/>
              </w:rPr>
              <w:t xml:space="preserve">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303">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304">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117</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 </w:t>
            </w:r>
            <w:r w:rsidRPr="007205EF">
              <w:rPr>
                <w:rFonts w:ascii="Times New Roman" w:hAnsi="Times New Roman" w:cs="Times New Roman"/>
                <w:sz w:val="24"/>
                <w:szCs w:val="24"/>
              </w:rPr>
              <w:t xml:space="preserve">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305">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306">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118</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Табличное умножение в пределах 50. Умножение числа 6 и на 6</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 </w:t>
            </w:r>
            <w:r w:rsidRPr="007205EF">
              <w:rPr>
                <w:rFonts w:ascii="Times New Roman" w:hAnsi="Times New Roman" w:cs="Times New Roman"/>
                <w:sz w:val="24"/>
                <w:szCs w:val="24"/>
              </w:rPr>
              <w:t xml:space="preserve">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307">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308">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119</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Табличное умножение в пределах 50. Деление на 6</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 </w:t>
            </w:r>
            <w:r w:rsidRPr="007205EF">
              <w:rPr>
                <w:rFonts w:ascii="Times New Roman" w:hAnsi="Times New Roman" w:cs="Times New Roman"/>
                <w:sz w:val="24"/>
                <w:szCs w:val="24"/>
              </w:rPr>
              <w:t xml:space="preserve">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309">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310">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120</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Табличное умножение в пределах 50. Умножение числа 7 и на 7</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 </w:t>
            </w:r>
            <w:r w:rsidRPr="007205EF">
              <w:rPr>
                <w:rFonts w:ascii="Times New Roman" w:hAnsi="Times New Roman" w:cs="Times New Roman"/>
                <w:sz w:val="24"/>
                <w:szCs w:val="24"/>
              </w:rPr>
              <w:t xml:space="preserve">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311">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312">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121</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Табличное умножение в пределах 50. Деление на 7</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 </w:t>
            </w:r>
            <w:r w:rsidRPr="007205EF">
              <w:rPr>
                <w:rFonts w:ascii="Times New Roman" w:hAnsi="Times New Roman" w:cs="Times New Roman"/>
                <w:sz w:val="24"/>
                <w:szCs w:val="24"/>
              </w:rPr>
              <w:t xml:space="preserve">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313">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314">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122</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Табличное умножение в пределах 50. Умножение числа 8 и на 8</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 </w:t>
            </w:r>
            <w:r w:rsidRPr="007205EF">
              <w:rPr>
                <w:rFonts w:ascii="Times New Roman" w:hAnsi="Times New Roman" w:cs="Times New Roman"/>
                <w:sz w:val="24"/>
                <w:szCs w:val="24"/>
              </w:rPr>
              <w:t xml:space="preserve">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315">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316">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123</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Табличное умножение в пределах 50. Деление на 8</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 </w:t>
            </w:r>
            <w:r w:rsidRPr="007205EF">
              <w:rPr>
                <w:rFonts w:ascii="Times New Roman" w:hAnsi="Times New Roman" w:cs="Times New Roman"/>
                <w:sz w:val="24"/>
                <w:szCs w:val="24"/>
              </w:rPr>
              <w:t xml:space="preserve">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317">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318">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124</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Табличное умножение в пределах 50. Умножение числа 9 и на 9</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 </w:t>
            </w:r>
            <w:r w:rsidRPr="007205EF">
              <w:rPr>
                <w:rFonts w:ascii="Times New Roman" w:hAnsi="Times New Roman" w:cs="Times New Roman"/>
                <w:sz w:val="24"/>
                <w:szCs w:val="24"/>
              </w:rPr>
              <w:t xml:space="preserve">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319">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320">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125</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Табличное умножение в пределах 50. Деление на 9. </w:t>
            </w:r>
            <w:r w:rsidRPr="007205EF">
              <w:rPr>
                <w:rFonts w:ascii="Times New Roman" w:hAnsi="Times New Roman" w:cs="Times New Roman"/>
                <w:sz w:val="24"/>
                <w:szCs w:val="24"/>
              </w:rPr>
              <w:t>Таблица умножения</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rPr>
              <w:t xml:space="preserve"> 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321">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322">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126</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Умножение на 1, на 0. Деление числа 0</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 </w:t>
            </w:r>
            <w:r w:rsidRPr="007205EF">
              <w:rPr>
                <w:rFonts w:ascii="Times New Roman" w:hAnsi="Times New Roman" w:cs="Times New Roman"/>
                <w:sz w:val="24"/>
                <w:szCs w:val="24"/>
              </w:rPr>
              <w:t xml:space="preserve">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323">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324">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127</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Работа с величинами: сравнение по массе (единица массы — килограмм)</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 </w:t>
            </w:r>
            <w:r w:rsidRPr="007205EF">
              <w:rPr>
                <w:rFonts w:ascii="Times New Roman" w:hAnsi="Times New Roman" w:cs="Times New Roman"/>
                <w:sz w:val="24"/>
                <w:szCs w:val="24"/>
              </w:rPr>
              <w:t xml:space="preserve">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325">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326">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128</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rPr>
              <w:t>Итоговая контрольная работа</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rPr>
              <w:t xml:space="preserve"> 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327">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328">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129</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Составление утверждений относительно заданного набора геометрических фигур. </w:t>
            </w:r>
            <w:r w:rsidRPr="007205EF">
              <w:rPr>
                <w:rFonts w:ascii="Times New Roman" w:hAnsi="Times New Roman" w:cs="Times New Roman"/>
                <w:sz w:val="24"/>
                <w:szCs w:val="24"/>
              </w:rPr>
              <w:lastRenderedPageBreak/>
              <w:t>Распределение геометрических фигур на группы</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rPr>
              <w:lastRenderedPageBreak/>
              <w:t xml:space="preserve"> 1 </w:t>
            </w:r>
          </w:p>
        </w:tc>
        <w:tc>
          <w:tcPr>
            <w:tcW w:w="5245" w:type="dxa"/>
            <w:vMerge w:val="restart"/>
          </w:tcPr>
          <w:p w:rsidR="00DA4FC0" w:rsidRPr="007205EF" w:rsidRDefault="00DA4FC0" w:rsidP="00DA4FC0">
            <w:pPr>
              <w:spacing w:after="0" w:line="240" w:lineRule="auto"/>
              <w:jc w:val="both"/>
              <w:rPr>
                <w:rFonts w:ascii="Times New Roman" w:hAnsi="Times New Roman" w:cs="Times New Roman"/>
                <w:w w:val="0"/>
                <w:sz w:val="24"/>
                <w:szCs w:val="24"/>
                <w:lang w:val="ru-RU"/>
              </w:rPr>
            </w:pPr>
            <w:r w:rsidRPr="007205EF">
              <w:rPr>
                <w:rFonts w:ascii="Times New Roman" w:hAnsi="Times New Roman" w:cs="Times New Roman"/>
                <w:sz w:val="24"/>
                <w:szCs w:val="24"/>
                <w:lang w:val="ru-RU"/>
              </w:rPr>
              <w:t xml:space="preserve">Проявляющий интерес к разным профессиям. Выражающий познавательные интересы, </w:t>
            </w:r>
            <w:r w:rsidRPr="007205EF">
              <w:rPr>
                <w:rFonts w:ascii="Times New Roman" w:hAnsi="Times New Roman" w:cs="Times New Roman"/>
                <w:sz w:val="24"/>
                <w:szCs w:val="24"/>
                <w:lang w:val="ru-RU"/>
              </w:rPr>
              <w:lastRenderedPageBreak/>
              <w:t>активность, любознательность и самостоятельность в познании, интерес и уважение к научным знаниям, науке.</w:t>
            </w:r>
          </w:p>
          <w:p w:rsidR="00DA4FC0" w:rsidRPr="007205EF" w:rsidRDefault="00DA4FC0" w:rsidP="00DA4FC0">
            <w:pPr>
              <w:spacing w:after="0" w:line="240" w:lineRule="auto"/>
              <w:jc w:val="both"/>
              <w:rPr>
                <w:rFonts w:ascii="Times New Roman" w:hAnsi="Times New Roman" w:cs="Times New Roman"/>
                <w:w w:val="0"/>
                <w:sz w:val="24"/>
                <w:szCs w:val="24"/>
                <w:lang w:val="ru-RU"/>
              </w:rPr>
            </w:pPr>
          </w:p>
          <w:p w:rsidR="00DA4FC0" w:rsidRPr="007205EF" w:rsidRDefault="00DA4FC0" w:rsidP="00DA4FC0">
            <w:pPr>
              <w:tabs>
                <w:tab w:val="left" w:pos="4"/>
                <w:tab w:val="left" w:pos="288"/>
                <w:tab w:val="left" w:pos="430"/>
              </w:tabs>
              <w:spacing w:after="0" w:line="240" w:lineRule="auto"/>
              <w:ind w:firstLine="181"/>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329">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330">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130</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Алгоритмы (приёмы, правила) построения геометрических фигур</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 </w:t>
            </w:r>
            <w:r w:rsidRPr="007205EF">
              <w:rPr>
                <w:rFonts w:ascii="Times New Roman" w:hAnsi="Times New Roman" w:cs="Times New Roman"/>
                <w:sz w:val="24"/>
                <w:szCs w:val="24"/>
              </w:rPr>
              <w:t xml:space="preserve">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331">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332">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131</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Работа с электронными средствами обучения: правила работы, выполнение заданий</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 </w:t>
            </w:r>
            <w:r w:rsidRPr="007205EF">
              <w:rPr>
                <w:rFonts w:ascii="Times New Roman" w:hAnsi="Times New Roman" w:cs="Times New Roman"/>
                <w:sz w:val="24"/>
                <w:szCs w:val="24"/>
              </w:rPr>
              <w:t xml:space="preserve">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333">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334">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132</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Обобщение изученного за курс 2 класса</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 </w:t>
            </w:r>
            <w:r w:rsidRPr="007205EF">
              <w:rPr>
                <w:rFonts w:ascii="Times New Roman" w:hAnsi="Times New Roman" w:cs="Times New Roman"/>
                <w:sz w:val="24"/>
                <w:szCs w:val="24"/>
              </w:rPr>
              <w:t xml:space="preserve">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335">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336">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133</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Единица длины, массы, времени. Повторение</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 </w:t>
            </w:r>
            <w:r w:rsidRPr="007205EF">
              <w:rPr>
                <w:rFonts w:ascii="Times New Roman" w:hAnsi="Times New Roman" w:cs="Times New Roman"/>
                <w:sz w:val="24"/>
                <w:szCs w:val="24"/>
              </w:rPr>
              <w:t xml:space="preserve">1 </w:t>
            </w:r>
          </w:p>
        </w:tc>
        <w:tc>
          <w:tcPr>
            <w:tcW w:w="5245" w:type="dxa"/>
            <w:vMerge w:val="restart"/>
          </w:tcPr>
          <w:p w:rsidR="00DA4FC0" w:rsidRPr="007205EF" w:rsidRDefault="00DA4FC0" w:rsidP="00DA4FC0">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Знающий и любящий свою малую родину, свой край, имеющий представление о Родине</w:t>
            </w:r>
            <w:r w:rsidRPr="007205EF">
              <w:rPr>
                <w:rFonts w:ascii="Times New Roman" w:hAnsi="Times New Roman" w:cs="Times New Roman"/>
                <w:sz w:val="24"/>
                <w:szCs w:val="24"/>
              </w:rPr>
              <w:t> </w:t>
            </w:r>
            <w:r w:rsidRPr="007205EF">
              <w:rPr>
                <w:rFonts w:ascii="Times New Roman" w:hAnsi="Times New Roman" w:cs="Times New Roman"/>
                <w:sz w:val="24"/>
                <w:szCs w:val="24"/>
                <w:lang w:val="ru-RU"/>
              </w:rPr>
              <w:t xml:space="preserve">— России, её территории, расположении. Сознающий ценность каждой человеческой жизни, признающий индивидуальность и достоинство каждого человека. </w:t>
            </w:r>
          </w:p>
          <w:p w:rsidR="00DA4FC0" w:rsidRPr="007205EF" w:rsidRDefault="00DA4FC0" w:rsidP="00DA4FC0">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Проявляющий интерес и уважение к отечественной и мировой художественной культуре.</w:t>
            </w:r>
          </w:p>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337">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338">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134</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Задачи в два действия. Повторение</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 </w:t>
            </w:r>
            <w:r w:rsidRPr="007205EF">
              <w:rPr>
                <w:rFonts w:ascii="Times New Roman" w:hAnsi="Times New Roman" w:cs="Times New Roman"/>
                <w:sz w:val="24"/>
                <w:szCs w:val="24"/>
              </w:rPr>
              <w:t xml:space="preserve">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339">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340">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135</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Геометрические фигуры. Периметр. Математическая информация. </w:t>
            </w:r>
            <w:r w:rsidRPr="007205EF">
              <w:rPr>
                <w:rFonts w:ascii="Times New Roman" w:hAnsi="Times New Roman" w:cs="Times New Roman"/>
                <w:sz w:val="24"/>
                <w:szCs w:val="24"/>
              </w:rPr>
              <w:t>Работа с информацией. Повторение</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rPr>
              <w:t xml:space="preserve"> 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341">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342">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8E75F7" w:rsidTr="002E0C5E">
        <w:tc>
          <w:tcPr>
            <w:tcW w:w="704"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136</w:t>
            </w:r>
          </w:p>
        </w:tc>
        <w:tc>
          <w:tcPr>
            <w:tcW w:w="4820"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Числа от 1 до 100. Умножение. Деление. </w:t>
            </w:r>
            <w:r w:rsidRPr="007205EF">
              <w:rPr>
                <w:rFonts w:ascii="Times New Roman" w:hAnsi="Times New Roman" w:cs="Times New Roman"/>
                <w:sz w:val="24"/>
                <w:szCs w:val="24"/>
              </w:rPr>
              <w:t>Повторение</w:t>
            </w:r>
          </w:p>
        </w:tc>
        <w:tc>
          <w:tcPr>
            <w:tcW w:w="708" w:type="dxa"/>
            <w:vAlign w:val="center"/>
          </w:tcPr>
          <w:p w:rsidR="00DA4FC0" w:rsidRPr="007205EF" w:rsidRDefault="00DA4FC0" w:rsidP="00DA4FC0">
            <w:pPr>
              <w:spacing w:after="0" w:line="240" w:lineRule="auto"/>
              <w:ind w:left="135"/>
              <w:jc w:val="both"/>
              <w:rPr>
                <w:rFonts w:ascii="Times New Roman" w:hAnsi="Times New Roman" w:cs="Times New Roman"/>
                <w:sz w:val="24"/>
                <w:szCs w:val="24"/>
              </w:rPr>
            </w:pPr>
            <w:r w:rsidRPr="007205EF">
              <w:rPr>
                <w:rFonts w:ascii="Times New Roman" w:hAnsi="Times New Roman" w:cs="Times New Roman"/>
                <w:sz w:val="24"/>
                <w:szCs w:val="24"/>
              </w:rPr>
              <w:t xml:space="preserve"> 1 </w:t>
            </w:r>
          </w:p>
        </w:tc>
        <w:tc>
          <w:tcPr>
            <w:tcW w:w="5245" w:type="dxa"/>
            <w:vMerge/>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vAlign w:val="center"/>
          </w:tcPr>
          <w:p w:rsidR="00DA4FC0" w:rsidRPr="007205EF" w:rsidRDefault="008E75F7" w:rsidP="00DA4FC0">
            <w:pPr>
              <w:spacing w:after="0" w:line="240" w:lineRule="auto"/>
              <w:ind w:left="135"/>
              <w:jc w:val="both"/>
              <w:rPr>
                <w:rFonts w:ascii="Times New Roman" w:hAnsi="Times New Roman" w:cs="Times New Roman"/>
                <w:sz w:val="24"/>
                <w:szCs w:val="24"/>
                <w:lang w:val="ru-RU"/>
              </w:rPr>
            </w:pPr>
            <w:hyperlink r:id="rId343">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education</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yandex</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r w:rsidR="00DA4FC0" w:rsidRPr="007205EF">
              <w:rPr>
                <w:rFonts w:ascii="Times New Roman" w:hAnsi="Times New Roman" w:cs="Times New Roman"/>
                <w:sz w:val="24"/>
                <w:szCs w:val="24"/>
                <w:lang w:val="ru-RU"/>
              </w:rPr>
              <w:t xml:space="preserve"> </w:t>
            </w:r>
            <w:hyperlink r:id="rId344">
              <w:r w:rsidR="00DA4FC0" w:rsidRPr="007205EF">
                <w:rPr>
                  <w:rFonts w:ascii="Times New Roman" w:hAnsi="Times New Roman" w:cs="Times New Roman"/>
                  <w:sz w:val="24"/>
                  <w:szCs w:val="24"/>
                  <w:u w:val="single"/>
                </w:rPr>
                <w:t>https</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uchi</w:t>
              </w:r>
              <w:r w:rsidR="00DA4FC0" w:rsidRPr="007205EF">
                <w:rPr>
                  <w:rFonts w:ascii="Times New Roman" w:hAnsi="Times New Roman" w:cs="Times New Roman"/>
                  <w:sz w:val="24"/>
                  <w:szCs w:val="24"/>
                  <w:u w:val="single"/>
                  <w:lang w:val="ru-RU"/>
                </w:rPr>
                <w:t>.</w:t>
              </w:r>
              <w:r w:rsidR="00DA4FC0" w:rsidRPr="007205EF">
                <w:rPr>
                  <w:rFonts w:ascii="Times New Roman" w:hAnsi="Times New Roman" w:cs="Times New Roman"/>
                  <w:sz w:val="24"/>
                  <w:szCs w:val="24"/>
                  <w:u w:val="single"/>
                </w:rPr>
                <w:t>ru</w:t>
              </w:r>
            </w:hyperlink>
          </w:p>
        </w:tc>
      </w:tr>
      <w:tr w:rsidR="00DA4FC0" w:rsidRPr="007205EF" w:rsidTr="002E0C5E">
        <w:tc>
          <w:tcPr>
            <w:tcW w:w="5524" w:type="dxa"/>
            <w:gridSpan w:val="2"/>
            <w:vAlign w:val="center"/>
          </w:tcPr>
          <w:p w:rsidR="00DA4FC0" w:rsidRPr="007205EF" w:rsidRDefault="00DA4FC0" w:rsidP="00DA4FC0">
            <w:pPr>
              <w:spacing w:after="0" w:line="240" w:lineRule="auto"/>
              <w:ind w:left="135"/>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ОБЩЕЕ КОЛИЧЕСТВО ЧАСОВ ПО ПРОГРАММЕ</w:t>
            </w:r>
          </w:p>
        </w:tc>
        <w:tc>
          <w:tcPr>
            <w:tcW w:w="708" w:type="dxa"/>
            <w:vAlign w:val="center"/>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136</w:t>
            </w:r>
          </w:p>
        </w:tc>
        <w:tc>
          <w:tcPr>
            <w:tcW w:w="5245" w:type="dxa"/>
          </w:tcPr>
          <w:p w:rsidR="00DA4FC0" w:rsidRPr="007205EF" w:rsidRDefault="00DA4FC0" w:rsidP="00DA4FC0">
            <w:pPr>
              <w:spacing w:after="0" w:line="240" w:lineRule="auto"/>
              <w:jc w:val="both"/>
              <w:rPr>
                <w:rFonts w:ascii="Times New Roman" w:hAnsi="Times New Roman" w:cs="Times New Roman"/>
                <w:w w:val="0"/>
                <w:sz w:val="24"/>
                <w:szCs w:val="24"/>
                <w:lang w:val="ru-RU"/>
              </w:rPr>
            </w:pPr>
          </w:p>
        </w:tc>
        <w:tc>
          <w:tcPr>
            <w:tcW w:w="3686" w:type="dxa"/>
          </w:tcPr>
          <w:p w:rsidR="00DA4FC0" w:rsidRPr="007205EF" w:rsidRDefault="00DA4FC0" w:rsidP="00DA4FC0">
            <w:pPr>
              <w:spacing w:after="0" w:line="240" w:lineRule="auto"/>
              <w:jc w:val="both"/>
              <w:rPr>
                <w:rFonts w:ascii="Times New Roman" w:hAnsi="Times New Roman" w:cs="Times New Roman"/>
                <w:sz w:val="24"/>
                <w:szCs w:val="24"/>
              </w:rPr>
            </w:pPr>
          </w:p>
        </w:tc>
      </w:tr>
    </w:tbl>
    <w:p w:rsidR="00DA4FC0" w:rsidRPr="007205EF" w:rsidRDefault="00DA4FC0">
      <w:pPr>
        <w:rPr>
          <w:rFonts w:ascii="Times New Roman" w:hAnsi="Times New Roman" w:cs="Times New Roman"/>
          <w:sz w:val="24"/>
          <w:szCs w:val="24"/>
          <w:lang w:val="ru-RU"/>
        </w:rPr>
      </w:pPr>
    </w:p>
    <w:p w:rsidR="005E3948" w:rsidRPr="007205EF" w:rsidRDefault="005E3948">
      <w:pPr>
        <w:rPr>
          <w:rFonts w:ascii="Times New Roman" w:hAnsi="Times New Roman" w:cs="Times New Roman"/>
          <w:sz w:val="24"/>
          <w:szCs w:val="24"/>
          <w:lang w:val="ru-RU"/>
        </w:rPr>
      </w:pPr>
    </w:p>
    <w:p w:rsidR="005E3948" w:rsidRPr="007205EF" w:rsidRDefault="005E3948">
      <w:pPr>
        <w:rPr>
          <w:rFonts w:ascii="Times New Roman" w:hAnsi="Times New Roman" w:cs="Times New Roman"/>
          <w:sz w:val="24"/>
          <w:szCs w:val="24"/>
          <w:lang w:val="ru-RU"/>
        </w:rPr>
      </w:pPr>
    </w:p>
    <w:p w:rsidR="005E3948" w:rsidRPr="007205EF" w:rsidRDefault="005E3948">
      <w:pPr>
        <w:rPr>
          <w:rFonts w:ascii="Times New Roman" w:hAnsi="Times New Roman" w:cs="Times New Roman"/>
          <w:sz w:val="24"/>
          <w:szCs w:val="24"/>
          <w:lang w:val="ru-RU"/>
        </w:rPr>
      </w:pPr>
    </w:p>
    <w:p w:rsidR="005E3948" w:rsidRPr="007205EF" w:rsidRDefault="005E3948">
      <w:pPr>
        <w:rPr>
          <w:rFonts w:ascii="Times New Roman" w:hAnsi="Times New Roman" w:cs="Times New Roman"/>
          <w:sz w:val="24"/>
          <w:szCs w:val="24"/>
          <w:lang w:val="ru-RU"/>
        </w:rPr>
      </w:pPr>
    </w:p>
    <w:p w:rsidR="005E3948" w:rsidRPr="007205EF" w:rsidRDefault="005E3948">
      <w:pPr>
        <w:rPr>
          <w:rFonts w:ascii="Times New Roman" w:hAnsi="Times New Roman" w:cs="Times New Roman"/>
          <w:sz w:val="24"/>
          <w:szCs w:val="24"/>
          <w:lang w:val="ru-RU"/>
        </w:rPr>
      </w:pPr>
    </w:p>
    <w:p w:rsidR="005E3948" w:rsidRPr="007205EF" w:rsidRDefault="005E3948">
      <w:pPr>
        <w:rPr>
          <w:rFonts w:ascii="Times New Roman" w:hAnsi="Times New Roman" w:cs="Times New Roman"/>
          <w:sz w:val="24"/>
          <w:szCs w:val="24"/>
          <w:lang w:val="ru-RU"/>
        </w:rPr>
      </w:pPr>
    </w:p>
    <w:p w:rsidR="00DA4FC0" w:rsidRPr="007205EF" w:rsidRDefault="00DA4FC0">
      <w:pPr>
        <w:rPr>
          <w:rFonts w:ascii="Times New Roman" w:hAnsi="Times New Roman" w:cs="Times New Roman"/>
          <w:b/>
          <w:sz w:val="24"/>
          <w:szCs w:val="24"/>
          <w:lang w:val="ru-RU"/>
        </w:rPr>
      </w:pPr>
      <w:r w:rsidRPr="007205EF">
        <w:rPr>
          <w:rFonts w:ascii="Times New Roman" w:hAnsi="Times New Roman" w:cs="Times New Roman"/>
          <w:b/>
          <w:sz w:val="24"/>
          <w:szCs w:val="24"/>
          <w:lang w:val="ru-RU"/>
        </w:rPr>
        <w:lastRenderedPageBreak/>
        <w:t>3 КЛАСС</w:t>
      </w:r>
    </w:p>
    <w:tbl>
      <w:tblPr>
        <w:tblW w:w="15168"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04"/>
        <w:gridCol w:w="4802"/>
        <w:gridCol w:w="784"/>
        <w:gridCol w:w="5203"/>
        <w:gridCol w:w="3675"/>
      </w:tblGrid>
      <w:tr w:rsidR="00DA4FC0" w:rsidRPr="007205EF" w:rsidTr="007205EF">
        <w:trPr>
          <w:trHeight w:val="944"/>
          <w:tblCellSpacing w:w="20" w:type="nil"/>
        </w:trPr>
        <w:tc>
          <w:tcPr>
            <w:tcW w:w="704" w:type="dxa"/>
            <w:tcMar>
              <w:top w:w="50" w:type="dxa"/>
              <w:left w:w="100" w:type="dxa"/>
            </w:tcMar>
            <w:vAlign w:val="center"/>
          </w:tcPr>
          <w:p w:rsidR="00DA4FC0" w:rsidRPr="007205EF" w:rsidRDefault="00DA4FC0" w:rsidP="00DA4FC0">
            <w:pPr>
              <w:spacing w:after="0"/>
              <w:ind w:left="135"/>
              <w:rPr>
                <w:sz w:val="24"/>
                <w:szCs w:val="24"/>
              </w:rPr>
            </w:pPr>
            <w:r w:rsidRPr="007205EF">
              <w:rPr>
                <w:rFonts w:ascii="Times New Roman" w:hAnsi="Times New Roman"/>
                <w:color w:val="000000"/>
                <w:sz w:val="24"/>
                <w:szCs w:val="24"/>
              </w:rPr>
              <w:t xml:space="preserve">№ п/п </w:t>
            </w:r>
          </w:p>
          <w:p w:rsidR="00DA4FC0" w:rsidRPr="007205EF" w:rsidRDefault="00DA4FC0" w:rsidP="00DA4FC0">
            <w:pPr>
              <w:spacing w:after="0"/>
              <w:ind w:left="135"/>
              <w:rPr>
                <w:sz w:val="24"/>
                <w:szCs w:val="24"/>
              </w:rPr>
            </w:pPr>
          </w:p>
        </w:tc>
        <w:tc>
          <w:tcPr>
            <w:tcW w:w="4802" w:type="dxa"/>
            <w:tcMar>
              <w:top w:w="50" w:type="dxa"/>
              <w:left w:w="100" w:type="dxa"/>
            </w:tcMar>
            <w:vAlign w:val="center"/>
          </w:tcPr>
          <w:p w:rsidR="00DA4FC0" w:rsidRPr="007205EF" w:rsidRDefault="00DA4FC0" w:rsidP="00DA4FC0">
            <w:pPr>
              <w:spacing w:after="0"/>
              <w:ind w:left="135"/>
              <w:rPr>
                <w:sz w:val="24"/>
                <w:szCs w:val="24"/>
                <w:lang w:val="ru-RU"/>
              </w:rPr>
            </w:pPr>
            <w:r w:rsidRPr="007205EF">
              <w:rPr>
                <w:rFonts w:ascii="Times New Roman" w:hAnsi="Times New Roman"/>
                <w:color w:val="000000"/>
                <w:sz w:val="24"/>
                <w:szCs w:val="24"/>
                <w:lang w:val="ru-RU"/>
              </w:rPr>
              <w:t>Тематические блоки, темы</w:t>
            </w:r>
          </w:p>
        </w:tc>
        <w:tc>
          <w:tcPr>
            <w:tcW w:w="784" w:type="dxa"/>
          </w:tcPr>
          <w:p w:rsidR="00DA4FC0" w:rsidRPr="007205EF" w:rsidRDefault="00DA4FC0" w:rsidP="00DA4FC0">
            <w:pPr>
              <w:spacing w:after="0" w:line="240" w:lineRule="auto"/>
              <w:jc w:val="both"/>
              <w:rPr>
                <w:rFonts w:ascii="Times New Roman" w:hAnsi="Times New Roman" w:cs="Times New Roman"/>
                <w:sz w:val="24"/>
                <w:szCs w:val="24"/>
              </w:rPr>
            </w:pPr>
            <w:r w:rsidRPr="007205EF">
              <w:rPr>
                <w:rFonts w:ascii="Times New Roman" w:hAnsi="Times New Roman" w:cs="Times New Roman"/>
                <w:sz w:val="24"/>
                <w:szCs w:val="24"/>
              </w:rPr>
              <w:t>Кол-во часов</w:t>
            </w:r>
          </w:p>
        </w:tc>
        <w:tc>
          <w:tcPr>
            <w:tcW w:w="5203" w:type="dxa"/>
          </w:tcPr>
          <w:p w:rsidR="00DA4FC0" w:rsidRPr="007205EF" w:rsidRDefault="00DA4FC0" w:rsidP="00963108">
            <w:pPr>
              <w:spacing w:after="0" w:line="240" w:lineRule="auto"/>
              <w:jc w:val="both"/>
              <w:rPr>
                <w:rFonts w:ascii="Times New Roman" w:hAnsi="Times New Roman" w:cs="Times New Roman"/>
                <w:w w:val="0"/>
                <w:sz w:val="24"/>
                <w:szCs w:val="24"/>
                <w:lang w:val="ru-RU"/>
              </w:rPr>
            </w:pPr>
            <w:r w:rsidRPr="007205EF">
              <w:rPr>
                <w:rFonts w:ascii="Times New Roman" w:hAnsi="Times New Roman" w:cs="Times New Roman"/>
                <w:w w:val="0"/>
                <w:sz w:val="24"/>
                <w:szCs w:val="24"/>
                <w:lang w:val="ru-RU"/>
              </w:rPr>
              <w:t xml:space="preserve">Модуль рабочей программы воспитания </w:t>
            </w:r>
          </w:p>
          <w:p w:rsidR="00DA4FC0" w:rsidRPr="007205EF" w:rsidRDefault="00DA4FC0" w:rsidP="00963108">
            <w:pPr>
              <w:spacing w:after="0" w:line="240" w:lineRule="auto"/>
              <w:jc w:val="both"/>
              <w:rPr>
                <w:rFonts w:ascii="Times New Roman" w:hAnsi="Times New Roman" w:cs="Times New Roman"/>
                <w:sz w:val="24"/>
                <w:szCs w:val="24"/>
                <w:lang w:val="ru-RU"/>
              </w:rPr>
            </w:pPr>
            <w:r w:rsidRPr="007205EF">
              <w:rPr>
                <w:rFonts w:ascii="Times New Roman" w:eastAsia="№Е" w:hAnsi="Times New Roman" w:cs="Times New Roman"/>
                <w:sz w:val="24"/>
                <w:szCs w:val="24"/>
                <w:lang w:val="ru-RU"/>
              </w:rPr>
              <w:t>Реализация воспитательного потенциала урока</w:t>
            </w:r>
          </w:p>
        </w:tc>
        <w:tc>
          <w:tcPr>
            <w:tcW w:w="3675" w:type="dxa"/>
            <w:tcMar>
              <w:top w:w="50" w:type="dxa"/>
              <w:left w:w="100" w:type="dxa"/>
            </w:tcMar>
            <w:vAlign w:val="center"/>
          </w:tcPr>
          <w:p w:rsidR="00DA4FC0" w:rsidRPr="007205EF" w:rsidRDefault="00DA4FC0" w:rsidP="00DA4FC0">
            <w:pPr>
              <w:spacing w:after="0"/>
              <w:ind w:left="135"/>
              <w:rPr>
                <w:sz w:val="24"/>
                <w:szCs w:val="24"/>
                <w:lang w:val="ru-RU"/>
              </w:rPr>
            </w:pPr>
            <w:r w:rsidRPr="007205EF">
              <w:rPr>
                <w:rFonts w:ascii="Times New Roman" w:hAnsi="Times New Roman"/>
                <w:color w:val="000000"/>
                <w:sz w:val="24"/>
                <w:szCs w:val="24"/>
                <w:lang w:val="ru-RU"/>
              </w:rPr>
              <w:t>ЭОР/ЦОР</w:t>
            </w:r>
          </w:p>
          <w:p w:rsidR="00DA4FC0" w:rsidRPr="007205EF" w:rsidRDefault="00DA4FC0" w:rsidP="00DA4FC0">
            <w:pPr>
              <w:spacing w:after="0"/>
              <w:ind w:left="135"/>
              <w:rPr>
                <w:sz w:val="24"/>
                <w:szCs w:val="24"/>
              </w:rPr>
            </w:pPr>
          </w:p>
        </w:tc>
      </w:tr>
      <w:tr w:rsidR="002E0C5E" w:rsidRPr="008E75F7" w:rsidTr="007205EF">
        <w:trPr>
          <w:trHeight w:val="144"/>
          <w:tblCellSpacing w:w="20" w:type="nil"/>
        </w:trPr>
        <w:tc>
          <w:tcPr>
            <w:tcW w:w="704" w:type="dxa"/>
            <w:tcMar>
              <w:top w:w="50" w:type="dxa"/>
              <w:left w:w="100" w:type="dxa"/>
            </w:tcMar>
            <w:vAlign w:val="center"/>
          </w:tcPr>
          <w:p w:rsidR="002E0C5E" w:rsidRPr="007205EF" w:rsidRDefault="002E0C5E" w:rsidP="00DA4FC0">
            <w:pPr>
              <w:spacing w:after="0"/>
              <w:rPr>
                <w:sz w:val="24"/>
                <w:szCs w:val="24"/>
              </w:rPr>
            </w:pPr>
            <w:r w:rsidRPr="007205EF">
              <w:rPr>
                <w:rFonts w:ascii="Times New Roman" w:hAnsi="Times New Roman"/>
                <w:color w:val="000000"/>
                <w:sz w:val="24"/>
                <w:szCs w:val="24"/>
              </w:rPr>
              <w:t>1</w:t>
            </w:r>
          </w:p>
        </w:tc>
        <w:tc>
          <w:tcPr>
            <w:tcW w:w="4802" w:type="dxa"/>
            <w:tcMar>
              <w:top w:w="50" w:type="dxa"/>
              <w:left w:w="100" w:type="dxa"/>
            </w:tcMar>
            <w:vAlign w:val="center"/>
          </w:tcPr>
          <w:p w:rsidR="002E0C5E" w:rsidRPr="007205EF" w:rsidRDefault="002E0C5E" w:rsidP="00DA4FC0">
            <w:pPr>
              <w:spacing w:after="0"/>
              <w:ind w:left="135"/>
              <w:rPr>
                <w:sz w:val="24"/>
                <w:szCs w:val="24"/>
                <w:lang w:val="ru-RU"/>
              </w:rPr>
            </w:pPr>
            <w:r w:rsidRPr="007205EF">
              <w:rPr>
                <w:rFonts w:ascii="Times New Roman" w:hAnsi="Times New Roman"/>
                <w:color w:val="000000"/>
                <w:sz w:val="24"/>
                <w:szCs w:val="24"/>
                <w:lang w:val="ru-RU"/>
              </w:rPr>
              <w:t>Устные вычисления, сводимые к действиям в пределах 100</w:t>
            </w:r>
          </w:p>
        </w:tc>
        <w:tc>
          <w:tcPr>
            <w:tcW w:w="784" w:type="dxa"/>
          </w:tcPr>
          <w:p w:rsidR="002E0C5E" w:rsidRPr="007205EF" w:rsidRDefault="002E0C5E" w:rsidP="00DA4FC0">
            <w:pPr>
              <w:spacing w:after="0"/>
              <w:ind w:left="135"/>
              <w:rPr>
                <w:rFonts w:ascii="Times New Roman" w:hAnsi="Times New Roman"/>
                <w:color w:val="000000"/>
                <w:sz w:val="24"/>
                <w:szCs w:val="24"/>
                <w:lang w:val="ru-RU"/>
              </w:rPr>
            </w:pPr>
          </w:p>
        </w:tc>
        <w:tc>
          <w:tcPr>
            <w:tcW w:w="5203" w:type="dxa"/>
            <w:vMerge w:val="restart"/>
          </w:tcPr>
          <w:p w:rsidR="002E0C5E" w:rsidRPr="007205EF" w:rsidRDefault="002E0C5E" w:rsidP="00963108">
            <w:pPr>
              <w:tabs>
                <w:tab w:val="left" w:pos="4"/>
                <w:tab w:val="left" w:pos="288"/>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Знающий и любящий свою малую родину, свой край, имеющий представление о Родине</w:t>
            </w:r>
            <w:r w:rsidRPr="007205EF">
              <w:rPr>
                <w:rFonts w:ascii="Times New Roman" w:hAnsi="Times New Roman" w:cs="Times New Roman"/>
                <w:sz w:val="24"/>
                <w:szCs w:val="24"/>
              </w:rPr>
              <w:t> </w:t>
            </w:r>
            <w:r w:rsidRPr="007205EF">
              <w:rPr>
                <w:rFonts w:ascii="Times New Roman" w:hAnsi="Times New Roman" w:cs="Times New Roman"/>
                <w:sz w:val="24"/>
                <w:szCs w:val="24"/>
                <w:lang w:val="ru-RU"/>
              </w:rPr>
              <w:t>— России, её территории, расположении.</w:t>
            </w:r>
          </w:p>
          <w:p w:rsidR="002E0C5E" w:rsidRPr="007205EF" w:rsidRDefault="002E0C5E" w:rsidP="00963108">
            <w:pPr>
              <w:spacing w:after="0"/>
              <w:ind w:left="135"/>
              <w:jc w:val="both"/>
              <w:rPr>
                <w:rFonts w:ascii="Times New Roman" w:hAnsi="Times New Roman"/>
                <w:color w:val="000000"/>
                <w:sz w:val="24"/>
                <w:szCs w:val="24"/>
                <w:lang w:val="ru-RU"/>
              </w:rPr>
            </w:pPr>
            <w:r w:rsidRPr="007205EF">
              <w:rPr>
                <w:rFonts w:ascii="Times New Roman" w:hAnsi="Times New Roman" w:cs="Times New Roman"/>
                <w:sz w:val="24"/>
                <w:szCs w:val="24"/>
                <w:lang w:val="ru-RU"/>
              </w:rPr>
              <w:t>Умеющий оценивать поступки с позиции их соответствия нравственным нормам, осознающий ответственность за свои поступки. Проявляющий стремление к самовыражению в разных видах художественной деятельности, искусстве. Проявляющий интерес к разным профессиям. Выражающий познавательные интересы, активность, любознательность и самостоятельность в познании, интерес и уважение к научным знаниям, науке.</w:t>
            </w:r>
          </w:p>
        </w:tc>
        <w:tc>
          <w:tcPr>
            <w:tcW w:w="3675" w:type="dxa"/>
            <w:tcMar>
              <w:top w:w="50" w:type="dxa"/>
              <w:left w:w="100" w:type="dxa"/>
            </w:tcMar>
            <w:vAlign w:val="center"/>
          </w:tcPr>
          <w:p w:rsidR="002E0C5E" w:rsidRPr="007205EF" w:rsidRDefault="002E0C5E" w:rsidP="00DA4FC0">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345">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0</w:t>
              </w:r>
              <w:r w:rsidRPr="007205EF">
                <w:rPr>
                  <w:rFonts w:ascii="Times New Roman" w:hAnsi="Times New Roman"/>
                  <w:color w:val="0000FF"/>
                  <w:sz w:val="24"/>
                  <w:szCs w:val="24"/>
                  <w:u w:val="single"/>
                </w:rPr>
                <w:t>a</w:t>
              </w:r>
              <w:r w:rsidRPr="007205EF">
                <w:rPr>
                  <w:rFonts w:ascii="Times New Roman" w:hAnsi="Times New Roman"/>
                  <w:color w:val="0000FF"/>
                  <w:sz w:val="24"/>
                  <w:szCs w:val="24"/>
                  <w:u w:val="single"/>
                  <w:lang w:val="ru-RU"/>
                </w:rPr>
                <w:t>58</w:t>
              </w:r>
              <w:r w:rsidRPr="007205EF">
                <w:rPr>
                  <w:rFonts w:ascii="Times New Roman" w:hAnsi="Times New Roman"/>
                  <w:color w:val="0000FF"/>
                  <w:sz w:val="24"/>
                  <w:szCs w:val="24"/>
                  <w:u w:val="single"/>
                </w:rPr>
                <w:t>e</w:t>
              </w:r>
            </w:hyperlink>
          </w:p>
        </w:tc>
      </w:tr>
      <w:tr w:rsidR="002E0C5E" w:rsidRPr="008E75F7" w:rsidTr="007205EF">
        <w:trPr>
          <w:trHeight w:val="144"/>
          <w:tblCellSpacing w:w="20" w:type="nil"/>
        </w:trPr>
        <w:tc>
          <w:tcPr>
            <w:tcW w:w="704" w:type="dxa"/>
            <w:tcMar>
              <w:top w:w="50" w:type="dxa"/>
              <w:left w:w="100" w:type="dxa"/>
            </w:tcMar>
            <w:vAlign w:val="center"/>
          </w:tcPr>
          <w:p w:rsidR="002E0C5E" w:rsidRPr="007205EF" w:rsidRDefault="002E0C5E" w:rsidP="00DA4FC0">
            <w:pPr>
              <w:spacing w:after="0"/>
              <w:rPr>
                <w:sz w:val="24"/>
                <w:szCs w:val="24"/>
              </w:rPr>
            </w:pPr>
            <w:r w:rsidRPr="007205EF">
              <w:rPr>
                <w:rFonts w:ascii="Times New Roman" w:hAnsi="Times New Roman"/>
                <w:color w:val="000000"/>
                <w:sz w:val="24"/>
                <w:szCs w:val="24"/>
              </w:rPr>
              <w:t>2</w:t>
            </w:r>
          </w:p>
        </w:tc>
        <w:tc>
          <w:tcPr>
            <w:tcW w:w="4802" w:type="dxa"/>
            <w:tcMar>
              <w:top w:w="50" w:type="dxa"/>
              <w:left w:w="100" w:type="dxa"/>
            </w:tcMar>
            <w:vAlign w:val="center"/>
          </w:tcPr>
          <w:p w:rsidR="002E0C5E" w:rsidRPr="007205EF" w:rsidRDefault="002E0C5E" w:rsidP="00DA4FC0">
            <w:pPr>
              <w:spacing w:after="0"/>
              <w:ind w:left="135"/>
              <w:rPr>
                <w:sz w:val="24"/>
                <w:szCs w:val="24"/>
                <w:lang w:val="ru-RU"/>
              </w:rPr>
            </w:pPr>
            <w:r w:rsidRPr="007205EF">
              <w:rPr>
                <w:rFonts w:ascii="Times New Roman" w:hAnsi="Times New Roman"/>
                <w:color w:val="000000"/>
                <w:sz w:val="24"/>
                <w:szCs w:val="24"/>
                <w:lang w:val="ru-RU"/>
              </w:rPr>
              <w:t>Сложение и вычитание однородных величин</w:t>
            </w:r>
          </w:p>
        </w:tc>
        <w:tc>
          <w:tcPr>
            <w:tcW w:w="784" w:type="dxa"/>
          </w:tcPr>
          <w:p w:rsidR="002E0C5E" w:rsidRPr="007205EF" w:rsidRDefault="002E0C5E" w:rsidP="00DA4FC0">
            <w:pPr>
              <w:spacing w:after="0"/>
              <w:ind w:left="135"/>
              <w:rPr>
                <w:rFonts w:ascii="Times New Roman" w:hAnsi="Times New Roman"/>
                <w:color w:val="000000"/>
                <w:sz w:val="24"/>
                <w:szCs w:val="24"/>
                <w:lang w:val="ru-RU"/>
              </w:rPr>
            </w:pPr>
          </w:p>
        </w:tc>
        <w:tc>
          <w:tcPr>
            <w:tcW w:w="5203" w:type="dxa"/>
            <w:vMerge/>
          </w:tcPr>
          <w:p w:rsidR="002E0C5E" w:rsidRPr="007205EF" w:rsidRDefault="002E0C5E" w:rsidP="00963108">
            <w:pPr>
              <w:spacing w:after="0"/>
              <w:ind w:left="135"/>
              <w:jc w:val="both"/>
              <w:rPr>
                <w:rFonts w:ascii="Times New Roman" w:hAnsi="Times New Roman"/>
                <w:color w:val="000000"/>
                <w:sz w:val="24"/>
                <w:szCs w:val="24"/>
                <w:lang w:val="ru-RU"/>
              </w:rPr>
            </w:pPr>
          </w:p>
        </w:tc>
        <w:tc>
          <w:tcPr>
            <w:tcW w:w="3675" w:type="dxa"/>
            <w:tcMar>
              <w:top w:w="50" w:type="dxa"/>
              <w:left w:w="100" w:type="dxa"/>
            </w:tcMar>
            <w:vAlign w:val="center"/>
          </w:tcPr>
          <w:p w:rsidR="002E0C5E" w:rsidRPr="007205EF" w:rsidRDefault="002E0C5E" w:rsidP="00DA4FC0">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346">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0</w:t>
              </w:r>
              <w:r w:rsidRPr="007205EF">
                <w:rPr>
                  <w:rFonts w:ascii="Times New Roman" w:hAnsi="Times New Roman"/>
                  <w:color w:val="0000FF"/>
                  <w:sz w:val="24"/>
                  <w:szCs w:val="24"/>
                  <w:u w:val="single"/>
                </w:rPr>
                <w:t>f</w:t>
              </w:r>
              <w:r w:rsidRPr="007205EF">
                <w:rPr>
                  <w:rFonts w:ascii="Times New Roman" w:hAnsi="Times New Roman"/>
                  <w:color w:val="0000FF"/>
                  <w:sz w:val="24"/>
                  <w:szCs w:val="24"/>
                  <w:u w:val="single"/>
                  <w:lang w:val="ru-RU"/>
                </w:rPr>
                <w:t>200</w:t>
              </w:r>
            </w:hyperlink>
          </w:p>
        </w:tc>
      </w:tr>
      <w:tr w:rsidR="002E0C5E" w:rsidRPr="008E75F7" w:rsidTr="007205EF">
        <w:trPr>
          <w:trHeight w:val="144"/>
          <w:tblCellSpacing w:w="20" w:type="nil"/>
        </w:trPr>
        <w:tc>
          <w:tcPr>
            <w:tcW w:w="704" w:type="dxa"/>
            <w:tcMar>
              <w:top w:w="50" w:type="dxa"/>
              <w:left w:w="100" w:type="dxa"/>
            </w:tcMar>
            <w:vAlign w:val="center"/>
          </w:tcPr>
          <w:p w:rsidR="002E0C5E" w:rsidRPr="007205EF" w:rsidRDefault="002E0C5E" w:rsidP="00DA4FC0">
            <w:pPr>
              <w:spacing w:after="0"/>
              <w:rPr>
                <w:sz w:val="24"/>
                <w:szCs w:val="24"/>
              </w:rPr>
            </w:pPr>
            <w:r w:rsidRPr="007205EF">
              <w:rPr>
                <w:rFonts w:ascii="Times New Roman" w:hAnsi="Times New Roman"/>
                <w:color w:val="000000"/>
                <w:sz w:val="24"/>
                <w:szCs w:val="24"/>
              </w:rPr>
              <w:t>3</w:t>
            </w:r>
          </w:p>
        </w:tc>
        <w:tc>
          <w:tcPr>
            <w:tcW w:w="4802" w:type="dxa"/>
            <w:tcMar>
              <w:top w:w="50" w:type="dxa"/>
              <w:left w:w="100" w:type="dxa"/>
            </w:tcMar>
            <w:vAlign w:val="center"/>
          </w:tcPr>
          <w:p w:rsidR="002E0C5E" w:rsidRPr="007205EF" w:rsidRDefault="002E0C5E" w:rsidP="00DA4FC0">
            <w:pPr>
              <w:spacing w:after="0"/>
              <w:ind w:left="135"/>
              <w:rPr>
                <w:sz w:val="24"/>
                <w:szCs w:val="24"/>
                <w:lang w:val="ru-RU"/>
              </w:rPr>
            </w:pPr>
            <w:r w:rsidRPr="007205EF">
              <w:rPr>
                <w:rFonts w:ascii="Times New Roman" w:hAnsi="Times New Roman"/>
                <w:color w:val="000000"/>
                <w:sz w:val="24"/>
                <w:szCs w:val="24"/>
                <w:lang w:val="ru-RU"/>
              </w:rPr>
              <w:t>Взаимосвязь арифметических действий: сложения и вычитания, умножения и деления</w:t>
            </w:r>
          </w:p>
        </w:tc>
        <w:tc>
          <w:tcPr>
            <w:tcW w:w="784" w:type="dxa"/>
          </w:tcPr>
          <w:p w:rsidR="002E0C5E" w:rsidRPr="007205EF" w:rsidRDefault="002E0C5E" w:rsidP="00DA4FC0">
            <w:pPr>
              <w:spacing w:after="0"/>
              <w:ind w:left="135"/>
              <w:rPr>
                <w:rFonts w:ascii="Times New Roman" w:hAnsi="Times New Roman"/>
                <w:color w:val="000000"/>
                <w:sz w:val="24"/>
                <w:szCs w:val="24"/>
                <w:lang w:val="ru-RU"/>
              </w:rPr>
            </w:pPr>
          </w:p>
        </w:tc>
        <w:tc>
          <w:tcPr>
            <w:tcW w:w="5203" w:type="dxa"/>
            <w:vMerge/>
          </w:tcPr>
          <w:p w:rsidR="002E0C5E" w:rsidRPr="007205EF" w:rsidRDefault="002E0C5E" w:rsidP="00963108">
            <w:pPr>
              <w:spacing w:after="0"/>
              <w:ind w:left="135"/>
              <w:jc w:val="both"/>
              <w:rPr>
                <w:rFonts w:ascii="Times New Roman" w:hAnsi="Times New Roman"/>
                <w:color w:val="000000"/>
                <w:sz w:val="24"/>
                <w:szCs w:val="24"/>
                <w:lang w:val="ru-RU"/>
              </w:rPr>
            </w:pPr>
          </w:p>
        </w:tc>
        <w:tc>
          <w:tcPr>
            <w:tcW w:w="3675" w:type="dxa"/>
            <w:tcMar>
              <w:top w:w="50" w:type="dxa"/>
              <w:left w:w="100" w:type="dxa"/>
            </w:tcMar>
            <w:vAlign w:val="center"/>
          </w:tcPr>
          <w:p w:rsidR="002E0C5E" w:rsidRPr="007205EF" w:rsidRDefault="002E0C5E" w:rsidP="00DA4FC0">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347">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0</w:t>
              </w:r>
              <w:r w:rsidRPr="007205EF">
                <w:rPr>
                  <w:rFonts w:ascii="Times New Roman" w:hAnsi="Times New Roman"/>
                  <w:color w:val="0000FF"/>
                  <w:sz w:val="24"/>
                  <w:szCs w:val="24"/>
                  <w:u w:val="single"/>
                </w:rPr>
                <w:t>d</w:t>
              </w:r>
              <w:r w:rsidRPr="007205EF">
                <w:rPr>
                  <w:rFonts w:ascii="Times New Roman" w:hAnsi="Times New Roman"/>
                  <w:color w:val="0000FF"/>
                  <w:sz w:val="24"/>
                  <w:szCs w:val="24"/>
                  <w:u w:val="single"/>
                  <w:lang w:val="ru-RU"/>
                </w:rPr>
                <w:t>5</w:t>
              </w:r>
              <w:r w:rsidRPr="007205EF">
                <w:rPr>
                  <w:rFonts w:ascii="Times New Roman" w:hAnsi="Times New Roman"/>
                  <w:color w:val="0000FF"/>
                  <w:sz w:val="24"/>
                  <w:szCs w:val="24"/>
                  <w:u w:val="single"/>
                </w:rPr>
                <w:t>cc</w:t>
              </w:r>
            </w:hyperlink>
          </w:p>
        </w:tc>
      </w:tr>
      <w:tr w:rsidR="002E0C5E" w:rsidRPr="008E75F7" w:rsidTr="007205EF">
        <w:trPr>
          <w:trHeight w:val="144"/>
          <w:tblCellSpacing w:w="20" w:type="nil"/>
        </w:trPr>
        <w:tc>
          <w:tcPr>
            <w:tcW w:w="704" w:type="dxa"/>
            <w:tcMar>
              <w:top w:w="50" w:type="dxa"/>
              <w:left w:w="100" w:type="dxa"/>
            </w:tcMar>
            <w:vAlign w:val="center"/>
          </w:tcPr>
          <w:p w:rsidR="002E0C5E" w:rsidRPr="007205EF" w:rsidRDefault="002E0C5E" w:rsidP="00DA4FC0">
            <w:pPr>
              <w:spacing w:after="0"/>
              <w:rPr>
                <w:sz w:val="24"/>
                <w:szCs w:val="24"/>
              </w:rPr>
            </w:pPr>
            <w:r w:rsidRPr="007205EF">
              <w:rPr>
                <w:rFonts w:ascii="Times New Roman" w:hAnsi="Times New Roman"/>
                <w:color w:val="000000"/>
                <w:sz w:val="24"/>
                <w:szCs w:val="24"/>
              </w:rPr>
              <w:t>4</w:t>
            </w:r>
          </w:p>
        </w:tc>
        <w:tc>
          <w:tcPr>
            <w:tcW w:w="4802" w:type="dxa"/>
            <w:tcMar>
              <w:top w:w="50" w:type="dxa"/>
              <w:left w:w="100" w:type="dxa"/>
            </w:tcMar>
            <w:vAlign w:val="center"/>
          </w:tcPr>
          <w:p w:rsidR="002E0C5E" w:rsidRPr="007205EF" w:rsidRDefault="002E0C5E" w:rsidP="00DA4FC0">
            <w:pPr>
              <w:spacing w:after="0"/>
              <w:ind w:left="135"/>
              <w:rPr>
                <w:sz w:val="24"/>
                <w:szCs w:val="24"/>
                <w:lang w:val="ru-RU"/>
              </w:rPr>
            </w:pPr>
            <w:r w:rsidRPr="007205EF">
              <w:rPr>
                <w:rFonts w:ascii="Times New Roman" w:hAnsi="Times New Roman"/>
                <w:color w:val="000000"/>
                <w:sz w:val="24"/>
                <w:szCs w:val="24"/>
                <w:lang w:val="ru-RU"/>
              </w:rPr>
              <w:t>Увеличение и уменьшение числа на несколько единиц, в несколько раз</w:t>
            </w:r>
          </w:p>
        </w:tc>
        <w:tc>
          <w:tcPr>
            <w:tcW w:w="784" w:type="dxa"/>
          </w:tcPr>
          <w:p w:rsidR="002E0C5E" w:rsidRPr="007205EF" w:rsidRDefault="002E0C5E" w:rsidP="00DA4FC0">
            <w:pPr>
              <w:spacing w:after="0"/>
              <w:ind w:left="135"/>
              <w:rPr>
                <w:rFonts w:ascii="Times New Roman" w:hAnsi="Times New Roman"/>
                <w:color w:val="000000"/>
                <w:sz w:val="24"/>
                <w:szCs w:val="24"/>
                <w:lang w:val="ru-RU"/>
              </w:rPr>
            </w:pPr>
          </w:p>
        </w:tc>
        <w:tc>
          <w:tcPr>
            <w:tcW w:w="5203" w:type="dxa"/>
            <w:vMerge/>
          </w:tcPr>
          <w:p w:rsidR="002E0C5E" w:rsidRPr="007205EF" w:rsidRDefault="002E0C5E" w:rsidP="00963108">
            <w:pPr>
              <w:spacing w:after="0"/>
              <w:ind w:left="135"/>
              <w:jc w:val="both"/>
              <w:rPr>
                <w:rFonts w:ascii="Times New Roman" w:hAnsi="Times New Roman"/>
                <w:color w:val="000000"/>
                <w:sz w:val="24"/>
                <w:szCs w:val="24"/>
                <w:lang w:val="ru-RU"/>
              </w:rPr>
            </w:pPr>
          </w:p>
        </w:tc>
        <w:tc>
          <w:tcPr>
            <w:tcW w:w="3675" w:type="dxa"/>
            <w:tcMar>
              <w:top w:w="50" w:type="dxa"/>
              <w:left w:w="100" w:type="dxa"/>
            </w:tcMar>
            <w:vAlign w:val="center"/>
          </w:tcPr>
          <w:p w:rsidR="002E0C5E" w:rsidRPr="007205EF" w:rsidRDefault="002E0C5E" w:rsidP="00DA4FC0">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348">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0896</w:t>
              </w:r>
              <w:r w:rsidRPr="007205EF">
                <w:rPr>
                  <w:rFonts w:ascii="Times New Roman" w:hAnsi="Times New Roman"/>
                  <w:color w:val="0000FF"/>
                  <w:sz w:val="24"/>
                  <w:szCs w:val="24"/>
                  <w:u w:val="single"/>
                </w:rPr>
                <w:t>e</w:t>
              </w:r>
            </w:hyperlink>
          </w:p>
        </w:tc>
      </w:tr>
      <w:tr w:rsidR="002E0C5E" w:rsidRPr="008E75F7" w:rsidTr="007205EF">
        <w:trPr>
          <w:trHeight w:val="144"/>
          <w:tblCellSpacing w:w="20" w:type="nil"/>
        </w:trPr>
        <w:tc>
          <w:tcPr>
            <w:tcW w:w="704" w:type="dxa"/>
            <w:tcMar>
              <w:top w:w="50" w:type="dxa"/>
              <w:left w:w="100" w:type="dxa"/>
            </w:tcMar>
            <w:vAlign w:val="center"/>
          </w:tcPr>
          <w:p w:rsidR="002E0C5E" w:rsidRPr="007205EF" w:rsidRDefault="002E0C5E" w:rsidP="00DA4FC0">
            <w:pPr>
              <w:spacing w:after="0"/>
              <w:rPr>
                <w:sz w:val="24"/>
                <w:szCs w:val="24"/>
              </w:rPr>
            </w:pPr>
            <w:r w:rsidRPr="007205EF">
              <w:rPr>
                <w:rFonts w:ascii="Times New Roman" w:hAnsi="Times New Roman"/>
                <w:color w:val="000000"/>
                <w:sz w:val="24"/>
                <w:szCs w:val="24"/>
              </w:rPr>
              <w:t>5</w:t>
            </w:r>
          </w:p>
        </w:tc>
        <w:tc>
          <w:tcPr>
            <w:tcW w:w="4802" w:type="dxa"/>
            <w:tcMar>
              <w:top w:w="50" w:type="dxa"/>
              <w:left w:w="100" w:type="dxa"/>
            </w:tcMar>
            <w:vAlign w:val="center"/>
          </w:tcPr>
          <w:p w:rsidR="002E0C5E" w:rsidRPr="007205EF" w:rsidRDefault="002E0C5E" w:rsidP="00DA4FC0">
            <w:pPr>
              <w:spacing w:after="0"/>
              <w:ind w:left="135"/>
              <w:rPr>
                <w:sz w:val="24"/>
                <w:szCs w:val="24"/>
                <w:lang w:val="ru-RU"/>
              </w:rPr>
            </w:pPr>
            <w:r w:rsidRPr="007205EF">
              <w:rPr>
                <w:rFonts w:ascii="Times New Roman" w:hAnsi="Times New Roman"/>
                <w:color w:val="000000"/>
                <w:sz w:val="24"/>
                <w:szCs w:val="24"/>
                <w:lang w:val="ru-RU"/>
              </w:rPr>
              <w:t>Неизвестный компонент арифметического действия: различение, называние, комментирование процесса нахождения</w:t>
            </w:r>
          </w:p>
        </w:tc>
        <w:tc>
          <w:tcPr>
            <w:tcW w:w="784" w:type="dxa"/>
          </w:tcPr>
          <w:p w:rsidR="002E0C5E" w:rsidRPr="007205EF" w:rsidRDefault="002E0C5E" w:rsidP="00DA4FC0">
            <w:pPr>
              <w:spacing w:after="0"/>
              <w:ind w:left="135"/>
              <w:rPr>
                <w:rFonts w:ascii="Times New Roman" w:hAnsi="Times New Roman"/>
                <w:color w:val="000000"/>
                <w:sz w:val="24"/>
                <w:szCs w:val="24"/>
                <w:lang w:val="ru-RU"/>
              </w:rPr>
            </w:pPr>
          </w:p>
        </w:tc>
        <w:tc>
          <w:tcPr>
            <w:tcW w:w="5203" w:type="dxa"/>
            <w:vMerge/>
          </w:tcPr>
          <w:p w:rsidR="002E0C5E" w:rsidRPr="007205EF" w:rsidRDefault="002E0C5E" w:rsidP="00963108">
            <w:pPr>
              <w:spacing w:after="0"/>
              <w:ind w:left="135"/>
              <w:jc w:val="both"/>
              <w:rPr>
                <w:rFonts w:ascii="Times New Roman" w:hAnsi="Times New Roman"/>
                <w:color w:val="000000"/>
                <w:sz w:val="24"/>
                <w:szCs w:val="24"/>
                <w:lang w:val="ru-RU"/>
              </w:rPr>
            </w:pPr>
          </w:p>
        </w:tc>
        <w:tc>
          <w:tcPr>
            <w:tcW w:w="3675" w:type="dxa"/>
            <w:tcMar>
              <w:top w:w="50" w:type="dxa"/>
              <w:left w:w="100" w:type="dxa"/>
            </w:tcMar>
            <w:vAlign w:val="center"/>
          </w:tcPr>
          <w:p w:rsidR="002E0C5E" w:rsidRPr="007205EF" w:rsidRDefault="002E0C5E" w:rsidP="00DA4FC0">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349">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0</w:t>
              </w:r>
              <w:r w:rsidRPr="007205EF">
                <w:rPr>
                  <w:rFonts w:ascii="Times New Roman" w:hAnsi="Times New Roman"/>
                  <w:color w:val="0000FF"/>
                  <w:sz w:val="24"/>
                  <w:szCs w:val="24"/>
                  <w:u w:val="single"/>
                </w:rPr>
                <w:t>f</w:t>
              </w:r>
              <w:r w:rsidRPr="007205EF">
                <w:rPr>
                  <w:rFonts w:ascii="Times New Roman" w:hAnsi="Times New Roman"/>
                  <w:color w:val="0000FF"/>
                  <w:sz w:val="24"/>
                  <w:szCs w:val="24"/>
                  <w:u w:val="single"/>
                  <w:lang w:val="ru-RU"/>
                </w:rPr>
                <w:t>3</w:t>
              </w:r>
              <w:r w:rsidRPr="007205EF">
                <w:rPr>
                  <w:rFonts w:ascii="Times New Roman" w:hAnsi="Times New Roman"/>
                  <w:color w:val="0000FF"/>
                  <w:sz w:val="24"/>
                  <w:szCs w:val="24"/>
                  <w:u w:val="single"/>
                </w:rPr>
                <w:t>d</w:t>
              </w:r>
              <w:r w:rsidRPr="007205EF">
                <w:rPr>
                  <w:rFonts w:ascii="Times New Roman" w:hAnsi="Times New Roman"/>
                  <w:color w:val="0000FF"/>
                  <w:sz w:val="24"/>
                  <w:szCs w:val="24"/>
                  <w:u w:val="single"/>
                  <w:lang w:val="ru-RU"/>
                </w:rPr>
                <w:t>6</w:t>
              </w:r>
            </w:hyperlink>
          </w:p>
        </w:tc>
      </w:tr>
      <w:tr w:rsidR="002E0C5E" w:rsidRPr="008E75F7" w:rsidTr="007205EF">
        <w:trPr>
          <w:trHeight w:val="144"/>
          <w:tblCellSpacing w:w="20" w:type="nil"/>
        </w:trPr>
        <w:tc>
          <w:tcPr>
            <w:tcW w:w="704" w:type="dxa"/>
            <w:tcMar>
              <w:top w:w="50" w:type="dxa"/>
              <w:left w:w="100" w:type="dxa"/>
            </w:tcMar>
            <w:vAlign w:val="center"/>
          </w:tcPr>
          <w:p w:rsidR="002E0C5E" w:rsidRPr="007205EF" w:rsidRDefault="002E0C5E" w:rsidP="00DA4FC0">
            <w:pPr>
              <w:spacing w:after="0"/>
              <w:rPr>
                <w:sz w:val="24"/>
                <w:szCs w:val="24"/>
              </w:rPr>
            </w:pPr>
            <w:r w:rsidRPr="007205EF">
              <w:rPr>
                <w:rFonts w:ascii="Times New Roman" w:hAnsi="Times New Roman"/>
                <w:color w:val="000000"/>
                <w:sz w:val="24"/>
                <w:szCs w:val="24"/>
              </w:rPr>
              <w:t>6</w:t>
            </w:r>
          </w:p>
        </w:tc>
        <w:tc>
          <w:tcPr>
            <w:tcW w:w="4802" w:type="dxa"/>
            <w:tcMar>
              <w:top w:w="50" w:type="dxa"/>
              <w:left w:w="100" w:type="dxa"/>
            </w:tcMar>
            <w:vAlign w:val="center"/>
          </w:tcPr>
          <w:p w:rsidR="002E0C5E" w:rsidRPr="007205EF" w:rsidRDefault="002E0C5E" w:rsidP="00DA4FC0">
            <w:pPr>
              <w:spacing w:after="0"/>
              <w:ind w:left="135"/>
              <w:rPr>
                <w:sz w:val="24"/>
                <w:szCs w:val="24"/>
                <w:lang w:val="ru-RU"/>
              </w:rPr>
            </w:pPr>
            <w:r w:rsidRPr="007205EF">
              <w:rPr>
                <w:rFonts w:ascii="Times New Roman" w:hAnsi="Times New Roman"/>
                <w:color w:val="000000"/>
                <w:sz w:val="24"/>
                <w:szCs w:val="24"/>
                <w:lang w:val="ru-RU"/>
              </w:rPr>
              <w:t>Нахождение неизвестного компонента арифметического действия сложения (вычитания)</w:t>
            </w:r>
          </w:p>
        </w:tc>
        <w:tc>
          <w:tcPr>
            <w:tcW w:w="784" w:type="dxa"/>
          </w:tcPr>
          <w:p w:rsidR="002E0C5E" w:rsidRPr="007205EF" w:rsidRDefault="002E0C5E" w:rsidP="00DA4FC0">
            <w:pPr>
              <w:spacing w:after="0"/>
              <w:ind w:left="135"/>
              <w:rPr>
                <w:rFonts w:ascii="Times New Roman" w:hAnsi="Times New Roman"/>
                <w:color w:val="000000"/>
                <w:sz w:val="24"/>
                <w:szCs w:val="24"/>
                <w:lang w:val="ru-RU"/>
              </w:rPr>
            </w:pPr>
          </w:p>
        </w:tc>
        <w:tc>
          <w:tcPr>
            <w:tcW w:w="5203" w:type="dxa"/>
            <w:vMerge/>
          </w:tcPr>
          <w:p w:rsidR="002E0C5E" w:rsidRPr="007205EF" w:rsidRDefault="002E0C5E" w:rsidP="00963108">
            <w:pPr>
              <w:spacing w:after="0"/>
              <w:ind w:left="135"/>
              <w:jc w:val="both"/>
              <w:rPr>
                <w:rFonts w:ascii="Times New Roman" w:hAnsi="Times New Roman"/>
                <w:color w:val="000000"/>
                <w:sz w:val="24"/>
                <w:szCs w:val="24"/>
                <w:lang w:val="ru-RU"/>
              </w:rPr>
            </w:pPr>
          </w:p>
        </w:tc>
        <w:tc>
          <w:tcPr>
            <w:tcW w:w="3675" w:type="dxa"/>
            <w:tcMar>
              <w:top w:w="50" w:type="dxa"/>
              <w:left w:w="100" w:type="dxa"/>
            </w:tcMar>
            <w:vAlign w:val="center"/>
          </w:tcPr>
          <w:p w:rsidR="002E0C5E" w:rsidRPr="007205EF" w:rsidRDefault="002E0C5E" w:rsidP="00DA4FC0">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350">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0</w:t>
              </w:r>
              <w:r w:rsidRPr="007205EF">
                <w:rPr>
                  <w:rFonts w:ascii="Times New Roman" w:hAnsi="Times New Roman"/>
                  <w:color w:val="0000FF"/>
                  <w:sz w:val="24"/>
                  <w:szCs w:val="24"/>
                  <w:u w:val="single"/>
                </w:rPr>
                <w:t>ee</w:t>
              </w:r>
              <w:r w:rsidRPr="007205EF">
                <w:rPr>
                  <w:rFonts w:ascii="Times New Roman" w:hAnsi="Times New Roman"/>
                  <w:color w:val="0000FF"/>
                  <w:sz w:val="24"/>
                  <w:szCs w:val="24"/>
                  <w:u w:val="single"/>
                  <w:lang w:val="ru-RU"/>
                </w:rPr>
                <w:t>40</w:t>
              </w:r>
            </w:hyperlink>
          </w:p>
        </w:tc>
      </w:tr>
      <w:tr w:rsidR="002E0C5E" w:rsidRPr="008E75F7" w:rsidTr="007205EF">
        <w:trPr>
          <w:trHeight w:val="144"/>
          <w:tblCellSpacing w:w="20" w:type="nil"/>
        </w:trPr>
        <w:tc>
          <w:tcPr>
            <w:tcW w:w="704" w:type="dxa"/>
            <w:tcMar>
              <w:top w:w="50" w:type="dxa"/>
              <w:left w:w="100" w:type="dxa"/>
            </w:tcMar>
            <w:vAlign w:val="center"/>
          </w:tcPr>
          <w:p w:rsidR="002E0C5E" w:rsidRPr="007205EF" w:rsidRDefault="002E0C5E" w:rsidP="00DA4FC0">
            <w:pPr>
              <w:spacing w:after="0"/>
              <w:rPr>
                <w:sz w:val="24"/>
                <w:szCs w:val="24"/>
              </w:rPr>
            </w:pPr>
            <w:r w:rsidRPr="007205EF">
              <w:rPr>
                <w:rFonts w:ascii="Times New Roman" w:hAnsi="Times New Roman"/>
                <w:color w:val="000000"/>
                <w:sz w:val="24"/>
                <w:szCs w:val="24"/>
              </w:rPr>
              <w:t>7</w:t>
            </w:r>
          </w:p>
        </w:tc>
        <w:tc>
          <w:tcPr>
            <w:tcW w:w="4802" w:type="dxa"/>
            <w:tcMar>
              <w:top w:w="50" w:type="dxa"/>
              <w:left w:w="100" w:type="dxa"/>
            </w:tcMar>
            <w:vAlign w:val="center"/>
          </w:tcPr>
          <w:p w:rsidR="002E0C5E" w:rsidRPr="007205EF" w:rsidRDefault="002E0C5E" w:rsidP="00DA4FC0">
            <w:pPr>
              <w:spacing w:after="0"/>
              <w:ind w:left="135"/>
              <w:rPr>
                <w:sz w:val="24"/>
                <w:szCs w:val="24"/>
                <w:lang w:val="ru-RU"/>
              </w:rPr>
            </w:pPr>
            <w:r w:rsidRPr="007205EF">
              <w:rPr>
                <w:rFonts w:ascii="Times New Roman" w:hAnsi="Times New Roman"/>
                <w:color w:val="000000"/>
                <w:sz w:val="24"/>
                <w:szCs w:val="24"/>
                <w:lang w:val="ru-RU"/>
              </w:rPr>
              <w:t>Изображение фигур – отрезка, прямоугольника, квадрата – с заданными измерениями; обозначение фигур буквами</w:t>
            </w:r>
          </w:p>
        </w:tc>
        <w:tc>
          <w:tcPr>
            <w:tcW w:w="784" w:type="dxa"/>
          </w:tcPr>
          <w:p w:rsidR="002E0C5E" w:rsidRPr="007205EF" w:rsidRDefault="002E0C5E" w:rsidP="00DA4FC0">
            <w:pPr>
              <w:spacing w:after="0"/>
              <w:ind w:left="135"/>
              <w:rPr>
                <w:rFonts w:ascii="Times New Roman" w:hAnsi="Times New Roman"/>
                <w:color w:val="0000FF"/>
                <w:sz w:val="24"/>
                <w:szCs w:val="24"/>
                <w:u w:val="single"/>
                <w:lang w:val="ru-RU"/>
              </w:rPr>
            </w:pPr>
          </w:p>
        </w:tc>
        <w:tc>
          <w:tcPr>
            <w:tcW w:w="5203" w:type="dxa"/>
            <w:vMerge/>
          </w:tcPr>
          <w:p w:rsidR="002E0C5E" w:rsidRPr="007205EF" w:rsidRDefault="002E0C5E" w:rsidP="00963108">
            <w:pPr>
              <w:spacing w:after="0"/>
              <w:ind w:left="135"/>
              <w:jc w:val="both"/>
              <w:rPr>
                <w:rFonts w:ascii="Times New Roman" w:hAnsi="Times New Roman"/>
                <w:color w:val="0000FF"/>
                <w:sz w:val="24"/>
                <w:szCs w:val="24"/>
                <w:u w:val="single"/>
                <w:lang w:val="ru-RU"/>
              </w:rPr>
            </w:pPr>
          </w:p>
        </w:tc>
        <w:tc>
          <w:tcPr>
            <w:tcW w:w="3675" w:type="dxa"/>
            <w:tcMar>
              <w:top w:w="50" w:type="dxa"/>
              <w:left w:w="100" w:type="dxa"/>
            </w:tcMar>
            <w:vAlign w:val="center"/>
          </w:tcPr>
          <w:p w:rsidR="002E0C5E" w:rsidRPr="007205EF" w:rsidRDefault="008E75F7" w:rsidP="00DA4FC0">
            <w:pPr>
              <w:spacing w:after="0"/>
              <w:ind w:left="135"/>
              <w:rPr>
                <w:sz w:val="24"/>
                <w:szCs w:val="24"/>
                <w:lang w:val="ru-RU"/>
              </w:rPr>
            </w:pPr>
            <w:hyperlink r:id="rId351">
              <w:r w:rsidR="002E0C5E" w:rsidRPr="007205EF">
                <w:rPr>
                  <w:rFonts w:ascii="Times New Roman" w:hAnsi="Times New Roman"/>
                  <w:color w:val="0000FF"/>
                  <w:sz w:val="24"/>
                  <w:szCs w:val="24"/>
                  <w:u w:val="single"/>
                </w:rPr>
                <w:t>https</w:t>
              </w:r>
              <w:r w:rsidR="002E0C5E" w:rsidRPr="007205EF">
                <w:rPr>
                  <w:rFonts w:ascii="Times New Roman" w:hAnsi="Times New Roman"/>
                  <w:color w:val="0000FF"/>
                  <w:sz w:val="24"/>
                  <w:szCs w:val="24"/>
                  <w:u w:val="single"/>
                  <w:lang w:val="ru-RU"/>
                </w:rPr>
                <w:t>://</w:t>
              </w:r>
              <w:r w:rsidR="002E0C5E" w:rsidRPr="007205EF">
                <w:rPr>
                  <w:rFonts w:ascii="Times New Roman" w:hAnsi="Times New Roman"/>
                  <w:color w:val="0000FF"/>
                  <w:sz w:val="24"/>
                  <w:szCs w:val="24"/>
                  <w:u w:val="single"/>
                </w:rPr>
                <w:t>education</w:t>
              </w:r>
              <w:r w:rsidR="002E0C5E" w:rsidRPr="007205EF">
                <w:rPr>
                  <w:rFonts w:ascii="Times New Roman" w:hAnsi="Times New Roman"/>
                  <w:color w:val="0000FF"/>
                  <w:sz w:val="24"/>
                  <w:szCs w:val="24"/>
                  <w:u w:val="single"/>
                  <w:lang w:val="ru-RU"/>
                </w:rPr>
                <w:t>.</w:t>
              </w:r>
              <w:r w:rsidR="002E0C5E" w:rsidRPr="007205EF">
                <w:rPr>
                  <w:rFonts w:ascii="Times New Roman" w:hAnsi="Times New Roman"/>
                  <w:color w:val="0000FF"/>
                  <w:sz w:val="24"/>
                  <w:szCs w:val="24"/>
                  <w:u w:val="single"/>
                </w:rPr>
                <w:t>yandex</w:t>
              </w:r>
              <w:r w:rsidR="002E0C5E" w:rsidRPr="007205EF">
                <w:rPr>
                  <w:rFonts w:ascii="Times New Roman" w:hAnsi="Times New Roman"/>
                  <w:color w:val="0000FF"/>
                  <w:sz w:val="24"/>
                  <w:szCs w:val="24"/>
                  <w:u w:val="single"/>
                  <w:lang w:val="ru-RU"/>
                </w:rPr>
                <w:t>.</w:t>
              </w:r>
              <w:r w:rsidR="002E0C5E" w:rsidRPr="007205EF">
                <w:rPr>
                  <w:rFonts w:ascii="Times New Roman" w:hAnsi="Times New Roman"/>
                  <w:color w:val="0000FF"/>
                  <w:sz w:val="24"/>
                  <w:szCs w:val="24"/>
                  <w:u w:val="single"/>
                </w:rPr>
                <w:t>ru</w:t>
              </w:r>
            </w:hyperlink>
            <w:r w:rsidR="002E0C5E" w:rsidRPr="007205EF">
              <w:rPr>
                <w:rFonts w:ascii="Times New Roman" w:hAnsi="Times New Roman"/>
                <w:color w:val="000000"/>
                <w:sz w:val="24"/>
                <w:szCs w:val="24"/>
                <w:lang w:val="ru-RU"/>
              </w:rPr>
              <w:t xml:space="preserve"> </w:t>
            </w:r>
            <w:hyperlink r:id="rId352">
              <w:r w:rsidR="002E0C5E" w:rsidRPr="007205EF">
                <w:rPr>
                  <w:rFonts w:ascii="Times New Roman" w:hAnsi="Times New Roman"/>
                  <w:color w:val="0000FF"/>
                  <w:sz w:val="24"/>
                  <w:szCs w:val="24"/>
                  <w:u w:val="single"/>
                </w:rPr>
                <w:t>https</w:t>
              </w:r>
              <w:r w:rsidR="002E0C5E" w:rsidRPr="007205EF">
                <w:rPr>
                  <w:rFonts w:ascii="Times New Roman" w:hAnsi="Times New Roman"/>
                  <w:color w:val="0000FF"/>
                  <w:sz w:val="24"/>
                  <w:szCs w:val="24"/>
                  <w:u w:val="single"/>
                  <w:lang w:val="ru-RU"/>
                </w:rPr>
                <w:t>://</w:t>
              </w:r>
              <w:r w:rsidR="002E0C5E" w:rsidRPr="007205EF">
                <w:rPr>
                  <w:rFonts w:ascii="Times New Roman" w:hAnsi="Times New Roman"/>
                  <w:color w:val="0000FF"/>
                  <w:sz w:val="24"/>
                  <w:szCs w:val="24"/>
                  <w:u w:val="single"/>
                </w:rPr>
                <w:t>uchi</w:t>
              </w:r>
              <w:r w:rsidR="002E0C5E" w:rsidRPr="007205EF">
                <w:rPr>
                  <w:rFonts w:ascii="Times New Roman" w:hAnsi="Times New Roman"/>
                  <w:color w:val="0000FF"/>
                  <w:sz w:val="24"/>
                  <w:szCs w:val="24"/>
                  <w:u w:val="single"/>
                  <w:lang w:val="ru-RU"/>
                </w:rPr>
                <w:t>.</w:t>
              </w:r>
              <w:r w:rsidR="002E0C5E" w:rsidRPr="007205EF">
                <w:rPr>
                  <w:rFonts w:ascii="Times New Roman" w:hAnsi="Times New Roman"/>
                  <w:color w:val="0000FF"/>
                  <w:sz w:val="24"/>
                  <w:szCs w:val="24"/>
                  <w:u w:val="single"/>
                </w:rPr>
                <w:t>ru</w:t>
              </w:r>
            </w:hyperlink>
          </w:p>
        </w:tc>
      </w:tr>
      <w:tr w:rsidR="002E0C5E" w:rsidRPr="007205EF" w:rsidTr="007205EF">
        <w:trPr>
          <w:trHeight w:val="144"/>
          <w:tblCellSpacing w:w="20" w:type="nil"/>
        </w:trPr>
        <w:tc>
          <w:tcPr>
            <w:tcW w:w="704" w:type="dxa"/>
            <w:tcMar>
              <w:top w:w="50" w:type="dxa"/>
              <w:left w:w="100" w:type="dxa"/>
            </w:tcMar>
            <w:vAlign w:val="center"/>
          </w:tcPr>
          <w:p w:rsidR="002E0C5E" w:rsidRPr="007205EF" w:rsidRDefault="002E0C5E" w:rsidP="00DA4FC0">
            <w:pPr>
              <w:spacing w:after="0"/>
              <w:rPr>
                <w:sz w:val="24"/>
                <w:szCs w:val="24"/>
              </w:rPr>
            </w:pPr>
            <w:r w:rsidRPr="007205EF">
              <w:rPr>
                <w:rFonts w:ascii="Times New Roman" w:hAnsi="Times New Roman"/>
                <w:color w:val="000000"/>
                <w:sz w:val="24"/>
                <w:szCs w:val="24"/>
              </w:rPr>
              <w:t>8</w:t>
            </w:r>
          </w:p>
        </w:tc>
        <w:tc>
          <w:tcPr>
            <w:tcW w:w="4802" w:type="dxa"/>
            <w:tcMar>
              <w:top w:w="50" w:type="dxa"/>
              <w:left w:w="100" w:type="dxa"/>
            </w:tcMar>
            <w:vAlign w:val="center"/>
          </w:tcPr>
          <w:p w:rsidR="002E0C5E" w:rsidRPr="007205EF" w:rsidRDefault="002E0C5E" w:rsidP="002E0C5E">
            <w:pPr>
              <w:spacing w:after="0"/>
              <w:ind w:left="135"/>
              <w:rPr>
                <w:sz w:val="24"/>
                <w:szCs w:val="24"/>
              </w:rPr>
            </w:pPr>
            <w:r w:rsidRPr="007205EF">
              <w:rPr>
                <w:rFonts w:ascii="Times New Roman" w:hAnsi="Times New Roman"/>
                <w:color w:val="000000"/>
                <w:sz w:val="24"/>
                <w:szCs w:val="24"/>
              </w:rPr>
              <w:t xml:space="preserve">Входная </w:t>
            </w:r>
            <w:r w:rsidRPr="007205EF">
              <w:rPr>
                <w:rFonts w:ascii="Times New Roman" w:hAnsi="Times New Roman"/>
                <w:color w:val="000000"/>
                <w:sz w:val="24"/>
                <w:szCs w:val="24"/>
                <w:lang w:val="ru-RU"/>
              </w:rPr>
              <w:t>проверочная</w:t>
            </w:r>
            <w:r w:rsidRPr="007205EF">
              <w:rPr>
                <w:rFonts w:ascii="Times New Roman" w:hAnsi="Times New Roman"/>
                <w:color w:val="000000"/>
                <w:sz w:val="24"/>
                <w:szCs w:val="24"/>
              </w:rPr>
              <w:t xml:space="preserve"> работа</w:t>
            </w:r>
          </w:p>
        </w:tc>
        <w:tc>
          <w:tcPr>
            <w:tcW w:w="784" w:type="dxa"/>
          </w:tcPr>
          <w:p w:rsidR="002E0C5E" w:rsidRPr="007205EF" w:rsidRDefault="002E0C5E" w:rsidP="00DA4FC0">
            <w:pPr>
              <w:spacing w:after="0"/>
              <w:ind w:left="135"/>
              <w:rPr>
                <w:sz w:val="24"/>
                <w:szCs w:val="24"/>
              </w:rPr>
            </w:pPr>
          </w:p>
        </w:tc>
        <w:tc>
          <w:tcPr>
            <w:tcW w:w="5203" w:type="dxa"/>
            <w:vMerge/>
          </w:tcPr>
          <w:p w:rsidR="002E0C5E" w:rsidRPr="007205EF" w:rsidRDefault="002E0C5E" w:rsidP="00963108">
            <w:pPr>
              <w:spacing w:after="0"/>
              <w:ind w:left="135"/>
              <w:jc w:val="both"/>
              <w:rPr>
                <w:sz w:val="24"/>
                <w:szCs w:val="24"/>
              </w:rPr>
            </w:pPr>
          </w:p>
        </w:tc>
        <w:tc>
          <w:tcPr>
            <w:tcW w:w="3675" w:type="dxa"/>
            <w:tcMar>
              <w:top w:w="50" w:type="dxa"/>
              <w:left w:w="100" w:type="dxa"/>
            </w:tcMar>
            <w:vAlign w:val="center"/>
          </w:tcPr>
          <w:p w:rsidR="002E0C5E" w:rsidRPr="007205EF" w:rsidRDefault="002E0C5E" w:rsidP="00DA4FC0">
            <w:pPr>
              <w:spacing w:after="0"/>
              <w:ind w:left="135"/>
              <w:rPr>
                <w:sz w:val="24"/>
                <w:szCs w:val="24"/>
              </w:rPr>
            </w:pPr>
          </w:p>
        </w:tc>
      </w:tr>
      <w:tr w:rsidR="00963108" w:rsidRPr="008E75F7" w:rsidTr="007205EF">
        <w:trPr>
          <w:trHeight w:val="144"/>
          <w:tblCellSpacing w:w="20" w:type="nil"/>
        </w:trPr>
        <w:tc>
          <w:tcPr>
            <w:tcW w:w="704" w:type="dxa"/>
            <w:tcMar>
              <w:top w:w="50" w:type="dxa"/>
              <w:left w:w="100" w:type="dxa"/>
            </w:tcMar>
            <w:vAlign w:val="center"/>
          </w:tcPr>
          <w:p w:rsidR="00963108" w:rsidRPr="007205EF" w:rsidRDefault="00963108" w:rsidP="007205EF">
            <w:pPr>
              <w:spacing w:after="0"/>
              <w:rPr>
                <w:sz w:val="24"/>
                <w:szCs w:val="24"/>
              </w:rPr>
            </w:pPr>
            <w:r w:rsidRPr="007205EF">
              <w:rPr>
                <w:rFonts w:ascii="Times New Roman" w:hAnsi="Times New Roman"/>
                <w:color w:val="000000"/>
                <w:sz w:val="24"/>
                <w:szCs w:val="24"/>
              </w:rPr>
              <w:t>9</w:t>
            </w:r>
          </w:p>
        </w:tc>
        <w:tc>
          <w:tcPr>
            <w:tcW w:w="4802" w:type="dxa"/>
            <w:tcMar>
              <w:top w:w="50" w:type="dxa"/>
              <w:left w:w="100" w:type="dxa"/>
            </w:tcMar>
            <w:vAlign w:val="center"/>
          </w:tcPr>
          <w:p w:rsidR="00963108" w:rsidRPr="007205EF" w:rsidRDefault="00963108" w:rsidP="007205EF">
            <w:pPr>
              <w:spacing w:after="0"/>
              <w:ind w:left="135"/>
              <w:rPr>
                <w:sz w:val="24"/>
                <w:szCs w:val="24"/>
              </w:rPr>
            </w:pPr>
            <w:r w:rsidRPr="007205EF">
              <w:rPr>
                <w:rFonts w:ascii="Times New Roman" w:hAnsi="Times New Roman"/>
                <w:color w:val="000000"/>
                <w:sz w:val="24"/>
                <w:szCs w:val="24"/>
                <w:lang w:val="ru-RU"/>
              </w:rPr>
              <w:t xml:space="preserve">Работа с текстовой задачей: анализ данных и отношений, представление текста на модели. </w:t>
            </w:r>
            <w:r w:rsidRPr="007205EF">
              <w:rPr>
                <w:rFonts w:ascii="Times New Roman" w:hAnsi="Times New Roman"/>
                <w:color w:val="000000"/>
                <w:sz w:val="24"/>
                <w:szCs w:val="24"/>
              </w:rPr>
              <w:t>Решение задач на нахождение четвёртого пропорционального</w:t>
            </w:r>
          </w:p>
        </w:tc>
        <w:tc>
          <w:tcPr>
            <w:tcW w:w="784" w:type="dxa"/>
          </w:tcPr>
          <w:p w:rsidR="00963108" w:rsidRPr="007205EF" w:rsidRDefault="00963108" w:rsidP="007205EF">
            <w:pPr>
              <w:spacing w:after="0"/>
              <w:ind w:left="135"/>
              <w:rPr>
                <w:rFonts w:ascii="Times New Roman" w:hAnsi="Times New Roman"/>
                <w:color w:val="000000"/>
                <w:sz w:val="24"/>
                <w:szCs w:val="24"/>
                <w:lang w:val="ru-RU"/>
              </w:rPr>
            </w:pPr>
          </w:p>
        </w:tc>
        <w:tc>
          <w:tcPr>
            <w:tcW w:w="5203" w:type="dxa"/>
            <w:vMerge w:val="restart"/>
          </w:tcPr>
          <w:p w:rsidR="00963108" w:rsidRPr="00963108" w:rsidRDefault="00963108" w:rsidP="00963108">
            <w:pPr>
              <w:tabs>
                <w:tab w:val="left" w:pos="4"/>
                <w:tab w:val="left" w:pos="288"/>
                <w:tab w:val="left" w:pos="430"/>
              </w:tabs>
              <w:spacing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 xml:space="preserve">Сознающий принадлежность к своему народу и к общности граждан России, проявляющий уважение к своему и другим народам. Проявляющий любовь и бережное отношение к </w:t>
            </w:r>
            <w:r w:rsidRPr="007205EF">
              <w:rPr>
                <w:rFonts w:ascii="Times New Roman" w:hAnsi="Times New Roman" w:cs="Times New Roman"/>
                <w:sz w:val="24"/>
                <w:szCs w:val="24"/>
                <w:lang w:val="ru-RU"/>
              </w:rPr>
              <w:lastRenderedPageBreak/>
              <w:t xml:space="preserve">природе, неприятие действий, приносящих вред природе, особенно живым существам. </w:t>
            </w:r>
            <w:r w:rsidRPr="00963108">
              <w:rPr>
                <w:rFonts w:ascii="Times New Roman" w:hAnsi="Times New Roman" w:cs="Times New Roman"/>
                <w:sz w:val="24"/>
                <w:szCs w:val="24"/>
                <w:lang w:val="ru-RU"/>
              </w:rPr>
              <w:t xml:space="preserve">Сознающий ценность труда в жизни человека, семьи, общества. </w:t>
            </w:r>
          </w:p>
          <w:p w:rsidR="00963108" w:rsidRPr="007205EF" w:rsidRDefault="00963108" w:rsidP="00963108">
            <w:pPr>
              <w:spacing w:after="0" w:line="240" w:lineRule="auto"/>
              <w:jc w:val="both"/>
              <w:rPr>
                <w:rFonts w:ascii="Times New Roman" w:hAnsi="Times New Roman" w:cs="Times New Roman"/>
                <w:w w:val="0"/>
                <w:sz w:val="24"/>
                <w:szCs w:val="24"/>
                <w:lang w:val="ru-RU"/>
              </w:rPr>
            </w:pPr>
            <w:r w:rsidRPr="007205EF">
              <w:rPr>
                <w:rFonts w:ascii="Times New Roman" w:hAnsi="Times New Roman" w:cs="Times New Roman"/>
                <w:sz w:val="24"/>
                <w:szCs w:val="24"/>
                <w:lang w:val="ru-RU"/>
              </w:rPr>
              <w:t>Сознающий ценность каждой человеческой жизни, признающий индивидуальность и достоинство каждого человека.                 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 Проявляющий интерес и уважение к отечественной и мировой художественной культуре. Имеющий первоначальные представления о правах и ответственности человека в обществе, гражданских правах и обязанностях.                            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tc>
        <w:tc>
          <w:tcPr>
            <w:tcW w:w="3675" w:type="dxa"/>
            <w:tcMar>
              <w:top w:w="50" w:type="dxa"/>
              <w:left w:w="100" w:type="dxa"/>
            </w:tcMar>
            <w:vAlign w:val="center"/>
          </w:tcPr>
          <w:p w:rsidR="00963108" w:rsidRPr="007205EF" w:rsidRDefault="00963108" w:rsidP="007205EF">
            <w:pPr>
              <w:spacing w:after="0"/>
              <w:ind w:left="135"/>
              <w:rPr>
                <w:sz w:val="24"/>
                <w:szCs w:val="24"/>
                <w:lang w:val="ru-RU"/>
              </w:rPr>
            </w:pPr>
            <w:r w:rsidRPr="007205EF">
              <w:rPr>
                <w:rFonts w:ascii="Times New Roman" w:hAnsi="Times New Roman"/>
                <w:color w:val="000000"/>
                <w:sz w:val="24"/>
                <w:szCs w:val="24"/>
                <w:lang w:val="ru-RU"/>
              </w:rPr>
              <w:lastRenderedPageBreak/>
              <w:t xml:space="preserve">Библиотека ЦОК </w:t>
            </w:r>
            <w:hyperlink r:id="rId353">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10588</w:t>
              </w:r>
            </w:hyperlink>
          </w:p>
        </w:tc>
      </w:tr>
      <w:tr w:rsidR="00963108" w:rsidRPr="008E75F7" w:rsidTr="007205EF">
        <w:trPr>
          <w:trHeight w:val="144"/>
          <w:tblCellSpacing w:w="20" w:type="nil"/>
        </w:trPr>
        <w:tc>
          <w:tcPr>
            <w:tcW w:w="704" w:type="dxa"/>
            <w:tcMar>
              <w:top w:w="50" w:type="dxa"/>
              <w:left w:w="100" w:type="dxa"/>
            </w:tcMar>
            <w:vAlign w:val="center"/>
          </w:tcPr>
          <w:p w:rsidR="00963108" w:rsidRPr="007205EF" w:rsidRDefault="00963108" w:rsidP="007205EF">
            <w:pPr>
              <w:spacing w:after="0"/>
              <w:rPr>
                <w:sz w:val="24"/>
                <w:szCs w:val="24"/>
              </w:rPr>
            </w:pPr>
            <w:r w:rsidRPr="007205EF">
              <w:rPr>
                <w:rFonts w:ascii="Times New Roman" w:hAnsi="Times New Roman"/>
                <w:color w:val="000000"/>
                <w:sz w:val="24"/>
                <w:szCs w:val="24"/>
              </w:rPr>
              <w:lastRenderedPageBreak/>
              <w:t>10</w:t>
            </w:r>
          </w:p>
        </w:tc>
        <w:tc>
          <w:tcPr>
            <w:tcW w:w="4802" w:type="dxa"/>
            <w:tcMar>
              <w:top w:w="50" w:type="dxa"/>
              <w:left w:w="100" w:type="dxa"/>
            </w:tcMar>
            <w:vAlign w:val="center"/>
          </w:tcPr>
          <w:p w:rsidR="00963108" w:rsidRPr="007205EF" w:rsidRDefault="00963108" w:rsidP="007205EF">
            <w:pPr>
              <w:spacing w:after="0"/>
              <w:ind w:left="135"/>
              <w:rPr>
                <w:sz w:val="24"/>
                <w:szCs w:val="24"/>
                <w:lang w:val="ru-RU"/>
              </w:rPr>
            </w:pPr>
            <w:r w:rsidRPr="007205EF">
              <w:rPr>
                <w:rFonts w:ascii="Times New Roman" w:hAnsi="Times New Roman"/>
                <w:color w:val="000000"/>
                <w:sz w:val="24"/>
                <w:szCs w:val="24"/>
                <w:lang w:val="ru-RU"/>
              </w:rPr>
              <w:t>Таблицы с данными о реальных процессах и явлениях; внесение данных в таблицу</w:t>
            </w:r>
          </w:p>
        </w:tc>
        <w:tc>
          <w:tcPr>
            <w:tcW w:w="784" w:type="dxa"/>
          </w:tcPr>
          <w:p w:rsidR="00963108" w:rsidRPr="007205EF" w:rsidRDefault="00963108" w:rsidP="007205EF">
            <w:pPr>
              <w:spacing w:after="0"/>
              <w:ind w:left="135"/>
              <w:rPr>
                <w:rFonts w:ascii="Times New Roman" w:hAnsi="Times New Roman"/>
                <w:color w:val="000000"/>
                <w:sz w:val="24"/>
                <w:szCs w:val="24"/>
                <w:lang w:val="ru-RU"/>
              </w:rPr>
            </w:pPr>
          </w:p>
        </w:tc>
        <w:tc>
          <w:tcPr>
            <w:tcW w:w="5203" w:type="dxa"/>
            <w:vMerge/>
          </w:tcPr>
          <w:p w:rsidR="00963108" w:rsidRPr="007205EF" w:rsidRDefault="00963108"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963108" w:rsidRPr="007205EF" w:rsidRDefault="00963108"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354">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15</w:t>
              </w:r>
              <w:r w:rsidRPr="007205EF">
                <w:rPr>
                  <w:rFonts w:ascii="Times New Roman" w:hAnsi="Times New Roman"/>
                  <w:color w:val="0000FF"/>
                  <w:sz w:val="24"/>
                  <w:szCs w:val="24"/>
                  <w:u w:val="single"/>
                </w:rPr>
                <w:t>ec</w:t>
              </w:r>
              <w:r w:rsidRPr="007205EF">
                <w:rPr>
                  <w:rFonts w:ascii="Times New Roman" w:hAnsi="Times New Roman"/>
                  <w:color w:val="0000FF"/>
                  <w:sz w:val="24"/>
                  <w:szCs w:val="24"/>
                  <w:u w:val="single"/>
                  <w:lang w:val="ru-RU"/>
                </w:rPr>
                <w:t>0</w:t>
              </w:r>
            </w:hyperlink>
          </w:p>
        </w:tc>
      </w:tr>
      <w:tr w:rsidR="00963108" w:rsidRPr="008E75F7" w:rsidTr="007205EF">
        <w:trPr>
          <w:trHeight w:val="144"/>
          <w:tblCellSpacing w:w="20" w:type="nil"/>
        </w:trPr>
        <w:tc>
          <w:tcPr>
            <w:tcW w:w="704" w:type="dxa"/>
            <w:tcMar>
              <w:top w:w="50" w:type="dxa"/>
              <w:left w:w="100" w:type="dxa"/>
            </w:tcMar>
            <w:vAlign w:val="center"/>
          </w:tcPr>
          <w:p w:rsidR="00963108" w:rsidRPr="007205EF" w:rsidRDefault="00963108" w:rsidP="007205EF">
            <w:pPr>
              <w:spacing w:after="0"/>
              <w:rPr>
                <w:sz w:val="24"/>
                <w:szCs w:val="24"/>
              </w:rPr>
            </w:pPr>
            <w:r w:rsidRPr="007205EF">
              <w:rPr>
                <w:rFonts w:ascii="Times New Roman" w:hAnsi="Times New Roman"/>
                <w:color w:val="000000"/>
                <w:sz w:val="24"/>
                <w:szCs w:val="24"/>
              </w:rPr>
              <w:t>11</w:t>
            </w:r>
          </w:p>
        </w:tc>
        <w:tc>
          <w:tcPr>
            <w:tcW w:w="4802" w:type="dxa"/>
            <w:tcMar>
              <w:top w:w="50" w:type="dxa"/>
              <w:left w:w="100" w:type="dxa"/>
            </w:tcMar>
            <w:vAlign w:val="center"/>
          </w:tcPr>
          <w:p w:rsidR="00963108" w:rsidRPr="007205EF" w:rsidRDefault="00963108" w:rsidP="007205EF">
            <w:pPr>
              <w:spacing w:after="0"/>
              <w:ind w:left="135"/>
              <w:rPr>
                <w:sz w:val="24"/>
                <w:szCs w:val="24"/>
                <w:lang w:val="ru-RU"/>
              </w:rPr>
            </w:pPr>
            <w:r w:rsidRPr="007205EF">
              <w:rPr>
                <w:rFonts w:ascii="Times New Roman" w:hAnsi="Times New Roman"/>
                <w:color w:val="000000"/>
                <w:sz w:val="24"/>
                <w:szCs w:val="24"/>
                <w:lang w:val="ru-RU"/>
              </w:rPr>
              <w:t>Решение задач с геометрическим содержанием</w:t>
            </w:r>
          </w:p>
        </w:tc>
        <w:tc>
          <w:tcPr>
            <w:tcW w:w="784" w:type="dxa"/>
          </w:tcPr>
          <w:p w:rsidR="00963108" w:rsidRPr="007205EF" w:rsidRDefault="00963108" w:rsidP="007205EF">
            <w:pPr>
              <w:spacing w:after="0"/>
              <w:ind w:left="135"/>
              <w:rPr>
                <w:rFonts w:ascii="Times New Roman" w:hAnsi="Times New Roman"/>
                <w:color w:val="000000"/>
                <w:sz w:val="24"/>
                <w:szCs w:val="24"/>
                <w:lang w:val="ru-RU"/>
              </w:rPr>
            </w:pPr>
          </w:p>
        </w:tc>
        <w:tc>
          <w:tcPr>
            <w:tcW w:w="5203" w:type="dxa"/>
            <w:vMerge/>
          </w:tcPr>
          <w:p w:rsidR="00963108" w:rsidRPr="007205EF" w:rsidRDefault="00963108"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963108" w:rsidRPr="007205EF" w:rsidRDefault="00963108"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355">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17068</w:t>
              </w:r>
            </w:hyperlink>
          </w:p>
        </w:tc>
      </w:tr>
      <w:tr w:rsidR="00963108" w:rsidRPr="008E75F7" w:rsidTr="007205EF">
        <w:trPr>
          <w:trHeight w:val="144"/>
          <w:tblCellSpacing w:w="20" w:type="nil"/>
        </w:trPr>
        <w:tc>
          <w:tcPr>
            <w:tcW w:w="704" w:type="dxa"/>
            <w:tcMar>
              <w:top w:w="50" w:type="dxa"/>
              <w:left w:w="100" w:type="dxa"/>
            </w:tcMar>
            <w:vAlign w:val="center"/>
          </w:tcPr>
          <w:p w:rsidR="00963108" w:rsidRPr="007205EF" w:rsidRDefault="00963108" w:rsidP="007205EF">
            <w:pPr>
              <w:spacing w:after="0"/>
              <w:rPr>
                <w:sz w:val="24"/>
                <w:szCs w:val="24"/>
              </w:rPr>
            </w:pPr>
            <w:r w:rsidRPr="007205EF">
              <w:rPr>
                <w:rFonts w:ascii="Times New Roman" w:hAnsi="Times New Roman"/>
                <w:color w:val="000000"/>
                <w:sz w:val="24"/>
                <w:szCs w:val="24"/>
              </w:rPr>
              <w:t>12</w:t>
            </w:r>
          </w:p>
        </w:tc>
        <w:tc>
          <w:tcPr>
            <w:tcW w:w="4802" w:type="dxa"/>
            <w:tcMar>
              <w:top w:w="50" w:type="dxa"/>
              <w:left w:w="100" w:type="dxa"/>
            </w:tcMar>
            <w:vAlign w:val="center"/>
          </w:tcPr>
          <w:p w:rsidR="00963108" w:rsidRPr="007205EF" w:rsidRDefault="00963108" w:rsidP="007205EF">
            <w:pPr>
              <w:spacing w:after="0"/>
              <w:ind w:left="135"/>
              <w:rPr>
                <w:sz w:val="24"/>
                <w:szCs w:val="24"/>
                <w:lang w:val="ru-RU"/>
              </w:rPr>
            </w:pPr>
            <w:r w:rsidRPr="007205EF">
              <w:rPr>
                <w:rFonts w:ascii="Times New Roman" w:hAnsi="Times New Roman"/>
                <w:color w:val="000000"/>
                <w:sz w:val="24"/>
                <w:szCs w:val="24"/>
                <w:lang w:val="ru-RU"/>
              </w:rPr>
              <w:t>Логические рассуждения (одно-двухшаговые) со связками «если …, то …», «поэтому», «значит», «все», «и», «некоторые», «каждый»</w:t>
            </w:r>
          </w:p>
        </w:tc>
        <w:tc>
          <w:tcPr>
            <w:tcW w:w="784" w:type="dxa"/>
          </w:tcPr>
          <w:p w:rsidR="00963108" w:rsidRPr="007205EF" w:rsidRDefault="00963108" w:rsidP="007205EF">
            <w:pPr>
              <w:spacing w:after="0"/>
              <w:ind w:left="135"/>
              <w:rPr>
                <w:rFonts w:ascii="Times New Roman" w:hAnsi="Times New Roman"/>
                <w:color w:val="000000"/>
                <w:sz w:val="24"/>
                <w:szCs w:val="24"/>
                <w:lang w:val="ru-RU"/>
              </w:rPr>
            </w:pPr>
          </w:p>
        </w:tc>
        <w:tc>
          <w:tcPr>
            <w:tcW w:w="5203" w:type="dxa"/>
            <w:vMerge/>
          </w:tcPr>
          <w:p w:rsidR="00963108" w:rsidRPr="007205EF" w:rsidRDefault="00963108"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963108" w:rsidRPr="007205EF" w:rsidRDefault="00963108"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356">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15</w:t>
              </w:r>
              <w:r w:rsidRPr="007205EF">
                <w:rPr>
                  <w:rFonts w:ascii="Times New Roman" w:hAnsi="Times New Roman"/>
                  <w:color w:val="0000FF"/>
                  <w:sz w:val="24"/>
                  <w:szCs w:val="24"/>
                  <w:u w:val="single"/>
                </w:rPr>
                <w:t>cea</w:t>
              </w:r>
            </w:hyperlink>
          </w:p>
        </w:tc>
      </w:tr>
      <w:tr w:rsidR="00963108" w:rsidRPr="008E75F7" w:rsidTr="007205EF">
        <w:trPr>
          <w:trHeight w:val="144"/>
          <w:tblCellSpacing w:w="20" w:type="nil"/>
        </w:trPr>
        <w:tc>
          <w:tcPr>
            <w:tcW w:w="704" w:type="dxa"/>
            <w:tcMar>
              <w:top w:w="50" w:type="dxa"/>
              <w:left w:w="100" w:type="dxa"/>
            </w:tcMar>
            <w:vAlign w:val="center"/>
          </w:tcPr>
          <w:p w:rsidR="00963108" w:rsidRPr="007205EF" w:rsidRDefault="00963108" w:rsidP="007205EF">
            <w:pPr>
              <w:spacing w:after="0"/>
              <w:rPr>
                <w:sz w:val="24"/>
                <w:szCs w:val="24"/>
              </w:rPr>
            </w:pPr>
            <w:r w:rsidRPr="007205EF">
              <w:rPr>
                <w:rFonts w:ascii="Times New Roman" w:hAnsi="Times New Roman"/>
                <w:color w:val="000000"/>
                <w:sz w:val="24"/>
                <w:szCs w:val="24"/>
              </w:rPr>
              <w:t>13</w:t>
            </w:r>
          </w:p>
        </w:tc>
        <w:tc>
          <w:tcPr>
            <w:tcW w:w="4802" w:type="dxa"/>
            <w:tcMar>
              <w:top w:w="50" w:type="dxa"/>
              <w:left w:w="100" w:type="dxa"/>
            </w:tcMar>
            <w:vAlign w:val="center"/>
          </w:tcPr>
          <w:p w:rsidR="00963108" w:rsidRPr="007205EF" w:rsidRDefault="00963108" w:rsidP="007205EF">
            <w:pPr>
              <w:spacing w:after="0"/>
              <w:ind w:left="135"/>
              <w:rPr>
                <w:sz w:val="24"/>
                <w:szCs w:val="24"/>
                <w:lang w:val="ru-RU"/>
              </w:rPr>
            </w:pPr>
            <w:r w:rsidRPr="007205EF">
              <w:rPr>
                <w:rFonts w:ascii="Times New Roman" w:hAnsi="Times New Roman"/>
                <w:color w:val="000000"/>
                <w:sz w:val="24"/>
                <w:szCs w:val="24"/>
                <w:lang w:val="ru-RU"/>
              </w:rPr>
              <w:t>Устные вычисления: переместительное свойство умножения</w:t>
            </w:r>
          </w:p>
        </w:tc>
        <w:tc>
          <w:tcPr>
            <w:tcW w:w="784" w:type="dxa"/>
          </w:tcPr>
          <w:p w:rsidR="00963108" w:rsidRPr="007205EF" w:rsidRDefault="00963108" w:rsidP="007205EF">
            <w:pPr>
              <w:spacing w:after="0"/>
              <w:ind w:left="135"/>
              <w:rPr>
                <w:rFonts w:ascii="Times New Roman" w:hAnsi="Times New Roman"/>
                <w:color w:val="000000"/>
                <w:sz w:val="24"/>
                <w:szCs w:val="24"/>
                <w:lang w:val="ru-RU"/>
              </w:rPr>
            </w:pPr>
          </w:p>
        </w:tc>
        <w:tc>
          <w:tcPr>
            <w:tcW w:w="5203" w:type="dxa"/>
            <w:vMerge/>
          </w:tcPr>
          <w:p w:rsidR="00963108" w:rsidRPr="007205EF" w:rsidRDefault="00963108"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963108" w:rsidRPr="007205EF" w:rsidRDefault="00963108"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357">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0</w:t>
              </w:r>
              <w:r w:rsidRPr="007205EF">
                <w:rPr>
                  <w:rFonts w:ascii="Times New Roman" w:hAnsi="Times New Roman"/>
                  <w:color w:val="0000FF"/>
                  <w:sz w:val="24"/>
                  <w:szCs w:val="24"/>
                  <w:u w:val="single"/>
                </w:rPr>
                <w:t>ea</w:t>
              </w:r>
              <w:r w:rsidRPr="007205EF">
                <w:rPr>
                  <w:rFonts w:ascii="Times New Roman" w:hAnsi="Times New Roman"/>
                  <w:color w:val="0000FF"/>
                  <w:sz w:val="24"/>
                  <w:szCs w:val="24"/>
                  <w:u w:val="single"/>
                  <w:lang w:val="ru-RU"/>
                </w:rPr>
                <w:t>08</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14</w:t>
            </w:r>
          </w:p>
        </w:tc>
        <w:tc>
          <w:tcPr>
            <w:tcW w:w="4802" w:type="dxa"/>
            <w:tcMar>
              <w:top w:w="50" w:type="dxa"/>
              <w:left w:w="100" w:type="dxa"/>
            </w:tcMar>
            <w:vAlign w:val="center"/>
          </w:tcPr>
          <w:p w:rsidR="007205EF" w:rsidRPr="007205EF" w:rsidRDefault="007205EF" w:rsidP="007205EF">
            <w:pPr>
              <w:spacing w:after="0"/>
              <w:ind w:left="135"/>
              <w:rPr>
                <w:sz w:val="24"/>
                <w:szCs w:val="24"/>
              </w:rPr>
            </w:pPr>
            <w:r w:rsidRPr="007205EF">
              <w:rPr>
                <w:rFonts w:ascii="Times New Roman" w:hAnsi="Times New Roman"/>
                <w:color w:val="000000"/>
                <w:sz w:val="24"/>
                <w:szCs w:val="24"/>
              </w:rPr>
              <w:t>Переместительное свойство умножения</w:t>
            </w:r>
          </w:p>
        </w:tc>
        <w:tc>
          <w:tcPr>
            <w:tcW w:w="784" w:type="dxa"/>
          </w:tcPr>
          <w:p w:rsidR="007205EF" w:rsidRPr="007205EF" w:rsidRDefault="007205EF" w:rsidP="007205EF">
            <w:pPr>
              <w:spacing w:after="0"/>
              <w:ind w:left="135"/>
              <w:rPr>
                <w:rFonts w:ascii="Times New Roman" w:hAnsi="Times New Roman"/>
                <w:color w:val="0000FF"/>
                <w:sz w:val="24"/>
                <w:szCs w:val="24"/>
                <w:u w:val="single"/>
              </w:rPr>
            </w:pPr>
          </w:p>
        </w:tc>
        <w:tc>
          <w:tcPr>
            <w:tcW w:w="5203" w:type="dxa"/>
            <w:vMerge w:val="restart"/>
          </w:tcPr>
          <w:p w:rsidR="007205EF" w:rsidRPr="007205EF" w:rsidRDefault="007205EF" w:rsidP="00963108">
            <w:pPr>
              <w:tabs>
                <w:tab w:val="left" w:pos="4"/>
                <w:tab w:val="left" w:pos="288"/>
                <w:tab w:val="left" w:pos="430"/>
              </w:tabs>
              <w:spacing w:after="0" w:line="240" w:lineRule="auto"/>
              <w:ind w:firstLine="181"/>
              <w:jc w:val="both"/>
              <w:rPr>
                <w:rFonts w:ascii="Times New Roman" w:hAnsi="Times New Roman" w:cs="Times New Roman"/>
                <w:sz w:val="24"/>
                <w:szCs w:val="24"/>
              </w:rPr>
            </w:pPr>
            <w:r w:rsidRPr="007205EF">
              <w:rPr>
                <w:rFonts w:ascii="Times New Roman" w:hAnsi="Times New Roman" w:cs="Times New Roman"/>
                <w:sz w:val="24"/>
                <w:szCs w:val="24"/>
                <w:lang w:val="ru-RU"/>
              </w:rPr>
              <w:t xml:space="preserve">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 Умеющий оценивать поступки с позиции их соответствия нравственным нормам, осознающий ответственность за свои поступки. Проявляющий стремление к самовыражению в </w:t>
            </w:r>
            <w:r w:rsidRPr="007205EF">
              <w:rPr>
                <w:rFonts w:ascii="Times New Roman" w:hAnsi="Times New Roman" w:cs="Times New Roman"/>
                <w:sz w:val="24"/>
                <w:szCs w:val="24"/>
                <w:lang w:val="ru-RU"/>
              </w:rPr>
              <w:lastRenderedPageBreak/>
              <w:t xml:space="preserve">разных видах художественной деятельности, искусстве. Сознающий и половую принадлежность, соответствующие ей психофизические и поведенческие особенности с учётом возраста.   </w:t>
            </w:r>
            <w:r w:rsidRPr="007205EF">
              <w:rPr>
                <w:rFonts w:ascii="Times New Roman" w:hAnsi="Times New Roman" w:cs="Times New Roman"/>
                <w:sz w:val="24"/>
                <w:szCs w:val="24"/>
              </w:rPr>
              <w:t>Проявляющий интерес к разным профессиям.</w:t>
            </w:r>
          </w:p>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8E75F7" w:rsidP="007205EF">
            <w:pPr>
              <w:spacing w:after="0"/>
              <w:ind w:left="135"/>
              <w:rPr>
                <w:sz w:val="24"/>
                <w:szCs w:val="24"/>
                <w:lang w:val="ru-RU"/>
              </w:rPr>
            </w:pPr>
            <w:hyperlink r:id="rId358">
              <w:r w:rsidR="007205EF" w:rsidRPr="007205EF">
                <w:rPr>
                  <w:rFonts w:ascii="Times New Roman" w:hAnsi="Times New Roman"/>
                  <w:color w:val="0000FF"/>
                  <w:sz w:val="24"/>
                  <w:szCs w:val="24"/>
                  <w:u w:val="single"/>
                </w:rPr>
                <w:t>https</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education</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yandex</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ru</w:t>
              </w:r>
            </w:hyperlink>
            <w:r w:rsidR="007205EF" w:rsidRPr="007205EF">
              <w:rPr>
                <w:rFonts w:ascii="Times New Roman" w:hAnsi="Times New Roman"/>
                <w:color w:val="000000"/>
                <w:sz w:val="24"/>
                <w:szCs w:val="24"/>
                <w:lang w:val="ru-RU"/>
              </w:rPr>
              <w:t xml:space="preserve"> </w:t>
            </w:r>
            <w:hyperlink r:id="rId359">
              <w:r w:rsidR="007205EF" w:rsidRPr="007205EF">
                <w:rPr>
                  <w:rFonts w:ascii="Times New Roman" w:hAnsi="Times New Roman"/>
                  <w:color w:val="0000FF"/>
                  <w:sz w:val="24"/>
                  <w:szCs w:val="24"/>
                  <w:u w:val="single"/>
                </w:rPr>
                <w:t>https</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uchi</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ru</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15</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Задачи на применение смысла арифметических действий сложения, умножения</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tcPr>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360">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10</w:t>
              </w:r>
              <w:r w:rsidRPr="007205EF">
                <w:rPr>
                  <w:rFonts w:ascii="Times New Roman" w:hAnsi="Times New Roman"/>
                  <w:color w:val="0000FF"/>
                  <w:sz w:val="24"/>
                  <w:szCs w:val="24"/>
                  <w:u w:val="single"/>
                </w:rPr>
                <w:t>ed</w:t>
              </w:r>
              <w:r w:rsidRPr="007205EF">
                <w:rPr>
                  <w:rFonts w:ascii="Times New Roman" w:hAnsi="Times New Roman"/>
                  <w:color w:val="0000FF"/>
                  <w:sz w:val="24"/>
                  <w:szCs w:val="24"/>
                  <w:u w:val="single"/>
                  <w:lang w:val="ru-RU"/>
                </w:rPr>
                <w:t>4</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16</w:t>
            </w:r>
          </w:p>
        </w:tc>
        <w:tc>
          <w:tcPr>
            <w:tcW w:w="4802" w:type="dxa"/>
            <w:tcMar>
              <w:top w:w="50" w:type="dxa"/>
              <w:left w:w="100" w:type="dxa"/>
            </w:tcMar>
            <w:vAlign w:val="center"/>
          </w:tcPr>
          <w:p w:rsidR="007205EF" w:rsidRPr="007205EF" w:rsidRDefault="007205EF" w:rsidP="007205EF">
            <w:pPr>
              <w:spacing w:after="0"/>
              <w:ind w:left="135"/>
              <w:rPr>
                <w:sz w:val="24"/>
                <w:szCs w:val="24"/>
              </w:rPr>
            </w:pPr>
            <w:r w:rsidRPr="007205EF">
              <w:rPr>
                <w:rFonts w:ascii="Times New Roman" w:hAnsi="Times New Roman"/>
                <w:color w:val="000000"/>
                <w:sz w:val="24"/>
                <w:szCs w:val="24"/>
              </w:rPr>
              <w:t>Таблица умножения и деления</w:t>
            </w:r>
          </w:p>
        </w:tc>
        <w:tc>
          <w:tcPr>
            <w:tcW w:w="784" w:type="dxa"/>
          </w:tcPr>
          <w:p w:rsidR="007205EF" w:rsidRPr="007205EF" w:rsidRDefault="007205EF" w:rsidP="007205EF">
            <w:pPr>
              <w:spacing w:after="0"/>
              <w:ind w:left="135"/>
              <w:rPr>
                <w:rFonts w:ascii="Times New Roman" w:hAnsi="Times New Roman"/>
                <w:color w:val="0000FF"/>
                <w:sz w:val="24"/>
                <w:szCs w:val="24"/>
                <w:u w:val="single"/>
              </w:rPr>
            </w:pPr>
          </w:p>
        </w:tc>
        <w:tc>
          <w:tcPr>
            <w:tcW w:w="5203" w:type="dxa"/>
            <w:vMerge/>
          </w:tcPr>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8E75F7" w:rsidP="007205EF">
            <w:pPr>
              <w:spacing w:after="0"/>
              <w:ind w:left="135"/>
              <w:rPr>
                <w:sz w:val="24"/>
                <w:szCs w:val="24"/>
                <w:lang w:val="ru-RU"/>
              </w:rPr>
            </w:pPr>
            <w:hyperlink r:id="rId361">
              <w:r w:rsidR="007205EF" w:rsidRPr="007205EF">
                <w:rPr>
                  <w:rFonts w:ascii="Times New Roman" w:hAnsi="Times New Roman"/>
                  <w:color w:val="0000FF"/>
                  <w:sz w:val="24"/>
                  <w:szCs w:val="24"/>
                  <w:u w:val="single"/>
                </w:rPr>
                <w:t>https</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education</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yandex</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ru</w:t>
              </w:r>
            </w:hyperlink>
            <w:r w:rsidR="007205EF" w:rsidRPr="007205EF">
              <w:rPr>
                <w:rFonts w:ascii="Times New Roman" w:hAnsi="Times New Roman"/>
                <w:color w:val="000000"/>
                <w:sz w:val="24"/>
                <w:szCs w:val="24"/>
                <w:lang w:val="ru-RU"/>
              </w:rPr>
              <w:t xml:space="preserve"> </w:t>
            </w:r>
            <w:hyperlink r:id="rId362">
              <w:r w:rsidR="007205EF" w:rsidRPr="007205EF">
                <w:rPr>
                  <w:rFonts w:ascii="Times New Roman" w:hAnsi="Times New Roman"/>
                  <w:color w:val="0000FF"/>
                  <w:sz w:val="24"/>
                  <w:szCs w:val="24"/>
                  <w:u w:val="single"/>
                </w:rPr>
                <w:t>https</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uchi</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ru</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lastRenderedPageBreak/>
              <w:t>17</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Умножение и деление в пределах 100: приемы устных вычислений</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tcPr>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363">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0</w:t>
              </w:r>
              <w:r w:rsidRPr="007205EF">
                <w:rPr>
                  <w:rFonts w:ascii="Times New Roman" w:hAnsi="Times New Roman"/>
                  <w:color w:val="0000FF"/>
                  <w:sz w:val="24"/>
                  <w:szCs w:val="24"/>
                  <w:u w:val="single"/>
                </w:rPr>
                <w:t>a</w:t>
              </w:r>
              <w:r w:rsidRPr="007205EF">
                <w:rPr>
                  <w:rFonts w:ascii="Times New Roman" w:hAnsi="Times New Roman"/>
                  <w:color w:val="0000FF"/>
                  <w:sz w:val="24"/>
                  <w:szCs w:val="24"/>
                  <w:u w:val="single"/>
                  <w:lang w:val="ru-RU"/>
                </w:rPr>
                <w:t>3</w:t>
              </w:r>
              <w:r w:rsidRPr="007205EF">
                <w:rPr>
                  <w:rFonts w:ascii="Times New Roman" w:hAnsi="Times New Roman"/>
                  <w:color w:val="0000FF"/>
                  <w:sz w:val="24"/>
                  <w:szCs w:val="24"/>
                  <w:u w:val="single"/>
                </w:rPr>
                <w:t>cc</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18</w:t>
            </w:r>
          </w:p>
        </w:tc>
        <w:tc>
          <w:tcPr>
            <w:tcW w:w="4802" w:type="dxa"/>
            <w:tcMar>
              <w:top w:w="50" w:type="dxa"/>
              <w:left w:w="100" w:type="dxa"/>
            </w:tcMar>
            <w:vAlign w:val="center"/>
          </w:tcPr>
          <w:p w:rsidR="007205EF" w:rsidRPr="007205EF" w:rsidRDefault="007205EF" w:rsidP="007205EF">
            <w:pPr>
              <w:spacing w:after="0"/>
              <w:ind w:left="135"/>
              <w:rPr>
                <w:sz w:val="24"/>
                <w:szCs w:val="24"/>
              </w:rPr>
            </w:pPr>
            <w:r w:rsidRPr="007205EF">
              <w:rPr>
                <w:rFonts w:ascii="Times New Roman" w:hAnsi="Times New Roman"/>
                <w:color w:val="000000"/>
                <w:sz w:val="24"/>
                <w:szCs w:val="24"/>
              </w:rPr>
              <w:t>Сочетательное свойство умножения</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tcPr>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364">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08</w:t>
              </w:r>
              <w:r w:rsidRPr="007205EF">
                <w:rPr>
                  <w:rFonts w:ascii="Times New Roman" w:hAnsi="Times New Roman"/>
                  <w:color w:val="0000FF"/>
                  <w:sz w:val="24"/>
                  <w:szCs w:val="24"/>
                  <w:u w:val="single"/>
                </w:rPr>
                <w:t>eb</w:t>
              </w:r>
              <w:r w:rsidRPr="007205EF">
                <w:rPr>
                  <w:rFonts w:ascii="Times New Roman" w:hAnsi="Times New Roman"/>
                  <w:color w:val="0000FF"/>
                  <w:sz w:val="24"/>
                  <w:szCs w:val="24"/>
                  <w:u w:val="single"/>
                  <w:lang w:val="ru-RU"/>
                </w:rPr>
                <w:t>4</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19</w:t>
            </w:r>
          </w:p>
        </w:tc>
        <w:tc>
          <w:tcPr>
            <w:tcW w:w="4802" w:type="dxa"/>
            <w:tcMar>
              <w:top w:w="50" w:type="dxa"/>
              <w:left w:w="100" w:type="dxa"/>
            </w:tcMar>
            <w:vAlign w:val="center"/>
          </w:tcPr>
          <w:p w:rsidR="007205EF" w:rsidRPr="007205EF" w:rsidRDefault="007205EF" w:rsidP="007205EF">
            <w:pPr>
              <w:spacing w:after="0"/>
              <w:ind w:left="135"/>
              <w:rPr>
                <w:sz w:val="24"/>
                <w:szCs w:val="24"/>
              </w:rPr>
            </w:pPr>
            <w:r w:rsidRPr="007205EF">
              <w:rPr>
                <w:rFonts w:ascii="Times New Roman" w:hAnsi="Times New Roman"/>
                <w:color w:val="000000"/>
                <w:sz w:val="24"/>
                <w:szCs w:val="24"/>
              </w:rPr>
              <w:t>Нахождение периметра многоугольника</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val="restart"/>
          </w:tcPr>
          <w:p w:rsidR="007205EF" w:rsidRPr="007205EF" w:rsidRDefault="007205EF" w:rsidP="00963108">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 xml:space="preserve">Имеющий первоначальные представления о правах и ответственности человека в обществе, гражданских правах и обязанностях. 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Владеющий основными навыками личной и общественной гигиены, безопасного поведения в быту, природе, обществе. Сознающий ценность труда в жизни человека, семьи, общества. </w:t>
            </w:r>
          </w:p>
          <w:p w:rsidR="007205EF" w:rsidRPr="007205EF" w:rsidRDefault="007205EF" w:rsidP="00963108">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Проявляющий любовь и бережное отношение к природе, неприятие действий, приносящих вред природе, особенно живым существам.</w:t>
            </w:r>
          </w:p>
          <w:p w:rsidR="007205EF" w:rsidRPr="007205EF" w:rsidRDefault="007205EF" w:rsidP="00963108">
            <w:pPr>
              <w:spacing w:after="0" w:line="240" w:lineRule="auto"/>
              <w:jc w:val="both"/>
              <w:rPr>
                <w:rFonts w:ascii="Times New Roman" w:hAnsi="Times New Roman" w:cs="Times New Roman"/>
                <w:w w:val="0"/>
                <w:sz w:val="24"/>
                <w:szCs w:val="24"/>
                <w:lang w:val="ru-RU"/>
              </w:rPr>
            </w:pPr>
            <w:r w:rsidRPr="007205EF">
              <w:rPr>
                <w:rFonts w:ascii="Times New Roman" w:hAnsi="Times New Roman" w:cs="Times New Roman"/>
                <w:sz w:val="24"/>
                <w:szCs w:val="24"/>
                <w:lang w:val="ru-RU"/>
              </w:rPr>
              <w:t>Выражающий познавательные интересы, активность, любознательность и самостоятельность в познании, интерес и уважение к научным знаниям, науке.</w:t>
            </w: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365">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1338</w:t>
              </w:r>
              <w:r w:rsidRPr="007205EF">
                <w:rPr>
                  <w:rFonts w:ascii="Times New Roman" w:hAnsi="Times New Roman"/>
                  <w:color w:val="0000FF"/>
                  <w:sz w:val="24"/>
                  <w:szCs w:val="24"/>
                  <w:u w:val="single"/>
                </w:rPr>
                <w:t>c</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20</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Задачи на применение смысла арифметических действий вычитания, деления</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tcPr>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366">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1158</w:t>
              </w:r>
              <w:r w:rsidRPr="007205EF">
                <w:rPr>
                  <w:rFonts w:ascii="Times New Roman" w:hAnsi="Times New Roman"/>
                  <w:color w:val="0000FF"/>
                  <w:sz w:val="24"/>
                  <w:szCs w:val="24"/>
                  <w:u w:val="single"/>
                </w:rPr>
                <w:t>c</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21</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Соотношение «цена, количество, стоимость» в практической ситуации</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tcPr>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367">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0944</w:t>
              </w:r>
              <w:r w:rsidRPr="007205EF">
                <w:rPr>
                  <w:rFonts w:ascii="Times New Roman" w:hAnsi="Times New Roman"/>
                  <w:color w:val="0000FF"/>
                  <w:sz w:val="24"/>
                  <w:szCs w:val="24"/>
                  <w:u w:val="single"/>
                </w:rPr>
                <w:t>a</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22</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Задачи применение зависимости "цена-количество-стоимость"</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tcPr>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368">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11708</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23</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784" w:type="dxa"/>
          </w:tcPr>
          <w:p w:rsidR="007205EF" w:rsidRPr="007205EF" w:rsidRDefault="007205EF" w:rsidP="007205EF">
            <w:pPr>
              <w:spacing w:after="0"/>
              <w:ind w:left="135"/>
              <w:rPr>
                <w:rFonts w:ascii="Times New Roman" w:hAnsi="Times New Roman"/>
                <w:color w:val="0000FF"/>
                <w:sz w:val="24"/>
                <w:szCs w:val="24"/>
                <w:u w:val="single"/>
                <w:lang w:val="ru-RU"/>
              </w:rPr>
            </w:pPr>
          </w:p>
        </w:tc>
        <w:tc>
          <w:tcPr>
            <w:tcW w:w="5203" w:type="dxa"/>
            <w:vMerge/>
          </w:tcPr>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8E75F7" w:rsidP="007205EF">
            <w:pPr>
              <w:spacing w:after="0"/>
              <w:ind w:left="135"/>
              <w:rPr>
                <w:sz w:val="24"/>
                <w:szCs w:val="24"/>
                <w:lang w:val="ru-RU"/>
              </w:rPr>
            </w:pPr>
            <w:hyperlink r:id="rId369">
              <w:r w:rsidR="007205EF" w:rsidRPr="007205EF">
                <w:rPr>
                  <w:rFonts w:ascii="Times New Roman" w:hAnsi="Times New Roman"/>
                  <w:color w:val="0000FF"/>
                  <w:sz w:val="24"/>
                  <w:szCs w:val="24"/>
                  <w:u w:val="single"/>
                </w:rPr>
                <w:t>https</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education</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yandex</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ru</w:t>
              </w:r>
            </w:hyperlink>
            <w:r w:rsidR="007205EF" w:rsidRPr="007205EF">
              <w:rPr>
                <w:rFonts w:ascii="Times New Roman" w:hAnsi="Times New Roman"/>
                <w:color w:val="000000"/>
                <w:sz w:val="24"/>
                <w:szCs w:val="24"/>
                <w:lang w:val="ru-RU"/>
              </w:rPr>
              <w:t xml:space="preserve"> </w:t>
            </w:r>
            <w:hyperlink r:id="rId370">
              <w:r w:rsidR="007205EF" w:rsidRPr="007205EF">
                <w:rPr>
                  <w:rFonts w:ascii="Times New Roman" w:hAnsi="Times New Roman"/>
                  <w:color w:val="0000FF"/>
                  <w:sz w:val="24"/>
                  <w:szCs w:val="24"/>
                  <w:u w:val="single"/>
                </w:rPr>
                <w:t>https</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uchi</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ru</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24</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Порядок действий в числовом выражении (со скобками)</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tcPr>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371">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0</w:t>
              </w:r>
              <w:r w:rsidRPr="007205EF">
                <w:rPr>
                  <w:rFonts w:ascii="Times New Roman" w:hAnsi="Times New Roman"/>
                  <w:color w:val="0000FF"/>
                  <w:sz w:val="24"/>
                  <w:szCs w:val="24"/>
                  <w:u w:val="single"/>
                </w:rPr>
                <w:t>f</w:t>
              </w:r>
              <w:r w:rsidRPr="007205EF">
                <w:rPr>
                  <w:rFonts w:ascii="Times New Roman" w:hAnsi="Times New Roman"/>
                  <w:color w:val="0000FF"/>
                  <w:sz w:val="24"/>
                  <w:szCs w:val="24"/>
                  <w:u w:val="single"/>
                  <w:lang w:val="ru-RU"/>
                </w:rPr>
                <w:t>034</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25</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Порядок действий в числовом выражении (без скобок)</w:t>
            </w:r>
          </w:p>
        </w:tc>
        <w:tc>
          <w:tcPr>
            <w:tcW w:w="784" w:type="dxa"/>
          </w:tcPr>
          <w:p w:rsidR="007205EF" w:rsidRPr="007205EF" w:rsidRDefault="007205EF" w:rsidP="007205EF">
            <w:pPr>
              <w:spacing w:after="0"/>
              <w:ind w:left="135"/>
              <w:rPr>
                <w:rFonts w:ascii="Times New Roman" w:hAnsi="Times New Roman"/>
                <w:color w:val="0000FF"/>
                <w:sz w:val="24"/>
                <w:szCs w:val="24"/>
                <w:u w:val="single"/>
                <w:lang w:val="ru-RU"/>
              </w:rPr>
            </w:pPr>
          </w:p>
        </w:tc>
        <w:tc>
          <w:tcPr>
            <w:tcW w:w="5203" w:type="dxa"/>
            <w:vMerge/>
          </w:tcPr>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8E75F7" w:rsidP="007205EF">
            <w:pPr>
              <w:spacing w:after="0"/>
              <w:ind w:left="135"/>
              <w:rPr>
                <w:sz w:val="24"/>
                <w:szCs w:val="24"/>
                <w:lang w:val="ru-RU"/>
              </w:rPr>
            </w:pPr>
            <w:hyperlink r:id="rId372">
              <w:r w:rsidR="007205EF" w:rsidRPr="007205EF">
                <w:rPr>
                  <w:rFonts w:ascii="Times New Roman" w:hAnsi="Times New Roman"/>
                  <w:color w:val="0000FF"/>
                  <w:sz w:val="24"/>
                  <w:szCs w:val="24"/>
                  <w:u w:val="single"/>
                </w:rPr>
                <w:t>https</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education</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yandex</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ru</w:t>
              </w:r>
            </w:hyperlink>
            <w:r w:rsidR="007205EF" w:rsidRPr="007205EF">
              <w:rPr>
                <w:rFonts w:ascii="Times New Roman" w:hAnsi="Times New Roman"/>
                <w:color w:val="000000"/>
                <w:sz w:val="24"/>
                <w:szCs w:val="24"/>
                <w:lang w:val="ru-RU"/>
              </w:rPr>
              <w:t xml:space="preserve"> </w:t>
            </w:r>
            <w:hyperlink r:id="rId373">
              <w:r w:rsidR="007205EF" w:rsidRPr="007205EF">
                <w:rPr>
                  <w:rFonts w:ascii="Times New Roman" w:hAnsi="Times New Roman"/>
                  <w:color w:val="0000FF"/>
                  <w:sz w:val="24"/>
                  <w:szCs w:val="24"/>
                  <w:u w:val="single"/>
                </w:rPr>
                <w:t>https</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uchi</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ru</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26</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Задачи на расчет скорости, времени или пройденного пути при движении одного объекта. Связь между величинами: расход </w:t>
            </w:r>
            <w:r w:rsidRPr="007205EF">
              <w:rPr>
                <w:rFonts w:ascii="Times New Roman" w:hAnsi="Times New Roman"/>
                <w:color w:val="000000"/>
                <w:sz w:val="24"/>
                <w:szCs w:val="24"/>
                <w:lang w:val="ru-RU"/>
              </w:rPr>
              <w:lastRenderedPageBreak/>
              <w:t>ткани на одну вещь, количество вещей, расход ткани на все вещи</w:t>
            </w:r>
          </w:p>
        </w:tc>
        <w:tc>
          <w:tcPr>
            <w:tcW w:w="784" w:type="dxa"/>
          </w:tcPr>
          <w:p w:rsidR="007205EF" w:rsidRPr="007205EF" w:rsidRDefault="007205EF" w:rsidP="007205EF">
            <w:pPr>
              <w:spacing w:after="0"/>
              <w:ind w:left="135"/>
              <w:rPr>
                <w:rFonts w:ascii="Times New Roman" w:hAnsi="Times New Roman"/>
                <w:color w:val="0000FF"/>
                <w:sz w:val="24"/>
                <w:szCs w:val="24"/>
                <w:u w:val="single"/>
                <w:lang w:val="ru-RU"/>
              </w:rPr>
            </w:pPr>
          </w:p>
        </w:tc>
        <w:tc>
          <w:tcPr>
            <w:tcW w:w="5203" w:type="dxa"/>
            <w:vMerge w:val="restart"/>
          </w:tcPr>
          <w:p w:rsidR="007205EF" w:rsidRPr="007205EF" w:rsidRDefault="007205EF" w:rsidP="00963108">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Знающий и любящий свою малую родину, свой край, имеющий представление о Родине</w:t>
            </w:r>
            <w:r w:rsidRPr="007205EF">
              <w:rPr>
                <w:rFonts w:ascii="Times New Roman" w:hAnsi="Times New Roman" w:cs="Times New Roman"/>
                <w:sz w:val="24"/>
                <w:szCs w:val="24"/>
              </w:rPr>
              <w:t> </w:t>
            </w:r>
            <w:r w:rsidRPr="007205EF">
              <w:rPr>
                <w:rFonts w:ascii="Times New Roman" w:hAnsi="Times New Roman" w:cs="Times New Roman"/>
                <w:sz w:val="24"/>
                <w:szCs w:val="24"/>
                <w:lang w:val="ru-RU"/>
              </w:rPr>
              <w:t xml:space="preserve">— России, её территории, расположении. </w:t>
            </w:r>
            <w:r w:rsidRPr="007205EF">
              <w:rPr>
                <w:rFonts w:ascii="Times New Roman" w:hAnsi="Times New Roman" w:cs="Times New Roman"/>
                <w:sz w:val="24"/>
                <w:szCs w:val="24"/>
                <w:lang w:val="ru-RU"/>
              </w:rPr>
              <w:lastRenderedPageBreak/>
              <w:t xml:space="preserve">Сознающий ценность каждой человеческой жизни, признающий индивидуальность и достоинство каждого человека. </w:t>
            </w:r>
          </w:p>
          <w:p w:rsidR="007205EF" w:rsidRPr="007205EF" w:rsidRDefault="007205EF" w:rsidP="00963108">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Проявляющий интерес и уважение к отечественной и мировой художественной культуре.</w:t>
            </w:r>
          </w:p>
          <w:p w:rsidR="007205EF" w:rsidRPr="007205EF" w:rsidRDefault="007205EF" w:rsidP="00963108">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 xml:space="preserve">Владеющий основными навыками личной и общественной гигиены, безопасного поведения в быту, природе, обществе. Проявляющий уважение к труду, людям труда, бережное отношение к результатам труда, ответственное потребление. </w:t>
            </w:r>
          </w:p>
          <w:p w:rsidR="007205EF" w:rsidRPr="007205EF" w:rsidRDefault="007205EF" w:rsidP="00963108">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8E75F7" w:rsidP="007205EF">
            <w:pPr>
              <w:spacing w:after="0"/>
              <w:ind w:left="135"/>
              <w:rPr>
                <w:sz w:val="24"/>
                <w:szCs w:val="24"/>
                <w:lang w:val="ru-RU"/>
              </w:rPr>
            </w:pPr>
            <w:hyperlink r:id="rId374">
              <w:r w:rsidR="007205EF" w:rsidRPr="007205EF">
                <w:rPr>
                  <w:rFonts w:ascii="Times New Roman" w:hAnsi="Times New Roman"/>
                  <w:color w:val="0000FF"/>
                  <w:sz w:val="24"/>
                  <w:szCs w:val="24"/>
                  <w:u w:val="single"/>
                </w:rPr>
                <w:t>https</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education</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yandex</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ru</w:t>
              </w:r>
            </w:hyperlink>
            <w:r w:rsidR="007205EF" w:rsidRPr="007205EF">
              <w:rPr>
                <w:rFonts w:ascii="Times New Roman" w:hAnsi="Times New Roman"/>
                <w:color w:val="000000"/>
                <w:sz w:val="24"/>
                <w:szCs w:val="24"/>
                <w:lang w:val="ru-RU"/>
              </w:rPr>
              <w:t xml:space="preserve"> </w:t>
            </w:r>
            <w:hyperlink r:id="rId375">
              <w:r w:rsidR="007205EF" w:rsidRPr="007205EF">
                <w:rPr>
                  <w:rFonts w:ascii="Times New Roman" w:hAnsi="Times New Roman"/>
                  <w:color w:val="0000FF"/>
                  <w:sz w:val="24"/>
                  <w:szCs w:val="24"/>
                  <w:u w:val="single"/>
                </w:rPr>
                <w:t>https</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uchi</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ru</w:t>
              </w:r>
            </w:hyperlink>
          </w:p>
        </w:tc>
      </w:tr>
      <w:tr w:rsidR="007205EF" w:rsidRPr="007205EF"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27</w:t>
            </w:r>
          </w:p>
        </w:tc>
        <w:tc>
          <w:tcPr>
            <w:tcW w:w="4802" w:type="dxa"/>
            <w:tcMar>
              <w:top w:w="50" w:type="dxa"/>
              <w:left w:w="100" w:type="dxa"/>
            </w:tcMar>
            <w:vAlign w:val="center"/>
          </w:tcPr>
          <w:p w:rsidR="007205EF" w:rsidRPr="007205EF" w:rsidRDefault="007205EF" w:rsidP="007205EF">
            <w:pPr>
              <w:spacing w:after="0"/>
              <w:ind w:left="135"/>
              <w:rPr>
                <w:sz w:val="24"/>
                <w:szCs w:val="24"/>
              </w:rPr>
            </w:pPr>
            <w:r w:rsidRPr="007205EF">
              <w:rPr>
                <w:rFonts w:ascii="Times New Roman" w:hAnsi="Times New Roman"/>
                <w:color w:val="000000"/>
                <w:sz w:val="24"/>
                <w:szCs w:val="24"/>
              </w:rPr>
              <w:t>Контрольная работа №1</w:t>
            </w:r>
          </w:p>
        </w:tc>
        <w:tc>
          <w:tcPr>
            <w:tcW w:w="784" w:type="dxa"/>
          </w:tcPr>
          <w:p w:rsidR="007205EF" w:rsidRPr="007205EF" w:rsidRDefault="007205EF" w:rsidP="007205EF">
            <w:pPr>
              <w:spacing w:after="0"/>
              <w:ind w:left="135"/>
              <w:rPr>
                <w:sz w:val="24"/>
                <w:szCs w:val="24"/>
              </w:rPr>
            </w:pPr>
          </w:p>
        </w:tc>
        <w:tc>
          <w:tcPr>
            <w:tcW w:w="5203" w:type="dxa"/>
            <w:vMerge/>
          </w:tcPr>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28</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Равенства и неравенства с числами: чтение, составление</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tcPr>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376">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08658</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29</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Умножение и деление в пределах 100: таблица умножения и деления</w:t>
            </w:r>
          </w:p>
        </w:tc>
        <w:tc>
          <w:tcPr>
            <w:tcW w:w="784" w:type="dxa"/>
          </w:tcPr>
          <w:p w:rsidR="007205EF" w:rsidRPr="007205EF" w:rsidRDefault="007205EF" w:rsidP="007205EF">
            <w:pPr>
              <w:spacing w:after="0"/>
              <w:ind w:left="135"/>
              <w:rPr>
                <w:rFonts w:ascii="Times New Roman" w:hAnsi="Times New Roman"/>
                <w:color w:val="0000FF"/>
                <w:sz w:val="24"/>
                <w:szCs w:val="24"/>
                <w:u w:val="single"/>
                <w:lang w:val="ru-RU"/>
              </w:rPr>
            </w:pPr>
          </w:p>
        </w:tc>
        <w:tc>
          <w:tcPr>
            <w:tcW w:w="5203" w:type="dxa"/>
            <w:vMerge/>
          </w:tcPr>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8E75F7" w:rsidP="007205EF">
            <w:pPr>
              <w:spacing w:after="0"/>
              <w:ind w:left="135"/>
              <w:rPr>
                <w:sz w:val="24"/>
                <w:szCs w:val="24"/>
                <w:lang w:val="ru-RU"/>
              </w:rPr>
            </w:pPr>
            <w:hyperlink r:id="rId377">
              <w:r w:rsidR="007205EF" w:rsidRPr="007205EF">
                <w:rPr>
                  <w:rFonts w:ascii="Times New Roman" w:hAnsi="Times New Roman"/>
                  <w:color w:val="0000FF"/>
                  <w:sz w:val="24"/>
                  <w:szCs w:val="24"/>
                  <w:u w:val="single"/>
                </w:rPr>
                <w:t>https</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education</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yandex</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ru</w:t>
              </w:r>
            </w:hyperlink>
            <w:r w:rsidR="007205EF" w:rsidRPr="007205EF">
              <w:rPr>
                <w:rFonts w:ascii="Times New Roman" w:hAnsi="Times New Roman"/>
                <w:color w:val="000000"/>
                <w:sz w:val="24"/>
                <w:szCs w:val="24"/>
                <w:lang w:val="ru-RU"/>
              </w:rPr>
              <w:t xml:space="preserve"> </w:t>
            </w:r>
            <w:hyperlink r:id="rId378">
              <w:r w:rsidR="007205EF" w:rsidRPr="007205EF">
                <w:rPr>
                  <w:rFonts w:ascii="Times New Roman" w:hAnsi="Times New Roman"/>
                  <w:color w:val="0000FF"/>
                  <w:sz w:val="24"/>
                  <w:szCs w:val="24"/>
                  <w:u w:val="single"/>
                </w:rPr>
                <w:t>https</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uchi</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ru</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30</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Умножение и деление с числом 6</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tcPr>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379">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0</w:t>
              </w:r>
              <w:r w:rsidRPr="007205EF">
                <w:rPr>
                  <w:rFonts w:ascii="Times New Roman" w:hAnsi="Times New Roman"/>
                  <w:color w:val="0000FF"/>
                  <w:sz w:val="24"/>
                  <w:szCs w:val="24"/>
                  <w:u w:val="single"/>
                </w:rPr>
                <w:t>ade</w:t>
              </w:r>
              <w:r w:rsidRPr="007205EF">
                <w:rPr>
                  <w:rFonts w:ascii="Times New Roman" w:hAnsi="Times New Roman"/>
                  <w:color w:val="0000FF"/>
                  <w:sz w:val="24"/>
                  <w:szCs w:val="24"/>
                  <w:u w:val="single"/>
                  <w:lang w:val="ru-RU"/>
                </w:rPr>
                <w:t>0</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31</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Задачи на понимание отношений больше или меньше на…</w:t>
            </w:r>
          </w:p>
        </w:tc>
        <w:tc>
          <w:tcPr>
            <w:tcW w:w="784" w:type="dxa"/>
          </w:tcPr>
          <w:p w:rsidR="007205EF" w:rsidRPr="007205EF" w:rsidRDefault="007205EF" w:rsidP="007205EF">
            <w:pPr>
              <w:spacing w:after="0"/>
              <w:ind w:left="135"/>
              <w:rPr>
                <w:rFonts w:ascii="Times New Roman" w:hAnsi="Times New Roman"/>
                <w:color w:val="0000FF"/>
                <w:sz w:val="24"/>
                <w:szCs w:val="24"/>
                <w:u w:val="single"/>
                <w:lang w:val="ru-RU"/>
              </w:rPr>
            </w:pPr>
          </w:p>
        </w:tc>
        <w:tc>
          <w:tcPr>
            <w:tcW w:w="5203" w:type="dxa"/>
            <w:vMerge/>
          </w:tcPr>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8E75F7" w:rsidP="007205EF">
            <w:pPr>
              <w:spacing w:after="0"/>
              <w:ind w:left="135"/>
              <w:rPr>
                <w:sz w:val="24"/>
                <w:szCs w:val="24"/>
                <w:lang w:val="ru-RU"/>
              </w:rPr>
            </w:pPr>
            <w:hyperlink r:id="rId380">
              <w:r w:rsidR="007205EF" w:rsidRPr="007205EF">
                <w:rPr>
                  <w:rFonts w:ascii="Times New Roman" w:hAnsi="Times New Roman"/>
                  <w:color w:val="0000FF"/>
                  <w:sz w:val="24"/>
                  <w:szCs w:val="24"/>
                  <w:u w:val="single"/>
                </w:rPr>
                <w:t>https</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education</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yandex</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ru</w:t>
              </w:r>
            </w:hyperlink>
            <w:r w:rsidR="007205EF" w:rsidRPr="007205EF">
              <w:rPr>
                <w:rFonts w:ascii="Times New Roman" w:hAnsi="Times New Roman"/>
                <w:color w:val="000000"/>
                <w:sz w:val="24"/>
                <w:szCs w:val="24"/>
                <w:lang w:val="ru-RU"/>
              </w:rPr>
              <w:t xml:space="preserve"> </w:t>
            </w:r>
            <w:hyperlink r:id="rId381">
              <w:r w:rsidR="007205EF" w:rsidRPr="007205EF">
                <w:rPr>
                  <w:rFonts w:ascii="Times New Roman" w:hAnsi="Times New Roman"/>
                  <w:color w:val="0000FF"/>
                  <w:sz w:val="24"/>
                  <w:szCs w:val="24"/>
                  <w:u w:val="single"/>
                </w:rPr>
                <w:t>https</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uchi</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ru</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32</w:t>
            </w:r>
          </w:p>
        </w:tc>
        <w:tc>
          <w:tcPr>
            <w:tcW w:w="4802" w:type="dxa"/>
            <w:tcMar>
              <w:top w:w="50" w:type="dxa"/>
              <w:left w:w="100" w:type="dxa"/>
            </w:tcMar>
            <w:vAlign w:val="center"/>
          </w:tcPr>
          <w:p w:rsidR="007205EF" w:rsidRPr="007205EF" w:rsidRDefault="007205EF" w:rsidP="007205EF">
            <w:pPr>
              <w:spacing w:after="0"/>
              <w:ind w:left="135"/>
              <w:rPr>
                <w:sz w:val="24"/>
                <w:szCs w:val="24"/>
              </w:rPr>
            </w:pPr>
            <w:r w:rsidRPr="007205EF">
              <w:rPr>
                <w:rFonts w:ascii="Times New Roman" w:hAnsi="Times New Roman"/>
                <w:color w:val="000000"/>
                <w:sz w:val="24"/>
                <w:szCs w:val="24"/>
              </w:rPr>
              <w:t>Задачи на разностное сравнение</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tcPr>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382">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11</w:t>
              </w:r>
              <w:r w:rsidRPr="007205EF">
                <w:rPr>
                  <w:rFonts w:ascii="Times New Roman" w:hAnsi="Times New Roman"/>
                  <w:color w:val="0000FF"/>
                  <w:sz w:val="24"/>
                  <w:szCs w:val="24"/>
                  <w:u w:val="single"/>
                </w:rPr>
                <w:t>d</w:t>
              </w:r>
              <w:r w:rsidRPr="007205EF">
                <w:rPr>
                  <w:rFonts w:ascii="Times New Roman" w:hAnsi="Times New Roman"/>
                  <w:color w:val="0000FF"/>
                  <w:sz w:val="24"/>
                  <w:szCs w:val="24"/>
                  <w:u w:val="single"/>
                  <w:lang w:val="ru-RU"/>
                </w:rPr>
                <w:t>02</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33</w:t>
            </w:r>
          </w:p>
        </w:tc>
        <w:tc>
          <w:tcPr>
            <w:tcW w:w="4802" w:type="dxa"/>
            <w:tcMar>
              <w:top w:w="50" w:type="dxa"/>
              <w:left w:w="100" w:type="dxa"/>
            </w:tcMar>
            <w:vAlign w:val="center"/>
          </w:tcPr>
          <w:p w:rsidR="007205EF" w:rsidRPr="007205EF" w:rsidRDefault="007205EF" w:rsidP="007205EF">
            <w:pPr>
              <w:spacing w:after="0"/>
              <w:ind w:left="135"/>
              <w:rPr>
                <w:sz w:val="24"/>
                <w:szCs w:val="24"/>
              </w:rPr>
            </w:pPr>
            <w:r w:rsidRPr="007205EF">
              <w:rPr>
                <w:rFonts w:ascii="Times New Roman" w:hAnsi="Times New Roman"/>
                <w:color w:val="000000"/>
                <w:sz w:val="24"/>
                <w:szCs w:val="24"/>
              </w:rPr>
              <w:t>Задачи на кратное сравнение</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tcPr>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383">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11</w:t>
              </w:r>
              <w:r w:rsidRPr="007205EF">
                <w:rPr>
                  <w:rFonts w:ascii="Times New Roman" w:hAnsi="Times New Roman"/>
                  <w:color w:val="0000FF"/>
                  <w:sz w:val="24"/>
                  <w:szCs w:val="24"/>
                  <w:u w:val="single"/>
                </w:rPr>
                <w:t>f</w:t>
              </w:r>
              <w:r w:rsidRPr="007205EF">
                <w:rPr>
                  <w:rFonts w:ascii="Times New Roman" w:hAnsi="Times New Roman"/>
                  <w:color w:val="0000FF"/>
                  <w:sz w:val="24"/>
                  <w:szCs w:val="24"/>
                  <w:u w:val="single"/>
                  <w:lang w:val="ru-RU"/>
                </w:rPr>
                <w:t>3</w:t>
              </w:r>
              <w:r w:rsidRPr="007205EF">
                <w:rPr>
                  <w:rFonts w:ascii="Times New Roman" w:hAnsi="Times New Roman"/>
                  <w:color w:val="0000FF"/>
                  <w:sz w:val="24"/>
                  <w:szCs w:val="24"/>
                  <w:u w:val="single"/>
                </w:rPr>
                <w:t>c</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34</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Задачи на понимание отношений больше или меньше в…</w:t>
            </w:r>
          </w:p>
        </w:tc>
        <w:tc>
          <w:tcPr>
            <w:tcW w:w="784" w:type="dxa"/>
          </w:tcPr>
          <w:p w:rsidR="007205EF" w:rsidRPr="007205EF" w:rsidRDefault="007205EF" w:rsidP="007205EF">
            <w:pPr>
              <w:spacing w:after="0"/>
              <w:ind w:left="135"/>
              <w:rPr>
                <w:rFonts w:ascii="Times New Roman" w:hAnsi="Times New Roman"/>
                <w:color w:val="0000FF"/>
                <w:sz w:val="24"/>
                <w:szCs w:val="24"/>
                <w:u w:val="single"/>
                <w:lang w:val="ru-RU"/>
              </w:rPr>
            </w:pPr>
          </w:p>
        </w:tc>
        <w:tc>
          <w:tcPr>
            <w:tcW w:w="5203" w:type="dxa"/>
            <w:vMerge/>
          </w:tcPr>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8E75F7" w:rsidP="007205EF">
            <w:pPr>
              <w:spacing w:after="0"/>
              <w:ind w:left="135"/>
              <w:rPr>
                <w:sz w:val="24"/>
                <w:szCs w:val="24"/>
                <w:lang w:val="ru-RU"/>
              </w:rPr>
            </w:pPr>
            <w:hyperlink r:id="rId384">
              <w:r w:rsidR="007205EF" w:rsidRPr="007205EF">
                <w:rPr>
                  <w:rFonts w:ascii="Times New Roman" w:hAnsi="Times New Roman"/>
                  <w:color w:val="0000FF"/>
                  <w:sz w:val="24"/>
                  <w:szCs w:val="24"/>
                  <w:u w:val="single"/>
                </w:rPr>
                <w:t>https</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education</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yandex</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ru</w:t>
              </w:r>
            </w:hyperlink>
            <w:r w:rsidR="007205EF" w:rsidRPr="007205EF">
              <w:rPr>
                <w:rFonts w:ascii="Times New Roman" w:hAnsi="Times New Roman"/>
                <w:color w:val="000000"/>
                <w:sz w:val="24"/>
                <w:szCs w:val="24"/>
                <w:lang w:val="ru-RU"/>
              </w:rPr>
              <w:t xml:space="preserve"> </w:t>
            </w:r>
            <w:hyperlink r:id="rId385">
              <w:r w:rsidR="007205EF" w:rsidRPr="007205EF">
                <w:rPr>
                  <w:rFonts w:ascii="Times New Roman" w:hAnsi="Times New Roman"/>
                  <w:color w:val="0000FF"/>
                  <w:sz w:val="24"/>
                  <w:szCs w:val="24"/>
                  <w:u w:val="single"/>
                </w:rPr>
                <w:t>https</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uchi</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ru</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35</w:t>
            </w:r>
          </w:p>
        </w:tc>
        <w:tc>
          <w:tcPr>
            <w:tcW w:w="4802" w:type="dxa"/>
            <w:tcMar>
              <w:top w:w="50" w:type="dxa"/>
              <w:left w:w="100" w:type="dxa"/>
            </w:tcMar>
            <w:vAlign w:val="center"/>
          </w:tcPr>
          <w:p w:rsidR="007205EF" w:rsidRPr="007205EF" w:rsidRDefault="007205EF" w:rsidP="007205EF">
            <w:pPr>
              <w:spacing w:after="0"/>
              <w:ind w:left="135"/>
              <w:rPr>
                <w:sz w:val="24"/>
                <w:szCs w:val="24"/>
              </w:rPr>
            </w:pPr>
            <w:r w:rsidRPr="007205EF">
              <w:rPr>
                <w:rFonts w:ascii="Times New Roman" w:hAnsi="Times New Roman"/>
                <w:color w:val="000000"/>
                <w:sz w:val="24"/>
                <w:szCs w:val="24"/>
              </w:rPr>
              <w:t>Столбчатая диаграмма: чтение</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val="restart"/>
          </w:tcPr>
          <w:p w:rsidR="007205EF" w:rsidRPr="007205EF" w:rsidRDefault="007205EF" w:rsidP="00963108">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Знающий и любящий свою малую родину, свой край, имеющий представление о Родине</w:t>
            </w:r>
            <w:r w:rsidRPr="007205EF">
              <w:rPr>
                <w:rFonts w:ascii="Times New Roman" w:hAnsi="Times New Roman" w:cs="Times New Roman"/>
                <w:sz w:val="24"/>
                <w:szCs w:val="24"/>
              </w:rPr>
              <w:t> </w:t>
            </w:r>
            <w:r w:rsidRPr="007205EF">
              <w:rPr>
                <w:rFonts w:ascii="Times New Roman" w:hAnsi="Times New Roman" w:cs="Times New Roman"/>
                <w:sz w:val="24"/>
                <w:szCs w:val="24"/>
                <w:lang w:val="ru-RU"/>
              </w:rPr>
              <w:t xml:space="preserve">— России, её территории, расположении. Сознающий ценность каждой человеческой жизни, признающий индивидуальность и достоинство каждого человека. </w:t>
            </w:r>
          </w:p>
          <w:p w:rsidR="007205EF" w:rsidRPr="007205EF" w:rsidRDefault="007205EF" w:rsidP="00963108">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Проявляющий интерес и уважение к отечественной и мировой художественной культуре.</w:t>
            </w:r>
          </w:p>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386">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173</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2</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36</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Столбчатая диаграмма: использование данных для решения учебных и практических задач</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tcPr>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387">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175</w:t>
              </w:r>
              <w:r w:rsidRPr="007205EF">
                <w:rPr>
                  <w:rFonts w:ascii="Times New Roman" w:hAnsi="Times New Roman"/>
                  <w:color w:val="0000FF"/>
                  <w:sz w:val="24"/>
                  <w:szCs w:val="24"/>
                  <w:u w:val="single"/>
                </w:rPr>
                <w:t>ae</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37</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Сравнение математических объектов (общее, различное, уникальное/специфичное)</w:t>
            </w:r>
          </w:p>
        </w:tc>
        <w:tc>
          <w:tcPr>
            <w:tcW w:w="784" w:type="dxa"/>
          </w:tcPr>
          <w:p w:rsidR="007205EF" w:rsidRPr="007205EF" w:rsidRDefault="007205EF" w:rsidP="007205EF">
            <w:pPr>
              <w:spacing w:after="0"/>
              <w:ind w:left="135"/>
              <w:rPr>
                <w:rFonts w:ascii="Times New Roman" w:hAnsi="Times New Roman"/>
                <w:color w:val="0000FF"/>
                <w:sz w:val="24"/>
                <w:szCs w:val="24"/>
                <w:u w:val="single"/>
                <w:lang w:val="ru-RU"/>
              </w:rPr>
            </w:pPr>
          </w:p>
        </w:tc>
        <w:tc>
          <w:tcPr>
            <w:tcW w:w="5203" w:type="dxa"/>
            <w:vMerge/>
          </w:tcPr>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8E75F7" w:rsidP="007205EF">
            <w:pPr>
              <w:spacing w:after="0"/>
              <w:ind w:left="135"/>
              <w:rPr>
                <w:sz w:val="24"/>
                <w:szCs w:val="24"/>
                <w:lang w:val="ru-RU"/>
              </w:rPr>
            </w:pPr>
            <w:hyperlink r:id="rId388">
              <w:r w:rsidR="007205EF" w:rsidRPr="007205EF">
                <w:rPr>
                  <w:rFonts w:ascii="Times New Roman" w:hAnsi="Times New Roman"/>
                  <w:color w:val="0000FF"/>
                  <w:sz w:val="24"/>
                  <w:szCs w:val="24"/>
                  <w:u w:val="single"/>
                </w:rPr>
                <w:t>https</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education</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yandex</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ru</w:t>
              </w:r>
            </w:hyperlink>
            <w:r w:rsidR="007205EF" w:rsidRPr="007205EF">
              <w:rPr>
                <w:rFonts w:ascii="Times New Roman" w:hAnsi="Times New Roman"/>
                <w:color w:val="000000"/>
                <w:sz w:val="24"/>
                <w:szCs w:val="24"/>
                <w:lang w:val="ru-RU"/>
              </w:rPr>
              <w:t xml:space="preserve"> </w:t>
            </w:r>
            <w:hyperlink r:id="rId389">
              <w:r w:rsidR="007205EF" w:rsidRPr="007205EF">
                <w:rPr>
                  <w:rFonts w:ascii="Times New Roman" w:hAnsi="Times New Roman"/>
                  <w:color w:val="0000FF"/>
                  <w:sz w:val="24"/>
                  <w:szCs w:val="24"/>
                  <w:u w:val="single"/>
                </w:rPr>
                <w:t>https</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uchi</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ru</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lastRenderedPageBreak/>
              <w:t>38</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Выбор формы представления информации. Линейные диаграммы</w:t>
            </w:r>
          </w:p>
        </w:tc>
        <w:tc>
          <w:tcPr>
            <w:tcW w:w="784" w:type="dxa"/>
          </w:tcPr>
          <w:p w:rsidR="007205EF" w:rsidRPr="007205EF" w:rsidRDefault="007205EF" w:rsidP="007205EF">
            <w:pPr>
              <w:spacing w:after="0"/>
              <w:ind w:left="135"/>
              <w:rPr>
                <w:rFonts w:ascii="Times New Roman" w:hAnsi="Times New Roman"/>
                <w:color w:val="0000FF"/>
                <w:sz w:val="24"/>
                <w:szCs w:val="24"/>
                <w:u w:val="single"/>
                <w:lang w:val="ru-RU"/>
              </w:rPr>
            </w:pPr>
          </w:p>
        </w:tc>
        <w:tc>
          <w:tcPr>
            <w:tcW w:w="5203" w:type="dxa"/>
            <w:vMerge w:val="restart"/>
          </w:tcPr>
          <w:p w:rsidR="007205EF" w:rsidRPr="007205EF" w:rsidRDefault="007205EF" w:rsidP="00963108">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Проявляющий интерес и уважение к отечественной и мировой художественной культуре.</w:t>
            </w:r>
          </w:p>
          <w:p w:rsidR="007205EF" w:rsidRPr="007205EF" w:rsidRDefault="007205EF" w:rsidP="00963108">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 xml:space="preserve">Владеющий основными навыками личной и общественной гигиены, безопасного поведения в быту, природе, обществе. Проявляющий уважение к труду, людям труда, бережное отношение к результатам труда, ответственное потребление. </w:t>
            </w:r>
          </w:p>
          <w:p w:rsidR="007205EF" w:rsidRPr="007205EF" w:rsidRDefault="007205EF" w:rsidP="00963108">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8E75F7" w:rsidP="007205EF">
            <w:pPr>
              <w:spacing w:after="0"/>
              <w:ind w:left="135"/>
              <w:rPr>
                <w:sz w:val="24"/>
                <w:szCs w:val="24"/>
                <w:lang w:val="ru-RU"/>
              </w:rPr>
            </w:pPr>
            <w:hyperlink r:id="rId390">
              <w:r w:rsidR="007205EF" w:rsidRPr="007205EF">
                <w:rPr>
                  <w:rFonts w:ascii="Times New Roman" w:hAnsi="Times New Roman"/>
                  <w:color w:val="0000FF"/>
                  <w:sz w:val="24"/>
                  <w:szCs w:val="24"/>
                  <w:u w:val="single"/>
                </w:rPr>
                <w:t>https</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education</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yandex</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ru</w:t>
              </w:r>
            </w:hyperlink>
            <w:r w:rsidR="007205EF" w:rsidRPr="007205EF">
              <w:rPr>
                <w:rFonts w:ascii="Times New Roman" w:hAnsi="Times New Roman"/>
                <w:color w:val="000000"/>
                <w:sz w:val="24"/>
                <w:szCs w:val="24"/>
                <w:lang w:val="ru-RU"/>
              </w:rPr>
              <w:t xml:space="preserve"> </w:t>
            </w:r>
            <w:hyperlink r:id="rId391">
              <w:r w:rsidR="007205EF" w:rsidRPr="007205EF">
                <w:rPr>
                  <w:rFonts w:ascii="Times New Roman" w:hAnsi="Times New Roman"/>
                  <w:color w:val="0000FF"/>
                  <w:sz w:val="24"/>
                  <w:szCs w:val="24"/>
                  <w:u w:val="single"/>
                </w:rPr>
                <w:t>https</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uchi</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ru</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39</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Умножение и деление с числом 7</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tcPr>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392">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0</w:t>
              </w:r>
              <w:r w:rsidRPr="007205EF">
                <w:rPr>
                  <w:rFonts w:ascii="Times New Roman" w:hAnsi="Times New Roman"/>
                  <w:color w:val="0000FF"/>
                  <w:sz w:val="24"/>
                  <w:szCs w:val="24"/>
                  <w:u w:val="single"/>
                </w:rPr>
                <w:t>afb</w:t>
              </w:r>
              <w:r w:rsidRPr="007205EF">
                <w:rPr>
                  <w:rFonts w:ascii="Times New Roman" w:hAnsi="Times New Roman"/>
                  <w:color w:val="0000FF"/>
                  <w:sz w:val="24"/>
                  <w:szCs w:val="24"/>
                  <w:u w:val="single"/>
                  <w:lang w:val="ru-RU"/>
                </w:rPr>
                <w:t>6</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40</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Верные (истинные) и неверные (ложные) утверждения: конструирование, проверка</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tcPr>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393">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15</w:t>
              </w:r>
              <w:r w:rsidRPr="007205EF">
                <w:rPr>
                  <w:rFonts w:ascii="Times New Roman" w:hAnsi="Times New Roman"/>
                  <w:color w:val="0000FF"/>
                  <w:sz w:val="24"/>
                  <w:szCs w:val="24"/>
                  <w:u w:val="single"/>
                </w:rPr>
                <w:t>b</w:t>
              </w:r>
              <w:r w:rsidRPr="007205EF">
                <w:rPr>
                  <w:rFonts w:ascii="Times New Roman" w:hAnsi="Times New Roman"/>
                  <w:color w:val="0000FF"/>
                  <w:sz w:val="24"/>
                  <w:szCs w:val="24"/>
                  <w:u w:val="single"/>
                  <w:lang w:val="ru-RU"/>
                </w:rPr>
                <w:t>14</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41</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Свойства чисел. Математические игры с числами</w:t>
            </w:r>
          </w:p>
        </w:tc>
        <w:tc>
          <w:tcPr>
            <w:tcW w:w="784" w:type="dxa"/>
          </w:tcPr>
          <w:p w:rsidR="007205EF" w:rsidRPr="007205EF" w:rsidRDefault="007205EF" w:rsidP="007205EF">
            <w:pPr>
              <w:spacing w:after="0"/>
              <w:ind w:left="135"/>
              <w:rPr>
                <w:rFonts w:ascii="Times New Roman" w:hAnsi="Times New Roman"/>
                <w:color w:val="0000FF"/>
                <w:sz w:val="24"/>
                <w:szCs w:val="24"/>
                <w:u w:val="single"/>
                <w:lang w:val="ru-RU"/>
              </w:rPr>
            </w:pPr>
          </w:p>
        </w:tc>
        <w:tc>
          <w:tcPr>
            <w:tcW w:w="5203" w:type="dxa"/>
            <w:vMerge/>
          </w:tcPr>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8E75F7" w:rsidP="007205EF">
            <w:pPr>
              <w:spacing w:after="0"/>
              <w:ind w:left="135"/>
              <w:rPr>
                <w:sz w:val="24"/>
                <w:szCs w:val="24"/>
                <w:lang w:val="ru-RU"/>
              </w:rPr>
            </w:pPr>
            <w:hyperlink r:id="rId394">
              <w:r w:rsidR="007205EF" w:rsidRPr="007205EF">
                <w:rPr>
                  <w:rFonts w:ascii="Times New Roman" w:hAnsi="Times New Roman"/>
                  <w:color w:val="0000FF"/>
                  <w:sz w:val="24"/>
                  <w:szCs w:val="24"/>
                  <w:u w:val="single"/>
                </w:rPr>
                <w:t>https</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education</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yandex</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ru</w:t>
              </w:r>
            </w:hyperlink>
            <w:r w:rsidR="007205EF" w:rsidRPr="007205EF">
              <w:rPr>
                <w:rFonts w:ascii="Times New Roman" w:hAnsi="Times New Roman"/>
                <w:color w:val="000000"/>
                <w:sz w:val="24"/>
                <w:szCs w:val="24"/>
                <w:lang w:val="ru-RU"/>
              </w:rPr>
              <w:t xml:space="preserve"> </w:t>
            </w:r>
            <w:hyperlink r:id="rId395">
              <w:r w:rsidR="007205EF" w:rsidRPr="007205EF">
                <w:rPr>
                  <w:rFonts w:ascii="Times New Roman" w:hAnsi="Times New Roman"/>
                  <w:color w:val="0000FF"/>
                  <w:sz w:val="24"/>
                  <w:szCs w:val="24"/>
                  <w:u w:val="single"/>
                </w:rPr>
                <w:t>https</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uchi</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ru</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42</w:t>
            </w:r>
          </w:p>
        </w:tc>
        <w:tc>
          <w:tcPr>
            <w:tcW w:w="4802" w:type="dxa"/>
            <w:tcMar>
              <w:top w:w="50" w:type="dxa"/>
              <w:left w:w="100" w:type="dxa"/>
            </w:tcMar>
            <w:vAlign w:val="center"/>
          </w:tcPr>
          <w:p w:rsidR="007205EF" w:rsidRPr="007205EF" w:rsidRDefault="007205EF" w:rsidP="007205EF">
            <w:pPr>
              <w:spacing w:after="0"/>
              <w:ind w:left="135"/>
              <w:rPr>
                <w:sz w:val="24"/>
                <w:szCs w:val="24"/>
              </w:rPr>
            </w:pPr>
            <w:r w:rsidRPr="007205EF">
              <w:rPr>
                <w:rFonts w:ascii="Times New Roman" w:hAnsi="Times New Roman"/>
                <w:color w:val="000000"/>
                <w:sz w:val="24"/>
                <w:szCs w:val="24"/>
              </w:rPr>
              <w:t>Кратное сравнение чисел</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tcPr>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396">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08</w:t>
              </w:r>
              <w:r w:rsidRPr="007205EF">
                <w:rPr>
                  <w:rFonts w:ascii="Times New Roman" w:hAnsi="Times New Roman"/>
                  <w:color w:val="0000FF"/>
                  <w:sz w:val="24"/>
                  <w:szCs w:val="24"/>
                  <w:u w:val="single"/>
                </w:rPr>
                <w:t>cc</w:t>
              </w:r>
              <w:r w:rsidRPr="007205EF">
                <w:rPr>
                  <w:rFonts w:ascii="Times New Roman" w:hAnsi="Times New Roman"/>
                  <w:color w:val="0000FF"/>
                  <w:sz w:val="24"/>
                  <w:szCs w:val="24"/>
                  <w:u w:val="single"/>
                  <w:lang w:val="ru-RU"/>
                </w:rPr>
                <w:t>0</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43</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Равенства и неравенства: установление истинности (верное/неверное)</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tcPr>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397">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087</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8</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44</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Единицы площади – квадратный метр, квадратный сантиметр, квадратный дециметр</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val="restart"/>
          </w:tcPr>
          <w:p w:rsidR="007205EF" w:rsidRPr="007205EF" w:rsidRDefault="007205EF" w:rsidP="00963108">
            <w:pPr>
              <w:spacing w:after="0" w:line="240" w:lineRule="auto"/>
              <w:jc w:val="both"/>
              <w:rPr>
                <w:rFonts w:ascii="Times New Roman" w:hAnsi="Times New Roman" w:cs="Times New Roman"/>
                <w:w w:val="0"/>
                <w:sz w:val="24"/>
                <w:szCs w:val="24"/>
                <w:lang w:val="ru-RU"/>
              </w:rPr>
            </w:pPr>
            <w:r w:rsidRPr="007205EF">
              <w:rPr>
                <w:rFonts w:ascii="Times New Roman" w:hAnsi="Times New Roman" w:cs="Times New Roman"/>
                <w:sz w:val="24"/>
                <w:szCs w:val="24"/>
                <w:lang w:val="ru-RU"/>
              </w:rPr>
              <w:t>Проявляющий интерес к разным профессиям. Выражающий познавательные интересы, активность, любознательность и самостоятельность в познании, интерес и уважение к научным знаниям, науке.</w:t>
            </w: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398">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09</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a</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45</w:t>
            </w:r>
          </w:p>
        </w:tc>
        <w:tc>
          <w:tcPr>
            <w:tcW w:w="4802" w:type="dxa"/>
            <w:tcMar>
              <w:top w:w="50" w:type="dxa"/>
              <w:left w:w="100" w:type="dxa"/>
            </w:tcMar>
            <w:vAlign w:val="center"/>
          </w:tcPr>
          <w:p w:rsidR="007205EF" w:rsidRPr="007205EF" w:rsidRDefault="007205EF" w:rsidP="007205EF">
            <w:pPr>
              <w:spacing w:after="0"/>
              <w:ind w:left="135"/>
              <w:rPr>
                <w:sz w:val="24"/>
                <w:szCs w:val="24"/>
              </w:rPr>
            </w:pPr>
            <w:r w:rsidRPr="007205EF">
              <w:rPr>
                <w:rFonts w:ascii="Times New Roman" w:hAnsi="Times New Roman"/>
                <w:color w:val="000000"/>
                <w:sz w:val="24"/>
                <w:szCs w:val="24"/>
              </w:rPr>
              <w:t>Площадь прямоугольника, квадрата</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tcPr>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399">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13</w:t>
              </w:r>
              <w:r w:rsidRPr="007205EF">
                <w:rPr>
                  <w:rFonts w:ascii="Times New Roman" w:hAnsi="Times New Roman"/>
                  <w:color w:val="0000FF"/>
                  <w:sz w:val="24"/>
                  <w:szCs w:val="24"/>
                  <w:u w:val="single"/>
                </w:rPr>
                <w:t>bca</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46</w:t>
            </w:r>
          </w:p>
        </w:tc>
        <w:tc>
          <w:tcPr>
            <w:tcW w:w="4802" w:type="dxa"/>
            <w:tcMar>
              <w:top w:w="50" w:type="dxa"/>
              <w:left w:w="100" w:type="dxa"/>
            </w:tcMar>
            <w:vAlign w:val="center"/>
          </w:tcPr>
          <w:p w:rsidR="007205EF" w:rsidRPr="007205EF" w:rsidRDefault="007205EF" w:rsidP="007205EF">
            <w:pPr>
              <w:spacing w:after="0"/>
              <w:ind w:left="135"/>
              <w:rPr>
                <w:sz w:val="24"/>
                <w:szCs w:val="24"/>
              </w:rPr>
            </w:pPr>
            <w:r w:rsidRPr="007205EF">
              <w:rPr>
                <w:rFonts w:ascii="Times New Roman" w:hAnsi="Times New Roman"/>
                <w:color w:val="000000"/>
                <w:sz w:val="24"/>
                <w:szCs w:val="24"/>
                <w:lang w:val="ru-RU"/>
              </w:rPr>
              <w:t xml:space="preserve">Изображение на клетчатой бумаге прямоугольника с заданным значением площади. </w:t>
            </w:r>
            <w:r w:rsidRPr="007205EF">
              <w:rPr>
                <w:rFonts w:ascii="Times New Roman" w:hAnsi="Times New Roman"/>
                <w:color w:val="000000"/>
                <w:sz w:val="24"/>
                <w:szCs w:val="24"/>
              </w:rPr>
              <w:t>Сравнение площадей фигур с помощью наложения</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tcPr>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400">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139</w:t>
              </w:r>
              <w:r w:rsidRPr="007205EF">
                <w:rPr>
                  <w:rFonts w:ascii="Times New Roman" w:hAnsi="Times New Roman"/>
                  <w:color w:val="0000FF"/>
                  <w:sz w:val="24"/>
                  <w:szCs w:val="24"/>
                  <w:u w:val="single"/>
                </w:rPr>
                <w:t>fe</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47</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Конструирование геометрических фигур (разбиение фигуры на части, составление фигуры из частей)</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tcPr>
          <w:p w:rsidR="007205EF" w:rsidRPr="007205EF" w:rsidRDefault="007205EF" w:rsidP="00963108">
            <w:pPr>
              <w:spacing w:after="0" w:line="240" w:lineRule="auto"/>
              <w:jc w:val="both"/>
              <w:rPr>
                <w:rFonts w:ascii="Times New Roman" w:hAnsi="Times New Roman" w:cs="Times New Roman"/>
                <w:w w:val="0"/>
                <w:sz w:val="24"/>
                <w:szCs w:val="24"/>
                <w:lang w:val="ru-RU"/>
              </w:rPr>
            </w:pPr>
            <w:r w:rsidRPr="007205EF">
              <w:rPr>
                <w:rFonts w:ascii="Times New Roman" w:hAnsi="Times New Roman" w:cs="Times New Roman"/>
                <w:sz w:val="24"/>
                <w:szCs w:val="24"/>
                <w:lang w:val="ru-RU"/>
              </w:rPr>
              <w:t>Проявляющий интерес к разным профессиям. Выражающий познавательные интересы, активность, любознательность и самостоятельность в познании, интерес и уважение к научным знаниям, науке.</w:t>
            </w: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401">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12</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66</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lastRenderedPageBreak/>
              <w:t>48</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Конструирование многоугольника из данных фигур, деление многоугольника на части</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val="restart"/>
          </w:tcPr>
          <w:p w:rsidR="007205EF" w:rsidRPr="007205EF" w:rsidRDefault="007205EF" w:rsidP="00963108">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 xml:space="preserve">Владеющий основными навыками личной и общественной гигиены, безопасного поведения в быту, природе, обществе. Проявляющий уважение к труду, людям труда, бережное отношение к результатам труда, ответственное потребление. </w:t>
            </w:r>
          </w:p>
          <w:p w:rsidR="007205EF" w:rsidRPr="007205EF" w:rsidRDefault="007205EF" w:rsidP="00963108">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402">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129</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6</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49</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Периметр и площадь прямоугольника: общее и различное</w:t>
            </w:r>
          </w:p>
        </w:tc>
        <w:tc>
          <w:tcPr>
            <w:tcW w:w="784" w:type="dxa"/>
          </w:tcPr>
          <w:p w:rsidR="007205EF" w:rsidRPr="007205EF" w:rsidRDefault="007205EF" w:rsidP="007205EF">
            <w:pPr>
              <w:spacing w:after="0"/>
              <w:ind w:left="135"/>
              <w:rPr>
                <w:rFonts w:ascii="Times New Roman" w:hAnsi="Times New Roman"/>
                <w:color w:val="0000FF"/>
                <w:sz w:val="24"/>
                <w:szCs w:val="24"/>
                <w:u w:val="single"/>
                <w:lang w:val="ru-RU"/>
              </w:rPr>
            </w:pPr>
          </w:p>
        </w:tc>
        <w:tc>
          <w:tcPr>
            <w:tcW w:w="5203" w:type="dxa"/>
            <w:vMerge/>
          </w:tcPr>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8E75F7" w:rsidP="007205EF">
            <w:pPr>
              <w:spacing w:after="0"/>
              <w:ind w:left="135"/>
              <w:rPr>
                <w:sz w:val="24"/>
                <w:szCs w:val="24"/>
                <w:lang w:val="ru-RU"/>
              </w:rPr>
            </w:pPr>
            <w:hyperlink r:id="rId403">
              <w:r w:rsidR="007205EF" w:rsidRPr="007205EF">
                <w:rPr>
                  <w:rFonts w:ascii="Times New Roman" w:hAnsi="Times New Roman"/>
                  <w:color w:val="0000FF"/>
                  <w:sz w:val="24"/>
                  <w:szCs w:val="24"/>
                  <w:u w:val="single"/>
                </w:rPr>
                <w:t>https</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education</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yandex</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ru</w:t>
              </w:r>
            </w:hyperlink>
            <w:r w:rsidR="007205EF" w:rsidRPr="007205EF">
              <w:rPr>
                <w:rFonts w:ascii="Times New Roman" w:hAnsi="Times New Roman"/>
                <w:color w:val="000000"/>
                <w:sz w:val="24"/>
                <w:szCs w:val="24"/>
                <w:lang w:val="ru-RU"/>
              </w:rPr>
              <w:t xml:space="preserve"> </w:t>
            </w:r>
            <w:hyperlink r:id="rId404">
              <w:r w:rsidR="007205EF" w:rsidRPr="007205EF">
                <w:rPr>
                  <w:rFonts w:ascii="Times New Roman" w:hAnsi="Times New Roman"/>
                  <w:color w:val="0000FF"/>
                  <w:sz w:val="24"/>
                  <w:szCs w:val="24"/>
                  <w:u w:val="single"/>
                </w:rPr>
                <w:t>https</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uchi</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ru</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50</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Площадь и приемы её нахождения</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tcPr>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405">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13</w:t>
              </w:r>
              <w:r w:rsidRPr="007205EF">
                <w:rPr>
                  <w:rFonts w:ascii="Times New Roman" w:hAnsi="Times New Roman"/>
                  <w:color w:val="0000FF"/>
                  <w:sz w:val="24"/>
                  <w:szCs w:val="24"/>
                  <w:u w:val="single"/>
                </w:rPr>
                <w:t>f</w:t>
              </w:r>
              <w:r w:rsidRPr="007205EF">
                <w:rPr>
                  <w:rFonts w:ascii="Times New Roman" w:hAnsi="Times New Roman"/>
                  <w:color w:val="0000FF"/>
                  <w:sz w:val="24"/>
                  <w:szCs w:val="24"/>
                  <w:u w:val="single"/>
                  <w:lang w:val="ru-RU"/>
                </w:rPr>
                <w:t>6</w:t>
              </w:r>
              <w:r w:rsidRPr="007205EF">
                <w:rPr>
                  <w:rFonts w:ascii="Times New Roman" w:hAnsi="Times New Roman"/>
                  <w:color w:val="0000FF"/>
                  <w:sz w:val="24"/>
                  <w:szCs w:val="24"/>
                  <w:u w:val="single"/>
                </w:rPr>
                <w:t>c</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51</w:t>
            </w:r>
          </w:p>
        </w:tc>
        <w:tc>
          <w:tcPr>
            <w:tcW w:w="4802" w:type="dxa"/>
            <w:tcMar>
              <w:top w:w="50" w:type="dxa"/>
              <w:left w:w="100" w:type="dxa"/>
            </w:tcMar>
            <w:vAlign w:val="center"/>
          </w:tcPr>
          <w:p w:rsidR="007205EF" w:rsidRPr="007205EF" w:rsidRDefault="007205EF" w:rsidP="007205EF">
            <w:pPr>
              <w:spacing w:after="0"/>
              <w:ind w:left="135"/>
              <w:rPr>
                <w:sz w:val="24"/>
                <w:szCs w:val="24"/>
              </w:rPr>
            </w:pPr>
            <w:r w:rsidRPr="007205EF">
              <w:rPr>
                <w:rFonts w:ascii="Times New Roman" w:hAnsi="Times New Roman"/>
                <w:color w:val="000000"/>
                <w:sz w:val="24"/>
                <w:szCs w:val="24"/>
              </w:rPr>
              <w:t>Нахождение площади прямоугольника, квадрата</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tcPr>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406">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146</w:t>
              </w:r>
              <w:r w:rsidRPr="007205EF">
                <w:rPr>
                  <w:rFonts w:ascii="Times New Roman" w:hAnsi="Times New Roman"/>
                  <w:color w:val="0000FF"/>
                  <w:sz w:val="24"/>
                  <w:szCs w:val="24"/>
                  <w:u w:val="single"/>
                </w:rPr>
                <w:t>ce</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52</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Алгоритмы (правила) нахождения периметра и площади</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val="restart"/>
          </w:tcPr>
          <w:p w:rsidR="007205EF" w:rsidRPr="007205EF" w:rsidRDefault="007205EF" w:rsidP="00963108">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 xml:space="preserve">Имеющий первоначальные представления о правах и ответственности человека в обществе, гражданских правах и обязанностях. 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Владеющий основными навыками личной и общественной гигиены, безопасного поведения в быту, природе, обществе. Сознающий ценность труда в жизни человека, семьи, общества. </w:t>
            </w:r>
          </w:p>
          <w:p w:rsidR="007205EF" w:rsidRPr="007205EF" w:rsidRDefault="007205EF" w:rsidP="00963108">
            <w:pPr>
              <w:tabs>
                <w:tab w:val="left" w:pos="4"/>
                <w:tab w:val="left" w:pos="288"/>
                <w:tab w:val="left" w:pos="430"/>
              </w:tabs>
              <w:spacing w:after="0" w:line="240" w:lineRule="auto"/>
              <w:ind w:firstLine="181"/>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407">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13</w:t>
              </w:r>
              <w:r w:rsidRPr="007205EF">
                <w:rPr>
                  <w:rFonts w:ascii="Times New Roman" w:hAnsi="Times New Roman"/>
                  <w:color w:val="0000FF"/>
                  <w:sz w:val="24"/>
                  <w:szCs w:val="24"/>
                  <w:u w:val="single"/>
                </w:rPr>
                <w:t>daa</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53</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Умножение и деление с числом 8</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tcPr>
          <w:p w:rsidR="007205EF" w:rsidRPr="007205EF" w:rsidRDefault="007205EF" w:rsidP="00963108">
            <w:pPr>
              <w:tabs>
                <w:tab w:val="left" w:pos="4"/>
                <w:tab w:val="left" w:pos="288"/>
                <w:tab w:val="left" w:pos="430"/>
              </w:tabs>
              <w:spacing w:after="0" w:line="240" w:lineRule="auto"/>
              <w:ind w:firstLine="181"/>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408">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0</w:t>
              </w:r>
              <w:r w:rsidRPr="007205EF">
                <w:rPr>
                  <w:rFonts w:ascii="Times New Roman" w:hAnsi="Times New Roman"/>
                  <w:color w:val="0000FF"/>
                  <w:sz w:val="24"/>
                  <w:szCs w:val="24"/>
                  <w:u w:val="single"/>
                </w:rPr>
                <w:t>b</w:t>
              </w:r>
              <w:r w:rsidRPr="007205EF">
                <w:rPr>
                  <w:rFonts w:ascii="Times New Roman" w:hAnsi="Times New Roman"/>
                  <w:color w:val="0000FF"/>
                  <w:sz w:val="24"/>
                  <w:szCs w:val="24"/>
                  <w:u w:val="single"/>
                  <w:lang w:val="ru-RU"/>
                </w:rPr>
                <w:t>18</w:t>
              </w:r>
              <w:r w:rsidRPr="007205EF">
                <w:rPr>
                  <w:rFonts w:ascii="Times New Roman" w:hAnsi="Times New Roman"/>
                  <w:color w:val="0000FF"/>
                  <w:sz w:val="24"/>
                  <w:szCs w:val="24"/>
                  <w:u w:val="single"/>
                </w:rPr>
                <w:t>c</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54</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Таблица умножения: анализ, формулирование закономерностей</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tcPr>
          <w:p w:rsidR="007205EF" w:rsidRPr="007205EF" w:rsidRDefault="007205EF" w:rsidP="00963108">
            <w:pPr>
              <w:tabs>
                <w:tab w:val="left" w:pos="4"/>
                <w:tab w:val="left" w:pos="288"/>
                <w:tab w:val="left" w:pos="430"/>
              </w:tabs>
              <w:spacing w:after="0" w:line="240" w:lineRule="auto"/>
              <w:ind w:firstLine="181"/>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409">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0</w:t>
              </w:r>
              <w:r w:rsidRPr="007205EF">
                <w:rPr>
                  <w:rFonts w:ascii="Times New Roman" w:hAnsi="Times New Roman"/>
                  <w:color w:val="0000FF"/>
                  <w:sz w:val="24"/>
                  <w:szCs w:val="24"/>
                  <w:u w:val="single"/>
                </w:rPr>
                <w:t>b</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de</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55</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Умножение и деление с числом 9</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tcPr>
          <w:p w:rsidR="007205EF" w:rsidRPr="007205EF" w:rsidRDefault="007205EF" w:rsidP="00963108">
            <w:pPr>
              <w:tabs>
                <w:tab w:val="left" w:pos="4"/>
                <w:tab w:val="left" w:pos="288"/>
                <w:tab w:val="left" w:pos="430"/>
              </w:tabs>
              <w:spacing w:after="0" w:line="240" w:lineRule="auto"/>
              <w:ind w:firstLine="181"/>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410">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0</w:t>
              </w:r>
              <w:r w:rsidRPr="007205EF">
                <w:rPr>
                  <w:rFonts w:ascii="Times New Roman" w:hAnsi="Times New Roman"/>
                  <w:color w:val="0000FF"/>
                  <w:sz w:val="24"/>
                  <w:szCs w:val="24"/>
                  <w:u w:val="single"/>
                </w:rPr>
                <w:t>b</w:t>
              </w:r>
              <w:r w:rsidRPr="007205EF">
                <w:rPr>
                  <w:rFonts w:ascii="Times New Roman" w:hAnsi="Times New Roman"/>
                  <w:color w:val="0000FF"/>
                  <w:sz w:val="24"/>
                  <w:szCs w:val="24"/>
                  <w:u w:val="single"/>
                  <w:lang w:val="ru-RU"/>
                </w:rPr>
                <w:t>358</w:t>
              </w:r>
            </w:hyperlink>
          </w:p>
        </w:tc>
      </w:tr>
      <w:tr w:rsidR="007205EF" w:rsidRPr="007205EF"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56</w:t>
            </w:r>
          </w:p>
        </w:tc>
        <w:tc>
          <w:tcPr>
            <w:tcW w:w="4802" w:type="dxa"/>
            <w:tcMar>
              <w:top w:w="50" w:type="dxa"/>
              <w:left w:w="100" w:type="dxa"/>
            </w:tcMar>
            <w:vAlign w:val="center"/>
          </w:tcPr>
          <w:p w:rsidR="007205EF" w:rsidRPr="007205EF" w:rsidRDefault="007205EF" w:rsidP="007205EF">
            <w:pPr>
              <w:spacing w:after="0"/>
              <w:ind w:left="135"/>
              <w:rPr>
                <w:sz w:val="24"/>
                <w:szCs w:val="24"/>
              </w:rPr>
            </w:pPr>
            <w:r w:rsidRPr="007205EF">
              <w:rPr>
                <w:rFonts w:ascii="Times New Roman" w:hAnsi="Times New Roman"/>
                <w:color w:val="000000"/>
                <w:sz w:val="24"/>
                <w:szCs w:val="24"/>
              </w:rPr>
              <w:t>Контрольная работа №2</w:t>
            </w:r>
          </w:p>
        </w:tc>
        <w:tc>
          <w:tcPr>
            <w:tcW w:w="784" w:type="dxa"/>
          </w:tcPr>
          <w:p w:rsidR="007205EF" w:rsidRPr="007205EF" w:rsidRDefault="007205EF" w:rsidP="007205EF">
            <w:pPr>
              <w:spacing w:after="0"/>
              <w:ind w:left="135"/>
              <w:rPr>
                <w:sz w:val="24"/>
                <w:szCs w:val="24"/>
              </w:rPr>
            </w:pPr>
          </w:p>
        </w:tc>
        <w:tc>
          <w:tcPr>
            <w:tcW w:w="5203" w:type="dxa"/>
            <w:vMerge/>
          </w:tcPr>
          <w:p w:rsidR="007205EF" w:rsidRPr="007205EF" w:rsidRDefault="007205EF" w:rsidP="00963108">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p>
        </w:tc>
        <w:tc>
          <w:tcPr>
            <w:tcW w:w="3675" w:type="dxa"/>
            <w:tcMar>
              <w:top w:w="50" w:type="dxa"/>
              <w:left w:w="100" w:type="dxa"/>
            </w:tcMar>
            <w:vAlign w:val="center"/>
          </w:tcPr>
          <w:p w:rsidR="007205EF" w:rsidRPr="007205EF" w:rsidRDefault="007205EF" w:rsidP="007205EF">
            <w:pPr>
              <w:spacing w:after="0"/>
              <w:ind w:left="135"/>
              <w:rPr>
                <w:sz w:val="24"/>
                <w:szCs w:val="24"/>
              </w:rPr>
            </w:pPr>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57</w:t>
            </w:r>
          </w:p>
        </w:tc>
        <w:tc>
          <w:tcPr>
            <w:tcW w:w="4802" w:type="dxa"/>
            <w:tcMar>
              <w:top w:w="50" w:type="dxa"/>
              <w:left w:w="100" w:type="dxa"/>
            </w:tcMar>
            <w:vAlign w:val="center"/>
          </w:tcPr>
          <w:p w:rsidR="007205EF" w:rsidRPr="007205EF" w:rsidRDefault="007205EF" w:rsidP="007205EF">
            <w:pPr>
              <w:spacing w:after="0"/>
              <w:ind w:left="135"/>
              <w:rPr>
                <w:sz w:val="24"/>
                <w:szCs w:val="24"/>
              </w:rPr>
            </w:pPr>
            <w:r w:rsidRPr="007205EF">
              <w:rPr>
                <w:rFonts w:ascii="Times New Roman" w:hAnsi="Times New Roman"/>
                <w:color w:val="000000"/>
                <w:sz w:val="24"/>
                <w:szCs w:val="24"/>
                <w:lang w:val="ru-RU"/>
              </w:rPr>
              <w:t xml:space="preserve">Планирование хода решения задачи арифметическим способом. </w:t>
            </w:r>
            <w:r w:rsidRPr="007205EF">
              <w:rPr>
                <w:rFonts w:ascii="Times New Roman" w:hAnsi="Times New Roman"/>
                <w:color w:val="000000"/>
                <w:sz w:val="24"/>
                <w:szCs w:val="24"/>
              </w:rPr>
              <w:t>Решение задач изученных видов</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val="restart"/>
          </w:tcPr>
          <w:p w:rsidR="007205EF" w:rsidRPr="007205EF" w:rsidRDefault="007205EF" w:rsidP="00963108">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Проявляющий любовь и бережное отношение к природе, неприятие действий, приносящих вред природе, особенно живым существам.</w:t>
            </w:r>
          </w:p>
          <w:p w:rsidR="007205EF" w:rsidRPr="007205EF" w:rsidRDefault="007205EF" w:rsidP="00963108">
            <w:pPr>
              <w:tabs>
                <w:tab w:val="left" w:pos="888"/>
              </w:tabs>
              <w:spacing w:after="0" w:line="240" w:lineRule="auto"/>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Выражающий познавательные интересы, активность, любознательность и самостоятельность в познании, интерес и уважение к научным знаниям, науке.</w:t>
            </w: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411">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16640</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58</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Конструирование прямоугольника из данных фигур, деление прямоугольника на части</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tcPr>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412">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12</w:t>
              </w:r>
              <w:r w:rsidRPr="007205EF">
                <w:rPr>
                  <w:rFonts w:ascii="Times New Roman" w:hAnsi="Times New Roman"/>
                  <w:color w:val="0000FF"/>
                  <w:sz w:val="24"/>
                  <w:szCs w:val="24"/>
                  <w:u w:val="single"/>
                </w:rPr>
                <w:t>df</w:t>
              </w:r>
              <w:r w:rsidRPr="007205EF">
                <w:rPr>
                  <w:rFonts w:ascii="Times New Roman" w:hAnsi="Times New Roman"/>
                  <w:color w:val="0000FF"/>
                  <w:sz w:val="24"/>
                  <w:szCs w:val="24"/>
                  <w:u w:val="single"/>
                  <w:lang w:val="ru-RU"/>
                </w:rPr>
                <w:t>6</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lastRenderedPageBreak/>
              <w:t>59</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Переход от одних единиц площади к другим</w:t>
            </w:r>
          </w:p>
        </w:tc>
        <w:tc>
          <w:tcPr>
            <w:tcW w:w="784" w:type="dxa"/>
          </w:tcPr>
          <w:p w:rsidR="007205EF" w:rsidRPr="007205EF" w:rsidRDefault="007205EF" w:rsidP="007205EF">
            <w:pPr>
              <w:spacing w:after="0"/>
              <w:ind w:left="135"/>
              <w:rPr>
                <w:rFonts w:ascii="Times New Roman" w:hAnsi="Times New Roman"/>
                <w:color w:val="0000FF"/>
                <w:sz w:val="24"/>
                <w:szCs w:val="24"/>
                <w:u w:val="single"/>
                <w:lang w:val="ru-RU"/>
              </w:rPr>
            </w:pPr>
          </w:p>
        </w:tc>
        <w:tc>
          <w:tcPr>
            <w:tcW w:w="5203" w:type="dxa"/>
            <w:vMerge w:val="restart"/>
          </w:tcPr>
          <w:p w:rsidR="007205EF" w:rsidRDefault="007205EF" w:rsidP="00963108">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Знающий и любящий свою малую родину, свой край, имеющий представление о Родине</w:t>
            </w:r>
            <w:r w:rsidRPr="007205EF">
              <w:rPr>
                <w:rFonts w:ascii="Times New Roman" w:hAnsi="Times New Roman" w:cs="Times New Roman"/>
                <w:sz w:val="24"/>
                <w:szCs w:val="24"/>
              </w:rPr>
              <w:t> </w:t>
            </w:r>
            <w:r w:rsidRPr="007205EF">
              <w:rPr>
                <w:rFonts w:ascii="Times New Roman" w:hAnsi="Times New Roman" w:cs="Times New Roman"/>
                <w:sz w:val="24"/>
                <w:szCs w:val="24"/>
                <w:lang w:val="ru-RU"/>
              </w:rPr>
              <w:t xml:space="preserve">— России, её территории, расположении. Сознающий ценность каждой человеческой жизни, признающий индивидуальность и достоинство каждого человека. </w:t>
            </w:r>
          </w:p>
          <w:p w:rsidR="007205EF" w:rsidRPr="007205EF" w:rsidRDefault="007205EF" w:rsidP="00963108">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Pr>
                <w:rFonts w:ascii="Times New Roman" w:hAnsi="Times New Roman" w:cs="Times New Roman"/>
                <w:sz w:val="24"/>
                <w:szCs w:val="24"/>
                <w:lang w:val="ru-RU"/>
              </w:rPr>
              <w:t>П</w:t>
            </w:r>
            <w:r w:rsidRPr="007205EF">
              <w:rPr>
                <w:rFonts w:ascii="Times New Roman" w:hAnsi="Times New Roman" w:cs="Times New Roman"/>
                <w:sz w:val="24"/>
                <w:szCs w:val="24"/>
                <w:lang w:val="ru-RU"/>
              </w:rPr>
              <w:t>роявляющий интерес и уважение к отечественной и мировой художественной культуре.</w:t>
            </w:r>
          </w:p>
          <w:p w:rsidR="007205EF" w:rsidRPr="007205EF" w:rsidRDefault="007205EF" w:rsidP="00963108">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 xml:space="preserve">Владеющий основными навыками личной и общественной гигиены, безопасного поведения в быту, природе, обществе. Проявляющий уважение к труду, людям труда, бережное отношение к результатам труда, ответственное потребление. </w:t>
            </w:r>
          </w:p>
          <w:p w:rsidR="007205EF" w:rsidRPr="007205EF" w:rsidRDefault="007205EF" w:rsidP="00963108">
            <w:pPr>
              <w:tabs>
                <w:tab w:val="left" w:pos="4"/>
                <w:tab w:val="left" w:pos="288"/>
                <w:tab w:val="left" w:pos="430"/>
              </w:tabs>
              <w:spacing w:after="0" w:line="240" w:lineRule="auto"/>
              <w:ind w:firstLine="181"/>
              <w:jc w:val="both"/>
              <w:rPr>
                <w:rFonts w:ascii="Times New Roman" w:hAnsi="Times New Roman" w:cs="Times New Roman"/>
                <w:w w:val="0"/>
                <w:sz w:val="24"/>
                <w:szCs w:val="24"/>
                <w:lang w:val="ru-RU"/>
              </w:rPr>
            </w:pPr>
            <w:r w:rsidRPr="007205EF">
              <w:rPr>
                <w:rFonts w:ascii="Times New Roman" w:hAnsi="Times New Roman" w:cs="Times New Roman"/>
                <w:sz w:val="24"/>
                <w:szCs w:val="24"/>
                <w:lang w:val="ru-RU"/>
              </w:rPr>
              <w:t>Выражающий познавательные интересы, активность, любознательность и самостоятельность в познании, интерес и уважение к научным знаниям, науке.</w:t>
            </w:r>
          </w:p>
        </w:tc>
        <w:tc>
          <w:tcPr>
            <w:tcW w:w="3675" w:type="dxa"/>
            <w:tcMar>
              <w:top w:w="50" w:type="dxa"/>
              <w:left w:w="100" w:type="dxa"/>
            </w:tcMar>
            <w:vAlign w:val="center"/>
          </w:tcPr>
          <w:p w:rsidR="007205EF" w:rsidRPr="007205EF" w:rsidRDefault="008E75F7" w:rsidP="007205EF">
            <w:pPr>
              <w:spacing w:after="0"/>
              <w:ind w:left="135"/>
              <w:rPr>
                <w:sz w:val="24"/>
                <w:szCs w:val="24"/>
                <w:lang w:val="ru-RU"/>
              </w:rPr>
            </w:pPr>
            <w:hyperlink r:id="rId413">
              <w:r w:rsidR="007205EF" w:rsidRPr="007205EF">
                <w:rPr>
                  <w:rFonts w:ascii="Times New Roman" w:hAnsi="Times New Roman"/>
                  <w:color w:val="0000FF"/>
                  <w:sz w:val="24"/>
                  <w:szCs w:val="24"/>
                  <w:u w:val="single"/>
                </w:rPr>
                <w:t>https</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education</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yandex</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ru</w:t>
              </w:r>
            </w:hyperlink>
            <w:r w:rsidR="007205EF" w:rsidRPr="007205EF">
              <w:rPr>
                <w:rFonts w:ascii="Times New Roman" w:hAnsi="Times New Roman"/>
                <w:color w:val="000000"/>
                <w:sz w:val="24"/>
                <w:szCs w:val="24"/>
                <w:lang w:val="ru-RU"/>
              </w:rPr>
              <w:t xml:space="preserve"> </w:t>
            </w:r>
            <w:hyperlink r:id="rId414">
              <w:r w:rsidR="007205EF" w:rsidRPr="007205EF">
                <w:rPr>
                  <w:rFonts w:ascii="Times New Roman" w:hAnsi="Times New Roman"/>
                  <w:color w:val="0000FF"/>
                  <w:sz w:val="24"/>
                  <w:szCs w:val="24"/>
                  <w:u w:val="single"/>
                </w:rPr>
                <w:t>https</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uchi</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ru</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60</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Задачи на работу (производительность труда) одного объекта</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tcPr>
          <w:p w:rsidR="007205EF" w:rsidRPr="007205EF" w:rsidRDefault="007205EF" w:rsidP="00963108">
            <w:pPr>
              <w:tabs>
                <w:tab w:val="left" w:pos="4"/>
                <w:tab w:val="left" w:pos="288"/>
                <w:tab w:val="left" w:pos="430"/>
              </w:tabs>
              <w:spacing w:after="0" w:line="240" w:lineRule="auto"/>
              <w:ind w:firstLine="181"/>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415">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11884</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61</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Задачи на расчет производительности труда, времени или объема выполненной работы</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tcPr>
          <w:p w:rsidR="007205EF" w:rsidRPr="007205EF" w:rsidRDefault="007205EF" w:rsidP="00963108">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416">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11</w:t>
              </w:r>
              <w:r w:rsidRPr="007205EF">
                <w:rPr>
                  <w:rFonts w:ascii="Times New Roman" w:hAnsi="Times New Roman"/>
                  <w:color w:val="0000FF"/>
                  <w:sz w:val="24"/>
                  <w:szCs w:val="24"/>
                  <w:u w:val="single"/>
                </w:rPr>
                <w:t>a</w:t>
              </w:r>
              <w:r w:rsidRPr="007205EF">
                <w:rPr>
                  <w:rFonts w:ascii="Times New Roman" w:hAnsi="Times New Roman"/>
                  <w:color w:val="0000FF"/>
                  <w:sz w:val="24"/>
                  <w:szCs w:val="24"/>
                  <w:u w:val="single"/>
                  <w:lang w:val="ru-RU"/>
                </w:rPr>
                <w:t>00</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62</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Применение переместительного, сочетательного свойства при умножении</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tcPr>
          <w:p w:rsidR="007205EF" w:rsidRPr="007205EF" w:rsidRDefault="007205EF" w:rsidP="00963108">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417">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0</w:t>
              </w:r>
              <w:r w:rsidRPr="007205EF">
                <w:rPr>
                  <w:rFonts w:ascii="Times New Roman" w:hAnsi="Times New Roman"/>
                  <w:color w:val="0000FF"/>
                  <w:sz w:val="24"/>
                  <w:szCs w:val="24"/>
                  <w:u w:val="single"/>
                </w:rPr>
                <w:t>ebc</w:t>
              </w:r>
              <w:r w:rsidRPr="007205EF">
                <w:rPr>
                  <w:rFonts w:ascii="Times New Roman" w:hAnsi="Times New Roman"/>
                  <w:color w:val="0000FF"/>
                  <w:sz w:val="24"/>
                  <w:szCs w:val="24"/>
                  <w:u w:val="single"/>
                  <w:lang w:val="ru-RU"/>
                </w:rPr>
                <w:t>0</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63</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Проверка правильности нахождения периметра, площади прямоугольника</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tcPr>
          <w:p w:rsidR="007205EF" w:rsidRPr="007205EF" w:rsidRDefault="007205EF" w:rsidP="00963108">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418">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18</w:t>
              </w:r>
              <w:r w:rsidRPr="007205EF">
                <w:rPr>
                  <w:rFonts w:ascii="Times New Roman" w:hAnsi="Times New Roman"/>
                  <w:color w:val="0000FF"/>
                  <w:sz w:val="24"/>
                  <w:szCs w:val="24"/>
                  <w:u w:val="single"/>
                </w:rPr>
                <w:t>d</w:t>
              </w:r>
              <w:r w:rsidRPr="007205EF">
                <w:rPr>
                  <w:rFonts w:ascii="Times New Roman" w:hAnsi="Times New Roman"/>
                  <w:color w:val="0000FF"/>
                  <w:sz w:val="24"/>
                  <w:szCs w:val="24"/>
                  <w:u w:val="single"/>
                  <w:lang w:val="ru-RU"/>
                </w:rPr>
                <w:t>3</w:t>
              </w:r>
              <w:r w:rsidRPr="007205EF">
                <w:rPr>
                  <w:rFonts w:ascii="Times New Roman" w:hAnsi="Times New Roman"/>
                  <w:color w:val="0000FF"/>
                  <w:sz w:val="24"/>
                  <w:szCs w:val="24"/>
                  <w:u w:val="single"/>
                </w:rPr>
                <w:t>c</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64</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Нахождение площади в заданных единицах</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tcPr>
          <w:p w:rsidR="007205EF" w:rsidRPr="007205EF" w:rsidRDefault="007205EF" w:rsidP="00963108">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419">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14142</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65</w:t>
            </w:r>
          </w:p>
        </w:tc>
        <w:tc>
          <w:tcPr>
            <w:tcW w:w="4802" w:type="dxa"/>
            <w:tcMar>
              <w:top w:w="50" w:type="dxa"/>
              <w:left w:w="100" w:type="dxa"/>
            </w:tcMar>
            <w:vAlign w:val="center"/>
          </w:tcPr>
          <w:p w:rsidR="007205EF" w:rsidRPr="007205EF" w:rsidRDefault="007205EF" w:rsidP="007205EF">
            <w:pPr>
              <w:spacing w:after="0"/>
              <w:ind w:left="135"/>
              <w:rPr>
                <w:sz w:val="24"/>
                <w:szCs w:val="24"/>
              </w:rPr>
            </w:pPr>
            <w:r w:rsidRPr="007205EF">
              <w:rPr>
                <w:rFonts w:ascii="Times New Roman" w:hAnsi="Times New Roman"/>
                <w:color w:val="000000"/>
                <w:sz w:val="24"/>
                <w:szCs w:val="24"/>
              </w:rPr>
              <w:t>Арифметические действия с числом 1</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val="restart"/>
          </w:tcPr>
          <w:p w:rsidR="007205EF" w:rsidRPr="007205EF" w:rsidRDefault="007205EF" w:rsidP="00963108">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 xml:space="preserve">Имеющий первоначальные представления о правах и ответственности человека в обществе, гражданских правах и обязанностях. 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Владеющий основными навыками личной и общественной гигиены, безопасного поведения в быту, природе, обществе. Сознающий ценность труда в жизни человека, семьи, общества. </w:t>
            </w:r>
          </w:p>
          <w:p w:rsidR="007205EF" w:rsidRPr="007205EF" w:rsidRDefault="007205EF" w:rsidP="00963108">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lastRenderedPageBreak/>
              <w:t>Проявляющий любовь и бережное отношение к природе, неприятие действий, приносящих вред природе, особенно живым существам.</w:t>
            </w:r>
          </w:p>
          <w:p w:rsidR="007205EF" w:rsidRPr="007205EF" w:rsidRDefault="007205EF" w:rsidP="00963108">
            <w:pPr>
              <w:spacing w:after="0" w:line="240" w:lineRule="auto"/>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Выражающий познавательные интересы, активность, любознательность и самостоятельность в познании, интерес и уважение к научным знаниям, науке.</w:t>
            </w: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lastRenderedPageBreak/>
              <w:t xml:space="preserve">Библиотека ЦОК </w:t>
            </w:r>
            <w:hyperlink r:id="rId420">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0</w:t>
              </w:r>
              <w:r w:rsidRPr="007205EF">
                <w:rPr>
                  <w:rFonts w:ascii="Times New Roman" w:hAnsi="Times New Roman"/>
                  <w:color w:val="0000FF"/>
                  <w:sz w:val="24"/>
                  <w:szCs w:val="24"/>
                  <w:u w:val="single"/>
                </w:rPr>
                <w:t>cdf</w:t>
              </w:r>
              <w:r w:rsidRPr="007205EF">
                <w:rPr>
                  <w:rFonts w:ascii="Times New Roman" w:hAnsi="Times New Roman"/>
                  <w:color w:val="0000FF"/>
                  <w:sz w:val="24"/>
                  <w:szCs w:val="24"/>
                  <w:u w:val="single"/>
                  <w:lang w:val="ru-RU"/>
                </w:rPr>
                <w:t>2</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66</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Умножение и деление в пределах 100: внетабличное выполнение действий</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tcPr>
          <w:p w:rsidR="007205EF" w:rsidRPr="007205EF" w:rsidRDefault="007205EF" w:rsidP="00963108">
            <w:pPr>
              <w:spacing w:after="0" w:line="240" w:lineRule="auto"/>
              <w:jc w:val="both"/>
              <w:rPr>
                <w:rFonts w:ascii="Times New Roman" w:hAnsi="Times New Roman" w:cs="Times New Roman"/>
                <w:sz w:val="24"/>
                <w:szCs w:val="24"/>
                <w:lang w:val="ru-RU"/>
              </w:rPr>
            </w:pP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421">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0</w:t>
              </w:r>
              <w:r w:rsidRPr="007205EF">
                <w:rPr>
                  <w:rFonts w:ascii="Times New Roman" w:hAnsi="Times New Roman"/>
                  <w:color w:val="0000FF"/>
                  <w:sz w:val="24"/>
                  <w:szCs w:val="24"/>
                  <w:u w:val="single"/>
                </w:rPr>
                <w:t>b</w:t>
              </w:r>
              <w:r w:rsidRPr="007205EF">
                <w:rPr>
                  <w:rFonts w:ascii="Times New Roman" w:hAnsi="Times New Roman"/>
                  <w:color w:val="0000FF"/>
                  <w:sz w:val="24"/>
                  <w:szCs w:val="24"/>
                  <w:u w:val="single"/>
                  <w:lang w:val="ru-RU"/>
                </w:rPr>
                <w:t>678</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67</w:t>
            </w:r>
          </w:p>
        </w:tc>
        <w:tc>
          <w:tcPr>
            <w:tcW w:w="4802" w:type="dxa"/>
            <w:tcMar>
              <w:top w:w="50" w:type="dxa"/>
              <w:left w:w="100" w:type="dxa"/>
            </w:tcMar>
            <w:vAlign w:val="center"/>
          </w:tcPr>
          <w:p w:rsidR="007205EF" w:rsidRPr="007205EF" w:rsidRDefault="007205EF" w:rsidP="007205EF">
            <w:pPr>
              <w:spacing w:after="0"/>
              <w:ind w:left="135"/>
              <w:rPr>
                <w:sz w:val="24"/>
                <w:szCs w:val="24"/>
              </w:rPr>
            </w:pPr>
            <w:r w:rsidRPr="007205EF">
              <w:rPr>
                <w:rFonts w:ascii="Times New Roman" w:hAnsi="Times New Roman"/>
                <w:color w:val="000000"/>
                <w:sz w:val="24"/>
                <w:szCs w:val="24"/>
              </w:rPr>
              <w:t>Арифметические действия с числом 0</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tcPr>
          <w:p w:rsidR="007205EF" w:rsidRPr="007205EF" w:rsidRDefault="007205EF" w:rsidP="00963108">
            <w:pPr>
              <w:spacing w:after="0" w:line="240" w:lineRule="auto"/>
              <w:jc w:val="both"/>
              <w:rPr>
                <w:rFonts w:ascii="Times New Roman" w:hAnsi="Times New Roman" w:cs="Times New Roman"/>
                <w:sz w:val="24"/>
                <w:szCs w:val="24"/>
                <w:lang w:val="ru-RU"/>
              </w:rPr>
            </w:pP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422">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0</w:t>
              </w:r>
              <w:r w:rsidRPr="007205EF">
                <w:rPr>
                  <w:rFonts w:ascii="Times New Roman" w:hAnsi="Times New Roman"/>
                  <w:color w:val="0000FF"/>
                  <w:sz w:val="24"/>
                  <w:szCs w:val="24"/>
                  <w:u w:val="single"/>
                </w:rPr>
                <w:t>cfc</w:t>
              </w:r>
              <w:r w:rsidRPr="007205EF">
                <w:rPr>
                  <w:rFonts w:ascii="Times New Roman" w:hAnsi="Times New Roman"/>
                  <w:color w:val="0000FF"/>
                  <w:sz w:val="24"/>
                  <w:szCs w:val="24"/>
                  <w:u w:val="single"/>
                  <w:lang w:val="ru-RU"/>
                </w:rPr>
                <w:t>8</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68</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Нахождение площади фигуры, составленной из прямоугольников (квадратов)</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tcPr>
          <w:p w:rsidR="007205EF" w:rsidRPr="007205EF" w:rsidRDefault="007205EF" w:rsidP="00963108">
            <w:pPr>
              <w:spacing w:after="0" w:line="240" w:lineRule="auto"/>
              <w:jc w:val="both"/>
              <w:rPr>
                <w:rFonts w:ascii="Times New Roman" w:hAnsi="Times New Roman" w:cs="Times New Roman"/>
                <w:sz w:val="24"/>
                <w:szCs w:val="24"/>
                <w:lang w:val="ru-RU"/>
              </w:rPr>
            </w:pP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423">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148</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0</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69</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Оценка решения задачи на достоверность и логичность</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tcPr>
          <w:p w:rsidR="007205EF" w:rsidRPr="007205EF" w:rsidRDefault="007205EF" w:rsidP="00963108">
            <w:pPr>
              <w:spacing w:after="0" w:line="240" w:lineRule="auto"/>
              <w:jc w:val="both"/>
              <w:rPr>
                <w:rFonts w:ascii="Times New Roman" w:hAnsi="Times New Roman" w:cs="Times New Roman"/>
                <w:sz w:val="24"/>
                <w:szCs w:val="24"/>
                <w:lang w:val="ru-RU"/>
              </w:rPr>
            </w:pP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424">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12266</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lastRenderedPageBreak/>
              <w:t>70</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Вычисления с числами 0 и 1. Деление нуля на число</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tcPr>
          <w:p w:rsidR="007205EF" w:rsidRPr="007205EF" w:rsidRDefault="007205EF" w:rsidP="00963108">
            <w:pPr>
              <w:spacing w:after="0" w:line="240" w:lineRule="auto"/>
              <w:jc w:val="both"/>
              <w:rPr>
                <w:rFonts w:ascii="Times New Roman" w:hAnsi="Times New Roman" w:cs="Times New Roman"/>
                <w:sz w:val="24"/>
                <w:szCs w:val="24"/>
                <w:lang w:val="ru-RU"/>
              </w:rPr>
            </w:pP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425">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0</w:t>
              </w:r>
              <w:r w:rsidRPr="007205EF">
                <w:rPr>
                  <w:rFonts w:ascii="Times New Roman" w:hAnsi="Times New Roman"/>
                  <w:color w:val="0000FF"/>
                  <w:sz w:val="24"/>
                  <w:szCs w:val="24"/>
                  <w:u w:val="single"/>
                </w:rPr>
                <w:t>d</w:t>
              </w:r>
              <w:r w:rsidRPr="007205EF">
                <w:rPr>
                  <w:rFonts w:ascii="Times New Roman" w:hAnsi="Times New Roman"/>
                  <w:color w:val="0000FF"/>
                  <w:sz w:val="24"/>
                  <w:szCs w:val="24"/>
                  <w:u w:val="single"/>
                  <w:lang w:val="ru-RU"/>
                </w:rPr>
                <w:t>18</w:t>
              </w:r>
              <w:r w:rsidRPr="007205EF">
                <w:rPr>
                  <w:rFonts w:ascii="Times New Roman" w:hAnsi="Times New Roman"/>
                  <w:color w:val="0000FF"/>
                  <w:sz w:val="24"/>
                  <w:szCs w:val="24"/>
                  <w:u w:val="single"/>
                </w:rPr>
                <w:t>a</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71</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Задачи на нахождение доли величины</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tcPr>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426">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12400</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72</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Доля величины: сравнение долей одной величины</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tcPr>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427">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12586</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73</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Доля величины: половина, четверть в практической ситуации, сравнение величин, выраженных долями</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tcPr>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428">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0</w:t>
              </w:r>
              <w:r w:rsidRPr="007205EF">
                <w:rPr>
                  <w:rFonts w:ascii="Times New Roman" w:hAnsi="Times New Roman"/>
                  <w:color w:val="0000FF"/>
                  <w:sz w:val="24"/>
                  <w:szCs w:val="24"/>
                  <w:u w:val="single"/>
                </w:rPr>
                <w:t>a</w:t>
              </w:r>
              <w:r w:rsidRPr="007205EF">
                <w:rPr>
                  <w:rFonts w:ascii="Times New Roman" w:hAnsi="Times New Roman"/>
                  <w:color w:val="0000FF"/>
                  <w:sz w:val="24"/>
                  <w:szCs w:val="24"/>
                  <w:u w:val="single"/>
                  <w:lang w:val="ru-RU"/>
                </w:rPr>
                <w:t>1</w:t>
              </w:r>
              <w:r w:rsidRPr="007205EF">
                <w:rPr>
                  <w:rFonts w:ascii="Times New Roman" w:hAnsi="Times New Roman"/>
                  <w:color w:val="0000FF"/>
                  <w:sz w:val="24"/>
                  <w:szCs w:val="24"/>
                  <w:u w:val="single"/>
                </w:rPr>
                <w:t>f</w:t>
              </w:r>
              <w:r w:rsidRPr="007205EF">
                <w:rPr>
                  <w:rFonts w:ascii="Times New Roman" w:hAnsi="Times New Roman"/>
                  <w:color w:val="0000FF"/>
                  <w:sz w:val="24"/>
                  <w:szCs w:val="24"/>
                  <w:u w:val="single"/>
                  <w:lang w:val="ru-RU"/>
                </w:rPr>
                <w:t>6</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74</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Алгоритмы (правила) построения геометрических фигур. Правила построения окружности и круга</w:t>
            </w:r>
          </w:p>
        </w:tc>
        <w:tc>
          <w:tcPr>
            <w:tcW w:w="784" w:type="dxa"/>
          </w:tcPr>
          <w:p w:rsidR="007205EF" w:rsidRPr="007205EF" w:rsidRDefault="007205EF" w:rsidP="007205EF">
            <w:pPr>
              <w:spacing w:after="0"/>
              <w:ind w:left="135"/>
              <w:rPr>
                <w:rFonts w:ascii="Times New Roman" w:hAnsi="Times New Roman"/>
                <w:color w:val="0000FF"/>
                <w:sz w:val="24"/>
                <w:szCs w:val="24"/>
                <w:u w:val="single"/>
                <w:lang w:val="ru-RU"/>
              </w:rPr>
            </w:pPr>
          </w:p>
        </w:tc>
        <w:tc>
          <w:tcPr>
            <w:tcW w:w="5203" w:type="dxa"/>
            <w:vMerge w:val="restart"/>
          </w:tcPr>
          <w:p w:rsidR="007205EF" w:rsidRPr="007205EF" w:rsidRDefault="007205EF" w:rsidP="00963108">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Знающий и любящий свою малую родину, свой край, имеющий представление о Родине</w:t>
            </w:r>
            <w:r w:rsidRPr="007205EF">
              <w:rPr>
                <w:rFonts w:ascii="Times New Roman" w:hAnsi="Times New Roman" w:cs="Times New Roman"/>
                <w:sz w:val="24"/>
                <w:szCs w:val="24"/>
              </w:rPr>
              <w:t> </w:t>
            </w:r>
            <w:r w:rsidRPr="007205EF">
              <w:rPr>
                <w:rFonts w:ascii="Times New Roman" w:hAnsi="Times New Roman" w:cs="Times New Roman"/>
                <w:sz w:val="24"/>
                <w:szCs w:val="24"/>
                <w:lang w:val="ru-RU"/>
              </w:rPr>
              <w:t xml:space="preserve">— России, её территории, расположении. Сознающий ценность каждой человеческой жизни, признающий индивидуальность и достоинство каждого человека. </w:t>
            </w:r>
          </w:p>
          <w:p w:rsidR="007205EF" w:rsidRPr="007205EF" w:rsidRDefault="007205EF" w:rsidP="00963108">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Проявляющий интерес и уважение к отечественной и мировой художественной культуре.</w:t>
            </w:r>
          </w:p>
          <w:p w:rsidR="007205EF" w:rsidRPr="007205EF" w:rsidRDefault="007205EF" w:rsidP="00963108">
            <w:pPr>
              <w:tabs>
                <w:tab w:val="left" w:pos="4"/>
                <w:tab w:val="left" w:pos="288"/>
                <w:tab w:val="left" w:pos="430"/>
              </w:tabs>
              <w:spacing w:after="0" w:line="240" w:lineRule="auto"/>
              <w:ind w:firstLine="181"/>
              <w:jc w:val="both"/>
              <w:rPr>
                <w:rFonts w:ascii="Times New Roman" w:hAnsi="Times New Roman" w:cs="Times New Roman"/>
                <w:w w:val="0"/>
                <w:sz w:val="24"/>
                <w:szCs w:val="24"/>
                <w:lang w:val="ru-RU"/>
              </w:rPr>
            </w:pPr>
            <w:r w:rsidRPr="007205EF">
              <w:rPr>
                <w:rFonts w:ascii="Times New Roman" w:hAnsi="Times New Roman" w:cs="Times New Roman"/>
                <w:sz w:val="24"/>
                <w:szCs w:val="24"/>
                <w:lang w:val="ru-RU"/>
              </w:rPr>
              <w:t xml:space="preserve">Владеющий основными навыками личной и общественной гигиены, безопасного поведения в быту, природе, обществе. </w:t>
            </w:r>
          </w:p>
        </w:tc>
        <w:tc>
          <w:tcPr>
            <w:tcW w:w="3675" w:type="dxa"/>
            <w:tcMar>
              <w:top w:w="50" w:type="dxa"/>
              <w:left w:w="100" w:type="dxa"/>
            </w:tcMar>
            <w:vAlign w:val="center"/>
          </w:tcPr>
          <w:p w:rsidR="007205EF" w:rsidRPr="007205EF" w:rsidRDefault="008E75F7" w:rsidP="007205EF">
            <w:pPr>
              <w:spacing w:after="0"/>
              <w:ind w:left="135"/>
              <w:rPr>
                <w:sz w:val="24"/>
                <w:szCs w:val="24"/>
                <w:lang w:val="ru-RU"/>
              </w:rPr>
            </w:pPr>
            <w:hyperlink r:id="rId429">
              <w:r w:rsidR="007205EF" w:rsidRPr="007205EF">
                <w:rPr>
                  <w:rFonts w:ascii="Times New Roman" w:hAnsi="Times New Roman"/>
                  <w:color w:val="0000FF"/>
                  <w:sz w:val="24"/>
                  <w:szCs w:val="24"/>
                  <w:u w:val="single"/>
                </w:rPr>
                <w:t>https</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education</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yandex</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ru</w:t>
              </w:r>
            </w:hyperlink>
            <w:r w:rsidR="007205EF" w:rsidRPr="007205EF">
              <w:rPr>
                <w:rFonts w:ascii="Times New Roman" w:hAnsi="Times New Roman"/>
                <w:color w:val="000000"/>
                <w:sz w:val="24"/>
                <w:szCs w:val="24"/>
                <w:lang w:val="ru-RU"/>
              </w:rPr>
              <w:t xml:space="preserve"> </w:t>
            </w:r>
            <w:hyperlink r:id="rId430">
              <w:r w:rsidR="007205EF" w:rsidRPr="007205EF">
                <w:rPr>
                  <w:rFonts w:ascii="Times New Roman" w:hAnsi="Times New Roman"/>
                  <w:color w:val="0000FF"/>
                  <w:sz w:val="24"/>
                  <w:szCs w:val="24"/>
                  <w:u w:val="single"/>
                </w:rPr>
                <w:t>https</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uchi</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ru</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75</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tcPr>
          <w:p w:rsidR="007205EF" w:rsidRPr="007205EF" w:rsidRDefault="007205EF" w:rsidP="00963108">
            <w:pPr>
              <w:tabs>
                <w:tab w:val="left" w:pos="4"/>
                <w:tab w:val="left" w:pos="288"/>
                <w:tab w:val="left" w:pos="430"/>
              </w:tabs>
              <w:spacing w:after="0" w:line="240" w:lineRule="auto"/>
              <w:ind w:firstLine="181"/>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431">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095</w:t>
              </w:r>
              <w:r w:rsidRPr="007205EF">
                <w:rPr>
                  <w:rFonts w:ascii="Times New Roman" w:hAnsi="Times New Roman"/>
                  <w:color w:val="0000FF"/>
                  <w:sz w:val="24"/>
                  <w:szCs w:val="24"/>
                  <w:u w:val="single"/>
                </w:rPr>
                <w:t>bc</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76</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Время (единица времени — секунда); соотношение «начало, окончание, продолжительность события» в практической ситуации</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tcPr>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432">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0974</w:t>
              </w:r>
              <w:r w:rsidRPr="007205EF">
                <w:rPr>
                  <w:rFonts w:ascii="Times New Roman" w:hAnsi="Times New Roman"/>
                  <w:color w:val="0000FF"/>
                  <w:sz w:val="24"/>
                  <w:szCs w:val="24"/>
                  <w:u w:val="single"/>
                </w:rPr>
                <w:t>c</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77</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Расчёт времени. Соотношение «начало, окончание, продолжительность события» в практической ситуации</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val="restart"/>
          </w:tcPr>
          <w:p w:rsidR="007205EF" w:rsidRPr="007205EF" w:rsidRDefault="007205EF" w:rsidP="00963108">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Знающий и любящий свою малую родину, свой край, имеющий представление о Родине</w:t>
            </w:r>
            <w:r w:rsidRPr="007205EF">
              <w:rPr>
                <w:rFonts w:ascii="Times New Roman" w:hAnsi="Times New Roman" w:cs="Times New Roman"/>
                <w:sz w:val="24"/>
                <w:szCs w:val="24"/>
              </w:rPr>
              <w:t> </w:t>
            </w:r>
            <w:r w:rsidRPr="007205EF">
              <w:rPr>
                <w:rFonts w:ascii="Times New Roman" w:hAnsi="Times New Roman" w:cs="Times New Roman"/>
                <w:sz w:val="24"/>
                <w:szCs w:val="24"/>
                <w:lang w:val="ru-RU"/>
              </w:rPr>
              <w:t xml:space="preserve">— России, её территории, расположении. Сознающий ценность каждой человеческой жизни, признающий индивидуальность и достоинство каждого человека. </w:t>
            </w:r>
          </w:p>
          <w:p w:rsidR="007205EF" w:rsidRPr="007205EF" w:rsidRDefault="007205EF" w:rsidP="00963108">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lastRenderedPageBreak/>
              <w:t>Проявляющий интерес и уважение к отечественной и мировой художественной культуре.</w:t>
            </w:r>
          </w:p>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lastRenderedPageBreak/>
              <w:t xml:space="preserve">Библиотека ЦОК </w:t>
            </w:r>
            <w:hyperlink r:id="rId433">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0999</w:t>
              </w:r>
              <w:r w:rsidRPr="007205EF">
                <w:rPr>
                  <w:rFonts w:ascii="Times New Roman" w:hAnsi="Times New Roman"/>
                  <w:color w:val="0000FF"/>
                  <w:sz w:val="24"/>
                  <w:szCs w:val="24"/>
                  <w:u w:val="single"/>
                </w:rPr>
                <w:t>a</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78</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Соотношение «больше/ меньше на/в» в ситуации сравнения предметов и объектов на основе измерения величин</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tcPr>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434">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0</w:t>
              </w:r>
              <w:r w:rsidRPr="007205EF">
                <w:rPr>
                  <w:rFonts w:ascii="Times New Roman" w:hAnsi="Times New Roman"/>
                  <w:color w:val="0000FF"/>
                  <w:sz w:val="24"/>
                  <w:szCs w:val="24"/>
                  <w:u w:val="single"/>
                </w:rPr>
                <w:t>a</w:t>
              </w:r>
              <w:r w:rsidRPr="007205EF">
                <w:rPr>
                  <w:rFonts w:ascii="Times New Roman" w:hAnsi="Times New Roman"/>
                  <w:color w:val="0000FF"/>
                  <w:sz w:val="24"/>
                  <w:szCs w:val="24"/>
                  <w:u w:val="single"/>
                  <w:lang w:val="ru-RU"/>
                </w:rPr>
                <w:t>020</w:t>
              </w:r>
            </w:hyperlink>
          </w:p>
        </w:tc>
      </w:tr>
      <w:tr w:rsidR="007205EF" w:rsidRPr="007205EF"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lastRenderedPageBreak/>
              <w:t>79</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Проверочная работа</w:t>
            </w:r>
          </w:p>
        </w:tc>
        <w:tc>
          <w:tcPr>
            <w:tcW w:w="784" w:type="dxa"/>
          </w:tcPr>
          <w:p w:rsidR="007205EF" w:rsidRPr="007205EF" w:rsidRDefault="007205EF" w:rsidP="007205EF">
            <w:pPr>
              <w:spacing w:after="0"/>
              <w:ind w:left="135"/>
              <w:rPr>
                <w:sz w:val="24"/>
                <w:szCs w:val="24"/>
              </w:rPr>
            </w:pPr>
          </w:p>
        </w:tc>
        <w:tc>
          <w:tcPr>
            <w:tcW w:w="5203" w:type="dxa"/>
            <w:vMerge/>
          </w:tcPr>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7205EF" w:rsidP="007205EF">
            <w:pPr>
              <w:spacing w:after="0"/>
              <w:ind w:left="135"/>
              <w:rPr>
                <w:sz w:val="24"/>
                <w:szCs w:val="24"/>
              </w:rPr>
            </w:pPr>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80</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Устное умножение суммы на число</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tcPr>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435">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0</w:t>
              </w:r>
              <w:r w:rsidRPr="007205EF">
                <w:rPr>
                  <w:rFonts w:ascii="Times New Roman" w:hAnsi="Times New Roman"/>
                  <w:color w:val="0000FF"/>
                  <w:sz w:val="24"/>
                  <w:szCs w:val="24"/>
                  <w:u w:val="single"/>
                </w:rPr>
                <w:t>baf</w:t>
              </w:r>
              <w:r w:rsidRPr="007205EF">
                <w:rPr>
                  <w:rFonts w:ascii="Times New Roman" w:hAnsi="Times New Roman"/>
                  <w:color w:val="0000FF"/>
                  <w:sz w:val="24"/>
                  <w:szCs w:val="24"/>
                  <w:u w:val="single"/>
                  <w:lang w:val="ru-RU"/>
                </w:rPr>
                <w:t>6</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81</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Умножение и деление двузначного числа на однозначное число</w:t>
            </w:r>
          </w:p>
        </w:tc>
        <w:tc>
          <w:tcPr>
            <w:tcW w:w="784" w:type="dxa"/>
          </w:tcPr>
          <w:p w:rsidR="007205EF" w:rsidRPr="007205EF" w:rsidRDefault="007205EF" w:rsidP="007205EF">
            <w:pPr>
              <w:spacing w:after="0"/>
              <w:ind w:left="135"/>
              <w:rPr>
                <w:rFonts w:ascii="Times New Roman" w:hAnsi="Times New Roman"/>
                <w:color w:val="0000FF"/>
                <w:sz w:val="24"/>
                <w:szCs w:val="24"/>
                <w:u w:val="single"/>
                <w:lang w:val="ru-RU"/>
              </w:rPr>
            </w:pPr>
          </w:p>
        </w:tc>
        <w:tc>
          <w:tcPr>
            <w:tcW w:w="5203" w:type="dxa"/>
            <w:vMerge w:val="restart"/>
          </w:tcPr>
          <w:p w:rsidR="007205EF" w:rsidRPr="007205EF" w:rsidRDefault="007205EF" w:rsidP="00963108">
            <w:pPr>
              <w:spacing w:after="0" w:line="240" w:lineRule="auto"/>
              <w:jc w:val="both"/>
              <w:rPr>
                <w:rFonts w:ascii="Times New Roman" w:hAnsi="Times New Roman" w:cs="Times New Roman"/>
                <w:w w:val="0"/>
                <w:sz w:val="24"/>
                <w:szCs w:val="24"/>
                <w:lang w:val="ru-RU"/>
              </w:rPr>
            </w:pPr>
          </w:p>
          <w:p w:rsidR="007205EF" w:rsidRPr="007205EF" w:rsidRDefault="007205EF" w:rsidP="00963108">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Проявляющий интерес и уважение к отечественной и мировой художественной культуре.</w:t>
            </w:r>
          </w:p>
          <w:p w:rsidR="007205EF" w:rsidRPr="007205EF" w:rsidRDefault="007205EF" w:rsidP="00963108">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 xml:space="preserve">Владеющий основными навыками личной и общественной гигиены, безопасного поведения в быту, природе, обществе. Проявляющий уважение к труду, людям труда, бережное отношение к результатам труда, ответственное потребление. </w:t>
            </w:r>
          </w:p>
          <w:p w:rsidR="007205EF" w:rsidRPr="007205EF" w:rsidRDefault="007205EF" w:rsidP="00963108">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8E75F7" w:rsidP="007205EF">
            <w:pPr>
              <w:spacing w:after="0"/>
              <w:ind w:left="135"/>
              <w:rPr>
                <w:sz w:val="24"/>
                <w:szCs w:val="24"/>
                <w:lang w:val="ru-RU"/>
              </w:rPr>
            </w:pPr>
            <w:hyperlink r:id="rId436">
              <w:r w:rsidR="007205EF" w:rsidRPr="007205EF">
                <w:rPr>
                  <w:rFonts w:ascii="Times New Roman" w:hAnsi="Times New Roman"/>
                  <w:color w:val="0000FF"/>
                  <w:sz w:val="24"/>
                  <w:szCs w:val="24"/>
                  <w:u w:val="single"/>
                </w:rPr>
                <w:t>https</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education</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yandex</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ru</w:t>
              </w:r>
            </w:hyperlink>
            <w:r w:rsidR="007205EF" w:rsidRPr="007205EF">
              <w:rPr>
                <w:rFonts w:ascii="Times New Roman" w:hAnsi="Times New Roman"/>
                <w:color w:val="000000"/>
                <w:sz w:val="24"/>
                <w:szCs w:val="24"/>
                <w:lang w:val="ru-RU"/>
              </w:rPr>
              <w:t xml:space="preserve"> </w:t>
            </w:r>
            <w:hyperlink r:id="rId437">
              <w:r w:rsidR="007205EF" w:rsidRPr="007205EF">
                <w:rPr>
                  <w:rFonts w:ascii="Times New Roman" w:hAnsi="Times New Roman"/>
                  <w:color w:val="0000FF"/>
                  <w:sz w:val="24"/>
                  <w:szCs w:val="24"/>
                  <w:u w:val="single"/>
                </w:rPr>
                <w:t>https</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uchi</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ru</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82</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Внетабличное устное умножение и деление в пределах 100</w:t>
            </w:r>
          </w:p>
        </w:tc>
        <w:tc>
          <w:tcPr>
            <w:tcW w:w="784" w:type="dxa"/>
          </w:tcPr>
          <w:p w:rsidR="007205EF" w:rsidRPr="007205EF" w:rsidRDefault="007205EF" w:rsidP="007205EF">
            <w:pPr>
              <w:spacing w:after="0"/>
              <w:ind w:left="135"/>
              <w:rPr>
                <w:rFonts w:ascii="Times New Roman" w:hAnsi="Times New Roman"/>
                <w:color w:val="0000FF"/>
                <w:sz w:val="24"/>
                <w:szCs w:val="24"/>
                <w:u w:val="single"/>
                <w:lang w:val="ru-RU"/>
              </w:rPr>
            </w:pPr>
          </w:p>
        </w:tc>
        <w:tc>
          <w:tcPr>
            <w:tcW w:w="5203" w:type="dxa"/>
            <w:vMerge/>
          </w:tcPr>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8E75F7" w:rsidP="007205EF">
            <w:pPr>
              <w:spacing w:after="0"/>
              <w:ind w:left="135"/>
              <w:rPr>
                <w:sz w:val="24"/>
                <w:szCs w:val="24"/>
                <w:lang w:val="ru-RU"/>
              </w:rPr>
            </w:pPr>
            <w:hyperlink r:id="rId438">
              <w:r w:rsidR="007205EF" w:rsidRPr="007205EF">
                <w:rPr>
                  <w:rFonts w:ascii="Times New Roman" w:hAnsi="Times New Roman"/>
                  <w:color w:val="0000FF"/>
                  <w:sz w:val="24"/>
                  <w:szCs w:val="24"/>
                  <w:u w:val="single"/>
                </w:rPr>
                <w:t>https</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education</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yandex</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ru</w:t>
              </w:r>
            </w:hyperlink>
            <w:r w:rsidR="007205EF" w:rsidRPr="007205EF">
              <w:rPr>
                <w:rFonts w:ascii="Times New Roman" w:hAnsi="Times New Roman"/>
                <w:color w:val="000000"/>
                <w:sz w:val="24"/>
                <w:szCs w:val="24"/>
                <w:lang w:val="ru-RU"/>
              </w:rPr>
              <w:t xml:space="preserve"> </w:t>
            </w:r>
            <w:hyperlink r:id="rId439">
              <w:r w:rsidR="007205EF" w:rsidRPr="007205EF">
                <w:rPr>
                  <w:rFonts w:ascii="Times New Roman" w:hAnsi="Times New Roman"/>
                  <w:color w:val="0000FF"/>
                  <w:sz w:val="24"/>
                  <w:szCs w:val="24"/>
                  <w:u w:val="single"/>
                </w:rPr>
                <w:t>https</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uchi</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ru</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83</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Приемы умножения двузначного числа на однозначное число</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tcPr>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440">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0</w:t>
              </w:r>
              <w:r w:rsidRPr="007205EF">
                <w:rPr>
                  <w:rFonts w:ascii="Times New Roman" w:hAnsi="Times New Roman"/>
                  <w:color w:val="0000FF"/>
                  <w:sz w:val="24"/>
                  <w:szCs w:val="24"/>
                  <w:u w:val="single"/>
                </w:rPr>
                <w:t>bcc</w:t>
              </w:r>
              <w:r w:rsidRPr="007205EF">
                <w:rPr>
                  <w:rFonts w:ascii="Times New Roman" w:hAnsi="Times New Roman"/>
                  <w:color w:val="0000FF"/>
                  <w:sz w:val="24"/>
                  <w:szCs w:val="24"/>
                  <w:u w:val="single"/>
                  <w:lang w:val="ru-RU"/>
                </w:rPr>
                <w:t>2</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84</w:t>
            </w:r>
          </w:p>
        </w:tc>
        <w:tc>
          <w:tcPr>
            <w:tcW w:w="4802" w:type="dxa"/>
            <w:tcMar>
              <w:top w:w="50" w:type="dxa"/>
              <w:left w:w="100" w:type="dxa"/>
            </w:tcMar>
            <w:vAlign w:val="center"/>
          </w:tcPr>
          <w:p w:rsidR="007205EF" w:rsidRPr="007205EF" w:rsidRDefault="007205EF" w:rsidP="007205EF">
            <w:pPr>
              <w:spacing w:after="0"/>
              <w:ind w:left="135"/>
              <w:rPr>
                <w:sz w:val="24"/>
                <w:szCs w:val="24"/>
              </w:rPr>
            </w:pPr>
            <w:r w:rsidRPr="007205EF">
              <w:rPr>
                <w:rFonts w:ascii="Times New Roman" w:hAnsi="Times New Roman"/>
                <w:color w:val="000000"/>
                <w:sz w:val="24"/>
                <w:szCs w:val="24"/>
              </w:rPr>
              <w:t>Выбор верного решения задачи</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tcPr>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441">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10</w:t>
              </w:r>
              <w:r w:rsidRPr="007205EF">
                <w:rPr>
                  <w:rFonts w:ascii="Times New Roman" w:hAnsi="Times New Roman"/>
                  <w:color w:val="0000FF"/>
                  <w:sz w:val="24"/>
                  <w:szCs w:val="24"/>
                  <w:u w:val="single"/>
                </w:rPr>
                <w:t>d</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85</w:t>
            </w:r>
          </w:p>
        </w:tc>
        <w:tc>
          <w:tcPr>
            <w:tcW w:w="4802" w:type="dxa"/>
            <w:tcMar>
              <w:top w:w="50" w:type="dxa"/>
              <w:left w:w="100" w:type="dxa"/>
            </w:tcMar>
            <w:vAlign w:val="center"/>
          </w:tcPr>
          <w:p w:rsidR="007205EF" w:rsidRPr="007205EF" w:rsidRDefault="007205EF" w:rsidP="007205EF">
            <w:pPr>
              <w:spacing w:after="0"/>
              <w:ind w:left="135"/>
              <w:rPr>
                <w:sz w:val="24"/>
                <w:szCs w:val="24"/>
              </w:rPr>
            </w:pPr>
            <w:r w:rsidRPr="007205EF">
              <w:rPr>
                <w:rFonts w:ascii="Times New Roman" w:hAnsi="Times New Roman"/>
                <w:color w:val="000000"/>
                <w:sz w:val="24"/>
                <w:szCs w:val="24"/>
              </w:rPr>
              <w:t>Разные способы решения задачи</w:t>
            </w:r>
          </w:p>
        </w:tc>
        <w:tc>
          <w:tcPr>
            <w:tcW w:w="784" w:type="dxa"/>
          </w:tcPr>
          <w:p w:rsidR="007205EF" w:rsidRPr="007205EF" w:rsidRDefault="007205EF" w:rsidP="007205EF">
            <w:pPr>
              <w:spacing w:after="0"/>
              <w:ind w:left="135"/>
              <w:rPr>
                <w:rFonts w:ascii="Times New Roman" w:hAnsi="Times New Roman"/>
                <w:color w:val="0000FF"/>
                <w:sz w:val="24"/>
                <w:szCs w:val="24"/>
                <w:u w:val="single"/>
              </w:rPr>
            </w:pPr>
          </w:p>
        </w:tc>
        <w:tc>
          <w:tcPr>
            <w:tcW w:w="5203" w:type="dxa"/>
            <w:vMerge/>
          </w:tcPr>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8E75F7" w:rsidP="007205EF">
            <w:pPr>
              <w:spacing w:after="0"/>
              <w:ind w:left="135"/>
              <w:rPr>
                <w:sz w:val="24"/>
                <w:szCs w:val="24"/>
                <w:lang w:val="ru-RU"/>
              </w:rPr>
            </w:pPr>
            <w:hyperlink r:id="rId442">
              <w:r w:rsidR="007205EF" w:rsidRPr="007205EF">
                <w:rPr>
                  <w:rFonts w:ascii="Times New Roman" w:hAnsi="Times New Roman"/>
                  <w:color w:val="0000FF"/>
                  <w:sz w:val="24"/>
                  <w:szCs w:val="24"/>
                  <w:u w:val="single"/>
                </w:rPr>
                <w:t>https</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education</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yandex</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ru</w:t>
              </w:r>
            </w:hyperlink>
            <w:r w:rsidR="007205EF" w:rsidRPr="007205EF">
              <w:rPr>
                <w:rFonts w:ascii="Times New Roman" w:hAnsi="Times New Roman"/>
                <w:color w:val="000000"/>
                <w:sz w:val="24"/>
                <w:szCs w:val="24"/>
                <w:lang w:val="ru-RU"/>
              </w:rPr>
              <w:t xml:space="preserve"> </w:t>
            </w:r>
            <w:hyperlink r:id="rId443">
              <w:r w:rsidR="007205EF" w:rsidRPr="007205EF">
                <w:rPr>
                  <w:rFonts w:ascii="Times New Roman" w:hAnsi="Times New Roman"/>
                  <w:color w:val="0000FF"/>
                  <w:sz w:val="24"/>
                  <w:szCs w:val="24"/>
                  <w:u w:val="single"/>
                </w:rPr>
                <w:t>https</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uchi</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ru</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86</w:t>
            </w:r>
          </w:p>
        </w:tc>
        <w:tc>
          <w:tcPr>
            <w:tcW w:w="4802" w:type="dxa"/>
            <w:tcMar>
              <w:top w:w="50" w:type="dxa"/>
              <w:left w:w="100" w:type="dxa"/>
            </w:tcMar>
            <w:vAlign w:val="center"/>
          </w:tcPr>
          <w:p w:rsidR="007205EF" w:rsidRPr="007205EF" w:rsidRDefault="007205EF" w:rsidP="007205EF">
            <w:pPr>
              <w:spacing w:after="0"/>
              <w:ind w:left="135"/>
              <w:rPr>
                <w:sz w:val="24"/>
                <w:szCs w:val="24"/>
              </w:rPr>
            </w:pPr>
            <w:r w:rsidRPr="007205EF">
              <w:rPr>
                <w:rFonts w:ascii="Times New Roman" w:hAnsi="Times New Roman"/>
                <w:color w:val="000000"/>
                <w:sz w:val="24"/>
                <w:szCs w:val="24"/>
              </w:rPr>
              <w:t>Деление суммы на число</w:t>
            </w:r>
          </w:p>
        </w:tc>
        <w:tc>
          <w:tcPr>
            <w:tcW w:w="784" w:type="dxa"/>
          </w:tcPr>
          <w:p w:rsidR="007205EF" w:rsidRPr="007205EF" w:rsidRDefault="007205EF" w:rsidP="007205EF">
            <w:pPr>
              <w:spacing w:after="0"/>
              <w:ind w:left="135"/>
              <w:rPr>
                <w:rFonts w:ascii="Times New Roman" w:hAnsi="Times New Roman"/>
                <w:color w:val="0000FF"/>
                <w:sz w:val="24"/>
                <w:szCs w:val="24"/>
                <w:u w:val="single"/>
              </w:rPr>
            </w:pPr>
          </w:p>
        </w:tc>
        <w:tc>
          <w:tcPr>
            <w:tcW w:w="5203" w:type="dxa"/>
            <w:vMerge/>
          </w:tcPr>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8E75F7" w:rsidP="007205EF">
            <w:pPr>
              <w:spacing w:after="0"/>
              <w:ind w:left="135"/>
              <w:rPr>
                <w:sz w:val="24"/>
                <w:szCs w:val="24"/>
                <w:lang w:val="ru-RU"/>
              </w:rPr>
            </w:pPr>
            <w:hyperlink r:id="rId444">
              <w:r w:rsidR="007205EF" w:rsidRPr="007205EF">
                <w:rPr>
                  <w:rFonts w:ascii="Times New Roman" w:hAnsi="Times New Roman"/>
                  <w:color w:val="0000FF"/>
                  <w:sz w:val="24"/>
                  <w:szCs w:val="24"/>
                  <w:u w:val="single"/>
                </w:rPr>
                <w:t>https</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education</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yandex</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ru</w:t>
              </w:r>
            </w:hyperlink>
            <w:r w:rsidR="007205EF" w:rsidRPr="007205EF">
              <w:rPr>
                <w:rFonts w:ascii="Times New Roman" w:hAnsi="Times New Roman"/>
                <w:color w:val="000000"/>
                <w:sz w:val="24"/>
                <w:szCs w:val="24"/>
                <w:lang w:val="ru-RU"/>
              </w:rPr>
              <w:t xml:space="preserve"> </w:t>
            </w:r>
            <w:hyperlink r:id="rId445">
              <w:r w:rsidR="007205EF" w:rsidRPr="007205EF">
                <w:rPr>
                  <w:rFonts w:ascii="Times New Roman" w:hAnsi="Times New Roman"/>
                  <w:color w:val="0000FF"/>
                  <w:sz w:val="24"/>
                  <w:szCs w:val="24"/>
                  <w:u w:val="single"/>
                </w:rPr>
                <w:t>https</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uchi</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ru</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87</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Разные приемы записи решения задачи</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tcPr>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446">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120</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0</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88</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Нахождение неизвестного компонента арифметического действия умножения (деления)</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val="restart"/>
          </w:tcPr>
          <w:p w:rsidR="007205EF" w:rsidRPr="007205EF" w:rsidRDefault="007205EF" w:rsidP="00963108">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 xml:space="preserve">Проявляющий уважение к труду, людям труда, бережное отношение к результатам труда, ответственное потребление. </w:t>
            </w:r>
          </w:p>
          <w:p w:rsidR="007205EF" w:rsidRPr="007205EF" w:rsidRDefault="007205EF" w:rsidP="00963108">
            <w:pPr>
              <w:tabs>
                <w:tab w:val="left" w:pos="4"/>
                <w:tab w:val="left" w:pos="288"/>
                <w:tab w:val="left" w:pos="430"/>
              </w:tabs>
              <w:spacing w:after="0" w:line="240" w:lineRule="auto"/>
              <w:ind w:firstLine="181"/>
              <w:jc w:val="both"/>
              <w:rPr>
                <w:rFonts w:ascii="Times New Roman" w:hAnsi="Times New Roman" w:cs="Times New Roman"/>
                <w:w w:val="0"/>
                <w:sz w:val="24"/>
                <w:szCs w:val="24"/>
                <w:lang w:val="ru-RU"/>
              </w:rPr>
            </w:pPr>
            <w:r w:rsidRPr="007205EF">
              <w:rPr>
                <w:rFonts w:ascii="Times New Roman" w:hAnsi="Times New Roman" w:cs="Times New Roman"/>
                <w:sz w:val="24"/>
                <w:szCs w:val="24"/>
                <w:lang w:val="ru-RU"/>
              </w:rPr>
              <w:t>Выражающий познавательные интересы, активность, любознательность и самостоятельность в познании, интерес и уважение к научным знаниям, науке.</w:t>
            </w: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447">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0</w:t>
              </w:r>
              <w:r w:rsidRPr="007205EF">
                <w:rPr>
                  <w:rFonts w:ascii="Times New Roman" w:hAnsi="Times New Roman"/>
                  <w:color w:val="0000FF"/>
                  <w:sz w:val="24"/>
                  <w:szCs w:val="24"/>
                  <w:u w:val="single"/>
                </w:rPr>
                <w:t>d</w:t>
              </w:r>
              <w:r w:rsidRPr="007205EF">
                <w:rPr>
                  <w:rFonts w:ascii="Times New Roman" w:hAnsi="Times New Roman"/>
                  <w:color w:val="0000FF"/>
                  <w:sz w:val="24"/>
                  <w:szCs w:val="24"/>
                  <w:u w:val="single"/>
                  <w:lang w:val="ru-RU"/>
                </w:rPr>
                <w:t>400</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89</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Устное деление двузначного числа на двузначное</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tcPr>
          <w:p w:rsidR="007205EF" w:rsidRPr="007205EF" w:rsidRDefault="007205EF" w:rsidP="00963108">
            <w:pPr>
              <w:tabs>
                <w:tab w:val="left" w:pos="4"/>
                <w:tab w:val="left" w:pos="288"/>
                <w:tab w:val="left" w:pos="430"/>
              </w:tabs>
              <w:spacing w:after="0" w:line="240" w:lineRule="auto"/>
              <w:ind w:firstLine="181"/>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448">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0</w:t>
              </w:r>
              <w:r w:rsidRPr="007205EF">
                <w:rPr>
                  <w:rFonts w:ascii="Times New Roman" w:hAnsi="Times New Roman"/>
                  <w:color w:val="0000FF"/>
                  <w:sz w:val="24"/>
                  <w:szCs w:val="24"/>
                  <w:u w:val="single"/>
                </w:rPr>
                <w:t>b</w:t>
              </w:r>
              <w:r w:rsidRPr="007205EF">
                <w:rPr>
                  <w:rFonts w:ascii="Times New Roman" w:hAnsi="Times New Roman"/>
                  <w:color w:val="0000FF"/>
                  <w:sz w:val="24"/>
                  <w:szCs w:val="24"/>
                  <w:u w:val="single"/>
                  <w:lang w:val="ru-RU"/>
                </w:rPr>
                <w:t>8</w:t>
              </w:r>
              <w:r w:rsidRPr="007205EF">
                <w:rPr>
                  <w:rFonts w:ascii="Times New Roman" w:hAnsi="Times New Roman"/>
                  <w:color w:val="0000FF"/>
                  <w:sz w:val="24"/>
                  <w:szCs w:val="24"/>
                  <w:u w:val="single"/>
                </w:rPr>
                <w:t>ee</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90</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Проверка результата вычисления: обратное действие, применение алгоритма, оценка достоверности результата</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tcPr>
          <w:p w:rsidR="007205EF" w:rsidRPr="007205EF" w:rsidRDefault="007205EF" w:rsidP="00963108">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449">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0</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634</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91</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Деление на однозначное число в пределах 100</w:t>
            </w:r>
          </w:p>
        </w:tc>
        <w:tc>
          <w:tcPr>
            <w:tcW w:w="784" w:type="dxa"/>
          </w:tcPr>
          <w:p w:rsidR="007205EF" w:rsidRPr="007205EF" w:rsidRDefault="007205EF" w:rsidP="007205EF">
            <w:pPr>
              <w:spacing w:after="0"/>
              <w:ind w:left="135"/>
              <w:rPr>
                <w:rFonts w:ascii="Times New Roman" w:hAnsi="Times New Roman"/>
                <w:color w:val="0000FF"/>
                <w:sz w:val="24"/>
                <w:szCs w:val="24"/>
                <w:u w:val="single"/>
                <w:lang w:val="ru-RU"/>
              </w:rPr>
            </w:pPr>
          </w:p>
        </w:tc>
        <w:tc>
          <w:tcPr>
            <w:tcW w:w="5203" w:type="dxa"/>
            <w:vMerge w:val="restart"/>
          </w:tcPr>
          <w:p w:rsidR="007205EF" w:rsidRPr="007205EF" w:rsidRDefault="007205EF" w:rsidP="00963108">
            <w:pPr>
              <w:spacing w:after="0" w:line="240" w:lineRule="auto"/>
              <w:jc w:val="both"/>
              <w:rPr>
                <w:rFonts w:ascii="Times New Roman" w:hAnsi="Times New Roman" w:cs="Times New Roman"/>
                <w:w w:val="0"/>
                <w:sz w:val="24"/>
                <w:szCs w:val="24"/>
                <w:lang w:val="ru-RU"/>
              </w:rPr>
            </w:pPr>
            <w:r w:rsidRPr="007205EF">
              <w:rPr>
                <w:rFonts w:ascii="Times New Roman" w:hAnsi="Times New Roman" w:cs="Times New Roman"/>
                <w:sz w:val="24"/>
                <w:szCs w:val="24"/>
                <w:lang w:val="ru-RU"/>
              </w:rPr>
              <w:t xml:space="preserve">Проявляющий интерес к разным профессиям. Выражающий познавательные интересы, </w:t>
            </w:r>
            <w:r w:rsidRPr="007205EF">
              <w:rPr>
                <w:rFonts w:ascii="Times New Roman" w:hAnsi="Times New Roman" w:cs="Times New Roman"/>
                <w:sz w:val="24"/>
                <w:szCs w:val="24"/>
                <w:lang w:val="ru-RU"/>
              </w:rPr>
              <w:lastRenderedPageBreak/>
              <w:t>активность, любознательность и самостоятельность в познании, интерес и уважение к научным знаниям, науке.</w:t>
            </w:r>
          </w:p>
        </w:tc>
        <w:tc>
          <w:tcPr>
            <w:tcW w:w="3675" w:type="dxa"/>
            <w:tcMar>
              <w:top w:w="50" w:type="dxa"/>
              <w:left w:w="100" w:type="dxa"/>
            </w:tcMar>
            <w:vAlign w:val="center"/>
          </w:tcPr>
          <w:p w:rsidR="007205EF" w:rsidRPr="007205EF" w:rsidRDefault="008E75F7" w:rsidP="007205EF">
            <w:pPr>
              <w:spacing w:after="0"/>
              <w:ind w:left="135"/>
              <w:rPr>
                <w:sz w:val="24"/>
                <w:szCs w:val="24"/>
                <w:lang w:val="ru-RU"/>
              </w:rPr>
            </w:pPr>
            <w:hyperlink r:id="rId450">
              <w:r w:rsidR="007205EF" w:rsidRPr="007205EF">
                <w:rPr>
                  <w:rFonts w:ascii="Times New Roman" w:hAnsi="Times New Roman"/>
                  <w:color w:val="0000FF"/>
                  <w:sz w:val="24"/>
                  <w:szCs w:val="24"/>
                  <w:u w:val="single"/>
                </w:rPr>
                <w:t>https</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education</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yandex</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ru</w:t>
              </w:r>
            </w:hyperlink>
            <w:r w:rsidR="007205EF" w:rsidRPr="007205EF">
              <w:rPr>
                <w:rFonts w:ascii="Times New Roman" w:hAnsi="Times New Roman"/>
                <w:color w:val="000000"/>
                <w:sz w:val="24"/>
                <w:szCs w:val="24"/>
                <w:lang w:val="ru-RU"/>
              </w:rPr>
              <w:t xml:space="preserve"> </w:t>
            </w:r>
            <w:hyperlink r:id="rId451">
              <w:r w:rsidR="007205EF" w:rsidRPr="007205EF">
                <w:rPr>
                  <w:rFonts w:ascii="Times New Roman" w:hAnsi="Times New Roman"/>
                  <w:color w:val="0000FF"/>
                  <w:sz w:val="24"/>
                  <w:szCs w:val="24"/>
                  <w:u w:val="single"/>
                </w:rPr>
                <w:t>https</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uchi</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ru</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lastRenderedPageBreak/>
              <w:t>92</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Применение устных приёмов вычисления для решения практических задач</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tcPr>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452">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0</w:t>
              </w:r>
              <w:r w:rsidRPr="007205EF">
                <w:rPr>
                  <w:rFonts w:ascii="Times New Roman" w:hAnsi="Times New Roman"/>
                  <w:color w:val="0000FF"/>
                  <w:sz w:val="24"/>
                  <w:szCs w:val="24"/>
                  <w:u w:val="single"/>
                </w:rPr>
                <w:t>be</w:t>
              </w:r>
              <w:r w:rsidRPr="007205EF">
                <w:rPr>
                  <w:rFonts w:ascii="Times New Roman" w:hAnsi="Times New Roman"/>
                  <w:color w:val="0000FF"/>
                  <w:sz w:val="24"/>
                  <w:szCs w:val="24"/>
                  <w:u w:val="single"/>
                  <w:lang w:val="ru-RU"/>
                </w:rPr>
                <w:t>8</w:t>
              </w:r>
              <w:r w:rsidRPr="007205EF">
                <w:rPr>
                  <w:rFonts w:ascii="Times New Roman" w:hAnsi="Times New Roman"/>
                  <w:color w:val="0000FF"/>
                  <w:sz w:val="24"/>
                  <w:szCs w:val="24"/>
                  <w:u w:val="single"/>
                </w:rPr>
                <w:t>e</w:t>
              </w:r>
            </w:hyperlink>
          </w:p>
        </w:tc>
      </w:tr>
      <w:tr w:rsidR="007205EF" w:rsidRPr="007205EF"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93</w:t>
            </w:r>
          </w:p>
        </w:tc>
        <w:tc>
          <w:tcPr>
            <w:tcW w:w="4802" w:type="dxa"/>
            <w:tcMar>
              <w:top w:w="50" w:type="dxa"/>
              <w:left w:w="100" w:type="dxa"/>
            </w:tcMar>
            <w:vAlign w:val="center"/>
          </w:tcPr>
          <w:p w:rsidR="007205EF" w:rsidRPr="007205EF" w:rsidRDefault="007205EF" w:rsidP="007205EF">
            <w:pPr>
              <w:spacing w:after="0"/>
              <w:ind w:left="135"/>
              <w:rPr>
                <w:sz w:val="24"/>
                <w:szCs w:val="24"/>
              </w:rPr>
            </w:pPr>
            <w:r w:rsidRPr="007205EF">
              <w:rPr>
                <w:rFonts w:ascii="Times New Roman" w:hAnsi="Times New Roman"/>
                <w:color w:val="000000"/>
                <w:sz w:val="24"/>
                <w:szCs w:val="24"/>
              </w:rPr>
              <w:t>Контрольная работа №3</w:t>
            </w:r>
          </w:p>
        </w:tc>
        <w:tc>
          <w:tcPr>
            <w:tcW w:w="784" w:type="dxa"/>
          </w:tcPr>
          <w:p w:rsidR="007205EF" w:rsidRPr="007205EF" w:rsidRDefault="007205EF" w:rsidP="007205EF">
            <w:pPr>
              <w:spacing w:after="0"/>
              <w:ind w:left="135"/>
              <w:rPr>
                <w:sz w:val="24"/>
                <w:szCs w:val="24"/>
              </w:rPr>
            </w:pPr>
          </w:p>
        </w:tc>
        <w:tc>
          <w:tcPr>
            <w:tcW w:w="5203" w:type="dxa"/>
            <w:vMerge/>
          </w:tcPr>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94</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Задачи на понимание смысла арифметического действия деление с остатком</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val="restart"/>
          </w:tcPr>
          <w:p w:rsidR="007205EF" w:rsidRPr="007205EF" w:rsidRDefault="007205EF" w:rsidP="00963108">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Знающий и любящий свою малую родину, свой край, имеющий представление о Родине</w:t>
            </w:r>
            <w:r w:rsidRPr="007205EF">
              <w:rPr>
                <w:rFonts w:ascii="Times New Roman" w:hAnsi="Times New Roman" w:cs="Times New Roman"/>
                <w:sz w:val="24"/>
                <w:szCs w:val="24"/>
              </w:rPr>
              <w:t> </w:t>
            </w:r>
            <w:r w:rsidRPr="007205EF">
              <w:rPr>
                <w:rFonts w:ascii="Times New Roman" w:hAnsi="Times New Roman" w:cs="Times New Roman"/>
                <w:sz w:val="24"/>
                <w:szCs w:val="24"/>
                <w:lang w:val="ru-RU"/>
              </w:rPr>
              <w:t xml:space="preserve">— России, её территории, расположении. Сознающий ценность каждой человеческой жизни, признающий индивидуальность и достоинство каждого человека. </w:t>
            </w:r>
          </w:p>
          <w:p w:rsidR="007205EF" w:rsidRPr="007205EF" w:rsidRDefault="007205EF" w:rsidP="00963108">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Проявляющий интерес и уважение к отечественной и мировой художественной культуре.</w:t>
            </w: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453">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0</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212</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95</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Устное деление с остатком; его применение в практических ситуациях</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tcPr>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454">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0</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3</w:t>
              </w:r>
              <w:r w:rsidRPr="007205EF">
                <w:rPr>
                  <w:rFonts w:ascii="Times New Roman" w:hAnsi="Times New Roman"/>
                  <w:color w:val="0000FF"/>
                  <w:sz w:val="24"/>
                  <w:szCs w:val="24"/>
                  <w:u w:val="single"/>
                </w:rPr>
                <w:t>f</w:t>
              </w:r>
              <w:r w:rsidRPr="007205EF">
                <w:rPr>
                  <w:rFonts w:ascii="Times New Roman" w:hAnsi="Times New Roman"/>
                  <w:color w:val="0000FF"/>
                  <w:sz w:val="24"/>
                  <w:szCs w:val="24"/>
                  <w:u w:val="single"/>
                  <w:lang w:val="ru-RU"/>
                </w:rPr>
                <w:t>2</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96</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Нахождение периметра в заданных единицах длины</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val="restart"/>
          </w:tcPr>
          <w:p w:rsidR="007205EF" w:rsidRPr="007205EF" w:rsidRDefault="007205EF" w:rsidP="00963108">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Проявляющий интерес и уважение к отечественной и мировой художественной культуре.</w:t>
            </w:r>
          </w:p>
          <w:p w:rsidR="007205EF" w:rsidRPr="007205EF" w:rsidRDefault="007205EF" w:rsidP="00963108">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 xml:space="preserve">Владеющий основными навыками личной и общественной гигиены, безопасного поведения в быту, природе, обществе. Проявляющий уважение к труду, людям труда, бережное отношение к результатам труда, ответственное потребление. </w:t>
            </w:r>
          </w:p>
          <w:p w:rsidR="007205EF" w:rsidRPr="007205EF" w:rsidRDefault="007205EF" w:rsidP="00963108">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7205EF" w:rsidRPr="007205EF" w:rsidRDefault="007205EF" w:rsidP="00963108">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 xml:space="preserve">Проявляющий уважение к труду, людям труда, бережное отношение к результатам труда, ответственное потребление. </w:t>
            </w:r>
          </w:p>
          <w:p w:rsidR="007205EF" w:rsidRPr="007205EF" w:rsidRDefault="007205EF" w:rsidP="00963108">
            <w:pPr>
              <w:tabs>
                <w:tab w:val="left" w:pos="4"/>
                <w:tab w:val="left" w:pos="288"/>
                <w:tab w:val="left" w:pos="430"/>
              </w:tabs>
              <w:spacing w:after="0" w:line="240" w:lineRule="auto"/>
              <w:ind w:firstLine="181"/>
              <w:jc w:val="both"/>
              <w:rPr>
                <w:rFonts w:ascii="Times New Roman" w:hAnsi="Times New Roman" w:cs="Times New Roman"/>
                <w:w w:val="0"/>
                <w:sz w:val="24"/>
                <w:szCs w:val="24"/>
                <w:lang w:val="ru-RU"/>
              </w:rPr>
            </w:pPr>
            <w:r w:rsidRPr="007205EF">
              <w:rPr>
                <w:rFonts w:ascii="Times New Roman" w:hAnsi="Times New Roman" w:cs="Times New Roman"/>
                <w:sz w:val="24"/>
                <w:szCs w:val="24"/>
                <w:lang w:val="ru-RU"/>
              </w:rPr>
              <w:t>Выражающий познавательные интересы, активность, любознательность и самостоятельность в познании, интерес и уважение к научным знаниям, науке.</w:t>
            </w: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455">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13666</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97</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Изображение на клетчатой бумаге прямоугольника с заданным значением периметра</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tcPr>
          <w:p w:rsidR="007205EF" w:rsidRPr="007205EF" w:rsidRDefault="007205EF" w:rsidP="00963108">
            <w:pPr>
              <w:tabs>
                <w:tab w:val="left" w:pos="4"/>
                <w:tab w:val="left" w:pos="288"/>
                <w:tab w:val="left" w:pos="430"/>
              </w:tabs>
              <w:spacing w:after="0" w:line="240" w:lineRule="auto"/>
              <w:ind w:firstLine="181"/>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456">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14</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8</w:t>
              </w:r>
              <w:r w:rsidRPr="007205EF">
                <w:rPr>
                  <w:rFonts w:ascii="Times New Roman" w:hAnsi="Times New Roman"/>
                  <w:color w:val="0000FF"/>
                  <w:sz w:val="24"/>
                  <w:szCs w:val="24"/>
                  <w:u w:val="single"/>
                </w:rPr>
                <w:t>c</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98</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Дополнение изображения (чертежа) данными на основе измерения</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tcPr>
          <w:p w:rsidR="007205EF" w:rsidRPr="007205EF" w:rsidRDefault="007205EF" w:rsidP="00963108">
            <w:pPr>
              <w:tabs>
                <w:tab w:val="left" w:pos="4"/>
                <w:tab w:val="left" w:pos="288"/>
                <w:tab w:val="left" w:pos="430"/>
              </w:tabs>
              <w:spacing w:after="0" w:line="240" w:lineRule="auto"/>
              <w:ind w:firstLine="181"/>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457">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14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62</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99</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Работа с таблицей: анализ данных, использование информации для ответов на вопросы и решения задач</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tcPr>
          <w:p w:rsidR="007205EF" w:rsidRPr="007205EF" w:rsidRDefault="007205EF" w:rsidP="00963108">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458">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16078</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100</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Стоимость (единицы — рубль, копейка); установление отношения «дороже/дешевле на/в» (в повторение)</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tcPr>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459">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092</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101</w:t>
            </w:r>
          </w:p>
        </w:tc>
        <w:tc>
          <w:tcPr>
            <w:tcW w:w="4802" w:type="dxa"/>
            <w:tcMar>
              <w:top w:w="50" w:type="dxa"/>
              <w:left w:w="100" w:type="dxa"/>
            </w:tcMar>
            <w:vAlign w:val="center"/>
          </w:tcPr>
          <w:p w:rsidR="007205EF" w:rsidRPr="007205EF" w:rsidRDefault="007205EF" w:rsidP="007205EF">
            <w:pPr>
              <w:spacing w:after="0"/>
              <w:ind w:left="135"/>
              <w:rPr>
                <w:sz w:val="24"/>
                <w:szCs w:val="24"/>
              </w:rPr>
            </w:pPr>
            <w:r w:rsidRPr="007205EF">
              <w:rPr>
                <w:rFonts w:ascii="Times New Roman" w:hAnsi="Times New Roman"/>
                <w:color w:val="000000"/>
                <w:sz w:val="24"/>
                <w:szCs w:val="24"/>
                <w:lang w:val="ru-RU"/>
              </w:rPr>
              <w:t xml:space="preserve">Практическая работа по разделу "Величины". </w:t>
            </w:r>
            <w:r w:rsidRPr="007205EF">
              <w:rPr>
                <w:rFonts w:ascii="Times New Roman" w:hAnsi="Times New Roman"/>
                <w:color w:val="000000"/>
                <w:sz w:val="24"/>
                <w:szCs w:val="24"/>
              </w:rPr>
              <w:t>Повторение</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tcPr>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460">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14</w:t>
              </w:r>
              <w:r w:rsidRPr="007205EF">
                <w:rPr>
                  <w:rFonts w:ascii="Times New Roman" w:hAnsi="Times New Roman"/>
                  <w:color w:val="0000FF"/>
                  <w:sz w:val="24"/>
                  <w:szCs w:val="24"/>
                  <w:u w:val="single"/>
                </w:rPr>
                <w:t>ab</w:t>
              </w:r>
              <w:r w:rsidRPr="007205EF">
                <w:rPr>
                  <w:rFonts w:ascii="Times New Roman" w:hAnsi="Times New Roman"/>
                  <w:color w:val="0000FF"/>
                  <w:sz w:val="24"/>
                  <w:szCs w:val="24"/>
                  <w:u w:val="single"/>
                  <w:lang w:val="ru-RU"/>
                </w:rPr>
                <w:t>6</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102</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Числа в пределах 1000: чтение, запись, упорядочение</w:t>
            </w:r>
          </w:p>
        </w:tc>
        <w:tc>
          <w:tcPr>
            <w:tcW w:w="784" w:type="dxa"/>
          </w:tcPr>
          <w:p w:rsidR="007205EF" w:rsidRPr="007205EF" w:rsidRDefault="007205EF" w:rsidP="007205EF">
            <w:pPr>
              <w:spacing w:after="0"/>
              <w:ind w:left="135"/>
              <w:rPr>
                <w:rFonts w:ascii="Times New Roman" w:hAnsi="Times New Roman"/>
                <w:color w:val="0000FF"/>
                <w:sz w:val="24"/>
                <w:szCs w:val="24"/>
                <w:u w:val="single"/>
                <w:lang w:val="ru-RU"/>
              </w:rPr>
            </w:pPr>
          </w:p>
        </w:tc>
        <w:tc>
          <w:tcPr>
            <w:tcW w:w="5203" w:type="dxa"/>
            <w:vMerge/>
          </w:tcPr>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8E75F7" w:rsidP="007205EF">
            <w:pPr>
              <w:spacing w:after="0"/>
              <w:ind w:left="135"/>
              <w:rPr>
                <w:sz w:val="24"/>
                <w:szCs w:val="24"/>
                <w:lang w:val="ru-RU"/>
              </w:rPr>
            </w:pPr>
            <w:hyperlink r:id="rId461">
              <w:r w:rsidR="007205EF" w:rsidRPr="007205EF">
                <w:rPr>
                  <w:rFonts w:ascii="Times New Roman" w:hAnsi="Times New Roman"/>
                  <w:color w:val="0000FF"/>
                  <w:sz w:val="24"/>
                  <w:szCs w:val="24"/>
                  <w:u w:val="single"/>
                </w:rPr>
                <w:t>https</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education</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yandex</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ru</w:t>
              </w:r>
            </w:hyperlink>
            <w:r w:rsidR="007205EF" w:rsidRPr="007205EF">
              <w:rPr>
                <w:rFonts w:ascii="Times New Roman" w:hAnsi="Times New Roman"/>
                <w:color w:val="000000"/>
                <w:sz w:val="24"/>
                <w:szCs w:val="24"/>
                <w:lang w:val="ru-RU"/>
              </w:rPr>
              <w:t xml:space="preserve"> </w:t>
            </w:r>
            <w:hyperlink r:id="rId462">
              <w:r w:rsidR="007205EF" w:rsidRPr="007205EF">
                <w:rPr>
                  <w:rFonts w:ascii="Times New Roman" w:hAnsi="Times New Roman"/>
                  <w:color w:val="0000FF"/>
                  <w:sz w:val="24"/>
                  <w:szCs w:val="24"/>
                  <w:u w:val="single"/>
                </w:rPr>
                <w:t>https</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uchi</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ru</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lastRenderedPageBreak/>
              <w:t>103</w:t>
            </w:r>
          </w:p>
        </w:tc>
        <w:tc>
          <w:tcPr>
            <w:tcW w:w="4802" w:type="dxa"/>
            <w:tcMar>
              <w:top w:w="50" w:type="dxa"/>
              <w:left w:w="100" w:type="dxa"/>
            </w:tcMar>
            <w:vAlign w:val="center"/>
          </w:tcPr>
          <w:p w:rsidR="007205EF" w:rsidRPr="007205EF" w:rsidRDefault="007205EF" w:rsidP="007205EF">
            <w:pPr>
              <w:spacing w:after="0"/>
              <w:ind w:left="135"/>
              <w:rPr>
                <w:sz w:val="24"/>
                <w:szCs w:val="24"/>
              </w:rPr>
            </w:pPr>
            <w:r w:rsidRPr="007205EF">
              <w:rPr>
                <w:rFonts w:ascii="Times New Roman" w:hAnsi="Times New Roman"/>
                <w:color w:val="000000"/>
                <w:sz w:val="24"/>
                <w:szCs w:val="24"/>
                <w:lang w:val="ru-RU"/>
              </w:rPr>
              <w:t xml:space="preserve">Работа с информацией: чтение информации, представленной в разной форме. </w:t>
            </w:r>
            <w:r w:rsidRPr="007205EF">
              <w:rPr>
                <w:rFonts w:ascii="Times New Roman" w:hAnsi="Times New Roman"/>
                <w:color w:val="000000"/>
                <w:sz w:val="24"/>
                <w:szCs w:val="24"/>
              </w:rPr>
              <w:t>Римская система счисления</w:t>
            </w:r>
          </w:p>
        </w:tc>
        <w:tc>
          <w:tcPr>
            <w:tcW w:w="784" w:type="dxa"/>
          </w:tcPr>
          <w:p w:rsidR="007205EF" w:rsidRPr="007205EF" w:rsidRDefault="007205EF" w:rsidP="007205EF">
            <w:pPr>
              <w:spacing w:after="0"/>
              <w:ind w:left="135"/>
              <w:rPr>
                <w:rFonts w:ascii="Times New Roman" w:hAnsi="Times New Roman"/>
                <w:color w:val="0000FF"/>
                <w:sz w:val="24"/>
                <w:szCs w:val="24"/>
                <w:u w:val="single"/>
              </w:rPr>
            </w:pPr>
          </w:p>
        </w:tc>
        <w:tc>
          <w:tcPr>
            <w:tcW w:w="5203" w:type="dxa"/>
            <w:vMerge w:val="restart"/>
          </w:tcPr>
          <w:p w:rsidR="007205EF" w:rsidRPr="007205EF" w:rsidRDefault="007205EF" w:rsidP="00963108">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Знающий и любящий свою малую родину, свой край, имеющий представление о Родине</w:t>
            </w:r>
            <w:r w:rsidRPr="007205EF">
              <w:rPr>
                <w:rFonts w:ascii="Times New Roman" w:hAnsi="Times New Roman" w:cs="Times New Roman"/>
                <w:sz w:val="24"/>
                <w:szCs w:val="24"/>
              </w:rPr>
              <w:t> </w:t>
            </w:r>
            <w:r w:rsidRPr="007205EF">
              <w:rPr>
                <w:rFonts w:ascii="Times New Roman" w:hAnsi="Times New Roman" w:cs="Times New Roman"/>
                <w:sz w:val="24"/>
                <w:szCs w:val="24"/>
                <w:lang w:val="ru-RU"/>
              </w:rPr>
              <w:t xml:space="preserve">— России, её территории, расположении. Сознающий ценность каждой человеческой жизни, признающий индивидуальность и достоинство каждого человека. </w:t>
            </w:r>
          </w:p>
          <w:p w:rsidR="007205EF" w:rsidRPr="007205EF" w:rsidRDefault="007205EF" w:rsidP="00963108">
            <w:pPr>
              <w:tabs>
                <w:tab w:val="left" w:pos="4"/>
                <w:tab w:val="left" w:pos="288"/>
                <w:tab w:val="left" w:pos="430"/>
              </w:tabs>
              <w:spacing w:after="0" w:line="240" w:lineRule="auto"/>
              <w:ind w:firstLine="181"/>
              <w:jc w:val="both"/>
              <w:rPr>
                <w:rFonts w:ascii="Times New Roman" w:hAnsi="Times New Roman" w:cs="Times New Roman"/>
                <w:w w:val="0"/>
                <w:sz w:val="24"/>
                <w:szCs w:val="24"/>
                <w:lang w:val="ru-RU"/>
              </w:rPr>
            </w:pPr>
            <w:r w:rsidRPr="007205EF">
              <w:rPr>
                <w:rFonts w:ascii="Times New Roman" w:hAnsi="Times New Roman" w:cs="Times New Roman"/>
                <w:sz w:val="24"/>
                <w:szCs w:val="24"/>
                <w:lang w:val="ru-RU"/>
              </w:rPr>
              <w:t>Проявляющий интерес и уважение к отечественной и мировой художественной культуре.</w:t>
            </w:r>
          </w:p>
        </w:tc>
        <w:tc>
          <w:tcPr>
            <w:tcW w:w="3675" w:type="dxa"/>
            <w:tcMar>
              <w:top w:w="50" w:type="dxa"/>
              <w:left w:w="100" w:type="dxa"/>
            </w:tcMar>
            <w:vAlign w:val="center"/>
          </w:tcPr>
          <w:p w:rsidR="007205EF" w:rsidRPr="007205EF" w:rsidRDefault="008E75F7" w:rsidP="007205EF">
            <w:pPr>
              <w:spacing w:after="0"/>
              <w:ind w:left="135"/>
              <w:rPr>
                <w:sz w:val="24"/>
                <w:szCs w:val="24"/>
                <w:lang w:val="ru-RU"/>
              </w:rPr>
            </w:pPr>
            <w:hyperlink r:id="rId463">
              <w:r w:rsidR="007205EF" w:rsidRPr="007205EF">
                <w:rPr>
                  <w:rFonts w:ascii="Times New Roman" w:hAnsi="Times New Roman"/>
                  <w:color w:val="0000FF"/>
                  <w:sz w:val="24"/>
                  <w:szCs w:val="24"/>
                  <w:u w:val="single"/>
                </w:rPr>
                <w:t>https</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education</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yandex</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ru</w:t>
              </w:r>
            </w:hyperlink>
            <w:r w:rsidR="007205EF" w:rsidRPr="007205EF">
              <w:rPr>
                <w:rFonts w:ascii="Times New Roman" w:hAnsi="Times New Roman"/>
                <w:color w:val="000000"/>
                <w:sz w:val="24"/>
                <w:szCs w:val="24"/>
                <w:lang w:val="ru-RU"/>
              </w:rPr>
              <w:t xml:space="preserve"> </w:t>
            </w:r>
            <w:hyperlink r:id="rId464">
              <w:r w:rsidR="007205EF" w:rsidRPr="007205EF">
                <w:rPr>
                  <w:rFonts w:ascii="Times New Roman" w:hAnsi="Times New Roman"/>
                  <w:color w:val="0000FF"/>
                  <w:sz w:val="24"/>
                  <w:szCs w:val="24"/>
                  <w:u w:val="single"/>
                </w:rPr>
                <w:t>https</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uchi</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ru</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104</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Числа в пределах 1000: чтение, запись</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tcPr>
          <w:p w:rsidR="007205EF" w:rsidRPr="007205EF" w:rsidRDefault="007205EF" w:rsidP="00963108">
            <w:pPr>
              <w:tabs>
                <w:tab w:val="left" w:pos="4"/>
                <w:tab w:val="left" w:pos="288"/>
                <w:tab w:val="left" w:pos="430"/>
              </w:tabs>
              <w:spacing w:after="0" w:line="240" w:lineRule="auto"/>
              <w:ind w:firstLine="181"/>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465">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07208</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105</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Увеличение и уменьшение числа в несколько раз (в том числе в 10, 100 раз)</w:t>
            </w:r>
          </w:p>
        </w:tc>
        <w:tc>
          <w:tcPr>
            <w:tcW w:w="784" w:type="dxa"/>
          </w:tcPr>
          <w:p w:rsidR="007205EF" w:rsidRPr="007205EF" w:rsidRDefault="007205EF" w:rsidP="007205EF">
            <w:pPr>
              <w:spacing w:after="0"/>
              <w:ind w:left="135"/>
              <w:rPr>
                <w:rFonts w:ascii="Times New Roman" w:hAnsi="Times New Roman"/>
                <w:color w:val="0000FF"/>
                <w:sz w:val="24"/>
                <w:szCs w:val="24"/>
                <w:u w:val="single"/>
                <w:lang w:val="ru-RU"/>
              </w:rPr>
            </w:pPr>
          </w:p>
        </w:tc>
        <w:tc>
          <w:tcPr>
            <w:tcW w:w="5203" w:type="dxa"/>
            <w:vMerge/>
          </w:tcPr>
          <w:p w:rsidR="007205EF" w:rsidRPr="007205EF" w:rsidRDefault="007205EF" w:rsidP="00963108">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p>
        </w:tc>
        <w:tc>
          <w:tcPr>
            <w:tcW w:w="3675" w:type="dxa"/>
            <w:tcMar>
              <w:top w:w="50" w:type="dxa"/>
              <w:left w:w="100" w:type="dxa"/>
            </w:tcMar>
            <w:vAlign w:val="center"/>
          </w:tcPr>
          <w:p w:rsidR="007205EF" w:rsidRPr="007205EF" w:rsidRDefault="008E75F7" w:rsidP="007205EF">
            <w:pPr>
              <w:spacing w:after="0"/>
              <w:ind w:left="135"/>
              <w:rPr>
                <w:sz w:val="24"/>
                <w:szCs w:val="24"/>
                <w:lang w:val="ru-RU"/>
              </w:rPr>
            </w:pPr>
            <w:hyperlink r:id="rId466">
              <w:r w:rsidR="007205EF" w:rsidRPr="007205EF">
                <w:rPr>
                  <w:rFonts w:ascii="Times New Roman" w:hAnsi="Times New Roman"/>
                  <w:color w:val="0000FF"/>
                  <w:sz w:val="24"/>
                  <w:szCs w:val="24"/>
                  <w:u w:val="single"/>
                </w:rPr>
                <w:t>https</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education</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yandex</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ru</w:t>
              </w:r>
            </w:hyperlink>
            <w:r w:rsidR="007205EF" w:rsidRPr="007205EF">
              <w:rPr>
                <w:rFonts w:ascii="Times New Roman" w:hAnsi="Times New Roman"/>
                <w:color w:val="000000"/>
                <w:sz w:val="24"/>
                <w:szCs w:val="24"/>
                <w:lang w:val="ru-RU"/>
              </w:rPr>
              <w:t xml:space="preserve"> </w:t>
            </w:r>
            <w:hyperlink r:id="rId467">
              <w:r w:rsidR="007205EF" w:rsidRPr="007205EF">
                <w:rPr>
                  <w:rFonts w:ascii="Times New Roman" w:hAnsi="Times New Roman"/>
                  <w:color w:val="0000FF"/>
                  <w:sz w:val="24"/>
                  <w:szCs w:val="24"/>
                  <w:u w:val="single"/>
                </w:rPr>
                <w:t>https</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uchi</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ru</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106</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Числа в пределах 1000: представление в виде суммы разрядных слагаемых</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tcPr>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468">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0820</w:t>
              </w:r>
              <w:r w:rsidRPr="007205EF">
                <w:rPr>
                  <w:rFonts w:ascii="Times New Roman" w:hAnsi="Times New Roman"/>
                  <w:color w:val="0000FF"/>
                  <w:sz w:val="24"/>
                  <w:szCs w:val="24"/>
                  <w:u w:val="single"/>
                </w:rPr>
                <w:t>c</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107</w:t>
            </w:r>
          </w:p>
        </w:tc>
        <w:tc>
          <w:tcPr>
            <w:tcW w:w="4802" w:type="dxa"/>
            <w:tcMar>
              <w:top w:w="50" w:type="dxa"/>
              <w:left w:w="100" w:type="dxa"/>
            </w:tcMar>
            <w:vAlign w:val="center"/>
          </w:tcPr>
          <w:p w:rsidR="007205EF" w:rsidRPr="007205EF" w:rsidRDefault="007205EF" w:rsidP="007205EF">
            <w:pPr>
              <w:spacing w:after="0"/>
              <w:ind w:left="135"/>
              <w:rPr>
                <w:sz w:val="24"/>
                <w:szCs w:val="24"/>
              </w:rPr>
            </w:pPr>
            <w:r w:rsidRPr="007205EF">
              <w:rPr>
                <w:rFonts w:ascii="Times New Roman" w:hAnsi="Times New Roman"/>
                <w:color w:val="000000"/>
                <w:sz w:val="24"/>
                <w:szCs w:val="24"/>
              </w:rPr>
              <w:t>Математическая информация. Алгоритмы. Повторение</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val="restart"/>
          </w:tcPr>
          <w:p w:rsidR="007205EF" w:rsidRPr="007205EF" w:rsidRDefault="007205EF" w:rsidP="00963108">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Проявляющий интерес и уважение к отечественной и мировой художественной культуре.</w:t>
            </w:r>
          </w:p>
          <w:p w:rsidR="007205EF" w:rsidRPr="007205EF" w:rsidRDefault="007205EF" w:rsidP="00963108">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 xml:space="preserve">Владеющий основными навыками личной и общественной гигиены, безопасного поведения в быту, природе, обществе. Проявляющий уважение к труду, людям труда, бережное отношение к результатам труда, ответственное потребление. </w:t>
            </w:r>
          </w:p>
          <w:p w:rsidR="007205EF" w:rsidRPr="007205EF" w:rsidRDefault="007205EF" w:rsidP="00963108">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Выражающий познавательные интересы, активность, любознательность и самостоятельность в познании, интерес и уважение к научным знаниям, науке.</w:t>
            </w: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469">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17</w:t>
              </w:r>
              <w:r w:rsidRPr="007205EF">
                <w:rPr>
                  <w:rFonts w:ascii="Times New Roman" w:hAnsi="Times New Roman"/>
                  <w:color w:val="0000FF"/>
                  <w:sz w:val="24"/>
                  <w:szCs w:val="24"/>
                  <w:u w:val="single"/>
                </w:rPr>
                <w:t>aea</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108</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Классификация объектов по двум признакам</w:t>
            </w:r>
          </w:p>
        </w:tc>
        <w:tc>
          <w:tcPr>
            <w:tcW w:w="784" w:type="dxa"/>
          </w:tcPr>
          <w:p w:rsidR="007205EF" w:rsidRPr="007205EF" w:rsidRDefault="007205EF" w:rsidP="007205EF">
            <w:pPr>
              <w:spacing w:after="0"/>
              <w:ind w:left="135"/>
              <w:rPr>
                <w:rFonts w:ascii="Times New Roman" w:hAnsi="Times New Roman"/>
                <w:color w:val="0000FF"/>
                <w:sz w:val="24"/>
                <w:szCs w:val="24"/>
                <w:u w:val="single"/>
                <w:lang w:val="ru-RU"/>
              </w:rPr>
            </w:pPr>
          </w:p>
        </w:tc>
        <w:tc>
          <w:tcPr>
            <w:tcW w:w="5203" w:type="dxa"/>
            <w:vMerge/>
          </w:tcPr>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8E75F7" w:rsidP="007205EF">
            <w:pPr>
              <w:spacing w:after="0"/>
              <w:ind w:left="135"/>
              <w:rPr>
                <w:sz w:val="24"/>
                <w:szCs w:val="24"/>
                <w:lang w:val="ru-RU"/>
              </w:rPr>
            </w:pPr>
            <w:hyperlink r:id="rId470">
              <w:r w:rsidR="007205EF" w:rsidRPr="007205EF">
                <w:rPr>
                  <w:rFonts w:ascii="Times New Roman" w:hAnsi="Times New Roman"/>
                  <w:color w:val="0000FF"/>
                  <w:sz w:val="24"/>
                  <w:szCs w:val="24"/>
                  <w:u w:val="single"/>
                </w:rPr>
                <w:t>https</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education</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yandex</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ru</w:t>
              </w:r>
            </w:hyperlink>
            <w:r w:rsidR="007205EF" w:rsidRPr="007205EF">
              <w:rPr>
                <w:rFonts w:ascii="Times New Roman" w:hAnsi="Times New Roman"/>
                <w:color w:val="000000"/>
                <w:sz w:val="24"/>
                <w:szCs w:val="24"/>
                <w:lang w:val="ru-RU"/>
              </w:rPr>
              <w:t xml:space="preserve"> </w:t>
            </w:r>
            <w:hyperlink r:id="rId471">
              <w:r w:rsidR="007205EF" w:rsidRPr="007205EF">
                <w:rPr>
                  <w:rFonts w:ascii="Times New Roman" w:hAnsi="Times New Roman"/>
                  <w:color w:val="0000FF"/>
                  <w:sz w:val="24"/>
                  <w:szCs w:val="24"/>
                  <w:u w:val="single"/>
                </w:rPr>
                <w:t>https</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uchi</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ru</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109</w:t>
            </w:r>
          </w:p>
        </w:tc>
        <w:tc>
          <w:tcPr>
            <w:tcW w:w="4802" w:type="dxa"/>
            <w:tcMar>
              <w:top w:w="50" w:type="dxa"/>
              <w:left w:w="100" w:type="dxa"/>
            </w:tcMar>
            <w:vAlign w:val="center"/>
          </w:tcPr>
          <w:p w:rsidR="007205EF" w:rsidRPr="007205EF" w:rsidRDefault="007205EF" w:rsidP="007205EF">
            <w:pPr>
              <w:spacing w:after="0"/>
              <w:ind w:left="135"/>
              <w:rPr>
                <w:sz w:val="24"/>
                <w:szCs w:val="24"/>
              </w:rPr>
            </w:pPr>
            <w:r w:rsidRPr="007205EF">
              <w:rPr>
                <w:rFonts w:ascii="Times New Roman" w:hAnsi="Times New Roman"/>
                <w:color w:val="000000"/>
                <w:sz w:val="24"/>
                <w:szCs w:val="24"/>
              </w:rPr>
              <w:t>Числа в пределах 1000: сравнение</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tcPr>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472">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07</w:t>
              </w:r>
              <w:r w:rsidRPr="007205EF">
                <w:rPr>
                  <w:rFonts w:ascii="Times New Roman" w:hAnsi="Times New Roman"/>
                  <w:color w:val="0000FF"/>
                  <w:sz w:val="24"/>
                  <w:szCs w:val="24"/>
                  <w:u w:val="single"/>
                </w:rPr>
                <w:t>ff</w:t>
              </w:r>
              <w:r w:rsidRPr="007205EF">
                <w:rPr>
                  <w:rFonts w:ascii="Times New Roman" w:hAnsi="Times New Roman"/>
                  <w:color w:val="0000FF"/>
                  <w:sz w:val="24"/>
                  <w:szCs w:val="24"/>
                  <w:u w:val="single"/>
                  <w:lang w:val="ru-RU"/>
                </w:rPr>
                <w:t>0</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110</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Масса (единица массы — грамм); соотношение между килограммом и граммом; отношение «тяжелее/легче на/в»</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tcPr>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473">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09116</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111</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Измерение длины объекта, упорядочение по длине</w:t>
            </w:r>
          </w:p>
        </w:tc>
        <w:tc>
          <w:tcPr>
            <w:tcW w:w="784" w:type="dxa"/>
          </w:tcPr>
          <w:p w:rsidR="007205EF" w:rsidRPr="007205EF" w:rsidRDefault="007205EF" w:rsidP="007205EF">
            <w:pPr>
              <w:spacing w:after="0"/>
              <w:ind w:left="135"/>
              <w:rPr>
                <w:rFonts w:ascii="Times New Roman" w:hAnsi="Times New Roman"/>
                <w:color w:val="0000FF"/>
                <w:sz w:val="24"/>
                <w:szCs w:val="24"/>
                <w:u w:val="single"/>
                <w:lang w:val="ru-RU"/>
              </w:rPr>
            </w:pPr>
          </w:p>
        </w:tc>
        <w:tc>
          <w:tcPr>
            <w:tcW w:w="5203" w:type="dxa"/>
            <w:vMerge/>
          </w:tcPr>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8E75F7" w:rsidP="007205EF">
            <w:pPr>
              <w:spacing w:after="0"/>
              <w:ind w:left="135"/>
              <w:rPr>
                <w:sz w:val="24"/>
                <w:szCs w:val="24"/>
                <w:lang w:val="ru-RU"/>
              </w:rPr>
            </w:pPr>
            <w:hyperlink r:id="rId474">
              <w:r w:rsidR="007205EF" w:rsidRPr="007205EF">
                <w:rPr>
                  <w:rFonts w:ascii="Times New Roman" w:hAnsi="Times New Roman"/>
                  <w:color w:val="0000FF"/>
                  <w:sz w:val="24"/>
                  <w:szCs w:val="24"/>
                  <w:u w:val="single"/>
                </w:rPr>
                <w:t>https</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education</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yandex</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ru</w:t>
              </w:r>
            </w:hyperlink>
            <w:r w:rsidR="007205EF" w:rsidRPr="007205EF">
              <w:rPr>
                <w:rFonts w:ascii="Times New Roman" w:hAnsi="Times New Roman"/>
                <w:color w:val="000000"/>
                <w:sz w:val="24"/>
                <w:szCs w:val="24"/>
                <w:lang w:val="ru-RU"/>
              </w:rPr>
              <w:t xml:space="preserve"> </w:t>
            </w:r>
            <w:hyperlink r:id="rId475">
              <w:r w:rsidR="007205EF" w:rsidRPr="007205EF">
                <w:rPr>
                  <w:rFonts w:ascii="Times New Roman" w:hAnsi="Times New Roman"/>
                  <w:color w:val="0000FF"/>
                  <w:sz w:val="24"/>
                  <w:szCs w:val="24"/>
                  <w:u w:val="single"/>
                </w:rPr>
                <w:t>https</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uchi</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ru</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112</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Длина (единица длины — миллиметр, километр); соотношение между величинами в пределах тысячи</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val="restart"/>
          </w:tcPr>
          <w:p w:rsidR="007205EF" w:rsidRPr="007205EF" w:rsidRDefault="007205EF" w:rsidP="00963108">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Знающий и любящий свою малую родину, свой край, имеющий представление о Родине</w:t>
            </w:r>
            <w:r w:rsidRPr="007205EF">
              <w:rPr>
                <w:rFonts w:ascii="Times New Roman" w:hAnsi="Times New Roman" w:cs="Times New Roman"/>
                <w:sz w:val="24"/>
                <w:szCs w:val="24"/>
              </w:rPr>
              <w:t> </w:t>
            </w:r>
            <w:r w:rsidRPr="007205EF">
              <w:rPr>
                <w:rFonts w:ascii="Times New Roman" w:hAnsi="Times New Roman" w:cs="Times New Roman"/>
                <w:sz w:val="24"/>
                <w:szCs w:val="24"/>
                <w:lang w:val="ru-RU"/>
              </w:rPr>
              <w:t xml:space="preserve">— России, её территории, расположении. Сознающий ценность каждой человеческой жизни, признающий индивидуальность и достоинство каждого человека. </w:t>
            </w:r>
          </w:p>
          <w:p w:rsidR="007205EF" w:rsidRPr="007205EF" w:rsidRDefault="007205EF" w:rsidP="00963108">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lastRenderedPageBreak/>
              <w:t>Проявляющий интерес и уважение к отечественной и мировой художественной культуре.</w:t>
            </w:r>
          </w:p>
          <w:p w:rsidR="007205EF" w:rsidRPr="007205EF" w:rsidRDefault="007205EF" w:rsidP="00963108">
            <w:pPr>
              <w:spacing w:after="0" w:line="240" w:lineRule="auto"/>
              <w:jc w:val="both"/>
              <w:rPr>
                <w:rFonts w:ascii="Times New Roman" w:hAnsi="Times New Roman" w:cs="Times New Roman"/>
                <w:w w:val="0"/>
                <w:sz w:val="24"/>
                <w:szCs w:val="24"/>
                <w:lang w:val="ru-RU"/>
              </w:rPr>
            </w:pPr>
          </w:p>
          <w:p w:rsidR="007205EF" w:rsidRPr="007205EF" w:rsidRDefault="007205EF" w:rsidP="00963108">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Проявляющий интерес и уважение к отечественной и мировой художественной культуре.</w:t>
            </w:r>
          </w:p>
          <w:p w:rsidR="007205EF" w:rsidRPr="007205EF" w:rsidRDefault="007205EF" w:rsidP="00963108">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 xml:space="preserve">Владеющий основными навыками личной и общественной гигиены, безопасного поведения в быту, природе, обществе. Проявляющий уважение к труду, людям труда, бережное отношение к результатам труда, ответственное потребление. </w:t>
            </w:r>
          </w:p>
          <w:p w:rsidR="007205EF" w:rsidRPr="007205EF" w:rsidRDefault="007205EF" w:rsidP="00963108">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7205EF" w:rsidRPr="007205EF" w:rsidRDefault="007205EF" w:rsidP="00963108">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 xml:space="preserve">Проявляющий уважение к труду, людям труда, бережное отношение к результатам труда, ответственное потребление. </w:t>
            </w:r>
          </w:p>
          <w:p w:rsidR="007205EF" w:rsidRPr="007205EF" w:rsidRDefault="007205EF" w:rsidP="00963108">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7205EF" w:rsidRPr="007205EF" w:rsidRDefault="007205EF" w:rsidP="00963108">
            <w:pPr>
              <w:spacing w:after="0" w:line="240" w:lineRule="auto"/>
              <w:jc w:val="both"/>
              <w:rPr>
                <w:rFonts w:ascii="Times New Roman" w:hAnsi="Times New Roman" w:cs="Times New Roman"/>
                <w:w w:val="0"/>
                <w:sz w:val="24"/>
                <w:szCs w:val="24"/>
                <w:lang w:val="ru-RU"/>
              </w:rPr>
            </w:pPr>
          </w:p>
          <w:p w:rsidR="007205EF" w:rsidRPr="007205EF" w:rsidRDefault="007205EF" w:rsidP="00963108">
            <w:pPr>
              <w:spacing w:after="0" w:line="240" w:lineRule="auto"/>
              <w:jc w:val="both"/>
              <w:rPr>
                <w:rFonts w:ascii="Times New Roman" w:hAnsi="Times New Roman" w:cs="Times New Roman"/>
                <w:w w:val="0"/>
                <w:sz w:val="24"/>
                <w:szCs w:val="24"/>
                <w:lang w:val="ru-RU"/>
              </w:rPr>
            </w:pPr>
          </w:p>
          <w:p w:rsidR="007205EF" w:rsidRPr="007205EF" w:rsidRDefault="007205EF" w:rsidP="00963108">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7205EF" w:rsidRPr="007205EF" w:rsidRDefault="007205EF" w:rsidP="00963108">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lastRenderedPageBreak/>
              <w:t xml:space="preserve">Проявляющий уважение к труду, людям труда, бережное отношение к результатам труда, ответственное потребление. </w:t>
            </w:r>
          </w:p>
          <w:p w:rsidR="007205EF" w:rsidRPr="007205EF" w:rsidRDefault="007205EF" w:rsidP="00963108">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lastRenderedPageBreak/>
              <w:t xml:space="preserve">Библиотека ЦОК </w:t>
            </w:r>
            <w:hyperlink r:id="rId476">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09</w:t>
              </w:r>
              <w:r w:rsidRPr="007205EF">
                <w:rPr>
                  <w:rFonts w:ascii="Times New Roman" w:hAnsi="Times New Roman"/>
                  <w:color w:val="0000FF"/>
                  <w:sz w:val="24"/>
                  <w:szCs w:val="24"/>
                  <w:u w:val="single"/>
                </w:rPr>
                <w:t>bde</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113</w:t>
            </w:r>
          </w:p>
        </w:tc>
        <w:tc>
          <w:tcPr>
            <w:tcW w:w="4802" w:type="dxa"/>
            <w:tcMar>
              <w:top w:w="50" w:type="dxa"/>
              <w:left w:w="100" w:type="dxa"/>
            </w:tcMar>
            <w:vAlign w:val="center"/>
          </w:tcPr>
          <w:p w:rsidR="007205EF" w:rsidRPr="007205EF" w:rsidRDefault="007205EF" w:rsidP="007205EF">
            <w:pPr>
              <w:spacing w:after="0"/>
              <w:ind w:left="135"/>
              <w:rPr>
                <w:sz w:val="24"/>
                <w:szCs w:val="24"/>
              </w:rPr>
            </w:pPr>
            <w:r w:rsidRPr="007205EF">
              <w:rPr>
                <w:rFonts w:ascii="Times New Roman" w:hAnsi="Times New Roman"/>
                <w:color w:val="000000"/>
                <w:sz w:val="24"/>
                <w:szCs w:val="24"/>
              </w:rPr>
              <w:t>Нахождение периметра прямоугольника, квадрата</w:t>
            </w:r>
          </w:p>
        </w:tc>
        <w:tc>
          <w:tcPr>
            <w:tcW w:w="784" w:type="dxa"/>
          </w:tcPr>
          <w:p w:rsidR="007205EF" w:rsidRPr="007205EF" w:rsidRDefault="007205EF" w:rsidP="007205EF">
            <w:pPr>
              <w:spacing w:after="0"/>
              <w:ind w:left="135"/>
              <w:rPr>
                <w:rFonts w:ascii="Times New Roman" w:hAnsi="Times New Roman"/>
                <w:color w:val="0000FF"/>
                <w:sz w:val="24"/>
                <w:szCs w:val="24"/>
                <w:u w:val="single"/>
              </w:rPr>
            </w:pPr>
          </w:p>
        </w:tc>
        <w:tc>
          <w:tcPr>
            <w:tcW w:w="5203" w:type="dxa"/>
            <w:vMerge/>
          </w:tcPr>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8E75F7" w:rsidP="007205EF">
            <w:pPr>
              <w:spacing w:after="0"/>
              <w:ind w:left="135"/>
              <w:rPr>
                <w:sz w:val="24"/>
                <w:szCs w:val="24"/>
                <w:lang w:val="ru-RU"/>
              </w:rPr>
            </w:pPr>
            <w:hyperlink r:id="rId477">
              <w:r w:rsidR="007205EF" w:rsidRPr="007205EF">
                <w:rPr>
                  <w:rFonts w:ascii="Times New Roman" w:hAnsi="Times New Roman"/>
                  <w:color w:val="0000FF"/>
                  <w:sz w:val="24"/>
                  <w:szCs w:val="24"/>
                  <w:u w:val="single"/>
                </w:rPr>
                <w:t>https</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education</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yandex</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ru</w:t>
              </w:r>
            </w:hyperlink>
            <w:r w:rsidR="007205EF" w:rsidRPr="007205EF">
              <w:rPr>
                <w:rFonts w:ascii="Times New Roman" w:hAnsi="Times New Roman"/>
                <w:color w:val="000000"/>
                <w:sz w:val="24"/>
                <w:szCs w:val="24"/>
                <w:lang w:val="ru-RU"/>
              </w:rPr>
              <w:t xml:space="preserve"> </w:t>
            </w:r>
            <w:hyperlink r:id="rId478">
              <w:r w:rsidR="007205EF" w:rsidRPr="007205EF">
                <w:rPr>
                  <w:rFonts w:ascii="Times New Roman" w:hAnsi="Times New Roman"/>
                  <w:color w:val="0000FF"/>
                  <w:sz w:val="24"/>
                  <w:szCs w:val="24"/>
                  <w:u w:val="single"/>
                </w:rPr>
                <w:t>https</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uchi</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ru</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114</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Сложение и вычитание с круглым числом</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tcPr>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479">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0</w:t>
              </w:r>
              <w:r w:rsidRPr="007205EF">
                <w:rPr>
                  <w:rFonts w:ascii="Times New Roman" w:hAnsi="Times New Roman"/>
                  <w:color w:val="0000FF"/>
                  <w:sz w:val="24"/>
                  <w:szCs w:val="24"/>
                  <w:u w:val="single"/>
                </w:rPr>
                <w:t>ca</w:t>
              </w:r>
              <w:r w:rsidRPr="007205EF">
                <w:rPr>
                  <w:rFonts w:ascii="Times New Roman" w:hAnsi="Times New Roman"/>
                  <w:color w:val="0000FF"/>
                  <w:sz w:val="24"/>
                  <w:szCs w:val="24"/>
                  <w:u w:val="single"/>
                  <w:lang w:val="ru-RU"/>
                </w:rPr>
                <w:t>46</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lastRenderedPageBreak/>
              <w:t>115</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Сложение и вычитание в пределах 1000</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tcPr>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480">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0</w:t>
              </w:r>
              <w:r w:rsidRPr="007205EF">
                <w:rPr>
                  <w:rFonts w:ascii="Times New Roman" w:hAnsi="Times New Roman"/>
                  <w:color w:val="0000FF"/>
                  <w:sz w:val="24"/>
                  <w:szCs w:val="24"/>
                  <w:u w:val="single"/>
                </w:rPr>
                <w:t>cc</w:t>
              </w:r>
              <w:r w:rsidRPr="007205EF">
                <w:rPr>
                  <w:rFonts w:ascii="Times New Roman" w:hAnsi="Times New Roman"/>
                  <w:color w:val="0000FF"/>
                  <w:sz w:val="24"/>
                  <w:szCs w:val="24"/>
                  <w:u w:val="single"/>
                  <w:lang w:val="ru-RU"/>
                </w:rPr>
                <w:t>1</w:t>
              </w:r>
              <w:r w:rsidRPr="007205EF">
                <w:rPr>
                  <w:rFonts w:ascii="Times New Roman" w:hAnsi="Times New Roman"/>
                  <w:color w:val="0000FF"/>
                  <w:sz w:val="24"/>
                  <w:szCs w:val="24"/>
                  <w:u w:val="single"/>
                </w:rPr>
                <w:t>c</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116</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Алгоритмы (правила) устных и письменных вычислений (сложение, вычитание, умножение, деление)</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tcPr>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481">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16</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6</w:t>
              </w:r>
              <w:r w:rsidRPr="007205EF">
                <w:rPr>
                  <w:rFonts w:ascii="Times New Roman" w:hAnsi="Times New Roman"/>
                  <w:color w:val="0000FF"/>
                  <w:sz w:val="24"/>
                  <w:szCs w:val="24"/>
                  <w:u w:val="single"/>
                </w:rPr>
                <w:t>c</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117</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Письменное умножение на однозначное число в пределах 100</w:t>
            </w:r>
          </w:p>
        </w:tc>
        <w:tc>
          <w:tcPr>
            <w:tcW w:w="784" w:type="dxa"/>
          </w:tcPr>
          <w:p w:rsidR="007205EF" w:rsidRPr="007205EF" w:rsidRDefault="007205EF" w:rsidP="007205EF">
            <w:pPr>
              <w:spacing w:after="0"/>
              <w:ind w:left="135"/>
              <w:rPr>
                <w:rFonts w:ascii="Times New Roman" w:hAnsi="Times New Roman"/>
                <w:color w:val="0000FF"/>
                <w:sz w:val="24"/>
                <w:szCs w:val="24"/>
                <w:u w:val="single"/>
                <w:lang w:val="ru-RU"/>
              </w:rPr>
            </w:pPr>
          </w:p>
        </w:tc>
        <w:tc>
          <w:tcPr>
            <w:tcW w:w="5203" w:type="dxa"/>
            <w:vMerge/>
          </w:tcPr>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8E75F7" w:rsidP="007205EF">
            <w:pPr>
              <w:spacing w:after="0"/>
              <w:ind w:left="135"/>
              <w:rPr>
                <w:sz w:val="24"/>
                <w:szCs w:val="24"/>
                <w:lang w:val="ru-RU"/>
              </w:rPr>
            </w:pPr>
            <w:hyperlink r:id="rId482">
              <w:r w:rsidR="007205EF" w:rsidRPr="007205EF">
                <w:rPr>
                  <w:rFonts w:ascii="Times New Roman" w:hAnsi="Times New Roman"/>
                  <w:color w:val="0000FF"/>
                  <w:sz w:val="24"/>
                  <w:szCs w:val="24"/>
                  <w:u w:val="single"/>
                </w:rPr>
                <w:t>https</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education</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yandex</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ru</w:t>
              </w:r>
            </w:hyperlink>
            <w:r w:rsidR="007205EF" w:rsidRPr="007205EF">
              <w:rPr>
                <w:rFonts w:ascii="Times New Roman" w:hAnsi="Times New Roman"/>
                <w:color w:val="000000"/>
                <w:sz w:val="24"/>
                <w:szCs w:val="24"/>
                <w:lang w:val="ru-RU"/>
              </w:rPr>
              <w:t xml:space="preserve"> </w:t>
            </w:r>
            <w:hyperlink r:id="rId483">
              <w:r w:rsidR="007205EF" w:rsidRPr="007205EF">
                <w:rPr>
                  <w:rFonts w:ascii="Times New Roman" w:hAnsi="Times New Roman"/>
                  <w:color w:val="0000FF"/>
                  <w:sz w:val="24"/>
                  <w:szCs w:val="24"/>
                  <w:u w:val="single"/>
                </w:rPr>
                <w:t>https</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uchi</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ru</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118</w:t>
            </w:r>
          </w:p>
        </w:tc>
        <w:tc>
          <w:tcPr>
            <w:tcW w:w="4802" w:type="dxa"/>
            <w:tcMar>
              <w:top w:w="50" w:type="dxa"/>
              <w:left w:w="100" w:type="dxa"/>
            </w:tcMar>
            <w:vAlign w:val="center"/>
          </w:tcPr>
          <w:p w:rsidR="007205EF" w:rsidRPr="007205EF" w:rsidRDefault="007205EF" w:rsidP="007205EF">
            <w:pPr>
              <w:spacing w:after="0"/>
              <w:ind w:left="135"/>
              <w:rPr>
                <w:sz w:val="24"/>
                <w:szCs w:val="24"/>
              </w:rPr>
            </w:pPr>
            <w:r w:rsidRPr="007205EF">
              <w:rPr>
                <w:rFonts w:ascii="Times New Roman" w:hAnsi="Times New Roman"/>
                <w:color w:val="000000"/>
                <w:sz w:val="24"/>
                <w:szCs w:val="24"/>
              </w:rPr>
              <w:t>Письменное сложение в пределах 1000</w:t>
            </w:r>
          </w:p>
        </w:tc>
        <w:tc>
          <w:tcPr>
            <w:tcW w:w="784" w:type="dxa"/>
          </w:tcPr>
          <w:p w:rsidR="007205EF" w:rsidRPr="007205EF" w:rsidRDefault="007205EF" w:rsidP="007205EF">
            <w:pPr>
              <w:spacing w:after="0"/>
              <w:ind w:left="135"/>
              <w:rPr>
                <w:rFonts w:ascii="Times New Roman" w:hAnsi="Times New Roman"/>
                <w:color w:val="0000FF"/>
                <w:sz w:val="24"/>
                <w:szCs w:val="24"/>
                <w:u w:val="single"/>
              </w:rPr>
            </w:pPr>
          </w:p>
        </w:tc>
        <w:tc>
          <w:tcPr>
            <w:tcW w:w="5203" w:type="dxa"/>
            <w:vMerge/>
          </w:tcPr>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8E75F7" w:rsidP="007205EF">
            <w:pPr>
              <w:spacing w:after="0"/>
              <w:ind w:left="135"/>
              <w:rPr>
                <w:sz w:val="24"/>
                <w:szCs w:val="24"/>
                <w:lang w:val="ru-RU"/>
              </w:rPr>
            </w:pPr>
            <w:hyperlink r:id="rId484">
              <w:r w:rsidR="007205EF" w:rsidRPr="007205EF">
                <w:rPr>
                  <w:rFonts w:ascii="Times New Roman" w:hAnsi="Times New Roman"/>
                  <w:color w:val="0000FF"/>
                  <w:sz w:val="24"/>
                  <w:szCs w:val="24"/>
                  <w:u w:val="single"/>
                </w:rPr>
                <w:t>https</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education</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yandex</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ru</w:t>
              </w:r>
            </w:hyperlink>
            <w:r w:rsidR="007205EF" w:rsidRPr="007205EF">
              <w:rPr>
                <w:rFonts w:ascii="Times New Roman" w:hAnsi="Times New Roman"/>
                <w:color w:val="000000"/>
                <w:sz w:val="24"/>
                <w:szCs w:val="24"/>
                <w:lang w:val="ru-RU"/>
              </w:rPr>
              <w:t xml:space="preserve"> </w:t>
            </w:r>
            <w:hyperlink r:id="rId485">
              <w:r w:rsidR="007205EF" w:rsidRPr="007205EF">
                <w:rPr>
                  <w:rFonts w:ascii="Times New Roman" w:hAnsi="Times New Roman"/>
                  <w:color w:val="0000FF"/>
                  <w:sz w:val="24"/>
                  <w:szCs w:val="24"/>
                  <w:u w:val="single"/>
                </w:rPr>
                <w:t>https</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uchi</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ru</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119</w:t>
            </w:r>
          </w:p>
        </w:tc>
        <w:tc>
          <w:tcPr>
            <w:tcW w:w="4802" w:type="dxa"/>
            <w:tcMar>
              <w:top w:w="50" w:type="dxa"/>
              <w:left w:w="100" w:type="dxa"/>
            </w:tcMar>
            <w:vAlign w:val="center"/>
          </w:tcPr>
          <w:p w:rsidR="007205EF" w:rsidRPr="007205EF" w:rsidRDefault="007205EF" w:rsidP="007205EF">
            <w:pPr>
              <w:spacing w:after="0"/>
              <w:ind w:left="135"/>
              <w:rPr>
                <w:sz w:val="24"/>
                <w:szCs w:val="24"/>
              </w:rPr>
            </w:pPr>
            <w:r w:rsidRPr="007205EF">
              <w:rPr>
                <w:rFonts w:ascii="Times New Roman" w:hAnsi="Times New Roman"/>
                <w:color w:val="000000"/>
                <w:sz w:val="24"/>
                <w:szCs w:val="24"/>
              </w:rPr>
              <w:t>Письменное вычитание в пределах 1000</w:t>
            </w:r>
          </w:p>
        </w:tc>
        <w:tc>
          <w:tcPr>
            <w:tcW w:w="784" w:type="dxa"/>
          </w:tcPr>
          <w:p w:rsidR="007205EF" w:rsidRPr="007205EF" w:rsidRDefault="007205EF" w:rsidP="007205EF">
            <w:pPr>
              <w:spacing w:after="0"/>
              <w:ind w:left="135"/>
              <w:rPr>
                <w:rFonts w:ascii="Times New Roman" w:hAnsi="Times New Roman"/>
                <w:color w:val="0000FF"/>
                <w:sz w:val="24"/>
                <w:szCs w:val="24"/>
                <w:u w:val="single"/>
              </w:rPr>
            </w:pPr>
          </w:p>
        </w:tc>
        <w:tc>
          <w:tcPr>
            <w:tcW w:w="5203" w:type="dxa"/>
            <w:vMerge/>
          </w:tcPr>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8E75F7" w:rsidP="007205EF">
            <w:pPr>
              <w:spacing w:after="0"/>
              <w:ind w:left="135"/>
              <w:rPr>
                <w:sz w:val="24"/>
                <w:szCs w:val="24"/>
                <w:lang w:val="ru-RU"/>
              </w:rPr>
            </w:pPr>
            <w:hyperlink r:id="rId486">
              <w:r w:rsidR="007205EF" w:rsidRPr="007205EF">
                <w:rPr>
                  <w:rFonts w:ascii="Times New Roman" w:hAnsi="Times New Roman"/>
                  <w:color w:val="0000FF"/>
                  <w:sz w:val="24"/>
                  <w:szCs w:val="24"/>
                  <w:u w:val="single"/>
                </w:rPr>
                <w:t>https</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education</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yandex</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ru</w:t>
              </w:r>
            </w:hyperlink>
            <w:r w:rsidR="007205EF" w:rsidRPr="007205EF">
              <w:rPr>
                <w:rFonts w:ascii="Times New Roman" w:hAnsi="Times New Roman"/>
                <w:color w:val="000000"/>
                <w:sz w:val="24"/>
                <w:szCs w:val="24"/>
                <w:lang w:val="ru-RU"/>
              </w:rPr>
              <w:t xml:space="preserve"> </w:t>
            </w:r>
            <w:hyperlink r:id="rId487">
              <w:r w:rsidR="007205EF" w:rsidRPr="007205EF">
                <w:rPr>
                  <w:rFonts w:ascii="Times New Roman" w:hAnsi="Times New Roman"/>
                  <w:color w:val="0000FF"/>
                  <w:sz w:val="24"/>
                  <w:szCs w:val="24"/>
                  <w:u w:val="single"/>
                </w:rPr>
                <w:t>https</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uchi</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ru</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120</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Алгоритм деления на однозначное число</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tcPr>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488">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0</w:t>
              </w:r>
              <w:r w:rsidRPr="007205EF">
                <w:rPr>
                  <w:rFonts w:ascii="Times New Roman" w:hAnsi="Times New Roman"/>
                  <w:color w:val="0000FF"/>
                  <w:sz w:val="24"/>
                  <w:szCs w:val="24"/>
                  <w:u w:val="single"/>
                </w:rPr>
                <w:t>defa</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121</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Письменная работа на межпредметной основе</w:t>
            </w:r>
          </w:p>
        </w:tc>
        <w:tc>
          <w:tcPr>
            <w:tcW w:w="784" w:type="dxa"/>
          </w:tcPr>
          <w:p w:rsidR="007205EF" w:rsidRPr="007205EF" w:rsidRDefault="007205EF" w:rsidP="007205EF">
            <w:pPr>
              <w:spacing w:after="0"/>
              <w:ind w:left="135"/>
              <w:rPr>
                <w:sz w:val="24"/>
                <w:szCs w:val="24"/>
                <w:lang w:val="ru-RU"/>
              </w:rPr>
            </w:pPr>
          </w:p>
        </w:tc>
        <w:tc>
          <w:tcPr>
            <w:tcW w:w="5203" w:type="dxa"/>
            <w:vMerge/>
          </w:tcPr>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122</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Умножение круглого числа, на круглое число</w:t>
            </w:r>
          </w:p>
        </w:tc>
        <w:tc>
          <w:tcPr>
            <w:tcW w:w="784" w:type="dxa"/>
          </w:tcPr>
          <w:p w:rsidR="007205EF" w:rsidRPr="007205EF" w:rsidRDefault="007205EF" w:rsidP="007205EF">
            <w:pPr>
              <w:spacing w:after="0"/>
              <w:ind w:left="135"/>
              <w:rPr>
                <w:rFonts w:ascii="Times New Roman" w:hAnsi="Times New Roman"/>
                <w:color w:val="0000FF"/>
                <w:sz w:val="24"/>
                <w:szCs w:val="24"/>
                <w:u w:val="single"/>
                <w:lang w:val="ru-RU"/>
              </w:rPr>
            </w:pPr>
          </w:p>
        </w:tc>
        <w:tc>
          <w:tcPr>
            <w:tcW w:w="5203" w:type="dxa"/>
            <w:vMerge/>
          </w:tcPr>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8E75F7" w:rsidP="007205EF">
            <w:pPr>
              <w:spacing w:after="0"/>
              <w:ind w:left="135"/>
              <w:rPr>
                <w:sz w:val="24"/>
                <w:szCs w:val="24"/>
                <w:lang w:val="ru-RU"/>
              </w:rPr>
            </w:pPr>
            <w:hyperlink r:id="rId489">
              <w:r w:rsidR="007205EF" w:rsidRPr="007205EF">
                <w:rPr>
                  <w:rFonts w:ascii="Times New Roman" w:hAnsi="Times New Roman"/>
                  <w:color w:val="0000FF"/>
                  <w:sz w:val="24"/>
                  <w:szCs w:val="24"/>
                  <w:u w:val="single"/>
                </w:rPr>
                <w:t>https</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education</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yandex</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ru</w:t>
              </w:r>
            </w:hyperlink>
            <w:r w:rsidR="007205EF" w:rsidRPr="007205EF">
              <w:rPr>
                <w:rFonts w:ascii="Times New Roman" w:hAnsi="Times New Roman"/>
                <w:color w:val="000000"/>
                <w:sz w:val="24"/>
                <w:szCs w:val="24"/>
                <w:lang w:val="ru-RU"/>
              </w:rPr>
              <w:t xml:space="preserve"> </w:t>
            </w:r>
            <w:hyperlink r:id="rId490">
              <w:r w:rsidR="007205EF" w:rsidRPr="007205EF">
                <w:rPr>
                  <w:rFonts w:ascii="Times New Roman" w:hAnsi="Times New Roman"/>
                  <w:color w:val="0000FF"/>
                  <w:sz w:val="24"/>
                  <w:szCs w:val="24"/>
                  <w:u w:val="single"/>
                </w:rPr>
                <w:t>https</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uchi</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ru</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123</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Деление круглого числа, на круглое число</w:t>
            </w:r>
          </w:p>
        </w:tc>
        <w:tc>
          <w:tcPr>
            <w:tcW w:w="784" w:type="dxa"/>
          </w:tcPr>
          <w:p w:rsidR="007205EF" w:rsidRPr="007205EF" w:rsidRDefault="007205EF" w:rsidP="007205EF">
            <w:pPr>
              <w:spacing w:after="0"/>
              <w:ind w:left="135"/>
              <w:rPr>
                <w:rFonts w:ascii="Times New Roman" w:hAnsi="Times New Roman"/>
                <w:color w:val="0000FF"/>
                <w:sz w:val="24"/>
                <w:szCs w:val="24"/>
                <w:u w:val="single"/>
                <w:lang w:val="ru-RU"/>
              </w:rPr>
            </w:pPr>
          </w:p>
        </w:tc>
        <w:tc>
          <w:tcPr>
            <w:tcW w:w="5203" w:type="dxa"/>
            <w:vMerge/>
          </w:tcPr>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8E75F7" w:rsidP="007205EF">
            <w:pPr>
              <w:spacing w:after="0"/>
              <w:ind w:left="135"/>
              <w:rPr>
                <w:sz w:val="24"/>
                <w:szCs w:val="24"/>
                <w:lang w:val="ru-RU"/>
              </w:rPr>
            </w:pPr>
            <w:hyperlink r:id="rId491">
              <w:r w:rsidR="007205EF" w:rsidRPr="007205EF">
                <w:rPr>
                  <w:rFonts w:ascii="Times New Roman" w:hAnsi="Times New Roman"/>
                  <w:color w:val="0000FF"/>
                  <w:sz w:val="24"/>
                  <w:szCs w:val="24"/>
                  <w:u w:val="single"/>
                </w:rPr>
                <w:t>https</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education</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yandex</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ru</w:t>
              </w:r>
            </w:hyperlink>
            <w:r w:rsidR="007205EF" w:rsidRPr="007205EF">
              <w:rPr>
                <w:rFonts w:ascii="Times New Roman" w:hAnsi="Times New Roman"/>
                <w:color w:val="000000"/>
                <w:sz w:val="24"/>
                <w:szCs w:val="24"/>
                <w:lang w:val="ru-RU"/>
              </w:rPr>
              <w:t xml:space="preserve"> </w:t>
            </w:r>
            <w:hyperlink r:id="rId492">
              <w:r w:rsidR="007205EF" w:rsidRPr="007205EF">
                <w:rPr>
                  <w:rFonts w:ascii="Times New Roman" w:hAnsi="Times New Roman"/>
                  <w:color w:val="0000FF"/>
                  <w:sz w:val="24"/>
                  <w:szCs w:val="24"/>
                  <w:u w:val="single"/>
                </w:rPr>
                <w:t>https</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uchi</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ru</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124</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Приемы умножения трехзначного числа на однозначное число</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tcPr>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493">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0</w:t>
              </w:r>
              <w:r w:rsidRPr="007205EF">
                <w:rPr>
                  <w:rFonts w:ascii="Times New Roman" w:hAnsi="Times New Roman"/>
                  <w:color w:val="0000FF"/>
                  <w:sz w:val="24"/>
                  <w:szCs w:val="24"/>
                  <w:u w:val="single"/>
                </w:rPr>
                <w:t>dd</w:t>
              </w:r>
              <w:r w:rsidRPr="007205EF">
                <w:rPr>
                  <w:rFonts w:ascii="Times New Roman" w:hAnsi="Times New Roman"/>
                  <w:color w:val="0000FF"/>
                  <w:sz w:val="24"/>
                  <w:szCs w:val="24"/>
                  <w:u w:val="single"/>
                  <w:lang w:val="ru-RU"/>
                </w:rPr>
                <w:t>2</w:t>
              </w:r>
              <w:r w:rsidRPr="007205EF">
                <w:rPr>
                  <w:rFonts w:ascii="Times New Roman" w:hAnsi="Times New Roman"/>
                  <w:color w:val="0000FF"/>
                  <w:sz w:val="24"/>
                  <w:szCs w:val="24"/>
                  <w:u w:val="single"/>
                </w:rPr>
                <w:t>e</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125</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Изображение прямоугольника с заданным отношением длин сторон (больше или меньше на, в)</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tcPr>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494">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17220</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126</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Умножение и деление трехзначного числа на однозначное число</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tcPr>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495">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18120</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lastRenderedPageBreak/>
              <w:t>127</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Задачи на расчет времени, количества</w:t>
            </w:r>
          </w:p>
        </w:tc>
        <w:tc>
          <w:tcPr>
            <w:tcW w:w="784" w:type="dxa"/>
          </w:tcPr>
          <w:p w:rsidR="007205EF" w:rsidRPr="007205EF" w:rsidRDefault="007205EF" w:rsidP="007205EF">
            <w:pPr>
              <w:spacing w:after="0"/>
              <w:ind w:left="135"/>
              <w:rPr>
                <w:rFonts w:ascii="Times New Roman" w:hAnsi="Times New Roman"/>
                <w:color w:val="0000FF"/>
                <w:sz w:val="24"/>
                <w:szCs w:val="24"/>
                <w:u w:val="single"/>
                <w:lang w:val="ru-RU"/>
              </w:rPr>
            </w:pPr>
          </w:p>
        </w:tc>
        <w:tc>
          <w:tcPr>
            <w:tcW w:w="5203" w:type="dxa"/>
            <w:vMerge/>
          </w:tcPr>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8E75F7" w:rsidP="007205EF">
            <w:pPr>
              <w:spacing w:after="0"/>
              <w:ind w:left="135"/>
              <w:rPr>
                <w:sz w:val="24"/>
                <w:szCs w:val="24"/>
                <w:lang w:val="ru-RU"/>
              </w:rPr>
            </w:pPr>
            <w:hyperlink r:id="rId496">
              <w:r w:rsidR="007205EF" w:rsidRPr="007205EF">
                <w:rPr>
                  <w:rFonts w:ascii="Times New Roman" w:hAnsi="Times New Roman"/>
                  <w:color w:val="0000FF"/>
                  <w:sz w:val="24"/>
                  <w:szCs w:val="24"/>
                  <w:u w:val="single"/>
                </w:rPr>
                <w:t>https</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education</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yandex</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ru</w:t>
              </w:r>
            </w:hyperlink>
            <w:r w:rsidR="007205EF" w:rsidRPr="007205EF">
              <w:rPr>
                <w:rFonts w:ascii="Times New Roman" w:hAnsi="Times New Roman"/>
                <w:color w:val="000000"/>
                <w:sz w:val="24"/>
                <w:szCs w:val="24"/>
                <w:lang w:val="ru-RU"/>
              </w:rPr>
              <w:t xml:space="preserve"> </w:t>
            </w:r>
            <w:hyperlink r:id="rId497">
              <w:r w:rsidR="007205EF" w:rsidRPr="007205EF">
                <w:rPr>
                  <w:rFonts w:ascii="Times New Roman" w:hAnsi="Times New Roman"/>
                  <w:color w:val="0000FF"/>
                  <w:sz w:val="24"/>
                  <w:szCs w:val="24"/>
                  <w:u w:val="single"/>
                </w:rPr>
                <w:t>https</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uchi</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ru</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128</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Приемы деления трехзначного числа на однозначное число</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tcPr>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498">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1043</w:t>
              </w:r>
              <w:r w:rsidRPr="007205EF">
                <w:rPr>
                  <w:rFonts w:ascii="Times New Roman" w:hAnsi="Times New Roman"/>
                  <w:color w:val="0000FF"/>
                  <w:sz w:val="24"/>
                  <w:szCs w:val="24"/>
                  <w:u w:val="single"/>
                </w:rPr>
                <w:t>e</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129</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Приемы деления на однозначное число</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tcPr>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499">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102</w:t>
              </w:r>
              <w:r w:rsidRPr="007205EF">
                <w:rPr>
                  <w:rFonts w:ascii="Times New Roman" w:hAnsi="Times New Roman"/>
                  <w:color w:val="0000FF"/>
                  <w:sz w:val="24"/>
                  <w:szCs w:val="24"/>
                  <w:u w:val="single"/>
                </w:rPr>
                <w:t>b</w:t>
              </w:r>
              <w:r w:rsidRPr="007205EF">
                <w:rPr>
                  <w:rFonts w:ascii="Times New Roman" w:hAnsi="Times New Roman"/>
                  <w:color w:val="0000FF"/>
                  <w:sz w:val="24"/>
                  <w:szCs w:val="24"/>
                  <w:u w:val="single"/>
                  <w:lang w:val="ru-RU"/>
                </w:rPr>
                <w:t>8</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130</w:t>
            </w:r>
          </w:p>
        </w:tc>
        <w:tc>
          <w:tcPr>
            <w:tcW w:w="4802" w:type="dxa"/>
            <w:tcMar>
              <w:top w:w="50" w:type="dxa"/>
              <w:left w:w="100" w:type="dxa"/>
            </w:tcMar>
            <w:vAlign w:val="center"/>
          </w:tcPr>
          <w:p w:rsidR="007205EF" w:rsidRPr="007205EF" w:rsidRDefault="007205EF" w:rsidP="007205EF">
            <w:pPr>
              <w:spacing w:after="0"/>
              <w:ind w:left="135"/>
              <w:rPr>
                <w:sz w:val="24"/>
                <w:szCs w:val="24"/>
              </w:rPr>
            </w:pPr>
            <w:r w:rsidRPr="007205EF">
              <w:rPr>
                <w:rFonts w:ascii="Times New Roman" w:hAnsi="Times New Roman"/>
                <w:color w:val="000000"/>
                <w:sz w:val="24"/>
                <w:szCs w:val="24"/>
                <w:lang w:val="ru-RU"/>
              </w:rPr>
              <w:t xml:space="preserve">Проверка правильности вычислений: прикидка и оценка результата. </w:t>
            </w:r>
            <w:r w:rsidRPr="007205EF">
              <w:rPr>
                <w:rFonts w:ascii="Times New Roman" w:hAnsi="Times New Roman"/>
                <w:color w:val="000000"/>
                <w:sz w:val="24"/>
                <w:szCs w:val="24"/>
              </w:rPr>
              <w:t>Знакомство с калькулятором</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val="restart"/>
          </w:tcPr>
          <w:p w:rsidR="007205EF" w:rsidRPr="007205EF" w:rsidRDefault="007205EF" w:rsidP="00963108">
            <w:pPr>
              <w:spacing w:after="0" w:line="240" w:lineRule="auto"/>
              <w:jc w:val="both"/>
              <w:rPr>
                <w:rFonts w:ascii="Times New Roman" w:hAnsi="Times New Roman" w:cs="Times New Roman"/>
                <w:w w:val="0"/>
                <w:sz w:val="24"/>
                <w:szCs w:val="24"/>
                <w:lang w:val="ru-RU"/>
              </w:rPr>
            </w:pPr>
            <w:r w:rsidRPr="007205EF">
              <w:rPr>
                <w:rFonts w:ascii="Times New Roman" w:hAnsi="Times New Roman" w:cs="Times New Roman"/>
                <w:sz w:val="24"/>
                <w:szCs w:val="24"/>
                <w:lang w:val="ru-RU"/>
              </w:rPr>
              <w:t>Проявляющий интерес к разным профессиям. Выражающий познавательные интересы, активность, любознательность и самостоятельность в познании, интерес и уважение к научным знаниям, науке.</w:t>
            </w:r>
          </w:p>
          <w:p w:rsidR="007205EF" w:rsidRPr="007205EF" w:rsidRDefault="007205EF" w:rsidP="00963108">
            <w:pPr>
              <w:spacing w:after="0" w:line="240" w:lineRule="auto"/>
              <w:jc w:val="both"/>
              <w:rPr>
                <w:rFonts w:ascii="Times New Roman" w:hAnsi="Times New Roman" w:cs="Times New Roman"/>
                <w:w w:val="0"/>
                <w:sz w:val="24"/>
                <w:szCs w:val="24"/>
                <w:lang w:val="ru-RU"/>
              </w:rPr>
            </w:pPr>
          </w:p>
          <w:p w:rsidR="007205EF" w:rsidRPr="007205EF" w:rsidRDefault="007205EF" w:rsidP="00963108">
            <w:pPr>
              <w:tabs>
                <w:tab w:val="left" w:pos="4"/>
                <w:tab w:val="left" w:pos="288"/>
                <w:tab w:val="left" w:pos="430"/>
              </w:tabs>
              <w:spacing w:after="0" w:line="240" w:lineRule="auto"/>
              <w:ind w:firstLine="181"/>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500">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0</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81</w:t>
              </w:r>
              <w:r w:rsidRPr="007205EF">
                <w:rPr>
                  <w:rFonts w:ascii="Times New Roman" w:hAnsi="Times New Roman"/>
                  <w:color w:val="0000FF"/>
                  <w:sz w:val="24"/>
                  <w:szCs w:val="24"/>
                  <w:u w:val="single"/>
                </w:rPr>
                <w:t>e</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131</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Числа. Числа от 1 до 1000. Повторение</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tcPr>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501">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17</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7</w:t>
              </w:r>
              <w:r w:rsidRPr="007205EF">
                <w:rPr>
                  <w:rFonts w:ascii="Times New Roman" w:hAnsi="Times New Roman"/>
                  <w:color w:val="0000FF"/>
                  <w:sz w:val="24"/>
                  <w:szCs w:val="24"/>
                  <w:u w:val="single"/>
                </w:rPr>
                <w:t>a</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132</w:t>
            </w:r>
          </w:p>
        </w:tc>
        <w:tc>
          <w:tcPr>
            <w:tcW w:w="4802" w:type="dxa"/>
            <w:tcMar>
              <w:top w:w="50" w:type="dxa"/>
              <w:left w:w="100" w:type="dxa"/>
            </w:tcMar>
            <w:vAlign w:val="center"/>
          </w:tcPr>
          <w:p w:rsidR="007205EF" w:rsidRPr="007205EF" w:rsidRDefault="007205EF" w:rsidP="007205EF">
            <w:pPr>
              <w:spacing w:after="0"/>
              <w:ind w:left="135"/>
              <w:rPr>
                <w:sz w:val="24"/>
                <w:szCs w:val="24"/>
              </w:rPr>
            </w:pPr>
            <w:r w:rsidRPr="007205EF">
              <w:rPr>
                <w:rFonts w:ascii="Times New Roman" w:hAnsi="Times New Roman"/>
                <w:color w:val="000000"/>
                <w:sz w:val="24"/>
                <w:szCs w:val="24"/>
                <w:lang w:val="ru-RU"/>
              </w:rPr>
              <w:t xml:space="preserve">Текстовые задачи. Задачи в 2-3 действия. </w:t>
            </w:r>
            <w:r w:rsidRPr="007205EF">
              <w:rPr>
                <w:rFonts w:ascii="Times New Roman" w:hAnsi="Times New Roman"/>
                <w:color w:val="000000"/>
                <w:sz w:val="24"/>
                <w:szCs w:val="24"/>
              </w:rPr>
              <w:t>Повторение и закрепление</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tcPr>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502">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1858</w:t>
              </w:r>
              <w:r w:rsidRPr="007205EF">
                <w:rPr>
                  <w:rFonts w:ascii="Times New Roman" w:hAnsi="Times New Roman"/>
                  <w:color w:val="0000FF"/>
                  <w:sz w:val="24"/>
                  <w:szCs w:val="24"/>
                  <w:u w:val="single"/>
                </w:rPr>
                <w:t>a</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133</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Запись решения задачи по действиям с пояснениями и с помощью числового выражения</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tcPr>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503">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18</w:t>
              </w:r>
              <w:r w:rsidRPr="007205EF">
                <w:rPr>
                  <w:rFonts w:ascii="Times New Roman" w:hAnsi="Times New Roman"/>
                  <w:color w:val="0000FF"/>
                  <w:sz w:val="24"/>
                  <w:szCs w:val="24"/>
                  <w:u w:val="single"/>
                </w:rPr>
                <w:t>b</w:t>
              </w:r>
              <w:r w:rsidRPr="007205EF">
                <w:rPr>
                  <w:rFonts w:ascii="Times New Roman" w:hAnsi="Times New Roman"/>
                  <w:color w:val="0000FF"/>
                  <w:sz w:val="24"/>
                  <w:szCs w:val="24"/>
                  <w:u w:val="single"/>
                  <w:lang w:val="ru-RU"/>
                </w:rPr>
                <w:t>70</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134</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Алгоритмы (правила) порядка действий в числовом выражении</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vMerge w:val="restart"/>
          </w:tcPr>
          <w:p w:rsidR="007205EF" w:rsidRPr="007205EF" w:rsidRDefault="007205EF" w:rsidP="00963108">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Знающий и любящий свою малую родину, свой край, имеющий представление о Родине</w:t>
            </w:r>
            <w:r w:rsidRPr="007205EF">
              <w:rPr>
                <w:rFonts w:ascii="Times New Roman" w:hAnsi="Times New Roman" w:cs="Times New Roman"/>
                <w:sz w:val="24"/>
                <w:szCs w:val="24"/>
              </w:rPr>
              <w:t> </w:t>
            </w:r>
            <w:r w:rsidRPr="007205EF">
              <w:rPr>
                <w:rFonts w:ascii="Times New Roman" w:hAnsi="Times New Roman" w:cs="Times New Roman"/>
                <w:sz w:val="24"/>
                <w:szCs w:val="24"/>
                <w:lang w:val="ru-RU"/>
              </w:rPr>
              <w:t xml:space="preserve">— России, её территории, расположении. Сознающий ценность каждой человеческой жизни, признающий индивидуальность и достоинство каждого человека. </w:t>
            </w:r>
          </w:p>
          <w:p w:rsidR="007205EF" w:rsidRPr="007205EF" w:rsidRDefault="007205EF" w:rsidP="00963108">
            <w:pPr>
              <w:tabs>
                <w:tab w:val="left" w:pos="4"/>
                <w:tab w:val="left" w:pos="288"/>
                <w:tab w:val="left" w:pos="430"/>
              </w:tabs>
              <w:spacing w:after="0" w:line="240" w:lineRule="auto"/>
              <w:ind w:firstLine="181"/>
              <w:jc w:val="both"/>
              <w:rPr>
                <w:rFonts w:ascii="Times New Roman" w:hAnsi="Times New Roman" w:cs="Times New Roman"/>
                <w:sz w:val="24"/>
                <w:szCs w:val="24"/>
                <w:lang w:val="ru-RU"/>
              </w:rPr>
            </w:pPr>
            <w:r w:rsidRPr="007205EF">
              <w:rPr>
                <w:rFonts w:ascii="Times New Roman" w:hAnsi="Times New Roman" w:cs="Times New Roman"/>
                <w:sz w:val="24"/>
                <w:szCs w:val="24"/>
                <w:lang w:val="ru-RU"/>
              </w:rPr>
              <w:t>Проявляющий интерес и уважение к отечественной и мировой художественной культуре.</w:t>
            </w:r>
          </w:p>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 xml:space="preserve">Библиотека ЦОК </w:t>
            </w:r>
            <w:hyperlink r:id="rId504">
              <w:r w:rsidRPr="007205EF">
                <w:rPr>
                  <w:rFonts w:ascii="Times New Roman" w:hAnsi="Times New Roman"/>
                  <w:color w:val="0000FF"/>
                  <w:sz w:val="24"/>
                  <w:szCs w:val="24"/>
                  <w:u w:val="single"/>
                </w:rPr>
                <w:t>https</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m</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edsoo</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ru</w:t>
              </w:r>
              <w:r w:rsidRPr="007205EF">
                <w:rPr>
                  <w:rFonts w:ascii="Times New Roman" w:hAnsi="Times New Roman"/>
                  <w:color w:val="0000FF"/>
                  <w:sz w:val="24"/>
                  <w:szCs w:val="24"/>
                  <w:u w:val="single"/>
                  <w:lang w:val="ru-RU"/>
                </w:rPr>
                <w:t>/</w:t>
              </w:r>
              <w:r w:rsidRPr="007205EF">
                <w:rPr>
                  <w:rFonts w:ascii="Times New Roman" w:hAnsi="Times New Roman"/>
                  <w:color w:val="0000FF"/>
                  <w:sz w:val="24"/>
                  <w:szCs w:val="24"/>
                  <w:u w:val="single"/>
                </w:rPr>
                <w:t>c</w:t>
              </w:r>
              <w:r w:rsidRPr="007205EF">
                <w:rPr>
                  <w:rFonts w:ascii="Times New Roman" w:hAnsi="Times New Roman"/>
                  <w:color w:val="0000FF"/>
                  <w:sz w:val="24"/>
                  <w:szCs w:val="24"/>
                  <w:u w:val="single"/>
                  <w:lang w:val="ru-RU"/>
                </w:rPr>
                <w:t>4</w:t>
              </w:r>
              <w:r w:rsidRPr="007205EF">
                <w:rPr>
                  <w:rFonts w:ascii="Times New Roman" w:hAnsi="Times New Roman"/>
                  <w:color w:val="0000FF"/>
                  <w:sz w:val="24"/>
                  <w:szCs w:val="24"/>
                  <w:u w:val="single"/>
                </w:rPr>
                <w:t>e</w:t>
              </w:r>
              <w:r w:rsidRPr="007205EF">
                <w:rPr>
                  <w:rFonts w:ascii="Times New Roman" w:hAnsi="Times New Roman"/>
                  <w:color w:val="0000FF"/>
                  <w:sz w:val="24"/>
                  <w:szCs w:val="24"/>
                  <w:u w:val="single"/>
                  <w:lang w:val="ru-RU"/>
                </w:rPr>
                <w:t>16</w:t>
              </w:r>
              <w:r w:rsidRPr="007205EF">
                <w:rPr>
                  <w:rFonts w:ascii="Times New Roman" w:hAnsi="Times New Roman"/>
                  <w:color w:val="0000FF"/>
                  <w:sz w:val="24"/>
                  <w:szCs w:val="24"/>
                  <w:u w:val="single"/>
                </w:rPr>
                <w:t>eb</w:t>
              </w:r>
              <w:r w:rsidRPr="007205EF">
                <w:rPr>
                  <w:rFonts w:ascii="Times New Roman" w:hAnsi="Times New Roman"/>
                  <w:color w:val="0000FF"/>
                  <w:sz w:val="24"/>
                  <w:szCs w:val="24"/>
                  <w:u w:val="single"/>
                  <w:lang w:val="ru-RU"/>
                </w:rPr>
                <w:t>0</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135</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Нахождение значения числового выражения (со скобками или без скобок)</w:t>
            </w:r>
          </w:p>
        </w:tc>
        <w:tc>
          <w:tcPr>
            <w:tcW w:w="784" w:type="dxa"/>
          </w:tcPr>
          <w:p w:rsidR="007205EF" w:rsidRPr="007205EF" w:rsidRDefault="007205EF" w:rsidP="007205EF">
            <w:pPr>
              <w:spacing w:after="0"/>
              <w:ind w:left="135"/>
              <w:rPr>
                <w:rFonts w:ascii="Times New Roman" w:hAnsi="Times New Roman"/>
                <w:color w:val="0000FF"/>
                <w:sz w:val="24"/>
                <w:szCs w:val="24"/>
                <w:u w:val="single"/>
                <w:lang w:val="ru-RU"/>
              </w:rPr>
            </w:pPr>
          </w:p>
        </w:tc>
        <w:tc>
          <w:tcPr>
            <w:tcW w:w="5203" w:type="dxa"/>
            <w:vMerge/>
          </w:tcPr>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8E75F7" w:rsidP="007205EF">
            <w:pPr>
              <w:spacing w:after="0"/>
              <w:ind w:left="135"/>
              <w:rPr>
                <w:sz w:val="24"/>
                <w:szCs w:val="24"/>
                <w:lang w:val="ru-RU"/>
              </w:rPr>
            </w:pPr>
            <w:hyperlink r:id="rId505">
              <w:r w:rsidR="007205EF" w:rsidRPr="007205EF">
                <w:rPr>
                  <w:rFonts w:ascii="Times New Roman" w:hAnsi="Times New Roman"/>
                  <w:color w:val="0000FF"/>
                  <w:sz w:val="24"/>
                  <w:szCs w:val="24"/>
                  <w:u w:val="single"/>
                </w:rPr>
                <w:t>https</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education</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yandex</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ru</w:t>
              </w:r>
            </w:hyperlink>
            <w:r w:rsidR="007205EF" w:rsidRPr="007205EF">
              <w:rPr>
                <w:rFonts w:ascii="Times New Roman" w:hAnsi="Times New Roman"/>
                <w:color w:val="000000"/>
                <w:sz w:val="24"/>
                <w:szCs w:val="24"/>
                <w:lang w:val="ru-RU"/>
              </w:rPr>
              <w:t xml:space="preserve"> </w:t>
            </w:r>
            <w:hyperlink r:id="rId506">
              <w:r w:rsidR="007205EF" w:rsidRPr="007205EF">
                <w:rPr>
                  <w:rFonts w:ascii="Times New Roman" w:hAnsi="Times New Roman"/>
                  <w:color w:val="0000FF"/>
                  <w:sz w:val="24"/>
                  <w:szCs w:val="24"/>
                  <w:u w:val="single"/>
                </w:rPr>
                <w:t>https</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uchi</w:t>
              </w:r>
              <w:r w:rsidR="007205EF" w:rsidRPr="007205EF">
                <w:rPr>
                  <w:rFonts w:ascii="Times New Roman" w:hAnsi="Times New Roman"/>
                  <w:color w:val="0000FF"/>
                  <w:sz w:val="24"/>
                  <w:szCs w:val="24"/>
                  <w:u w:val="single"/>
                  <w:lang w:val="ru-RU"/>
                </w:rPr>
                <w:t>.</w:t>
              </w:r>
              <w:r w:rsidR="007205EF" w:rsidRPr="007205EF">
                <w:rPr>
                  <w:rFonts w:ascii="Times New Roman" w:hAnsi="Times New Roman"/>
                  <w:color w:val="0000FF"/>
                  <w:sz w:val="24"/>
                  <w:szCs w:val="24"/>
                  <w:u w:val="single"/>
                </w:rPr>
                <w:t>ru</w:t>
              </w:r>
            </w:hyperlink>
          </w:p>
        </w:tc>
      </w:tr>
      <w:tr w:rsidR="007205EF" w:rsidRPr="008E75F7" w:rsidTr="007205EF">
        <w:trPr>
          <w:trHeight w:val="144"/>
          <w:tblCellSpacing w:w="20" w:type="nil"/>
        </w:trPr>
        <w:tc>
          <w:tcPr>
            <w:tcW w:w="704" w:type="dxa"/>
            <w:tcMar>
              <w:top w:w="50" w:type="dxa"/>
              <w:left w:w="100" w:type="dxa"/>
            </w:tcMar>
            <w:vAlign w:val="center"/>
          </w:tcPr>
          <w:p w:rsidR="007205EF" w:rsidRPr="007205EF" w:rsidRDefault="007205EF" w:rsidP="007205EF">
            <w:pPr>
              <w:spacing w:after="0"/>
              <w:rPr>
                <w:sz w:val="24"/>
                <w:szCs w:val="24"/>
              </w:rPr>
            </w:pPr>
            <w:r w:rsidRPr="007205EF">
              <w:rPr>
                <w:rFonts w:ascii="Times New Roman" w:hAnsi="Times New Roman"/>
                <w:color w:val="000000"/>
                <w:sz w:val="24"/>
                <w:szCs w:val="24"/>
              </w:rPr>
              <w:t>136</w:t>
            </w:r>
          </w:p>
        </w:tc>
        <w:tc>
          <w:tcPr>
            <w:tcW w:w="4802" w:type="dxa"/>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Итоговая контрольная работа (промежуточная аттестация)</w:t>
            </w:r>
          </w:p>
        </w:tc>
        <w:tc>
          <w:tcPr>
            <w:tcW w:w="784" w:type="dxa"/>
          </w:tcPr>
          <w:p w:rsidR="007205EF" w:rsidRPr="007205EF" w:rsidRDefault="007205EF" w:rsidP="007205EF">
            <w:pPr>
              <w:spacing w:after="0"/>
              <w:ind w:left="135"/>
              <w:rPr>
                <w:sz w:val="24"/>
                <w:szCs w:val="24"/>
                <w:lang w:val="ru-RU"/>
              </w:rPr>
            </w:pPr>
          </w:p>
        </w:tc>
        <w:tc>
          <w:tcPr>
            <w:tcW w:w="5203" w:type="dxa"/>
            <w:vMerge/>
          </w:tcPr>
          <w:p w:rsidR="007205EF" w:rsidRPr="007205EF" w:rsidRDefault="007205EF" w:rsidP="00963108">
            <w:pPr>
              <w:spacing w:after="0" w:line="240" w:lineRule="auto"/>
              <w:jc w:val="both"/>
              <w:rPr>
                <w:rFonts w:ascii="Times New Roman" w:hAnsi="Times New Roman" w:cs="Times New Roman"/>
                <w:w w:val="0"/>
                <w:sz w:val="24"/>
                <w:szCs w:val="24"/>
                <w:lang w:val="ru-RU"/>
              </w:rPr>
            </w:pPr>
          </w:p>
        </w:tc>
        <w:tc>
          <w:tcPr>
            <w:tcW w:w="3675" w:type="dxa"/>
            <w:tcMar>
              <w:top w:w="50" w:type="dxa"/>
              <w:left w:w="100" w:type="dxa"/>
            </w:tcMar>
            <w:vAlign w:val="center"/>
          </w:tcPr>
          <w:p w:rsidR="007205EF" w:rsidRPr="007205EF" w:rsidRDefault="007205EF" w:rsidP="007205EF">
            <w:pPr>
              <w:spacing w:after="0"/>
              <w:ind w:left="135"/>
              <w:rPr>
                <w:sz w:val="24"/>
                <w:szCs w:val="24"/>
                <w:lang w:val="ru-RU"/>
              </w:rPr>
            </w:pPr>
          </w:p>
        </w:tc>
      </w:tr>
      <w:tr w:rsidR="007205EF" w:rsidRPr="008E75F7" w:rsidTr="007205EF">
        <w:trPr>
          <w:trHeight w:val="144"/>
          <w:tblCellSpacing w:w="20" w:type="nil"/>
        </w:trPr>
        <w:tc>
          <w:tcPr>
            <w:tcW w:w="5506" w:type="dxa"/>
            <w:gridSpan w:val="2"/>
            <w:tcMar>
              <w:top w:w="50" w:type="dxa"/>
              <w:left w:w="100" w:type="dxa"/>
            </w:tcMar>
            <w:vAlign w:val="center"/>
          </w:tcPr>
          <w:p w:rsidR="007205EF" w:rsidRPr="007205EF" w:rsidRDefault="007205EF" w:rsidP="007205EF">
            <w:pPr>
              <w:spacing w:after="0"/>
              <w:ind w:left="135"/>
              <w:rPr>
                <w:sz w:val="24"/>
                <w:szCs w:val="24"/>
                <w:lang w:val="ru-RU"/>
              </w:rPr>
            </w:pPr>
            <w:r w:rsidRPr="007205EF">
              <w:rPr>
                <w:rFonts w:ascii="Times New Roman" w:hAnsi="Times New Roman"/>
                <w:color w:val="000000"/>
                <w:sz w:val="24"/>
                <w:szCs w:val="24"/>
                <w:lang w:val="ru-RU"/>
              </w:rPr>
              <w:t>ОБЩЕЕ КОЛИЧЕСТВО ЧАСОВ ПО ПРОГРАММЕ</w:t>
            </w:r>
          </w:p>
        </w:tc>
        <w:tc>
          <w:tcPr>
            <w:tcW w:w="784" w:type="dxa"/>
          </w:tcPr>
          <w:p w:rsidR="007205EF" w:rsidRPr="007205EF" w:rsidRDefault="007205EF" w:rsidP="007205EF">
            <w:pPr>
              <w:spacing w:after="0"/>
              <w:ind w:left="135"/>
              <w:rPr>
                <w:rFonts w:ascii="Times New Roman" w:hAnsi="Times New Roman"/>
                <w:color w:val="000000"/>
                <w:sz w:val="24"/>
                <w:szCs w:val="24"/>
                <w:lang w:val="ru-RU"/>
              </w:rPr>
            </w:pPr>
          </w:p>
        </w:tc>
        <w:tc>
          <w:tcPr>
            <w:tcW w:w="5203" w:type="dxa"/>
          </w:tcPr>
          <w:p w:rsidR="007205EF" w:rsidRPr="007205EF" w:rsidRDefault="007205EF" w:rsidP="00963108">
            <w:pPr>
              <w:spacing w:after="0"/>
              <w:ind w:left="135"/>
              <w:jc w:val="both"/>
              <w:rPr>
                <w:rFonts w:ascii="Times New Roman" w:hAnsi="Times New Roman"/>
                <w:color w:val="000000"/>
                <w:sz w:val="24"/>
                <w:szCs w:val="24"/>
                <w:lang w:val="ru-RU"/>
              </w:rPr>
            </w:pPr>
          </w:p>
        </w:tc>
        <w:tc>
          <w:tcPr>
            <w:tcW w:w="3675" w:type="dxa"/>
          </w:tcPr>
          <w:p w:rsidR="007205EF" w:rsidRPr="007205EF" w:rsidRDefault="007205EF" w:rsidP="007205EF">
            <w:pPr>
              <w:spacing w:after="0" w:line="240" w:lineRule="auto"/>
              <w:jc w:val="both"/>
              <w:rPr>
                <w:rFonts w:ascii="Times New Roman" w:hAnsi="Times New Roman" w:cs="Times New Roman"/>
                <w:w w:val="0"/>
                <w:sz w:val="24"/>
                <w:szCs w:val="24"/>
                <w:lang w:val="ru-RU"/>
              </w:rPr>
            </w:pPr>
          </w:p>
        </w:tc>
      </w:tr>
    </w:tbl>
    <w:p w:rsidR="00DA4FC0" w:rsidRDefault="00DA4FC0">
      <w:pPr>
        <w:rPr>
          <w:rFonts w:ascii="Times New Roman" w:hAnsi="Times New Roman" w:cs="Times New Roman"/>
          <w:sz w:val="24"/>
          <w:szCs w:val="24"/>
          <w:lang w:val="ru-RU"/>
        </w:rPr>
      </w:pPr>
    </w:p>
    <w:p w:rsidR="000A1063" w:rsidRDefault="000A1063">
      <w:pPr>
        <w:rPr>
          <w:rFonts w:ascii="Times New Roman" w:hAnsi="Times New Roman" w:cs="Times New Roman"/>
          <w:b/>
          <w:sz w:val="24"/>
          <w:szCs w:val="24"/>
          <w:lang w:val="ru-RU"/>
        </w:rPr>
      </w:pPr>
      <w:r>
        <w:rPr>
          <w:rFonts w:ascii="Times New Roman" w:hAnsi="Times New Roman" w:cs="Times New Roman"/>
          <w:b/>
          <w:sz w:val="24"/>
          <w:szCs w:val="24"/>
          <w:lang w:val="ru-RU"/>
        </w:rPr>
        <w:t>4 КЛАСС</w:t>
      </w:r>
    </w:p>
    <w:tbl>
      <w:tblPr>
        <w:tblW w:w="15168"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09"/>
        <w:gridCol w:w="4820"/>
        <w:gridCol w:w="850"/>
        <w:gridCol w:w="5103"/>
        <w:gridCol w:w="3686"/>
      </w:tblGrid>
      <w:tr w:rsidR="000A1063" w:rsidTr="000A1063">
        <w:trPr>
          <w:trHeight w:val="144"/>
          <w:tblCellSpacing w:w="20" w:type="nil"/>
        </w:trPr>
        <w:tc>
          <w:tcPr>
            <w:tcW w:w="709" w:type="dxa"/>
            <w:tcMar>
              <w:top w:w="50" w:type="dxa"/>
              <w:left w:w="100" w:type="dxa"/>
            </w:tcMar>
            <w:vAlign w:val="center"/>
          </w:tcPr>
          <w:p w:rsidR="000A1063" w:rsidRDefault="000A1063" w:rsidP="00057B56">
            <w:pPr>
              <w:spacing w:after="0"/>
              <w:ind w:left="135"/>
            </w:pPr>
            <w:r>
              <w:rPr>
                <w:rFonts w:ascii="Times New Roman" w:hAnsi="Times New Roman"/>
                <w:b/>
                <w:color w:val="000000"/>
                <w:sz w:val="24"/>
              </w:rPr>
              <w:t xml:space="preserve">№ п/п </w:t>
            </w:r>
          </w:p>
          <w:p w:rsidR="000A1063" w:rsidRDefault="000A1063" w:rsidP="00057B56">
            <w:pPr>
              <w:spacing w:after="0"/>
              <w:ind w:left="135"/>
            </w:pPr>
          </w:p>
        </w:tc>
        <w:tc>
          <w:tcPr>
            <w:tcW w:w="4820" w:type="dxa"/>
            <w:tcMar>
              <w:top w:w="50" w:type="dxa"/>
              <w:left w:w="100" w:type="dxa"/>
            </w:tcMar>
            <w:vAlign w:val="center"/>
          </w:tcPr>
          <w:p w:rsidR="000A1063" w:rsidRDefault="000A1063" w:rsidP="00057B56">
            <w:pPr>
              <w:spacing w:after="0"/>
              <w:ind w:left="135"/>
            </w:pPr>
            <w:r>
              <w:rPr>
                <w:rFonts w:ascii="Times New Roman" w:hAnsi="Times New Roman"/>
                <w:b/>
                <w:color w:val="000000"/>
                <w:sz w:val="24"/>
              </w:rPr>
              <w:t xml:space="preserve">Тема урока </w:t>
            </w:r>
          </w:p>
          <w:p w:rsidR="000A1063" w:rsidRDefault="000A1063" w:rsidP="00057B56">
            <w:pPr>
              <w:spacing w:after="0"/>
              <w:ind w:left="135"/>
            </w:pPr>
          </w:p>
        </w:tc>
        <w:tc>
          <w:tcPr>
            <w:tcW w:w="850" w:type="dxa"/>
            <w:tcBorders>
              <w:right w:val="single" w:sz="4" w:space="0" w:color="auto"/>
            </w:tcBorders>
            <w:tcMar>
              <w:top w:w="50" w:type="dxa"/>
              <w:left w:w="100" w:type="dxa"/>
            </w:tcMar>
            <w:vAlign w:val="center"/>
          </w:tcPr>
          <w:p w:rsidR="000A1063" w:rsidRPr="00A27AA7" w:rsidRDefault="000A1063" w:rsidP="000A1063">
            <w:pPr>
              <w:spacing w:after="0"/>
              <w:ind w:left="135"/>
              <w:rPr>
                <w:rFonts w:ascii="Times New Roman" w:hAnsi="Times New Roman" w:cs="Times New Roman"/>
                <w:sz w:val="24"/>
                <w:szCs w:val="24"/>
                <w:lang w:val="ru-RU"/>
              </w:rPr>
            </w:pPr>
            <w:r w:rsidRPr="00A27AA7">
              <w:rPr>
                <w:rFonts w:ascii="Times New Roman" w:hAnsi="Times New Roman" w:cs="Times New Roman"/>
                <w:sz w:val="24"/>
                <w:szCs w:val="24"/>
                <w:lang w:val="ru-RU"/>
              </w:rPr>
              <w:t>Кол</w:t>
            </w:r>
            <w:r>
              <w:rPr>
                <w:rFonts w:ascii="Times New Roman" w:hAnsi="Times New Roman" w:cs="Times New Roman"/>
                <w:sz w:val="24"/>
                <w:szCs w:val="24"/>
                <w:lang w:val="ru-RU"/>
              </w:rPr>
              <w:t>-в</w:t>
            </w:r>
            <w:r w:rsidRPr="00A27AA7">
              <w:rPr>
                <w:rFonts w:ascii="Times New Roman" w:hAnsi="Times New Roman" w:cs="Times New Roman"/>
                <w:sz w:val="24"/>
                <w:szCs w:val="24"/>
                <w:lang w:val="ru-RU"/>
              </w:rPr>
              <w:t>о часов</w:t>
            </w:r>
          </w:p>
        </w:tc>
        <w:tc>
          <w:tcPr>
            <w:tcW w:w="5103" w:type="dxa"/>
            <w:tcBorders>
              <w:right w:val="single" w:sz="4" w:space="0" w:color="auto"/>
            </w:tcBorders>
            <w:vAlign w:val="center"/>
          </w:tcPr>
          <w:p w:rsidR="000A1063" w:rsidRPr="00A27AA7" w:rsidRDefault="000A1063" w:rsidP="00057B56">
            <w:pPr>
              <w:spacing w:after="0"/>
              <w:ind w:left="135"/>
              <w:rPr>
                <w:rFonts w:ascii="Times New Roman" w:hAnsi="Times New Roman" w:cs="Times New Roman"/>
                <w:sz w:val="24"/>
                <w:szCs w:val="24"/>
              </w:rPr>
            </w:pPr>
            <w:r w:rsidRPr="00A27AA7">
              <w:rPr>
                <w:rFonts w:ascii="Times New Roman" w:hAnsi="Times New Roman" w:cs="Times New Roman"/>
                <w:sz w:val="24"/>
                <w:szCs w:val="24"/>
              </w:rPr>
              <w:t>Основные направления воспитательной деятельности</w:t>
            </w:r>
          </w:p>
        </w:tc>
        <w:tc>
          <w:tcPr>
            <w:tcW w:w="3686" w:type="dxa"/>
            <w:tcBorders>
              <w:left w:val="single" w:sz="4" w:space="0" w:color="auto"/>
            </w:tcBorders>
            <w:tcMar>
              <w:top w:w="50" w:type="dxa"/>
              <w:left w:w="100" w:type="dxa"/>
            </w:tcMar>
            <w:vAlign w:val="center"/>
          </w:tcPr>
          <w:p w:rsidR="000A1063" w:rsidRDefault="000A1063" w:rsidP="00057B56">
            <w:pPr>
              <w:spacing w:after="0"/>
              <w:ind w:left="135"/>
            </w:pPr>
            <w:r>
              <w:rPr>
                <w:rFonts w:ascii="Times New Roman" w:hAnsi="Times New Roman"/>
                <w:b/>
                <w:color w:val="000000"/>
                <w:sz w:val="24"/>
              </w:rPr>
              <w:t xml:space="preserve">Электронные цифровые образовательные ресурсы </w:t>
            </w:r>
          </w:p>
          <w:p w:rsidR="000A1063" w:rsidRDefault="000A1063" w:rsidP="00057B56">
            <w:pPr>
              <w:spacing w:after="0"/>
              <w:ind w:left="135"/>
            </w:pPr>
          </w:p>
        </w:tc>
      </w:tr>
      <w:tr w:rsidR="000A1063" w:rsidRPr="008E75F7"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1</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Числа от 1 до 1000: чтение, запись, сравнение</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val="restart"/>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0A1063" w:rsidRPr="000F7EDB" w:rsidRDefault="000A1063" w:rsidP="00057B56">
            <w:pPr>
              <w:spacing w:after="0"/>
              <w:ind w:left="135"/>
              <w:rPr>
                <w:rFonts w:ascii="Times New Roman" w:hAnsi="Times New Roman" w:cs="Times New Roman"/>
                <w:sz w:val="24"/>
                <w:szCs w:val="24"/>
                <w:lang w:val="ru-RU"/>
              </w:rPr>
            </w:pPr>
          </w:p>
        </w:tc>
        <w:tc>
          <w:tcPr>
            <w:tcW w:w="3686" w:type="dxa"/>
            <w:tcMar>
              <w:top w:w="50" w:type="dxa"/>
              <w:left w:w="100" w:type="dxa"/>
            </w:tcMar>
            <w:vAlign w:val="center"/>
          </w:tcPr>
          <w:p w:rsidR="000A1063" w:rsidRPr="002040C4" w:rsidRDefault="008E75F7" w:rsidP="00057B56">
            <w:pPr>
              <w:spacing w:after="0"/>
              <w:ind w:left="135"/>
              <w:rPr>
                <w:lang w:val="ru-RU"/>
              </w:rPr>
            </w:pPr>
            <w:hyperlink r:id="rId507">
              <w:r w:rsidR="000A1063" w:rsidRPr="004A6E25">
                <w:rPr>
                  <w:rFonts w:ascii="Times New Roman" w:hAnsi="Times New Roman"/>
                  <w:color w:val="0000FF"/>
                  <w:u w:val="single"/>
                </w:rPr>
                <w:t>https</w:t>
              </w:r>
              <w:r w:rsidR="000A1063" w:rsidRPr="002040C4">
                <w:rPr>
                  <w:rFonts w:ascii="Times New Roman" w:hAnsi="Times New Roman"/>
                  <w:color w:val="0000FF"/>
                  <w:u w:val="single"/>
                  <w:lang w:val="ru-RU"/>
                </w:rPr>
                <w:t>://</w:t>
              </w:r>
              <w:r w:rsidR="000A1063" w:rsidRPr="004A6E25">
                <w:rPr>
                  <w:rFonts w:ascii="Times New Roman" w:hAnsi="Times New Roman"/>
                  <w:color w:val="0000FF"/>
                  <w:u w:val="single"/>
                </w:rPr>
                <w:t>education</w:t>
              </w:r>
              <w:r w:rsidR="000A1063" w:rsidRPr="002040C4">
                <w:rPr>
                  <w:rFonts w:ascii="Times New Roman" w:hAnsi="Times New Roman"/>
                  <w:color w:val="0000FF"/>
                  <w:u w:val="single"/>
                  <w:lang w:val="ru-RU"/>
                </w:rPr>
                <w:t>.</w:t>
              </w:r>
              <w:r w:rsidR="000A1063" w:rsidRPr="004A6E25">
                <w:rPr>
                  <w:rFonts w:ascii="Times New Roman" w:hAnsi="Times New Roman"/>
                  <w:color w:val="0000FF"/>
                  <w:u w:val="single"/>
                </w:rPr>
                <w:t>yandex</w:t>
              </w:r>
              <w:r w:rsidR="000A1063" w:rsidRPr="002040C4">
                <w:rPr>
                  <w:rFonts w:ascii="Times New Roman" w:hAnsi="Times New Roman"/>
                  <w:color w:val="0000FF"/>
                  <w:u w:val="single"/>
                  <w:lang w:val="ru-RU"/>
                </w:rPr>
                <w:t>.</w:t>
              </w:r>
              <w:r w:rsidR="000A1063" w:rsidRPr="004A6E25">
                <w:rPr>
                  <w:rFonts w:ascii="Times New Roman" w:hAnsi="Times New Roman"/>
                  <w:color w:val="0000FF"/>
                  <w:u w:val="single"/>
                </w:rPr>
                <w:t>ru</w:t>
              </w:r>
            </w:hyperlink>
            <w:r w:rsidR="000A1063" w:rsidRPr="002040C4">
              <w:rPr>
                <w:rFonts w:ascii="Times New Roman" w:hAnsi="Times New Roman"/>
                <w:color w:val="000000"/>
                <w:sz w:val="24"/>
                <w:lang w:val="ru-RU"/>
              </w:rPr>
              <w:t xml:space="preserve"> </w:t>
            </w:r>
            <w:hyperlink r:id="rId508">
              <w:r w:rsidR="000A1063" w:rsidRPr="004A6E25">
                <w:rPr>
                  <w:rFonts w:ascii="Times New Roman" w:hAnsi="Times New Roman"/>
                  <w:color w:val="0000FF"/>
                  <w:u w:val="single"/>
                </w:rPr>
                <w:t>https</w:t>
              </w:r>
              <w:r w:rsidR="000A1063" w:rsidRPr="002040C4">
                <w:rPr>
                  <w:rFonts w:ascii="Times New Roman" w:hAnsi="Times New Roman"/>
                  <w:color w:val="0000FF"/>
                  <w:u w:val="single"/>
                  <w:lang w:val="ru-RU"/>
                </w:rPr>
                <w:t>://</w:t>
              </w:r>
              <w:r w:rsidR="000A1063" w:rsidRPr="004A6E25">
                <w:rPr>
                  <w:rFonts w:ascii="Times New Roman" w:hAnsi="Times New Roman"/>
                  <w:color w:val="0000FF"/>
                  <w:u w:val="single"/>
                </w:rPr>
                <w:t>uchi</w:t>
              </w:r>
              <w:r w:rsidR="000A1063" w:rsidRPr="002040C4">
                <w:rPr>
                  <w:rFonts w:ascii="Times New Roman" w:hAnsi="Times New Roman"/>
                  <w:color w:val="0000FF"/>
                  <w:u w:val="single"/>
                  <w:lang w:val="ru-RU"/>
                </w:rPr>
                <w:t>.</w:t>
              </w:r>
              <w:r w:rsidR="000A1063" w:rsidRPr="004A6E25">
                <w:rPr>
                  <w:rFonts w:ascii="Times New Roman" w:hAnsi="Times New Roman"/>
                  <w:color w:val="0000FF"/>
                  <w:u w:val="single"/>
                </w:rPr>
                <w:t>ru</w:t>
              </w:r>
            </w:hyperlink>
          </w:p>
        </w:tc>
      </w:tr>
      <w:tr w:rsidR="000A1063" w:rsidRPr="008E75F7"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2</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Числа от 1 до 1000: установление закономерности в последовательности, упорядочение, классификация</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p>
        </w:tc>
        <w:tc>
          <w:tcPr>
            <w:tcW w:w="3686" w:type="dxa"/>
            <w:tcMar>
              <w:top w:w="50" w:type="dxa"/>
              <w:left w:w="100" w:type="dxa"/>
            </w:tcMar>
            <w:vAlign w:val="center"/>
          </w:tcPr>
          <w:p w:rsidR="000A1063" w:rsidRPr="000A1063" w:rsidRDefault="008E75F7" w:rsidP="00057B56">
            <w:pPr>
              <w:spacing w:after="0"/>
              <w:ind w:left="135"/>
              <w:rPr>
                <w:lang w:val="ru-RU"/>
              </w:rPr>
            </w:pPr>
            <w:hyperlink r:id="rId509">
              <w:r w:rsidR="000A1063" w:rsidRPr="004A6E25">
                <w:rPr>
                  <w:rFonts w:ascii="Times New Roman" w:hAnsi="Times New Roman"/>
                  <w:color w:val="0000FF"/>
                  <w:u w:val="single"/>
                </w:rPr>
                <w:t>https</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education</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yandex</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ru</w:t>
              </w:r>
            </w:hyperlink>
            <w:r w:rsidR="000A1063" w:rsidRPr="000A1063">
              <w:rPr>
                <w:rFonts w:ascii="Times New Roman" w:hAnsi="Times New Roman"/>
                <w:color w:val="000000"/>
                <w:sz w:val="24"/>
                <w:lang w:val="ru-RU"/>
              </w:rPr>
              <w:t xml:space="preserve"> </w:t>
            </w:r>
            <w:hyperlink r:id="rId510">
              <w:r w:rsidR="000A1063" w:rsidRPr="004A6E25">
                <w:rPr>
                  <w:rFonts w:ascii="Times New Roman" w:hAnsi="Times New Roman"/>
                  <w:color w:val="0000FF"/>
                  <w:u w:val="single"/>
                </w:rPr>
                <w:t>https</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uchi</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ru</w:t>
              </w:r>
            </w:hyperlink>
          </w:p>
        </w:tc>
      </w:tr>
      <w:tr w:rsidR="000A1063"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3</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Установление порядка выполнения действий в числовом выражении (без скобок), содержащем 2-4 действия</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p>
        </w:tc>
        <w:tc>
          <w:tcPr>
            <w:tcW w:w="3686" w:type="dxa"/>
            <w:tcMar>
              <w:top w:w="50" w:type="dxa"/>
              <w:left w:w="100" w:type="dxa"/>
            </w:tcMar>
            <w:vAlign w:val="center"/>
          </w:tcPr>
          <w:p w:rsidR="000A1063" w:rsidRDefault="008E75F7" w:rsidP="00057B56">
            <w:pPr>
              <w:spacing w:after="0"/>
              <w:ind w:left="135"/>
            </w:pPr>
            <w:hyperlink r:id="rId511">
              <w:r w:rsidR="000A1063" w:rsidRPr="004A6E25">
                <w:rPr>
                  <w:rFonts w:ascii="Times New Roman" w:hAnsi="Times New Roman"/>
                  <w:color w:val="0000FF"/>
                  <w:u w:val="single"/>
                </w:rPr>
                <w:t>https://education.yandex.ru</w:t>
              </w:r>
            </w:hyperlink>
            <w:r w:rsidR="000A1063" w:rsidRPr="004A6E25">
              <w:rPr>
                <w:rFonts w:ascii="Times New Roman" w:hAnsi="Times New Roman"/>
                <w:color w:val="000000"/>
                <w:sz w:val="24"/>
              </w:rPr>
              <w:t xml:space="preserve"> </w:t>
            </w:r>
            <w:hyperlink r:id="rId512">
              <w:r w:rsidR="000A1063" w:rsidRPr="004A6E25">
                <w:rPr>
                  <w:rFonts w:ascii="Times New Roman" w:hAnsi="Times New Roman"/>
                  <w:color w:val="0000FF"/>
                  <w:u w:val="single"/>
                </w:rPr>
                <w:t>https://uchi.ru</w:t>
              </w:r>
            </w:hyperlink>
          </w:p>
        </w:tc>
      </w:tr>
      <w:tr w:rsidR="000A1063"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4</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Установление порядка выполнения действий в числовом выражении (со скобками), содержащем 2-4 действия</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val="restart"/>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Развивающий навыки использования различных средств познания, накопления</w:t>
            </w:r>
          </w:p>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знаний о мире (языковая, читательская культура, деятельность в информационной,</w:t>
            </w:r>
          </w:p>
          <w:p w:rsidR="000A1063" w:rsidRPr="000F7EDB" w:rsidRDefault="000A1063" w:rsidP="00057B56">
            <w:pPr>
              <w:spacing w:after="0"/>
              <w:ind w:left="135"/>
              <w:rPr>
                <w:rFonts w:ascii="Times New Roman" w:hAnsi="Times New Roman" w:cs="Times New Roman"/>
                <w:sz w:val="24"/>
                <w:szCs w:val="24"/>
              </w:rPr>
            </w:pPr>
            <w:proofErr w:type="gramStart"/>
            <w:r w:rsidRPr="000F7EDB">
              <w:rPr>
                <w:rFonts w:ascii="Times New Roman" w:hAnsi="Times New Roman" w:cs="Times New Roman"/>
                <w:sz w:val="24"/>
                <w:szCs w:val="24"/>
              </w:rPr>
              <w:t>цифровой</w:t>
            </w:r>
            <w:proofErr w:type="gramEnd"/>
            <w:r w:rsidRPr="000F7EDB">
              <w:rPr>
                <w:rFonts w:ascii="Times New Roman" w:hAnsi="Times New Roman" w:cs="Times New Roman"/>
                <w:sz w:val="24"/>
                <w:szCs w:val="24"/>
              </w:rPr>
              <w:t xml:space="preserve"> среде).</w:t>
            </w:r>
          </w:p>
        </w:tc>
        <w:tc>
          <w:tcPr>
            <w:tcW w:w="3686" w:type="dxa"/>
            <w:tcMar>
              <w:top w:w="50" w:type="dxa"/>
              <w:left w:w="100" w:type="dxa"/>
            </w:tcMar>
            <w:vAlign w:val="center"/>
          </w:tcPr>
          <w:p w:rsidR="000A1063" w:rsidRDefault="008E75F7" w:rsidP="00057B56">
            <w:pPr>
              <w:spacing w:after="0"/>
              <w:ind w:left="135"/>
            </w:pPr>
            <w:hyperlink r:id="rId513">
              <w:r w:rsidR="000A1063" w:rsidRPr="004A6E25">
                <w:rPr>
                  <w:rFonts w:ascii="Times New Roman" w:hAnsi="Times New Roman"/>
                  <w:color w:val="0000FF"/>
                  <w:u w:val="single"/>
                </w:rPr>
                <w:t>https://education.yandex.ru</w:t>
              </w:r>
            </w:hyperlink>
            <w:r w:rsidR="000A1063" w:rsidRPr="004A6E25">
              <w:rPr>
                <w:rFonts w:ascii="Times New Roman" w:hAnsi="Times New Roman"/>
                <w:color w:val="000000"/>
                <w:sz w:val="24"/>
              </w:rPr>
              <w:t xml:space="preserve"> </w:t>
            </w:r>
            <w:hyperlink r:id="rId514">
              <w:r w:rsidR="000A1063" w:rsidRPr="004A6E25">
                <w:rPr>
                  <w:rFonts w:ascii="Times New Roman" w:hAnsi="Times New Roman"/>
                  <w:color w:val="0000FF"/>
                  <w:u w:val="single"/>
                </w:rPr>
                <w:t>https://uchi.ru</w:t>
              </w:r>
            </w:hyperlink>
          </w:p>
        </w:tc>
      </w:tr>
      <w:tr w:rsidR="000A1063" w:rsidRPr="008E75F7"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5</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Периметр фигуры, составленной из двух-трёх прямоугольников (квадратов)</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p>
        </w:tc>
        <w:tc>
          <w:tcPr>
            <w:tcW w:w="3686" w:type="dxa"/>
            <w:tcMar>
              <w:top w:w="50" w:type="dxa"/>
              <w:left w:w="100" w:type="dxa"/>
            </w:tcMar>
            <w:vAlign w:val="center"/>
          </w:tcPr>
          <w:p w:rsidR="000A1063" w:rsidRPr="002040C4" w:rsidRDefault="008E75F7" w:rsidP="00057B56">
            <w:pPr>
              <w:spacing w:after="0"/>
              <w:ind w:left="135"/>
              <w:rPr>
                <w:lang w:val="ru-RU"/>
              </w:rPr>
            </w:pPr>
            <w:hyperlink r:id="rId515">
              <w:r w:rsidR="000A1063" w:rsidRPr="004A6E25">
                <w:rPr>
                  <w:rFonts w:ascii="Times New Roman" w:hAnsi="Times New Roman"/>
                  <w:color w:val="0000FF"/>
                  <w:u w:val="single"/>
                </w:rPr>
                <w:t>https</w:t>
              </w:r>
              <w:r w:rsidR="000A1063" w:rsidRPr="002040C4">
                <w:rPr>
                  <w:rFonts w:ascii="Times New Roman" w:hAnsi="Times New Roman"/>
                  <w:color w:val="0000FF"/>
                  <w:u w:val="single"/>
                  <w:lang w:val="ru-RU"/>
                </w:rPr>
                <w:t>://</w:t>
              </w:r>
              <w:r w:rsidR="000A1063" w:rsidRPr="004A6E25">
                <w:rPr>
                  <w:rFonts w:ascii="Times New Roman" w:hAnsi="Times New Roman"/>
                  <w:color w:val="0000FF"/>
                  <w:u w:val="single"/>
                </w:rPr>
                <w:t>education</w:t>
              </w:r>
              <w:r w:rsidR="000A1063" w:rsidRPr="002040C4">
                <w:rPr>
                  <w:rFonts w:ascii="Times New Roman" w:hAnsi="Times New Roman"/>
                  <w:color w:val="0000FF"/>
                  <w:u w:val="single"/>
                  <w:lang w:val="ru-RU"/>
                </w:rPr>
                <w:t>.</w:t>
              </w:r>
              <w:r w:rsidR="000A1063" w:rsidRPr="004A6E25">
                <w:rPr>
                  <w:rFonts w:ascii="Times New Roman" w:hAnsi="Times New Roman"/>
                  <w:color w:val="0000FF"/>
                  <w:u w:val="single"/>
                </w:rPr>
                <w:t>yandex</w:t>
              </w:r>
              <w:r w:rsidR="000A1063" w:rsidRPr="002040C4">
                <w:rPr>
                  <w:rFonts w:ascii="Times New Roman" w:hAnsi="Times New Roman"/>
                  <w:color w:val="0000FF"/>
                  <w:u w:val="single"/>
                  <w:lang w:val="ru-RU"/>
                </w:rPr>
                <w:t>.</w:t>
              </w:r>
              <w:r w:rsidR="000A1063" w:rsidRPr="004A6E25">
                <w:rPr>
                  <w:rFonts w:ascii="Times New Roman" w:hAnsi="Times New Roman"/>
                  <w:color w:val="0000FF"/>
                  <w:u w:val="single"/>
                </w:rPr>
                <w:t>ru</w:t>
              </w:r>
            </w:hyperlink>
            <w:r w:rsidR="000A1063" w:rsidRPr="002040C4">
              <w:rPr>
                <w:rFonts w:ascii="Times New Roman" w:hAnsi="Times New Roman"/>
                <w:color w:val="000000"/>
                <w:sz w:val="24"/>
                <w:lang w:val="ru-RU"/>
              </w:rPr>
              <w:t xml:space="preserve"> </w:t>
            </w:r>
            <w:hyperlink r:id="rId516">
              <w:r w:rsidR="000A1063" w:rsidRPr="004A6E25">
                <w:rPr>
                  <w:rFonts w:ascii="Times New Roman" w:hAnsi="Times New Roman"/>
                  <w:color w:val="0000FF"/>
                  <w:u w:val="single"/>
                </w:rPr>
                <w:t>https</w:t>
              </w:r>
              <w:r w:rsidR="000A1063" w:rsidRPr="002040C4">
                <w:rPr>
                  <w:rFonts w:ascii="Times New Roman" w:hAnsi="Times New Roman"/>
                  <w:color w:val="0000FF"/>
                  <w:u w:val="single"/>
                  <w:lang w:val="ru-RU"/>
                </w:rPr>
                <w:t>://</w:t>
              </w:r>
              <w:r w:rsidR="000A1063" w:rsidRPr="004A6E25">
                <w:rPr>
                  <w:rFonts w:ascii="Times New Roman" w:hAnsi="Times New Roman"/>
                  <w:color w:val="0000FF"/>
                  <w:u w:val="single"/>
                </w:rPr>
                <w:t>uchi</w:t>
              </w:r>
              <w:r w:rsidR="000A1063" w:rsidRPr="002040C4">
                <w:rPr>
                  <w:rFonts w:ascii="Times New Roman" w:hAnsi="Times New Roman"/>
                  <w:color w:val="0000FF"/>
                  <w:u w:val="single"/>
                  <w:lang w:val="ru-RU"/>
                </w:rPr>
                <w:t>.</w:t>
              </w:r>
              <w:r w:rsidR="000A1063" w:rsidRPr="004A6E25">
                <w:rPr>
                  <w:rFonts w:ascii="Times New Roman" w:hAnsi="Times New Roman"/>
                  <w:color w:val="0000FF"/>
                  <w:u w:val="single"/>
                </w:rPr>
                <w:t>ru</w:t>
              </w:r>
            </w:hyperlink>
          </w:p>
        </w:tc>
      </w:tr>
      <w:tr w:rsidR="000A1063"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6</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Повторение изученного в 3 классе. Алгоритм умножения на однозначное число</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p>
        </w:tc>
        <w:tc>
          <w:tcPr>
            <w:tcW w:w="3686" w:type="dxa"/>
            <w:tcMar>
              <w:top w:w="50" w:type="dxa"/>
              <w:left w:w="100" w:type="dxa"/>
            </w:tcMar>
            <w:vAlign w:val="center"/>
          </w:tcPr>
          <w:p w:rsidR="000A1063" w:rsidRDefault="008E75F7" w:rsidP="00057B56">
            <w:pPr>
              <w:spacing w:after="0"/>
              <w:ind w:left="135"/>
            </w:pPr>
            <w:hyperlink r:id="rId517">
              <w:r w:rsidR="000A1063" w:rsidRPr="004A6E25">
                <w:rPr>
                  <w:rFonts w:ascii="Times New Roman" w:hAnsi="Times New Roman"/>
                  <w:color w:val="0000FF"/>
                  <w:u w:val="single"/>
                </w:rPr>
                <w:t>https://education.yandex.ru</w:t>
              </w:r>
            </w:hyperlink>
            <w:r w:rsidR="000A1063" w:rsidRPr="004A6E25">
              <w:rPr>
                <w:rFonts w:ascii="Times New Roman" w:hAnsi="Times New Roman"/>
                <w:color w:val="000000"/>
                <w:sz w:val="24"/>
              </w:rPr>
              <w:t xml:space="preserve"> </w:t>
            </w:r>
            <w:hyperlink r:id="rId518">
              <w:r w:rsidR="000A1063" w:rsidRPr="004A6E25">
                <w:rPr>
                  <w:rFonts w:ascii="Times New Roman" w:hAnsi="Times New Roman"/>
                  <w:color w:val="0000FF"/>
                  <w:u w:val="single"/>
                </w:rPr>
                <w:t>https://uchi.ru</w:t>
              </w:r>
            </w:hyperlink>
          </w:p>
        </w:tc>
      </w:tr>
      <w:tr w:rsidR="000A1063" w:rsidRPr="008E75F7"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7</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Повторение изученного в 3 классе. Алгоритм деления на однозначное число</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val="restart"/>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 xml:space="preserve">Выражающий познавательные интересы, активность, любознательность и </w:t>
            </w:r>
            <w:r w:rsidRPr="000F7EDB">
              <w:rPr>
                <w:rFonts w:ascii="Times New Roman" w:hAnsi="Times New Roman" w:cs="Times New Roman"/>
                <w:sz w:val="24"/>
                <w:szCs w:val="24"/>
                <w:lang w:val="ru-RU"/>
              </w:rPr>
              <w:lastRenderedPageBreak/>
              <w:t>самостоятельность в познании, интерес и уважение к научным знаниям, науке</w:t>
            </w:r>
          </w:p>
        </w:tc>
        <w:tc>
          <w:tcPr>
            <w:tcW w:w="3686" w:type="dxa"/>
            <w:tcMar>
              <w:top w:w="50" w:type="dxa"/>
              <w:left w:w="100" w:type="dxa"/>
            </w:tcMar>
            <w:vAlign w:val="center"/>
          </w:tcPr>
          <w:p w:rsidR="000A1063" w:rsidRPr="000A1063" w:rsidRDefault="008E75F7" w:rsidP="00057B56">
            <w:pPr>
              <w:spacing w:after="0"/>
              <w:ind w:left="135"/>
              <w:rPr>
                <w:lang w:val="ru-RU"/>
              </w:rPr>
            </w:pPr>
            <w:hyperlink r:id="rId519">
              <w:r w:rsidR="000A1063" w:rsidRPr="004A6E25">
                <w:rPr>
                  <w:rFonts w:ascii="Times New Roman" w:hAnsi="Times New Roman"/>
                  <w:color w:val="0000FF"/>
                  <w:u w:val="single"/>
                </w:rPr>
                <w:t>https</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education</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yandex</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ru</w:t>
              </w:r>
            </w:hyperlink>
            <w:r w:rsidR="000A1063" w:rsidRPr="000A1063">
              <w:rPr>
                <w:rFonts w:ascii="Times New Roman" w:hAnsi="Times New Roman"/>
                <w:color w:val="000000"/>
                <w:sz w:val="24"/>
                <w:lang w:val="ru-RU"/>
              </w:rPr>
              <w:t xml:space="preserve"> </w:t>
            </w:r>
            <w:hyperlink r:id="rId520">
              <w:r w:rsidR="000A1063" w:rsidRPr="004A6E25">
                <w:rPr>
                  <w:rFonts w:ascii="Times New Roman" w:hAnsi="Times New Roman"/>
                  <w:color w:val="0000FF"/>
                  <w:u w:val="single"/>
                </w:rPr>
                <w:t>https</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uchi</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ru</w:t>
              </w:r>
            </w:hyperlink>
          </w:p>
        </w:tc>
      </w:tr>
      <w:tr w:rsidR="000A1063"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8</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r w:rsidRPr="000F7EDB">
              <w:rPr>
                <w:rFonts w:ascii="Times New Roman" w:hAnsi="Times New Roman" w:cs="Times New Roman"/>
                <w:color w:val="000000"/>
                <w:sz w:val="24"/>
                <w:szCs w:val="24"/>
              </w:rPr>
              <w:t>Входная контрольная работа</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rPr>
              <w:t xml:space="preserve"> 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p>
        </w:tc>
        <w:tc>
          <w:tcPr>
            <w:tcW w:w="3686" w:type="dxa"/>
            <w:tcMar>
              <w:top w:w="50" w:type="dxa"/>
              <w:left w:w="100" w:type="dxa"/>
            </w:tcMar>
            <w:vAlign w:val="center"/>
          </w:tcPr>
          <w:p w:rsidR="000A1063" w:rsidRDefault="000A1063" w:rsidP="00057B56">
            <w:pPr>
              <w:spacing w:after="0"/>
              <w:ind w:left="135"/>
            </w:pPr>
          </w:p>
        </w:tc>
      </w:tr>
      <w:tr w:rsidR="000A1063"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lastRenderedPageBreak/>
              <w:t>9</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Приемы прикидки результата и оценки правильности выполнения деления</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p>
        </w:tc>
        <w:tc>
          <w:tcPr>
            <w:tcW w:w="3686" w:type="dxa"/>
            <w:tcMar>
              <w:top w:w="50" w:type="dxa"/>
              <w:left w:w="100" w:type="dxa"/>
            </w:tcMar>
            <w:vAlign w:val="center"/>
          </w:tcPr>
          <w:p w:rsidR="000A1063" w:rsidRDefault="008E75F7" w:rsidP="00057B56">
            <w:pPr>
              <w:spacing w:after="0"/>
              <w:ind w:left="135"/>
            </w:pPr>
            <w:hyperlink r:id="rId521">
              <w:r w:rsidR="000A1063" w:rsidRPr="004A6E25">
                <w:rPr>
                  <w:rFonts w:ascii="Times New Roman" w:hAnsi="Times New Roman"/>
                  <w:color w:val="0000FF"/>
                  <w:u w:val="single"/>
                </w:rPr>
                <w:t>https://education.yandex.ru</w:t>
              </w:r>
            </w:hyperlink>
            <w:r w:rsidR="000A1063" w:rsidRPr="004A6E25">
              <w:rPr>
                <w:rFonts w:ascii="Times New Roman" w:hAnsi="Times New Roman"/>
                <w:color w:val="000000"/>
                <w:sz w:val="24"/>
              </w:rPr>
              <w:t xml:space="preserve"> </w:t>
            </w:r>
            <w:hyperlink r:id="rId522">
              <w:r w:rsidR="000A1063" w:rsidRPr="004A6E25">
                <w:rPr>
                  <w:rFonts w:ascii="Times New Roman" w:hAnsi="Times New Roman"/>
                  <w:color w:val="0000FF"/>
                  <w:u w:val="single"/>
                </w:rPr>
                <w:t>https://uchi.ru</w:t>
              </w:r>
            </w:hyperlink>
          </w:p>
        </w:tc>
      </w:tr>
      <w:tr w:rsidR="000A1063" w:rsidRPr="008E75F7"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10</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Анализ текстовой задачи: данные и отношения</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p>
        </w:tc>
        <w:tc>
          <w:tcPr>
            <w:tcW w:w="3686" w:type="dxa"/>
            <w:tcMar>
              <w:top w:w="50" w:type="dxa"/>
              <w:left w:w="100" w:type="dxa"/>
            </w:tcMar>
            <w:vAlign w:val="center"/>
          </w:tcPr>
          <w:p w:rsidR="000A1063" w:rsidRPr="0079400E" w:rsidRDefault="000A1063" w:rsidP="00057B56">
            <w:pPr>
              <w:spacing w:after="0"/>
              <w:ind w:left="135"/>
              <w:rPr>
                <w:lang w:val="ru-RU"/>
              </w:rPr>
            </w:pPr>
            <w:r w:rsidRPr="0079400E">
              <w:rPr>
                <w:rFonts w:ascii="Times New Roman" w:hAnsi="Times New Roman"/>
                <w:color w:val="000000"/>
                <w:sz w:val="24"/>
                <w:lang w:val="ru-RU"/>
              </w:rPr>
              <w:t xml:space="preserve">Библиотека ЦОК </w:t>
            </w:r>
            <w:hyperlink r:id="rId523">
              <w:r>
                <w:rPr>
                  <w:rFonts w:ascii="Times New Roman" w:hAnsi="Times New Roman"/>
                  <w:color w:val="0000FF"/>
                  <w:u w:val="single"/>
                </w:rPr>
                <w:t>https</w:t>
              </w:r>
              <w:r w:rsidRPr="0079400E">
                <w:rPr>
                  <w:rFonts w:ascii="Times New Roman" w:hAnsi="Times New Roman"/>
                  <w:color w:val="0000FF"/>
                  <w:u w:val="single"/>
                  <w:lang w:val="ru-RU"/>
                </w:rPr>
                <w:t>://</w:t>
              </w:r>
              <w:r>
                <w:rPr>
                  <w:rFonts w:ascii="Times New Roman" w:hAnsi="Times New Roman"/>
                  <w:color w:val="0000FF"/>
                  <w:u w:val="single"/>
                </w:rPr>
                <w:t>m</w:t>
              </w:r>
              <w:r w:rsidRPr="0079400E">
                <w:rPr>
                  <w:rFonts w:ascii="Times New Roman" w:hAnsi="Times New Roman"/>
                  <w:color w:val="0000FF"/>
                  <w:u w:val="single"/>
                  <w:lang w:val="ru-RU"/>
                </w:rPr>
                <w:t>.</w:t>
              </w:r>
              <w:r>
                <w:rPr>
                  <w:rFonts w:ascii="Times New Roman" w:hAnsi="Times New Roman"/>
                  <w:color w:val="0000FF"/>
                  <w:u w:val="single"/>
                </w:rPr>
                <w:t>edsoo</w:t>
              </w:r>
              <w:r w:rsidRPr="0079400E">
                <w:rPr>
                  <w:rFonts w:ascii="Times New Roman" w:hAnsi="Times New Roman"/>
                  <w:color w:val="0000FF"/>
                  <w:u w:val="single"/>
                  <w:lang w:val="ru-RU"/>
                </w:rPr>
                <w:t>.</w:t>
              </w:r>
              <w:r>
                <w:rPr>
                  <w:rFonts w:ascii="Times New Roman" w:hAnsi="Times New Roman"/>
                  <w:color w:val="0000FF"/>
                  <w:u w:val="single"/>
                </w:rPr>
                <w:t>ru</w:t>
              </w:r>
              <w:r w:rsidRPr="0079400E">
                <w:rPr>
                  <w:rFonts w:ascii="Times New Roman" w:hAnsi="Times New Roman"/>
                  <w:color w:val="0000FF"/>
                  <w:u w:val="single"/>
                  <w:lang w:val="ru-RU"/>
                </w:rPr>
                <w:t>/</w:t>
              </w:r>
              <w:r>
                <w:rPr>
                  <w:rFonts w:ascii="Times New Roman" w:hAnsi="Times New Roman"/>
                  <w:color w:val="0000FF"/>
                  <w:u w:val="single"/>
                </w:rPr>
                <w:t>c</w:t>
              </w:r>
              <w:r w:rsidRPr="0079400E">
                <w:rPr>
                  <w:rFonts w:ascii="Times New Roman" w:hAnsi="Times New Roman"/>
                  <w:color w:val="0000FF"/>
                  <w:u w:val="single"/>
                  <w:lang w:val="ru-RU"/>
                </w:rPr>
                <w:t>4</w:t>
              </w:r>
              <w:r>
                <w:rPr>
                  <w:rFonts w:ascii="Times New Roman" w:hAnsi="Times New Roman"/>
                  <w:color w:val="0000FF"/>
                  <w:u w:val="single"/>
                </w:rPr>
                <w:t>e</w:t>
              </w:r>
              <w:r w:rsidRPr="0079400E">
                <w:rPr>
                  <w:rFonts w:ascii="Times New Roman" w:hAnsi="Times New Roman"/>
                  <w:color w:val="0000FF"/>
                  <w:u w:val="single"/>
                  <w:lang w:val="ru-RU"/>
                </w:rPr>
                <w:t>27670</w:t>
              </w:r>
            </w:hyperlink>
          </w:p>
        </w:tc>
      </w:tr>
      <w:tr w:rsidR="000A1063" w:rsidRPr="008E75F7"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11</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Выражающий познавательные интересы, активность, любознательность и самостоятельность в познании, интерес и уважение к научным знаниям, науке.</w:t>
            </w:r>
          </w:p>
        </w:tc>
        <w:tc>
          <w:tcPr>
            <w:tcW w:w="3686" w:type="dxa"/>
            <w:tcMar>
              <w:top w:w="50" w:type="dxa"/>
              <w:left w:w="100" w:type="dxa"/>
            </w:tcMar>
            <w:vAlign w:val="center"/>
          </w:tcPr>
          <w:p w:rsidR="000A1063" w:rsidRPr="000A1063" w:rsidRDefault="008E75F7" w:rsidP="00057B56">
            <w:pPr>
              <w:spacing w:after="0"/>
              <w:ind w:left="135"/>
              <w:rPr>
                <w:lang w:val="ru-RU"/>
              </w:rPr>
            </w:pPr>
            <w:hyperlink r:id="rId524">
              <w:r w:rsidR="000A1063" w:rsidRPr="004A6E25">
                <w:rPr>
                  <w:rFonts w:ascii="Times New Roman" w:hAnsi="Times New Roman"/>
                  <w:color w:val="0000FF"/>
                  <w:u w:val="single"/>
                </w:rPr>
                <w:t>https</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education</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yandex</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ru</w:t>
              </w:r>
            </w:hyperlink>
            <w:r w:rsidR="000A1063" w:rsidRPr="000A1063">
              <w:rPr>
                <w:rFonts w:ascii="Times New Roman" w:hAnsi="Times New Roman"/>
                <w:color w:val="000000"/>
                <w:sz w:val="24"/>
                <w:lang w:val="ru-RU"/>
              </w:rPr>
              <w:t xml:space="preserve"> </w:t>
            </w:r>
            <w:hyperlink r:id="rId525">
              <w:r w:rsidR="000A1063" w:rsidRPr="004A6E25">
                <w:rPr>
                  <w:rFonts w:ascii="Times New Roman" w:hAnsi="Times New Roman"/>
                  <w:color w:val="0000FF"/>
                  <w:u w:val="single"/>
                </w:rPr>
                <w:t>https</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uchi</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ru</w:t>
              </w:r>
            </w:hyperlink>
          </w:p>
        </w:tc>
      </w:tr>
      <w:tr w:rsidR="000A1063" w:rsidRPr="008E75F7"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12</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Представление текстовой задачи на модели</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val="restart"/>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Проявляющий уважение к труду, людям труда, бережное отношение к результатам</w:t>
            </w:r>
          </w:p>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труда, ответственное потребление.</w:t>
            </w:r>
          </w:p>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Проявляющий интерес к разным профессиям.</w:t>
            </w:r>
          </w:p>
        </w:tc>
        <w:tc>
          <w:tcPr>
            <w:tcW w:w="3686" w:type="dxa"/>
            <w:tcMar>
              <w:top w:w="50" w:type="dxa"/>
              <w:left w:w="100" w:type="dxa"/>
            </w:tcMar>
            <w:vAlign w:val="center"/>
          </w:tcPr>
          <w:p w:rsidR="000A1063" w:rsidRPr="000A1063" w:rsidRDefault="008E75F7" w:rsidP="00057B56">
            <w:pPr>
              <w:spacing w:after="0"/>
              <w:ind w:left="135"/>
              <w:rPr>
                <w:lang w:val="ru-RU"/>
              </w:rPr>
            </w:pPr>
            <w:hyperlink r:id="rId526">
              <w:r w:rsidR="000A1063" w:rsidRPr="004A6E25">
                <w:rPr>
                  <w:rFonts w:ascii="Times New Roman" w:hAnsi="Times New Roman"/>
                  <w:color w:val="0000FF"/>
                  <w:u w:val="single"/>
                </w:rPr>
                <w:t>https</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education</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yandex</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ru</w:t>
              </w:r>
            </w:hyperlink>
            <w:r w:rsidR="000A1063" w:rsidRPr="000A1063">
              <w:rPr>
                <w:rFonts w:ascii="Times New Roman" w:hAnsi="Times New Roman"/>
                <w:color w:val="000000"/>
                <w:sz w:val="24"/>
                <w:lang w:val="ru-RU"/>
              </w:rPr>
              <w:t xml:space="preserve"> </w:t>
            </w:r>
            <w:hyperlink r:id="rId527">
              <w:r w:rsidR="000A1063" w:rsidRPr="004A6E25">
                <w:rPr>
                  <w:rFonts w:ascii="Times New Roman" w:hAnsi="Times New Roman"/>
                  <w:color w:val="0000FF"/>
                  <w:u w:val="single"/>
                </w:rPr>
                <w:t>https</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uchi</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ru</w:t>
              </w:r>
            </w:hyperlink>
          </w:p>
        </w:tc>
      </w:tr>
      <w:tr w:rsidR="000A1063" w:rsidRPr="008E75F7"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13</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r w:rsidRPr="000F7EDB">
              <w:rPr>
                <w:rFonts w:ascii="Times New Roman" w:hAnsi="Times New Roman" w:cs="Times New Roman"/>
                <w:color w:val="000000"/>
                <w:sz w:val="24"/>
                <w:szCs w:val="24"/>
              </w:rPr>
              <w:t>Столбчатая диаграмма: чтение, дополнение</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rPr>
              <w:t xml:space="preserve"> 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p>
        </w:tc>
        <w:tc>
          <w:tcPr>
            <w:tcW w:w="3686" w:type="dxa"/>
            <w:tcMar>
              <w:top w:w="50" w:type="dxa"/>
              <w:left w:w="100" w:type="dxa"/>
            </w:tcMar>
            <w:vAlign w:val="center"/>
          </w:tcPr>
          <w:p w:rsidR="000A1063" w:rsidRPr="000A1063" w:rsidRDefault="008E75F7" w:rsidP="00057B56">
            <w:pPr>
              <w:spacing w:after="0"/>
              <w:ind w:left="135"/>
              <w:rPr>
                <w:lang w:val="ru-RU"/>
              </w:rPr>
            </w:pPr>
            <w:hyperlink r:id="rId528">
              <w:r w:rsidR="000A1063" w:rsidRPr="004A6E25">
                <w:rPr>
                  <w:rFonts w:ascii="Times New Roman" w:hAnsi="Times New Roman"/>
                  <w:color w:val="0000FF"/>
                  <w:u w:val="single"/>
                </w:rPr>
                <w:t>https</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education</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yandex</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ru</w:t>
              </w:r>
            </w:hyperlink>
            <w:r w:rsidR="000A1063" w:rsidRPr="000A1063">
              <w:rPr>
                <w:rFonts w:ascii="Times New Roman" w:hAnsi="Times New Roman"/>
                <w:color w:val="000000"/>
                <w:sz w:val="24"/>
                <w:lang w:val="ru-RU"/>
              </w:rPr>
              <w:t xml:space="preserve"> </w:t>
            </w:r>
            <w:hyperlink r:id="rId529">
              <w:r w:rsidR="000A1063" w:rsidRPr="004A6E25">
                <w:rPr>
                  <w:rFonts w:ascii="Times New Roman" w:hAnsi="Times New Roman"/>
                  <w:color w:val="0000FF"/>
                  <w:u w:val="single"/>
                </w:rPr>
                <w:t>https</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uchi</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ru</w:t>
              </w:r>
            </w:hyperlink>
          </w:p>
        </w:tc>
      </w:tr>
      <w:tr w:rsidR="000A1063" w:rsidRPr="008E75F7"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14</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Числа в пределах миллиона: увеличение и уменьшение числа на несколько единиц разряда</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val="restart"/>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Обладающий первоначальными представлениями о природных и социальных</w:t>
            </w:r>
          </w:p>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объектах, многообразии объектов и явлений природы, связи живой и неживой</w:t>
            </w:r>
          </w:p>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природы, о науке, научном знании.</w:t>
            </w:r>
          </w:p>
        </w:tc>
        <w:tc>
          <w:tcPr>
            <w:tcW w:w="3686" w:type="dxa"/>
            <w:tcMar>
              <w:top w:w="50" w:type="dxa"/>
              <w:left w:w="100" w:type="dxa"/>
            </w:tcMar>
            <w:vAlign w:val="center"/>
          </w:tcPr>
          <w:p w:rsidR="000A1063" w:rsidRPr="0079400E" w:rsidRDefault="000A1063" w:rsidP="00057B56">
            <w:pPr>
              <w:spacing w:after="0"/>
              <w:ind w:left="135"/>
              <w:rPr>
                <w:lang w:val="ru-RU"/>
              </w:rPr>
            </w:pPr>
            <w:r w:rsidRPr="0079400E">
              <w:rPr>
                <w:rFonts w:ascii="Times New Roman" w:hAnsi="Times New Roman"/>
                <w:color w:val="000000"/>
                <w:sz w:val="24"/>
                <w:lang w:val="ru-RU"/>
              </w:rPr>
              <w:t xml:space="preserve">Библиотека ЦОК </w:t>
            </w:r>
            <w:hyperlink r:id="rId530">
              <w:r>
                <w:rPr>
                  <w:rFonts w:ascii="Times New Roman" w:hAnsi="Times New Roman"/>
                  <w:color w:val="0000FF"/>
                  <w:u w:val="single"/>
                </w:rPr>
                <w:t>https</w:t>
              </w:r>
              <w:r w:rsidRPr="0079400E">
                <w:rPr>
                  <w:rFonts w:ascii="Times New Roman" w:hAnsi="Times New Roman"/>
                  <w:color w:val="0000FF"/>
                  <w:u w:val="single"/>
                  <w:lang w:val="ru-RU"/>
                </w:rPr>
                <w:t>://</w:t>
              </w:r>
              <w:r>
                <w:rPr>
                  <w:rFonts w:ascii="Times New Roman" w:hAnsi="Times New Roman"/>
                  <w:color w:val="0000FF"/>
                  <w:u w:val="single"/>
                </w:rPr>
                <w:t>m</w:t>
              </w:r>
              <w:r w:rsidRPr="0079400E">
                <w:rPr>
                  <w:rFonts w:ascii="Times New Roman" w:hAnsi="Times New Roman"/>
                  <w:color w:val="0000FF"/>
                  <w:u w:val="single"/>
                  <w:lang w:val="ru-RU"/>
                </w:rPr>
                <w:t>.</w:t>
              </w:r>
              <w:r>
                <w:rPr>
                  <w:rFonts w:ascii="Times New Roman" w:hAnsi="Times New Roman"/>
                  <w:color w:val="0000FF"/>
                  <w:u w:val="single"/>
                </w:rPr>
                <w:t>edsoo</w:t>
              </w:r>
              <w:r w:rsidRPr="0079400E">
                <w:rPr>
                  <w:rFonts w:ascii="Times New Roman" w:hAnsi="Times New Roman"/>
                  <w:color w:val="0000FF"/>
                  <w:u w:val="single"/>
                  <w:lang w:val="ru-RU"/>
                </w:rPr>
                <w:t>.</w:t>
              </w:r>
              <w:r>
                <w:rPr>
                  <w:rFonts w:ascii="Times New Roman" w:hAnsi="Times New Roman"/>
                  <w:color w:val="0000FF"/>
                  <w:u w:val="single"/>
                </w:rPr>
                <w:t>ru</w:t>
              </w:r>
              <w:r w:rsidRPr="0079400E">
                <w:rPr>
                  <w:rFonts w:ascii="Times New Roman" w:hAnsi="Times New Roman"/>
                  <w:color w:val="0000FF"/>
                  <w:u w:val="single"/>
                  <w:lang w:val="ru-RU"/>
                </w:rPr>
                <w:t>/</w:t>
              </w:r>
              <w:r>
                <w:rPr>
                  <w:rFonts w:ascii="Times New Roman" w:hAnsi="Times New Roman"/>
                  <w:color w:val="0000FF"/>
                  <w:u w:val="single"/>
                </w:rPr>
                <w:t>c</w:t>
              </w:r>
              <w:r w:rsidRPr="0079400E">
                <w:rPr>
                  <w:rFonts w:ascii="Times New Roman" w:hAnsi="Times New Roman"/>
                  <w:color w:val="0000FF"/>
                  <w:u w:val="single"/>
                  <w:lang w:val="ru-RU"/>
                </w:rPr>
                <w:t>4</w:t>
              </w:r>
              <w:r>
                <w:rPr>
                  <w:rFonts w:ascii="Times New Roman" w:hAnsi="Times New Roman"/>
                  <w:color w:val="0000FF"/>
                  <w:u w:val="single"/>
                </w:rPr>
                <w:t>e</w:t>
              </w:r>
              <w:r w:rsidRPr="0079400E">
                <w:rPr>
                  <w:rFonts w:ascii="Times New Roman" w:hAnsi="Times New Roman"/>
                  <w:color w:val="0000FF"/>
                  <w:u w:val="single"/>
                  <w:lang w:val="ru-RU"/>
                </w:rPr>
                <w:t>19444</w:t>
              </w:r>
            </w:hyperlink>
          </w:p>
        </w:tc>
      </w:tr>
      <w:tr w:rsidR="000A1063"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15</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Составление числового выражения (суммы, разности) с комментированием, нахождение его значения</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p>
        </w:tc>
        <w:tc>
          <w:tcPr>
            <w:tcW w:w="3686" w:type="dxa"/>
            <w:tcMar>
              <w:top w:w="50" w:type="dxa"/>
              <w:left w:w="100" w:type="dxa"/>
            </w:tcMar>
            <w:vAlign w:val="center"/>
          </w:tcPr>
          <w:p w:rsidR="000A1063" w:rsidRDefault="008E75F7" w:rsidP="00057B56">
            <w:pPr>
              <w:spacing w:after="0"/>
              <w:ind w:left="135"/>
            </w:pPr>
            <w:hyperlink r:id="rId531">
              <w:r w:rsidR="000A1063" w:rsidRPr="004A6E25">
                <w:rPr>
                  <w:rFonts w:ascii="Times New Roman" w:hAnsi="Times New Roman"/>
                  <w:color w:val="0000FF"/>
                  <w:u w:val="single"/>
                </w:rPr>
                <w:t>https://education.yandex.ru</w:t>
              </w:r>
            </w:hyperlink>
            <w:r w:rsidR="000A1063" w:rsidRPr="004A6E25">
              <w:rPr>
                <w:rFonts w:ascii="Times New Roman" w:hAnsi="Times New Roman"/>
                <w:color w:val="000000"/>
                <w:sz w:val="24"/>
              </w:rPr>
              <w:t xml:space="preserve"> </w:t>
            </w:r>
            <w:hyperlink r:id="rId532">
              <w:r w:rsidR="000A1063" w:rsidRPr="004A6E25">
                <w:rPr>
                  <w:rFonts w:ascii="Times New Roman" w:hAnsi="Times New Roman"/>
                  <w:color w:val="0000FF"/>
                  <w:u w:val="single"/>
                </w:rPr>
                <w:t>https://uchi.ru</w:t>
              </w:r>
            </w:hyperlink>
          </w:p>
        </w:tc>
      </w:tr>
      <w:tr w:rsidR="000A1063" w:rsidRPr="008E75F7"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16</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r w:rsidRPr="000F7EDB">
              <w:rPr>
                <w:rFonts w:ascii="Times New Roman" w:hAnsi="Times New Roman" w:cs="Times New Roman"/>
                <w:color w:val="000000"/>
                <w:sz w:val="24"/>
                <w:szCs w:val="24"/>
              </w:rPr>
              <w:t>Решение задачи разными способами</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rPr>
              <w:t xml:space="preserve"> 1 </w:t>
            </w:r>
          </w:p>
        </w:tc>
        <w:tc>
          <w:tcPr>
            <w:tcW w:w="5103"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Выражающий познавательные интересы, активность, любознательность и самостоятельность в познании, интерес и уважение к научным знаниям, науке.</w:t>
            </w:r>
          </w:p>
        </w:tc>
        <w:tc>
          <w:tcPr>
            <w:tcW w:w="3686" w:type="dxa"/>
            <w:tcMar>
              <w:top w:w="50" w:type="dxa"/>
              <w:left w:w="100" w:type="dxa"/>
            </w:tcMar>
            <w:vAlign w:val="center"/>
          </w:tcPr>
          <w:p w:rsidR="000A1063" w:rsidRPr="000A1063" w:rsidRDefault="008E75F7" w:rsidP="00057B56">
            <w:pPr>
              <w:spacing w:after="0"/>
              <w:ind w:left="135"/>
              <w:rPr>
                <w:lang w:val="ru-RU"/>
              </w:rPr>
            </w:pPr>
            <w:hyperlink r:id="rId533">
              <w:r w:rsidR="000A1063" w:rsidRPr="004A6E25">
                <w:rPr>
                  <w:rFonts w:ascii="Times New Roman" w:hAnsi="Times New Roman"/>
                  <w:color w:val="0000FF"/>
                  <w:u w:val="single"/>
                </w:rPr>
                <w:t>https</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education</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yandex</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ru</w:t>
              </w:r>
            </w:hyperlink>
            <w:r w:rsidR="000A1063" w:rsidRPr="000A1063">
              <w:rPr>
                <w:rFonts w:ascii="Times New Roman" w:hAnsi="Times New Roman"/>
                <w:color w:val="000000"/>
                <w:sz w:val="24"/>
                <w:lang w:val="ru-RU"/>
              </w:rPr>
              <w:t xml:space="preserve"> </w:t>
            </w:r>
            <w:hyperlink r:id="rId534">
              <w:r w:rsidR="000A1063" w:rsidRPr="004A6E25">
                <w:rPr>
                  <w:rFonts w:ascii="Times New Roman" w:hAnsi="Times New Roman"/>
                  <w:color w:val="0000FF"/>
                  <w:u w:val="single"/>
                </w:rPr>
                <w:t>https</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uchi</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ru</w:t>
              </w:r>
            </w:hyperlink>
          </w:p>
        </w:tc>
      </w:tr>
      <w:tr w:rsidR="000A1063" w:rsidRPr="008E75F7"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17</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Оценка решения задачи на достоверность и логичность</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val="restart"/>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Обладающий первоначальными представлениями о природных и социальных</w:t>
            </w:r>
          </w:p>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объектах, многообразии объектов и явлений природы, связи живой и неживой</w:t>
            </w:r>
          </w:p>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lastRenderedPageBreak/>
              <w:t>природы, о науке, научном знании.</w:t>
            </w:r>
          </w:p>
        </w:tc>
        <w:tc>
          <w:tcPr>
            <w:tcW w:w="3686" w:type="dxa"/>
            <w:tcMar>
              <w:top w:w="50" w:type="dxa"/>
              <w:left w:w="100" w:type="dxa"/>
            </w:tcMar>
            <w:vAlign w:val="center"/>
          </w:tcPr>
          <w:p w:rsidR="000A1063" w:rsidRPr="000A1063" w:rsidRDefault="008E75F7" w:rsidP="00057B56">
            <w:pPr>
              <w:spacing w:after="0"/>
              <w:ind w:left="135"/>
              <w:rPr>
                <w:lang w:val="ru-RU"/>
              </w:rPr>
            </w:pPr>
            <w:hyperlink r:id="rId535">
              <w:r w:rsidR="000A1063" w:rsidRPr="004A6E25">
                <w:rPr>
                  <w:rFonts w:ascii="Times New Roman" w:hAnsi="Times New Roman"/>
                  <w:color w:val="0000FF"/>
                  <w:u w:val="single"/>
                </w:rPr>
                <w:t>https</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education</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yandex</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ru</w:t>
              </w:r>
            </w:hyperlink>
            <w:r w:rsidR="000A1063" w:rsidRPr="000A1063">
              <w:rPr>
                <w:rFonts w:ascii="Times New Roman" w:hAnsi="Times New Roman"/>
                <w:color w:val="000000"/>
                <w:sz w:val="24"/>
                <w:lang w:val="ru-RU"/>
              </w:rPr>
              <w:t xml:space="preserve"> </w:t>
            </w:r>
            <w:hyperlink r:id="rId536">
              <w:r w:rsidR="000A1063" w:rsidRPr="004A6E25">
                <w:rPr>
                  <w:rFonts w:ascii="Times New Roman" w:hAnsi="Times New Roman"/>
                  <w:color w:val="0000FF"/>
                  <w:u w:val="single"/>
                </w:rPr>
                <w:t>https</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uchi</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ru</w:t>
              </w:r>
            </w:hyperlink>
          </w:p>
        </w:tc>
      </w:tr>
      <w:tr w:rsidR="000A1063" w:rsidRPr="008E75F7"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18</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Числа в пределах миллиона: чтение, запись</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p>
        </w:tc>
        <w:tc>
          <w:tcPr>
            <w:tcW w:w="3686" w:type="dxa"/>
            <w:tcMar>
              <w:top w:w="50" w:type="dxa"/>
              <w:left w:w="100" w:type="dxa"/>
            </w:tcMar>
            <w:vAlign w:val="center"/>
          </w:tcPr>
          <w:p w:rsidR="000A1063" w:rsidRPr="0079400E" w:rsidRDefault="000A1063" w:rsidP="00057B56">
            <w:pPr>
              <w:spacing w:after="0"/>
              <w:ind w:left="135"/>
              <w:rPr>
                <w:lang w:val="ru-RU"/>
              </w:rPr>
            </w:pPr>
            <w:r w:rsidRPr="0079400E">
              <w:rPr>
                <w:rFonts w:ascii="Times New Roman" w:hAnsi="Times New Roman"/>
                <w:color w:val="000000"/>
                <w:sz w:val="24"/>
                <w:lang w:val="ru-RU"/>
              </w:rPr>
              <w:t xml:space="preserve">Библиотека ЦОК </w:t>
            </w:r>
            <w:hyperlink r:id="rId537">
              <w:r>
                <w:rPr>
                  <w:rFonts w:ascii="Times New Roman" w:hAnsi="Times New Roman"/>
                  <w:color w:val="0000FF"/>
                  <w:u w:val="single"/>
                </w:rPr>
                <w:t>https</w:t>
              </w:r>
              <w:r w:rsidRPr="0079400E">
                <w:rPr>
                  <w:rFonts w:ascii="Times New Roman" w:hAnsi="Times New Roman"/>
                  <w:color w:val="0000FF"/>
                  <w:u w:val="single"/>
                  <w:lang w:val="ru-RU"/>
                </w:rPr>
                <w:t>://</w:t>
              </w:r>
              <w:r>
                <w:rPr>
                  <w:rFonts w:ascii="Times New Roman" w:hAnsi="Times New Roman"/>
                  <w:color w:val="0000FF"/>
                  <w:u w:val="single"/>
                </w:rPr>
                <w:t>m</w:t>
              </w:r>
              <w:r w:rsidRPr="0079400E">
                <w:rPr>
                  <w:rFonts w:ascii="Times New Roman" w:hAnsi="Times New Roman"/>
                  <w:color w:val="0000FF"/>
                  <w:u w:val="single"/>
                  <w:lang w:val="ru-RU"/>
                </w:rPr>
                <w:t>.</w:t>
              </w:r>
              <w:r>
                <w:rPr>
                  <w:rFonts w:ascii="Times New Roman" w:hAnsi="Times New Roman"/>
                  <w:color w:val="0000FF"/>
                  <w:u w:val="single"/>
                </w:rPr>
                <w:t>edsoo</w:t>
              </w:r>
              <w:r w:rsidRPr="0079400E">
                <w:rPr>
                  <w:rFonts w:ascii="Times New Roman" w:hAnsi="Times New Roman"/>
                  <w:color w:val="0000FF"/>
                  <w:u w:val="single"/>
                  <w:lang w:val="ru-RU"/>
                </w:rPr>
                <w:t>.</w:t>
              </w:r>
              <w:r>
                <w:rPr>
                  <w:rFonts w:ascii="Times New Roman" w:hAnsi="Times New Roman"/>
                  <w:color w:val="0000FF"/>
                  <w:u w:val="single"/>
                </w:rPr>
                <w:t>ru</w:t>
              </w:r>
              <w:r w:rsidRPr="0079400E">
                <w:rPr>
                  <w:rFonts w:ascii="Times New Roman" w:hAnsi="Times New Roman"/>
                  <w:color w:val="0000FF"/>
                  <w:u w:val="single"/>
                  <w:lang w:val="ru-RU"/>
                </w:rPr>
                <w:t>/</w:t>
              </w:r>
              <w:r>
                <w:rPr>
                  <w:rFonts w:ascii="Times New Roman" w:hAnsi="Times New Roman"/>
                  <w:color w:val="0000FF"/>
                  <w:u w:val="single"/>
                </w:rPr>
                <w:t>c</w:t>
              </w:r>
              <w:r w:rsidRPr="0079400E">
                <w:rPr>
                  <w:rFonts w:ascii="Times New Roman" w:hAnsi="Times New Roman"/>
                  <w:color w:val="0000FF"/>
                  <w:u w:val="single"/>
                  <w:lang w:val="ru-RU"/>
                </w:rPr>
                <w:t>4</w:t>
              </w:r>
              <w:r>
                <w:rPr>
                  <w:rFonts w:ascii="Times New Roman" w:hAnsi="Times New Roman"/>
                  <w:color w:val="0000FF"/>
                  <w:u w:val="single"/>
                </w:rPr>
                <w:t>e</w:t>
              </w:r>
              <w:r w:rsidRPr="0079400E">
                <w:rPr>
                  <w:rFonts w:ascii="Times New Roman" w:hAnsi="Times New Roman"/>
                  <w:color w:val="0000FF"/>
                  <w:u w:val="single"/>
                  <w:lang w:val="ru-RU"/>
                </w:rPr>
                <w:t>1925</w:t>
              </w:r>
              <w:r>
                <w:rPr>
                  <w:rFonts w:ascii="Times New Roman" w:hAnsi="Times New Roman"/>
                  <w:color w:val="0000FF"/>
                  <w:u w:val="single"/>
                </w:rPr>
                <w:t>a</w:t>
              </w:r>
            </w:hyperlink>
          </w:p>
        </w:tc>
      </w:tr>
      <w:tr w:rsidR="000A1063"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lastRenderedPageBreak/>
              <w:t>19</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Запись решения задачи с помощью числового выражения</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p>
        </w:tc>
        <w:tc>
          <w:tcPr>
            <w:tcW w:w="3686" w:type="dxa"/>
            <w:tcMar>
              <w:top w:w="50" w:type="dxa"/>
              <w:left w:w="100" w:type="dxa"/>
            </w:tcMar>
            <w:vAlign w:val="center"/>
          </w:tcPr>
          <w:p w:rsidR="000A1063" w:rsidRDefault="008E75F7" w:rsidP="00057B56">
            <w:pPr>
              <w:spacing w:after="0"/>
              <w:ind w:left="135"/>
            </w:pPr>
            <w:hyperlink r:id="rId538">
              <w:r w:rsidR="000A1063" w:rsidRPr="004A6E25">
                <w:rPr>
                  <w:rFonts w:ascii="Times New Roman" w:hAnsi="Times New Roman"/>
                  <w:color w:val="0000FF"/>
                  <w:u w:val="single"/>
                </w:rPr>
                <w:t>https://education.yandex.ru</w:t>
              </w:r>
            </w:hyperlink>
            <w:r w:rsidR="000A1063" w:rsidRPr="004A6E25">
              <w:rPr>
                <w:rFonts w:ascii="Times New Roman" w:hAnsi="Times New Roman"/>
                <w:color w:val="000000"/>
                <w:sz w:val="24"/>
              </w:rPr>
              <w:t xml:space="preserve"> </w:t>
            </w:r>
            <w:hyperlink r:id="rId539">
              <w:r w:rsidR="000A1063" w:rsidRPr="004A6E25">
                <w:rPr>
                  <w:rFonts w:ascii="Times New Roman" w:hAnsi="Times New Roman"/>
                  <w:color w:val="0000FF"/>
                  <w:u w:val="single"/>
                </w:rPr>
                <w:t>https://uchi.ru</w:t>
              </w:r>
            </w:hyperlink>
          </w:p>
        </w:tc>
      </w:tr>
      <w:tr w:rsidR="000A1063" w:rsidRPr="008E75F7"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20</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Числа в пределах миллиона: представление многозначного числа в виде суммы разрядных слагаемых</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p>
        </w:tc>
        <w:tc>
          <w:tcPr>
            <w:tcW w:w="3686" w:type="dxa"/>
            <w:tcMar>
              <w:top w:w="50" w:type="dxa"/>
              <w:left w:w="100" w:type="dxa"/>
            </w:tcMar>
            <w:vAlign w:val="center"/>
          </w:tcPr>
          <w:p w:rsidR="000A1063" w:rsidRPr="0079400E" w:rsidRDefault="000A1063" w:rsidP="00057B56">
            <w:pPr>
              <w:spacing w:after="0"/>
              <w:ind w:left="135"/>
              <w:rPr>
                <w:lang w:val="ru-RU"/>
              </w:rPr>
            </w:pPr>
            <w:r w:rsidRPr="0079400E">
              <w:rPr>
                <w:rFonts w:ascii="Times New Roman" w:hAnsi="Times New Roman"/>
                <w:color w:val="000000"/>
                <w:sz w:val="24"/>
                <w:lang w:val="ru-RU"/>
              </w:rPr>
              <w:t xml:space="preserve">Библиотека ЦОК </w:t>
            </w:r>
            <w:hyperlink r:id="rId540">
              <w:r>
                <w:rPr>
                  <w:rFonts w:ascii="Times New Roman" w:hAnsi="Times New Roman"/>
                  <w:color w:val="0000FF"/>
                  <w:u w:val="single"/>
                </w:rPr>
                <w:t>https</w:t>
              </w:r>
              <w:r w:rsidRPr="0079400E">
                <w:rPr>
                  <w:rFonts w:ascii="Times New Roman" w:hAnsi="Times New Roman"/>
                  <w:color w:val="0000FF"/>
                  <w:u w:val="single"/>
                  <w:lang w:val="ru-RU"/>
                </w:rPr>
                <w:t>://</w:t>
              </w:r>
              <w:r>
                <w:rPr>
                  <w:rFonts w:ascii="Times New Roman" w:hAnsi="Times New Roman"/>
                  <w:color w:val="0000FF"/>
                  <w:u w:val="single"/>
                </w:rPr>
                <w:t>m</w:t>
              </w:r>
              <w:r w:rsidRPr="0079400E">
                <w:rPr>
                  <w:rFonts w:ascii="Times New Roman" w:hAnsi="Times New Roman"/>
                  <w:color w:val="0000FF"/>
                  <w:u w:val="single"/>
                  <w:lang w:val="ru-RU"/>
                </w:rPr>
                <w:t>.</w:t>
              </w:r>
              <w:r>
                <w:rPr>
                  <w:rFonts w:ascii="Times New Roman" w:hAnsi="Times New Roman"/>
                  <w:color w:val="0000FF"/>
                  <w:u w:val="single"/>
                </w:rPr>
                <w:t>edsoo</w:t>
              </w:r>
              <w:r w:rsidRPr="0079400E">
                <w:rPr>
                  <w:rFonts w:ascii="Times New Roman" w:hAnsi="Times New Roman"/>
                  <w:color w:val="0000FF"/>
                  <w:u w:val="single"/>
                  <w:lang w:val="ru-RU"/>
                </w:rPr>
                <w:t>.</w:t>
              </w:r>
              <w:r>
                <w:rPr>
                  <w:rFonts w:ascii="Times New Roman" w:hAnsi="Times New Roman"/>
                  <w:color w:val="0000FF"/>
                  <w:u w:val="single"/>
                </w:rPr>
                <w:t>ru</w:t>
              </w:r>
              <w:r w:rsidRPr="0079400E">
                <w:rPr>
                  <w:rFonts w:ascii="Times New Roman" w:hAnsi="Times New Roman"/>
                  <w:color w:val="0000FF"/>
                  <w:u w:val="single"/>
                  <w:lang w:val="ru-RU"/>
                </w:rPr>
                <w:t>/</w:t>
              </w:r>
              <w:r>
                <w:rPr>
                  <w:rFonts w:ascii="Times New Roman" w:hAnsi="Times New Roman"/>
                  <w:color w:val="0000FF"/>
                  <w:u w:val="single"/>
                </w:rPr>
                <w:t>c</w:t>
              </w:r>
              <w:r w:rsidRPr="0079400E">
                <w:rPr>
                  <w:rFonts w:ascii="Times New Roman" w:hAnsi="Times New Roman"/>
                  <w:color w:val="0000FF"/>
                  <w:u w:val="single"/>
                  <w:lang w:val="ru-RU"/>
                </w:rPr>
                <w:t>4</w:t>
              </w:r>
              <w:r>
                <w:rPr>
                  <w:rFonts w:ascii="Times New Roman" w:hAnsi="Times New Roman"/>
                  <w:color w:val="0000FF"/>
                  <w:u w:val="single"/>
                </w:rPr>
                <w:t>e</w:t>
              </w:r>
              <w:r w:rsidRPr="0079400E">
                <w:rPr>
                  <w:rFonts w:ascii="Times New Roman" w:hAnsi="Times New Roman"/>
                  <w:color w:val="0000FF"/>
                  <w:u w:val="single"/>
                  <w:lang w:val="ru-RU"/>
                </w:rPr>
                <w:t>195</w:t>
              </w:r>
              <w:r>
                <w:rPr>
                  <w:rFonts w:ascii="Times New Roman" w:hAnsi="Times New Roman"/>
                  <w:color w:val="0000FF"/>
                  <w:u w:val="single"/>
                </w:rPr>
                <w:t>ca</w:t>
              </w:r>
            </w:hyperlink>
          </w:p>
        </w:tc>
      </w:tr>
      <w:tr w:rsidR="000A1063" w:rsidRPr="008E75F7"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21</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Сравнение чисел в пределах миллиона</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p>
        </w:tc>
        <w:tc>
          <w:tcPr>
            <w:tcW w:w="3686" w:type="dxa"/>
            <w:tcMar>
              <w:top w:w="50" w:type="dxa"/>
              <w:left w:w="100" w:type="dxa"/>
            </w:tcMar>
            <w:vAlign w:val="center"/>
          </w:tcPr>
          <w:p w:rsidR="000A1063" w:rsidRPr="0079400E" w:rsidRDefault="000A1063" w:rsidP="00057B56">
            <w:pPr>
              <w:spacing w:after="0"/>
              <w:ind w:left="135"/>
              <w:rPr>
                <w:lang w:val="ru-RU"/>
              </w:rPr>
            </w:pPr>
            <w:r w:rsidRPr="0079400E">
              <w:rPr>
                <w:rFonts w:ascii="Times New Roman" w:hAnsi="Times New Roman"/>
                <w:color w:val="000000"/>
                <w:sz w:val="24"/>
                <w:lang w:val="ru-RU"/>
              </w:rPr>
              <w:t xml:space="preserve">Библиотека ЦОК </w:t>
            </w:r>
            <w:hyperlink r:id="rId541">
              <w:r>
                <w:rPr>
                  <w:rFonts w:ascii="Times New Roman" w:hAnsi="Times New Roman"/>
                  <w:color w:val="0000FF"/>
                  <w:u w:val="single"/>
                </w:rPr>
                <w:t>https</w:t>
              </w:r>
              <w:r w:rsidRPr="0079400E">
                <w:rPr>
                  <w:rFonts w:ascii="Times New Roman" w:hAnsi="Times New Roman"/>
                  <w:color w:val="0000FF"/>
                  <w:u w:val="single"/>
                  <w:lang w:val="ru-RU"/>
                </w:rPr>
                <w:t>://</w:t>
              </w:r>
              <w:r>
                <w:rPr>
                  <w:rFonts w:ascii="Times New Roman" w:hAnsi="Times New Roman"/>
                  <w:color w:val="0000FF"/>
                  <w:u w:val="single"/>
                </w:rPr>
                <w:t>m</w:t>
              </w:r>
              <w:r w:rsidRPr="0079400E">
                <w:rPr>
                  <w:rFonts w:ascii="Times New Roman" w:hAnsi="Times New Roman"/>
                  <w:color w:val="0000FF"/>
                  <w:u w:val="single"/>
                  <w:lang w:val="ru-RU"/>
                </w:rPr>
                <w:t>.</w:t>
              </w:r>
              <w:r>
                <w:rPr>
                  <w:rFonts w:ascii="Times New Roman" w:hAnsi="Times New Roman"/>
                  <w:color w:val="0000FF"/>
                  <w:u w:val="single"/>
                </w:rPr>
                <w:t>edsoo</w:t>
              </w:r>
              <w:r w:rsidRPr="0079400E">
                <w:rPr>
                  <w:rFonts w:ascii="Times New Roman" w:hAnsi="Times New Roman"/>
                  <w:color w:val="0000FF"/>
                  <w:u w:val="single"/>
                  <w:lang w:val="ru-RU"/>
                </w:rPr>
                <w:t>.</w:t>
              </w:r>
              <w:r>
                <w:rPr>
                  <w:rFonts w:ascii="Times New Roman" w:hAnsi="Times New Roman"/>
                  <w:color w:val="0000FF"/>
                  <w:u w:val="single"/>
                </w:rPr>
                <w:t>ru</w:t>
              </w:r>
              <w:r w:rsidRPr="0079400E">
                <w:rPr>
                  <w:rFonts w:ascii="Times New Roman" w:hAnsi="Times New Roman"/>
                  <w:color w:val="0000FF"/>
                  <w:u w:val="single"/>
                  <w:lang w:val="ru-RU"/>
                </w:rPr>
                <w:t>/</w:t>
              </w:r>
              <w:r>
                <w:rPr>
                  <w:rFonts w:ascii="Times New Roman" w:hAnsi="Times New Roman"/>
                  <w:color w:val="0000FF"/>
                  <w:u w:val="single"/>
                </w:rPr>
                <w:t>c</w:t>
              </w:r>
              <w:r w:rsidRPr="0079400E">
                <w:rPr>
                  <w:rFonts w:ascii="Times New Roman" w:hAnsi="Times New Roman"/>
                  <w:color w:val="0000FF"/>
                  <w:u w:val="single"/>
                  <w:lang w:val="ru-RU"/>
                </w:rPr>
                <w:t>4</w:t>
              </w:r>
              <w:r>
                <w:rPr>
                  <w:rFonts w:ascii="Times New Roman" w:hAnsi="Times New Roman"/>
                  <w:color w:val="0000FF"/>
                  <w:u w:val="single"/>
                </w:rPr>
                <w:t>e</w:t>
              </w:r>
              <w:r w:rsidRPr="0079400E">
                <w:rPr>
                  <w:rFonts w:ascii="Times New Roman" w:hAnsi="Times New Roman"/>
                  <w:color w:val="0000FF"/>
                  <w:u w:val="single"/>
                  <w:lang w:val="ru-RU"/>
                </w:rPr>
                <w:t>1973</w:t>
              </w:r>
              <w:r>
                <w:rPr>
                  <w:rFonts w:ascii="Times New Roman" w:hAnsi="Times New Roman"/>
                  <w:color w:val="0000FF"/>
                  <w:u w:val="single"/>
                </w:rPr>
                <w:t>c</w:t>
              </w:r>
            </w:hyperlink>
          </w:p>
        </w:tc>
      </w:tr>
      <w:tr w:rsidR="000A1063"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22</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Общее группы многозначных чисел. Классификация чисел. </w:t>
            </w:r>
            <w:r w:rsidRPr="000F7EDB">
              <w:rPr>
                <w:rFonts w:ascii="Times New Roman" w:hAnsi="Times New Roman" w:cs="Times New Roman"/>
                <w:color w:val="000000"/>
                <w:sz w:val="24"/>
                <w:szCs w:val="24"/>
              </w:rPr>
              <w:t>Класс миллионов. Класс миллиардов</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rPr>
              <w:t xml:space="preserve"> 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p>
        </w:tc>
        <w:tc>
          <w:tcPr>
            <w:tcW w:w="3686" w:type="dxa"/>
            <w:tcMar>
              <w:top w:w="50" w:type="dxa"/>
              <w:left w:w="100" w:type="dxa"/>
            </w:tcMar>
            <w:vAlign w:val="center"/>
          </w:tcPr>
          <w:p w:rsidR="000A1063" w:rsidRDefault="008E75F7" w:rsidP="00057B56">
            <w:pPr>
              <w:spacing w:after="0"/>
              <w:ind w:left="135"/>
            </w:pPr>
            <w:hyperlink r:id="rId542">
              <w:r w:rsidR="000A1063" w:rsidRPr="004A6E25">
                <w:rPr>
                  <w:rFonts w:ascii="Times New Roman" w:hAnsi="Times New Roman"/>
                  <w:color w:val="0000FF"/>
                  <w:u w:val="single"/>
                </w:rPr>
                <w:t>https://education.yandex.ru</w:t>
              </w:r>
            </w:hyperlink>
            <w:r w:rsidR="000A1063" w:rsidRPr="004A6E25">
              <w:rPr>
                <w:rFonts w:ascii="Times New Roman" w:hAnsi="Times New Roman"/>
                <w:color w:val="000000"/>
                <w:sz w:val="24"/>
              </w:rPr>
              <w:t xml:space="preserve"> </w:t>
            </w:r>
            <w:hyperlink r:id="rId543">
              <w:r w:rsidR="000A1063" w:rsidRPr="004A6E25">
                <w:rPr>
                  <w:rFonts w:ascii="Times New Roman" w:hAnsi="Times New Roman"/>
                  <w:color w:val="0000FF"/>
                  <w:u w:val="single"/>
                </w:rPr>
                <w:t>https://uchi.ru</w:t>
              </w:r>
            </w:hyperlink>
          </w:p>
        </w:tc>
      </w:tr>
      <w:tr w:rsidR="000A1063"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23</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r w:rsidRPr="000F7EDB">
              <w:rPr>
                <w:rFonts w:ascii="Times New Roman" w:hAnsi="Times New Roman" w:cs="Times New Roman"/>
                <w:color w:val="000000"/>
                <w:sz w:val="24"/>
                <w:szCs w:val="24"/>
              </w:rPr>
              <w:t>Контрольная работа №1</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rPr>
              <w:t xml:space="preserve"> 1 </w:t>
            </w:r>
          </w:p>
        </w:tc>
        <w:tc>
          <w:tcPr>
            <w:tcW w:w="5103" w:type="dxa"/>
            <w:vMerge w:val="restart"/>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Демонстрирующий навыки наблюдений, накопления фактов, осмысления опыта в</w:t>
            </w:r>
          </w:p>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естественнонаучной и гуманитарной областях познания, исследовательской</w:t>
            </w:r>
          </w:p>
          <w:p w:rsidR="000A1063" w:rsidRPr="000F7EDB" w:rsidRDefault="000A1063" w:rsidP="00057B56">
            <w:pPr>
              <w:spacing w:after="0"/>
              <w:ind w:left="135"/>
              <w:rPr>
                <w:rFonts w:ascii="Times New Roman" w:hAnsi="Times New Roman" w:cs="Times New Roman"/>
                <w:sz w:val="24"/>
                <w:szCs w:val="24"/>
              </w:rPr>
            </w:pPr>
            <w:proofErr w:type="gramStart"/>
            <w:r w:rsidRPr="000F7EDB">
              <w:rPr>
                <w:rFonts w:ascii="Times New Roman" w:hAnsi="Times New Roman" w:cs="Times New Roman"/>
                <w:sz w:val="24"/>
                <w:szCs w:val="24"/>
              </w:rPr>
              <w:t>деятельности</w:t>
            </w:r>
            <w:proofErr w:type="gramEnd"/>
            <w:r w:rsidRPr="000F7EDB">
              <w:rPr>
                <w:rFonts w:ascii="Times New Roman" w:hAnsi="Times New Roman" w:cs="Times New Roman"/>
                <w:sz w:val="24"/>
                <w:szCs w:val="24"/>
              </w:rPr>
              <w:t>.</w:t>
            </w:r>
          </w:p>
        </w:tc>
        <w:tc>
          <w:tcPr>
            <w:tcW w:w="3686" w:type="dxa"/>
            <w:tcMar>
              <w:top w:w="50" w:type="dxa"/>
              <w:left w:w="100" w:type="dxa"/>
            </w:tcMar>
            <w:vAlign w:val="center"/>
          </w:tcPr>
          <w:p w:rsidR="000A1063" w:rsidRDefault="000A1063" w:rsidP="00057B56">
            <w:pPr>
              <w:spacing w:after="0"/>
              <w:ind w:left="135"/>
            </w:pPr>
          </w:p>
        </w:tc>
      </w:tr>
      <w:tr w:rsidR="000A1063" w:rsidRPr="008E75F7"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24</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r w:rsidRPr="000F7EDB">
              <w:rPr>
                <w:rFonts w:ascii="Times New Roman" w:hAnsi="Times New Roman" w:cs="Times New Roman"/>
                <w:color w:val="000000"/>
                <w:sz w:val="24"/>
                <w:szCs w:val="24"/>
              </w:rPr>
              <w:t>Сравнение и упорядочение чисел</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rPr>
              <w:t xml:space="preserve"> 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p>
        </w:tc>
        <w:tc>
          <w:tcPr>
            <w:tcW w:w="3686" w:type="dxa"/>
            <w:tcMar>
              <w:top w:w="50" w:type="dxa"/>
              <w:left w:w="100" w:type="dxa"/>
            </w:tcMar>
            <w:vAlign w:val="center"/>
          </w:tcPr>
          <w:p w:rsidR="000A1063" w:rsidRPr="002C5FDA" w:rsidRDefault="000A1063" w:rsidP="00057B56">
            <w:pPr>
              <w:spacing w:after="0"/>
              <w:ind w:left="135"/>
              <w:rPr>
                <w:lang w:val="ru-RU"/>
              </w:rPr>
            </w:pPr>
            <w:r w:rsidRPr="002C5FDA">
              <w:rPr>
                <w:rFonts w:ascii="Times New Roman" w:hAnsi="Times New Roman"/>
                <w:color w:val="000000"/>
                <w:sz w:val="24"/>
                <w:lang w:val="ru-RU"/>
              </w:rPr>
              <w:t>Библиотека ЦОК</w:t>
            </w:r>
          </w:p>
          <w:p w:rsidR="000A1063" w:rsidRPr="002C5FDA" w:rsidRDefault="008E75F7" w:rsidP="00057B56">
            <w:pPr>
              <w:spacing w:after="0"/>
              <w:rPr>
                <w:lang w:val="ru-RU"/>
              </w:rPr>
            </w:pPr>
            <w:hyperlink r:id="rId544">
              <w:r w:rsidR="000A1063">
                <w:rPr>
                  <w:rFonts w:ascii="Times New Roman" w:hAnsi="Times New Roman"/>
                  <w:color w:val="0000FF"/>
                  <w:u w:val="single"/>
                </w:rPr>
                <w:t>https</w:t>
              </w:r>
              <w:r w:rsidR="000A1063" w:rsidRPr="002C5FDA">
                <w:rPr>
                  <w:rFonts w:ascii="Times New Roman" w:hAnsi="Times New Roman"/>
                  <w:color w:val="0000FF"/>
                  <w:u w:val="single"/>
                  <w:lang w:val="ru-RU"/>
                </w:rPr>
                <w:t>://</w:t>
              </w:r>
              <w:r w:rsidR="000A1063">
                <w:rPr>
                  <w:rFonts w:ascii="Times New Roman" w:hAnsi="Times New Roman"/>
                  <w:color w:val="0000FF"/>
                  <w:u w:val="single"/>
                </w:rPr>
                <w:t>m</w:t>
              </w:r>
              <w:r w:rsidR="000A1063" w:rsidRPr="002C5FDA">
                <w:rPr>
                  <w:rFonts w:ascii="Times New Roman" w:hAnsi="Times New Roman"/>
                  <w:color w:val="0000FF"/>
                  <w:u w:val="single"/>
                  <w:lang w:val="ru-RU"/>
                </w:rPr>
                <w:t>.</w:t>
              </w:r>
              <w:r w:rsidR="000A1063">
                <w:rPr>
                  <w:rFonts w:ascii="Times New Roman" w:hAnsi="Times New Roman"/>
                  <w:color w:val="0000FF"/>
                  <w:u w:val="single"/>
                </w:rPr>
                <w:t>edsoo</w:t>
              </w:r>
              <w:r w:rsidR="000A1063" w:rsidRPr="002C5FDA">
                <w:rPr>
                  <w:rFonts w:ascii="Times New Roman" w:hAnsi="Times New Roman"/>
                  <w:color w:val="0000FF"/>
                  <w:u w:val="single"/>
                  <w:lang w:val="ru-RU"/>
                </w:rPr>
                <w:t>.</w:t>
              </w:r>
              <w:r w:rsidR="000A1063">
                <w:rPr>
                  <w:rFonts w:ascii="Times New Roman" w:hAnsi="Times New Roman"/>
                  <w:color w:val="0000FF"/>
                  <w:u w:val="single"/>
                </w:rPr>
                <w:t>ru</w:t>
              </w:r>
              <w:r w:rsidR="000A1063" w:rsidRPr="002C5FDA">
                <w:rPr>
                  <w:rFonts w:ascii="Times New Roman" w:hAnsi="Times New Roman"/>
                  <w:color w:val="0000FF"/>
                  <w:u w:val="single"/>
                  <w:lang w:val="ru-RU"/>
                </w:rPr>
                <w:t>/</w:t>
              </w:r>
              <w:r w:rsidR="000A1063">
                <w:rPr>
                  <w:rFonts w:ascii="Times New Roman" w:hAnsi="Times New Roman"/>
                  <w:color w:val="0000FF"/>
                  <w:u w:val="single"/>
                </w:rPr>
                <w:t>c</w:t>
              </w:r>
              <w:r w:rsidR="000A1063" w:rsidRPr="002C5FDA">
                <w:rPr>
                  <w:rFonts w:ascii="Times New Roman" w:hAnsi="Times New Roman"/>
                  <w:color w:val="0000FF"/>
                  <w:u w:val="single"/>
                  <w:lang w:val="ru-RU"/>
                </w:rPr>
                <w:t>4</w:t>
              </w:r>
              <w:r w:rsidR="000A1063">
                <w:rPr>
                  <w:rFonts w:ascii="Times New Roman" w:hAnsi="Times New Roman"/>
                  <w:color w:val="0000FF"/>
                  <w:u w:val="single"/>
                </w:rPr>
                <w:t>e</w:t>
              </w:r>
              <w:r w:rsidR="000A1063" w:rsidRPr="002C5FDA">
                <w:rPr>
                  <w:rFonts w:ascii="Times New Roman" w:hAnsi="Times New Roman"/>
                  <w:color w:val="0000FF"/>
                  <w:u w:val="single"/>
                  <w:lang w:val="ru-RU"/>
                </w:rPr>
                <w:t>1989</w:t>
              </w:r>
              <w:r w:rsidR="000A1063">
                <w:rPr>
                  <w:rFonts w:ascii="Times New Roman" w:hAnsi="Times New Roman"/>
                  <w:color w:val="0000FF"/>
                  <w:u w:val="single"/>
                </w:rPr>
                <w:t>a</w:t>
              </w:r>
            </w:hyperlink>
            <w:r w:rsidR="000A1063" w:rsidRPr="002C5FDA">
              <w:rPr>
                <w:rFonts w:ascii="Times New Roman" w:hAnsi="Times New Roman"/>
                <w:color w:val="000000"/>
                <w:sz w:val="24"/>
                <w:lang w:val="ru-RU"/>
              </w:rPr>
              <w:t xml:space="preserve"> 2)</w:t>
            </w:r>
            <w:hyperlink r:id="rId545">
              <w:r w:rsidR="000A1063">
                <w:rPr>
                  <w:rFonts w:ascii="Times New Roman" w:hAnsi="Times New Roman"/>
                  <w:color w:val="0000FF"/>
                  <w:u w:val="single"/>
                </w:rPr>
                <w:t>https</w:t>
              </w:r>
              <w:r w:rsidR="000A1063" w:rsidRPr="002C5FDA">
                <w:rPr>
                  <w:rFonts w:ascii="Times New Roman" w:hAnsi="Times New Roman"/>
                  <w:color w:val="0000FF"/>
                  <w:u w:val="single"/>
                  <w:lang w:val="ru-RU"/>
                </w:rPr>
                <w:t>://</w:t>
              </w:r>
              <w:r w:rsidR="000A1063">
                <w:rPr>
                  <w:rFonts w:ascii="Times New Roman" w:hAnsi="Times New Roman"/>
                  <w:color w:val="0000FF"/>
                  <w:u w:val="single"/>
                </w:rPr>
                <w:t>m</w:t>
              </w:r>
              <w:r w:rsidR="000A1063" w:rsidRPr="002C5FDA">
                <w:rPr>
                  <w:rFonts w:ascii="Times New Roman" w:hAnsi="Times New Roman"/>
                  <w:color w:val="0000FF"/>
                  <w:u w:val="single"/>
                  <w:lang w:val="ru-RU"/>
                </w:rPr>
                <w:t>.</w:t>
              </w:r>
              <w:r w:rsidR="000A1063">
                <w:rPr>
                  <w:rFonts w:ascii="Times New Roman" w:hAnsi="Times New Roman"/>
                  <w:color w:val="0000FF"/>
                  <w:u w:val="single"/>
                </w:rPr>
                <w:t>edsoo</w:t>
              </w:r>
              <w:r w:rsidR="000A1063" w:rsidRPr="002C5FDA">
                <w:rPr>
                  <w:rFonts w:ascii="Times New Roman" w:hAnsi="Times New Roman"/>
                  <w:color w:val="0000FF"/>
                  <w:u w:val="single"/>
                  <w:lang w:val="ru-RU"/>
                </w:rPr>
                <w:t>.</w:t>
              </w:r>
              <w:r w:rsidR="000A1063">
                <w:rPr>
                  <w:rFonts w:ascii="Times New Roman" w:hAnsi="Times New Roman"/>
                  <w:color w:val="0000FF"/>
                  <w:u w:val="single"/>
                </w:rPr>
                <w:t>ru</w:t>
              </w:r>
              <w:r w:rsidR="000A1063" w:rsidRPr="002C5FDA">
                <w:rPr>
                  <w:rFonts w:ascii="Times New Roman" w:hAnsi="Times New Roman"/>
                  <w:color w:val="0000FF"/>
                  <w:u w:val="single"/>
                  <w:lang w:val="ru-RU"/>
                </w:rPr>
                <w:t>/</w:t>
              </w:r>
              <w:r w:rsidR="000A1063">
                <w:rPr>
                  <w:rFonts w:ascii="Times New Roman" w:hAnsi="Times New Roman"/>
                  <w:color w:val="0000FF"/>
                  <w:u w:val="single"/>
                </w:rPr>
                <w:t>c</w:t>
              </w:r>
              <w:r w:rsidR="000A1063" w:rsidRPr="002C5FDA">
                <w:rPr>
                  <w:rFonts w:ascii="Times New Roman" w:hAnsi="Times New Roman"/>
                  <w:color w:val="0000FF"/>
                  <w:u w:val="single"/>
                  <w:lang w:val="ru-RU"/>
                </w:rPr>
                <w:t>4</w:t>
              </w:r>
              <w:r w:rsidR="000A1063">
                <w:rPr>
                  <w:rFonts w:ascii="Times New Roman" w:hAnsi="Times New Roman"/>
                  <w:color w:val="0000FF"/>
                  <w:u w:val="single"/>
                </w:rPr>
                <w:t>e</w:t>
              </w:r>
              <w:r w:rsidR="000A1063" w:rsidRPr="002C5FDA">
                <w:rPr>
                  <w:rFonts w:ascii="Times New Roman" w:hAnsi="Times New Roman"/>
                  <w:color w:val="0000FF"/>
                  <w:u w:val="single"/>
                  <w:lang w:val="ru-RU"/>
                </w:rPr>
                <w:t>19</w:t>
              </w:r>
              <w:r w:rsidR="000A1063">
                <w:rPr>
                  <w:rFonts w:ascii="Times New Roman" w:hAnsi="Times New Roman"/>
                  <w:color w:val="0000FF"/>
                  <w:u w:val="single"/>
                </w:rPr>
                <w:t>de</w:t>
              </w:r>
              <w:r w:rsidR="000A1063" w:rsidRPr="002C5FDA">
                <w:rPr>
                  <w:rFonts w:ascii="Times New Roman" w:hAnsi="Times New Roman"/>
                  <w:color w:val="0000FF"/>
                  <w:u w:val="single"/>
                  <w:lang w:val="ru-RU"/>
                </w:rPr>
                <w:t>0</w:t>
              </w:r>
            </w:hyperlink>
          </w:p>
        </w:tc>
      </w:tr>
      <w:tr w:rsidR="000A1063"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25</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r w:rsidRPr="000F7EDB">
              <w:rPr>
                <w:rFonts w:ascii="Times New Roman" w:hAnsi="Times New Roman" w:cs="Times New Roman"/>
                <w:color w:val="000000"/>
                <w:sz w:val="24"/>
                <w:szCs w:val="24"/>
              </w:rPr>
              <w:t>Решение задач на работу</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rPr>
              <w:t xml:space="preserve"> 1 </w:t>
            </w:r>
          </w:p>
        </w:tc>
        <w:tc>
          <w:tcPr>
            <w:tcW w:w="5103"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r w:rsidRPr="000F7EDB">
              <w:rPr>
                <w:rFonts w:ascii="Times New Roman" w:hAnsi="Times New Roman" w:cs="Times New Roman"/>
                <w:sz w:val="24"/>
                <w:szCs w:val="24"/>
                <w:lang w:val="ru-RU"/>
              </w:rPr>
              <w:t xml:space="preserve">Проявляющий уважение к труду, людям труда, бережное отношение к результатам труда, ответственное потребление. </w:t>
            </w:r>
            <w:r w:rsidRPr="000F7EDB">
              <w:rPr>
                <w:rFonts w:ascii="Times New Roman" w:hAnsi="Times New Roman" w:cs="Times New Roman"/>
                <w:sz w:val="24"/>
                <w:szCs w:val="24"/>
              </w:rPr>
              <w:t>Проявляющий интерес к разным профессиям.</w:t>
            </w:r>
          </w:p>
        </w:tc>
        <w:tc>
          <w:tcPr>
            <w:tcW w:w="3686" w:type="dxa"/>
            <w:tcMar>
              <w:top w:w="50" w:type="dxa"/>
              <w:left w:w="100" w:type="dxa"/>
            </w:tcMar>
            <w:vAlign w:val="center"/>
          </w:tcPr>
          <w:p w:rsidR="000A1063" w:rsidRDefault="008E75F7" w:rsidP="00057B56">
            <w:pPr>
              <w:spacing w:after="0"/>
              <w:ind w:left="135"/>
            </w:pPr>
            <w:hyperlink r:id="rId546">
              <w:r w:rsidR="000A1063" w:rsidRPr="004A6E25">
                <w:rPr>
                  <w:rFonts w:ascii="Times New Roman" w:hAnsi="Times New Roman"/>
                  <w:color w:val="0000FF"/>
                  <w:u w:val="single"/>
                </w:rPr>
                <w:t>https://education.yandex.ru</w:t>
              </w:r>
            </w:hyperlink>
            <w:r w:rsidR="000A1063" w:rsidRPr="004A6E25">
              <w:rPr>
                <w:rFonts w:ascii="Times New Roman" w:hAnsi="Times New Roman"/>
                <w:color w:val="000000"/>
                <w:sz w:val="24"/>
              </w:rPr>
              <w:t xml:space="preserve"> </w:t>
            </w:r>
            <w:hyperlink r:id="rId547">
              <w:r w:rsidR="000A1063" w:rsidRPr="004A6E25">
                <w:rPr>
                  <w:rFonts w:ascii="Times New Roman" w:hAnsi="Times New Roman"/>
                  <w:color w:val="0000FF"/>
                  <w:u w:val="single"/>
                </w:rPr>
                <w:t>https://uchi.ru</w:t>
              </w:r>
            </w:hyperlink>
          </w:p>
        </w:tc>
      </w:tr>
      <w:tr w:rsidR="000A1063" w:rsidRPr="008E75F7"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26</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Составление высказываний о свойствах числа. </w:t>
            </w:r>
            <w:r w:rsidRPr="000F7EDB">
              <w:rPr>
                <w:rFonts w:ascii="Times New Roman" w:hAnsi="Times New Roman" w:cs="Times New Roman"/>
                <w:color w:val="000000"/>
                <w:sz w:val="24"/>
                <w:szCs w:val="24"/>
              </w:rPr>
              <w:t>Запись признаков сравнения чисел</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rPr>
              <w:t xml:space="preserve"> 1 </w:t>
            </w:r>
          </w:p>
        </w:tc>
        <w:tc>
          <w:tcPr>
            <w:tcW w:w="5103" w:type="dxa"/>
            <w:vMerge w:val="restart"/>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Выражающий познавательные интересы, активность, любознательность и самостоятельность в познании, интерес и уважение к научным знаниям, науке.</w:t>
            </w:r>
          </w:p>
        </w:tc>
        <w:tc>
          <w:tcPr>
            <w:tcW w:w="3686" w:type="dxa"/>
            <w:tcMar>
              <w:top w:w="50" w:type="dxa"/>
              <w:left w:w="100" w:type="dxa"/>
            </w:tcMar>
            <w:vAlign w:val="center"/>
          </w:tcPr>
          <w:p w:rsidR="000A1063" w:rsidRPr="0079400E" w:rsidRDefault="000A1063" w:rsidP="00057B56">
            <w:pPr>
              <w:spacing w:after="0"/>
              <w:ind w:left="135"/>
              <w:rPr>
                <w:lang w:val="ru-RU"/>
              </w:rPr>
            </w:pPr>
            <w:r w:rsidRPr="0079400E">
              <w:rPr>
                <w:rFonts w:ascii="Times New Roman" w:hAnsi="Times New Roman"/>
                <w:color w:val="000000"/>
                <w:sz w:val="24"/>
                <w:lang w:val="ru-RU"/>
              </w:rPr>
              <w:t xml:space="preserve">Библиотека ЦОК </w:t>
            </w:r>
            <w:hyperlink r:id="rId548">
              <w:r>
                <w:rPr>
                  <w:rFonts w:ascii="Times New Roman" w:hAnsi="Times New Roman"/>
                  <w:color w:val="0000FF"/>
                  <w:u w:val="single"/>
                </w:rPr>
                <w:t>https</w:t>
              </w:r>
              <w:r w:rsidRPr="0079400E">
                <w:rPr>
                  <w:rFonts w:ascii="Times New Roman" w:hAnsi="Times New Roman"/>
                  <w:color w:val="0000FF"/>
                  <w:u w:val="single"/>
                  <w:lang w:val="ru-RU"/>
                </w:rPr>
                <w:t>://</w:t>
              </w:r>
              <w:r>
                <w:rPr>
                  <w:rFonts w:ascii="Times New Roman" w:hAnsi="Times New Roman"/>
                  <w:color w:val="0000FF"/>
                  <w:u w:val="single"/>
                </w:rPr>
                <w:t>m</w:t>
              </w:r>
              <w:r w:rsidRPr="0079400E">
                <w:rPr>
                  <w:rFonts w:ascii="Times New Roman" w:hAnsi="Times New Roman"/>
                  <w:color w:val="0000FF"/>
                  <w:u w:val="single"/>
                  <w:lang w:val="ru-RU"/>
                </w:rPr>
                <w:t>.</w:t>
              </w:r>
              <w:r>
                <w:rPr>
                  <w:rFonts w:ascii="Times New Roman" w:hAnsi="Times New Roman"/>
                  <w:color w:val="0000FF"/>
                  <w:u w:val="single"/>
                </w:rPr>
                <w:t>edsoo</w:t>
              </w:r>
              <w:r w:rsidRPr="0079400E">
                <w:rPr>
                  <w:rFonts w:ascii="Times New Roman" w:hAnsi="Times New Roman"/>
                  <w:color w:val="0000FF"/>
                  <w:u w:val="single"/>
                  <w:lang w:val="ru-RU"/>
                </w:rPr>
                <w:t>.</w:t>
              </w:r>
              <w:r>
                <w:rPr>
                  <w:rFonts w:ascii="Times New Roman" w:hAnsi="Times New Roman"/>
                  <w:color w:val="0000FF"/>
                  <w:u w:val="single"/>
                </w:rPr>
                <w:t>ru</w:t>
              </w:r>
              <w:r w:rsidRPr="0079400E">
                <w:rPr>
                  <w:rFonts w:ascii="Times New Roman" w:hAnsi="Times New Roman"/>
                  <w:color w:val="0000FF"/>
                  <w:u w:val="single"/>
                  <w:lang w:val="ru-RU"/>
                </w:rPr>
                <w:t>/</w:t>
              </w:r>
              <w:r>
                <w:rPr>
                  <w:rFonts w:ascii="Times New Roman" w:hAnsi="Times New Roman"/>
                  <w:color w:val="0000FF"/>
                  <w:u w:val="single"/>
                </w:rPr>
                <w:t>c</w:t>
              </w:r>
              <w:r w:rsidRPr="0079400E">
                <w:rPr>
                  <w:rFonts w:ascii="Times New Roman" w:hAnsi="Times New Roman"/>
                  <w:color w:val="0000FF"/>
                  <w:u w:val="single"/>
                  <w:lang w:val="ru-RU"/>
                </w:rPr>
                <w:t>4</w:t>
              </w:r>
              <w:r>
                <w:rPr>
                  <w:rFonts w:ascii="Times New Roman" w:hAnsi="Times New Roman"/>
                  <w:color w:val="0000FF"/>
                  <w:u w:val="single"/>
                </w:rPr>
                <w:t>e</w:t>
              </w:r>
              <w:r w:rsidRPr="0079400E">
                <w:rPr>
                  <w:rFonts w:ascii="Times New Roman" w:hAnsi="Times New Roman"/>
                  <w:color w:val="0000FF"/>
                  <w:u w:val="single"/>
                  <w:lang w:val="ru-RU"/>
                </w:rPr>
                <w:t>1</w:t>
              </w:r>
              <w:r>
                <w:rPr>
                  <w:rFonts w:ascii="Times New Roman" w:hAnsi="Times New Roman"/>
                  <w:color w:val="0000FF"/>
                  <w:u w:val="single"/>
                </w:rPr>
                <w:t>a</w:t>
              </w:r>
              <w:r w:rsidRPr="0079400E">
                <w:rPr>
                  <w:rFonts w:ascii="Times New Roman" w:hAnsi="Times New Roman"/>
                  <w:color w:val="0000FF"/>
                  <w:u w:val="single"/>
                  <w:lang w:val="ru-RU"/>
                </w:rPr>
                <w:t>40</w:t>
              </w:r>
              <w:r>
                <w:rPr>
                  <w:rFonts w:ascii="Times New Roman" w:hAnsi="Times New Roman"/>
                  <w:color w:val="0000FF"/>
                  <w:u w:val="single"/>
                </w:rPr>
                <w:t>c</w:t>
              </w:r>
            </w:hyperlink>
          </w:p>
        </w:tc>
      </w:tr>
      <w:tr w:rsidR="000A1063"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27</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r w:rsidRPr="000F7EDB">
              <w:rPr>
                <w:rFonts w:ascii="Times New Roman" w:hAnsi="Times New Roman" w:cs="Times New Roman"/>
                <w:color w:val="000000"/>
                <w:sz w:val="24"/>
                <w:szCs w:val="24"/>
              </w:rPr>
              <w:t>Умножение на 10, 100, 1000</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rPr>
              <w:t xml:space="preserve"> 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p>
        </w:tc>
        <w:tc>
          <w:tcPr>
            <w:tcW w:w="3686" w:type="dxa"/>
            <w:tcMar>
              <w:top w:w="50" w:type="dxa"/>
              <w:left w:w="100" w:type="dxa"/>
            </w:tcMar>
            <w:vAlign w:val="center"/>
          </w:tcPr>
          <w:p w:rsidR="000A1063" w:rsidRDefault="008E75F7" w:rsidP="00057B56">
            <w:pPr>
              <w:spacing w:after="0"/>
              <w:ind w:left="135"/>
            </w:pPr>
            <w:hyperlink r:id="rId549">
              <w:r w:rsidR="000A1063" w:rsidRPr="004A6E25">
                <w:rPr>
                  <w:rFonts w:ascii="Times New Roman" w:hAnsi="Times New Roman"/>
                  <w:color w:val="0000FF"/>
                  <w:u w:val="single"/>
                </w:rPr>
                <w:t>https://education.yandex.ru</w:t>
              </w:r>
            </w:hyperlink>
            <w:r w:rsidR="000A1063" w:rsidRPr="004A6E25">
              <w:rPr>
                <w:rFonts w:ascii="Times New Roman" w:hAnsi="Times New Roman"/>
                <w:color w:val="000000"/>
                <w:sz w:val="24"/>
              </w:rPr>
              <w:t xml:space="preserve"> </w:t>
            </w:r>
            <w:hyperlink r:id="rId550">
              <w:r w:rsidR="000A1063" w:rsidRPr="004A6E25">
                <w:rPr>
                  <w:rFonts w:ascii="Times New Roman" w:hAnsi="Times New Roman"/>
                  <w:color w:val="0000FF"/>
                  <w:u w:val="single"/>
                </w:rPr>
                <w:t>https://uchi.ru</w:t>
              </w:r>
            </w:hyperlink>
          </w:p>
        </w:tc>
      </w:tr>
      <w:tr w:rsidR="000A1063"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28</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r w:rsidRPr="000F7EDB">
              <w:rPr>
                <w:rFonts w:ascii="Times New Roman" w:hAnsi="Times New Roman" w:cs="Times New Roman"/>
                <w:color w:val="000000"/>
                <w:sz w:val="24"/>
                <w:szCs w:val="24"/>
              </w:rPr>
              <w:t>Деление на 10, 100, 1000</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rPr>
              <w:t xml:space="preserve"> 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p>
        </w:tc>
        <w:tc>
          <w:tcPr>
            <w:tcW w:w="3686" w:type="dxa"/>
            <w:tcMar>
              <w:top w:w="50" w:type="dxa"/>
              <w:left w:w="100" w:type="dxa"/>
            </w:tcMar>
            <w:vAlign w:val="center"/>
          </w:tcPr>
          <w:p w:rsidR="000A1063" w:rsidRDefault="008E75F7" w:rsidP="00057B56">
            <w:pPr>
              <w:spacing w:after="0"/>
              <w:ind w:left="135"/>
            </w:pPr>
            <w:hyperlink r:id="rId551">
              <w:r w:rsidR="000A1063" w:rsidRPr="004A6E25">
                <w:rPr>
                  <w:rFonts w:ascii="Times New Roman" w:hAnsi="Times New Roman"/>
                  <w:color w:val="0000FF"/>
                  <w:u w:val="single"/>
                </w:rPr>
                <w:t>https://education.yandex.ru</w:t>
              </w:r>
            </w:hyperlink>
            <w:r w:rsidR="000A1063" w:rsidRPr="004A6E25">
              <w:rPr>
                <w:rFonts w:ascii="Times New Roman" w:hAnsi="Times New Roman"/>
                <w:color w:val="000000"/>
                <w:sz w:val="24"/>
              </w:rPr>
              <w:t xml:space="preserve"> </w:t>
            </w:r>
            <w:hyperlink r:id="rId552">
              <w:r w:rsidR="000A1063" w:rsidRPr="004A6E25">
                <w:rPr>
                  <w:rFonts w:ascii="Times New Roman" w:hAnsi="Times New Roman"/>
                  <w:color w:val="0000FF"/>
                  <w:u w:val="single"/>
                </w:rPr>
                <w:t>https://uchi.ru</w:t>
              </w:r>
            </w:hyperlink>
          </w:p>
        </w:tc>
      </w:tr>
      <w:tr w:rsidR="000A1063"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29</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Наглядные представления о симметрии. Фигуры, имеющие ось симметрии</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p>
        </w:tc>
        <w:tc>
          <w:tcPr>
            <w:tcW w:w="3686" w:type="dxa"/>
            <w:tcMar>
              <w:top w:w="50" w:type="dxa"/>
              <w:left w:w="100" w:type="dxa"/>
            </w:tcMar>
            <w:vAlign w:val="center"/>
          </w:tcPr>
          <w:p w:rsidR="000A1063" w:rsidRDefault="008E75F7" w:rsidP="00057B56">
            <w:pPr>
              <w:spacing w:after="0"/>
              <w:ind w:left="135"/>
            </w:pPr>
            <w:hyperlink r:id="rId553">
              <w:r w:rsidR="000A1063" w:rsidRPr="004A6E25">
                <w:rPr>
                  <w:rFonts w:ascii="Times New Roman" w:hAnsi="Times New Roman"/>
                  <w:color w:val="0000FF"/>
                  <w:u w:val="single"/>
                </w:rPr>
                <w:t>https://education.yandex.ru</w:t>
              </w:r>
            </w:hyperlink>
            <w:r w:rsidR="000A1063" w:rsidRPr="004A6E25">
              <w:rPr>
                <w:rFonts w:ascii="Times New Roman" w:hAnsi="Times New Roman"/>
                <w:color w:val="000000"/>
                <w:sz w:val="24"/>
              </w:rPr>
              <w:t xml:space="preserve"> </w:t>
            </w:r>
            <w:hyperlink r:id="rId554">
              <w:r w:rsidR="000A1063" w:rsidRPr="004A6E25">
                <w:rPr>
                  <w:rFonts w:ascii="Times New Roman" w:hAnsi="Times New Roman"/>
                  <w:color w:val="0000FF"/>
                  <w:u w:val="single"/>
                </w:rPr>
                <w:t>https://uchi.ru</w:t>
              </w:r>
            </w:hyperlink>
          </w:p>
        </w:tc>
      </w:tr>
      <w:tr w:rsidR="000A1063" w:rsidRPr="008E75F7"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lastRenderedPageBreak/>
              <w:t>30</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 xml:space="preserve">Работа с утверждениями (одно-/двухшаговые) с использованием изученных связок: конструирование, проверка </w:t>
            </w:r>
            <w:proofErr w:type="gramStart"/>
            <w:r w:rsidRPr="000F7EDB">
              <w:rPr>
                <w:rFonts w:ascii="Times New Roman" w:hAnsi="Times New Roman" w:cs="Times New Roman"/>
                <w:color w:val="000000"/>
                <w:sz w:val="24"/>
                <w:szCs w:val="24"/>
                <w:lang w:val="ru-RU"/>
              </w:rPr>
              <w:t>истинности(</w:t>
            </w:r>
            <w:proofErr w:type="gramEnd"/>
            <w:r w:rsidRPr="000F7EDB">
              <w:rPr>
                <w:rFonts w:ascii="Times New Roman" w:hAnsi="Times New Roman" w:cs="Times New Roman"/>
                <w:color w:val="000000"/>
                <w:sz w:val="24"/>
                <w:szCs w:val="24"/>
                <w:lang w:val="ru-RU"/>
              </w:rPr>
              <w:t>верные (истинные) и неверные (ложные))</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p>
        </w:tc>
        <w:tc>
          <w:tcPr>
            <w:tcW w:w="3686" w:type="dxa"/>
            <w:tcMar>
              <w:top w:w="50" w:type="dxa"/>
              <w:left w:w="100" w:type="dxa"/>
            </w:tcMar>
            <w:vAlign w:val="center"/>
          </w:tcPr>
          <w:p w:rsidR="000A1063" w:rsidRPr="000A1063" w:rsidRDefault="008E75F7" w:rsidP="00057B56">
            <w:pPr>
              <w:spacing w:after="0"/>
              <w:ind w:left="135"/>
              <w:rPr>
                <w:lang w:val="ru-RU"/>
              </w:rPr>
            </w:pPr>
            <w:hyperlink r:id="rId555">
              <w:r w:rsidR="000A1063" w:rsidRPr="004A6E25">
                <w:rPr>
                  <w:rFonts w:ascii="Times New Roman" w:hAnsi="Times New Roman"/>
                  <w:color w:val="0000FF"/>
                  <w:u w:val="single"/>
                </w:rPr>
                <w:t>https</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education</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yandex</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ru</w:t>
              </w:r>
            </w:hyperlink>
            <w:r w:rsidR="000A1063" w:rsidRPr="000A1063">
              <w:rPr>
                <w:rFonts w:ascii="Times New Roman" w:hAnsi="Times New Roman"/>
                <w:color w:val="000000"/>
                <w:sz w:val="24"/>
                <w:lang w:val="ru-RU"/>
              </w:rPr>
              <w:t xml:space="preserve"> </w:t>
            </w:r>
            <w:hyperlink r:id="rId556">
              <w:r w:rsidR="000A1063" w:rsidRPr="004A6E25">
                <w:rPr>
                  <w:rFonts w:ascii="Times New Roman" w:hAnsi="Times New Roman"/>
                  <w:color w:val="0000FF"/>
                  <w:u w:val="single"/>
                </w:rPr>
                <w:t>https</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uchi</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ru</w:t>
              </w:r>
            </w:hyperlink>
          </w:p>
        </w:tc>
      </w:tr>
      <w:tr w:rsidR="000A1063" w:rsidRPr="008E75F7"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31</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Сравнение объектов по длине. Соотношения между величинами длины, их применение</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val="restart"/>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Обладающий первоначальными представлениями о природных и социальных</w:t>
            </w:r>
          </w:p>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объектах, многообразии объектов и явлений природы, связи живой и неживой</w:t>
            </w:r>
          </w:p>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природы, о науке, научном знании.</w:t>
            </w:r>
          </w:p>
        </w:tc>
        <w:tc>
          <w:tcPr>
            <w:tcW w:w="3686" w:type="dxa"/>
            <w:tcMar>
              <w:top w:w="50" w:type="dxa"/>
              <w:left w:w="100" w:type="dxa"/>
            </w:tcMar>
            <w:vAlign w:val="center"/>
          </w:tcPr>
          <w:p w:rsidR="000A1063" w:rsidRPr="0079400E" w:rsidRDefault="000A1063" w:rsidP="00057B56">
            <w:pPr>
              <w:spacing w:after="0"/>
              <w:ind w:left="135"/>
              <w:rPr>
                <w:lang w:val="ru-RU"/>
              </w:rPr>
            </w:pPr>
            <w:r w:rsidRPr="0079400E">
              <w:rPr>
                <w:rFonts w:ascii="Times New Roman" w:hAnsi="Times New Roman"/>
                <w:color w:val="000000"/>
                <w:sz w:val="24"/>
                <w:lang w:val="ru-RU"/>
              </w:rPr>
              <w:t xml:space="preserve">Библиотека ЦОК </w:t>
            </w:r>
            <w:hyperlink r:id="rId557">
              <w:r>
                <w:rPr>
                  <w:rFonts w:ascii="Times New Roman" w:hAnsi="Times New Roman"/>
                  <w:color w:val="0000FF"/>
                  <w:u w:val="single"/>
                </w:rPr>
                <w:t>https</w:t>
              </w:r>
              <w:r w:rsidRPr="0079400E">
                <w:rPr>
                  <w:rFonts w:ascii="Times New Roman" w:hAnsi="Times New Roman"/>
                  <w:color w:val="0000FF"/>
                  <w:u w:val="single"/>
                  <w:lang w:val="ru-RU"/>
                </w:rPr>
                <w:t>://</w:t>
              </w:r>
              <w:r>
                <w:rPr>
                  <w:rFonts w:ascii="Times New Roman" w:hAnsi="Times New Roman"/>
                  <w:color w:val="0000FF"/>
                  <w:u w:val="single"/>
                </w:rPr>
                <w:t>m</w:t>
              </w:r>
              <w:r w:rsidRPr="0079400E">
                <w:rPr>
                  <w:rFonts w:ascii="Times New Roman" w:hAnsi="Times New Roman"/>
                  <w:color w:val="0000FF"/>
                  <w:u w:val="single"/>
                  <w:lang w:val="ru-RU"/>
                </w:rPr>
                <w:t>.</w:t>
              </w:r>
              <w:r>
                <w:rPr>
                  <w:rFonts w:ascii="Times New Roman" w:hAnsi="Times New Roman"/>
                  <w:color w:val="0000FF"/>
                  <w:u w:val="single"/>
                </w:rPr>
                <w:t>edsoo</w:t>
              </w:r>
              <w:r w:rsidRPr="0079400E">
                <w:rPr>
                  <w:rFonts w:ascii="Times New Roman" w:hAnsi="Times New Roman"/>
                  <w:color w:val="0000FF"/>
                  <w:u w:val="single"/>
                  <w:lang w:val="ru-RU"/>
                </w:rPr>
                <w:t>.</w:t>
              </w:r>
              <w:r>
                <w:rPr>
                  <w:rFonts w:ascii="Times New Roman" w:hAnsi="Times New Roman"/>
                  <w:color w:val="0000FF"/>
                  <w:u w:val="single"/>
                </w:rPr>
                <w:t>ru</w:t>
              </w:r>
              <w:r w:rsidRPr="0079400E">
                <w:rPr>
                  <w:rFonts w:ascii="Times New Roman" w:hAnsi="Times New Roman"/>
                  <w:color w:val="0000FF"/>
                  <w:u w:val="single"/>
                  <w:lang w:val="ru-RU"/>
                </w:rPr>
                <w:t>/</w:t>
              </w:r>
              <w:r>
                <w:rPr>
                  <w:rFonts w:ascii="Times New Roman" w:hAnsi="Times New Roman"/>
                  <w:color w:val="0000FF"/>
                  <w:u w:val="single"/>
                </w:rPr>
                <w:t>c</w:t>
              </w:r>
              <w:r w:rsidRPr="0079400E">
                <w:rPr>
                  <w:rFonts w:ascii="Times New Roman" w:hAnsi="Times New Roman"/>
                  <w:color w:val="0000FF"/>
                  <w:u w:val="single"/>
                  <w:lang w:val="ru-RU"/>
                </w:rPr>
                <w:t>4</w:t>
              </w:r>
              <w:r>
                <w:rPr>
                  <w:rFonts w:ascii="Times New Roman" w:hAnsi="Times New Roman"/>
                  <w:color w:val="0000FF"/>
                  <w:u w:val="single"/>
                </w:rPr>
                <w:t>e</w:t>
              </w:r>
              <w:r w:rsidRPr="0079400E">
                <w:rPr>
                  <w:rFonts w:ascii="Times New Roman" w:hAnsi="Times New Roman"/>
                  <w:color w:val="0000FF"/>
                  <w:u w:val="single"/>
                  <w:lang w:val="ru-RU"/>
                </w:rPr>
                <w:t>1</w:t>
              </w:r>
              <w:r>
                <w:rPr>
                  <w:rFonts w:ascii="Times New Roman" w:hAnsi="Times New Roman"/>
                  <w:color w:val="0000FF"/>
                  <w:u w:val="single"/>
                </w:rPr>
                <w:t>b</w:t>
              </w:r>
              <w:r w:rsidRPr="0079400E">
                <w:rPr>
                  <w:rFonts w:ascii="Times New Roman" w:hAnsi="Times New Roman"/>
                  <w:color w:val="0000FF"/>
                  <w:u w:val="single"/>
                  <w:lang w:val="ru-RU"/>
                </w:rPr>
                <w:t>2</w:t>
              </w:r>
              <w:r>
                <w:rPr>
                  <w:rFonts w:ascii="Times New Roman" w:hAnsi="Times New Roman"/>
                  <w:color w:val="0000FF"/>
                  <w:u w:val="single"/>
                </w:rPr>
                <w:t>f</w:t>
              </w:r>
              <w:r w:rsidRPr="0079400E">
                <w:rPr>
                  <w:rFonts w:ascii="Times New Roman" w:hAnsi="Times New Roman"/>
                  <w:color w:val="0000FF"/>
                  <w:u w:val="single"/>
                  <w:lang w:val="ru-RU"/>
                </w:rPr>
                <w:t>8</w:t>
              </w:r>
            </w:hyperlink>
          </w:p>
        </w:tc>
      </w:tr>
      <w:tr w:rsidR="000A1063" w:rsidRPr="008E75F7"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32</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Применение соотношений между единицами длины в практических и учебных ситуациях</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p>
        </w:tc>
        <w:tc>
          <w:tcPr>
            <w:tcW w:w="3686" w:type="dxa"/>
            <w:tcMar>
              <w:top w:w="50" w:type="dxa"/>
              <w:left w:w="100" w:type="dxa"/>
            </w:tcMar>
            <w:vAlign w:val="center"/>
          </w:tcPr>
          <w:p w:rsidR="000A1063" w:rsidRPr="0079400E" w:rsidRDefault="000A1063" w:rsidP="00057B56">
            <w:pPr>
              <w:spacing w:after="0"/>
              <w:ind w:left="135"/>
              <w:rPr>
                <w:lang w:val="ru-RU"/>
              </w:rPr>
            </w:pPr>
            <w:r w:rsidRPr="0079400E">
              <w:rPr>
                <w:rFonts w:ascii="Times New Roman" w:hAnsi="Times New Roman"/>
                <w:color w:val="000000"/>
                <w:sz w:val="24"/>
                <w:lang w:val="ru-RU"/>
              </w:rPr>
              <w:t xml:space="preserve">Библиотека ЦОК </w:t>
            </w:r>
            <w:hyperlink r:id="rId558">
              <w:r>
                <w:rPr>
                  <w:rFonts w:ascii="Times New Roman" w:hAnsi="Times New Roman"/>
                  <w:color w:val="0000FF"/>
                  <w:u w:val="single"/>
                </w:rPr>
                <w:t>https</w:t>
              </w:r>
              <w:r w:rsidRPr="0079400E">
                <w:rPr>
                  <w:rFonts w:ascii="Times New Roman" w:hAnsi="Times New Roman"/>
                  <w:color w:val="0000FF"/>
                  <w:u w:val="single"/>
                  <w:lang w:val="ru-RU"/>
                </w:rPr>
                <w:t>://</w:t>
              </w:r>
              <w:r>
                <w:rPr>
                  <w:rFonts w:ascii="Times New Roman" w:hAnsi="Times New Roman"/>
                  <w:color w:val="0000FF"/>
                  <w:u w:val="single"/>
                </w:rPr>
                <w:t>m</w:t>
              </w:r>
              <w:r w:rsidRPr="0079400E">
                <w:rPr>
                  <w:rFonts w:ascii="Times New Roman" w:hAnsi="Times New Roman"/>
                  <w:color w:val="0000FF"/>
                  <w:u w:val="single"/>
                  <w:lang w:val="ru-RU"/>
                </w:rPr>
                <w:t>.</w:t>
              </w:r>
              <w:r>
                <w:rPr>
                  <w:rFonts w:ascii="Times New Roman" w:hAnsi="Times New Roman"/>
                  <w:color w:val="0000FF"/>
                  <w:u w:val="single"/>
                </w:rPr>
                <w:t>edsoo</w:t>
              </w:r>
              <w:r w:rsidRPr="0079400E">
                <w:rPr>
                  <w:rFonts w:ascii="Times New Roman" w:hAnsi="Times New Roman"/>
                  <w:color w:val="0000FF"/>
                  <w:u w:val="single"/>
                  <w:lang w:val="ru-RU"/>
                </w:rPr>
                <w:t>.</w:t>
              </w:r>
              <w:r>
                <w:rPr>
                  <w:rFonts w:ascii="Times New Roman" w:hAnsi="Times New Roman"/>
                  <w:color w:val="0000FF"/>
                  <w:u w:val="single"/>
                </w:rPr>
                <w:t>ru</w:t>
              </w:r>
              <w:r w:rsidRPr="0079400E">
                <w:rPr>
                  <w:rFonts w:ascii="Times New Roman" w:hAnsi="Times New Roman"/>
                  <w:color w:val="0000FF"/>
                  <w:u w:val="single"/>
                  <w:lang w:val="ru-RU"/>
                </w:rPr>
                <w:t>/</w:t>
              </w:r>
              <w:r>
                <w:rPr>
                  <w:rFonts w:ascii="Times New Roman" w:hAnsi="Times New Roman"/>
                  <w:color w:val="0000FF"/>
                  <w:u w:val="single"/>
                </w:rPr>
                <w:t>c</w:t>
              </w:r>
              <w:r w:rsidRPr="0079400E">
                <w:rPr>
                  <w:rFonts w:ascii="Times New Roman" w:hAnsi="Times New Roman"/>
                  <w:color w:val="0000FF"/>
                  <w:u w:val="single"/>
                  <w:lang w:val="ru-RU"/>
                </w:rPr>
                <w:t>4</w:t>
              </w:r>
              <w:r>
                <w:rPr>
                  <w:rFonts w:ascii="Times New Roman" w:hAnsi="Times New Roman"/>
                  <w:color w:val="0000FF"/>
                  <w:u w:val="single"/>
                </w:rPr>
                <w:t>e</w:t>
              </w:r>
              <w:r w:rsidRPr="0079400E">
                <w:rPr>
                  <w:rFonts w:ascii="Times New Roman" w:hAnsi="Times New Roman"/>
                  <w:color w:val="0000FF"/>
                  <w:u w:val="single"/>
                  <w:lang w:val="ru-RU"/>
                </w:rPr>
                <w:t>1</w:t>
              </w:r>
              <w:r>
                <w:rPr>
                  <w:rFonts w:ascii="Times New Roman" w:hAnsi="Times New Roman"/>
                  <w:color w:val="0000FF"/>
                  <w:u w:val="single"/>
                </w:rPr>
                <w:t>b</w:t>
              </w:r>
              <w:r w:rsidRPr="0079400E">
                <w:rPr>
                  <w:rFonts w:ascii="Times New Roman" w:hAnsi="Times New Roman"/>
                  <w:color w:val="0000FF"/>
                  <w:u w:val="single"/>
                  <w:lang w:val="ru-RU"/>
                </w:rPr>
                <w:t>488</w:t>
              </w:r>
            </w:hyperlink>
          </w:p>
        </w:tc>
      </w:tr>
      <w:tr w:rsidR="000A1063" w:rsidRPr="008E75F7"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33</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Сравнение объектов по площади. Соотношения между единицами площади, их применение</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p>
        </w:tc>
        <w:tc>
          <w:tcPr>
            <w:tcW w:w="3686" w:type="dxa"/>
            <w:tcMar>
              <w:top w:w="50" w:type="dxa"/>
              <w:left w:w="100" w:type="dxa"/>
            </w:tcMar>
            <w:vAlign w:val="center"/>
          </w:tcPr>
          <w:p w:rsidR="000A1063" w:rsidRPr="0079400E" w:rsidRDefault="000A1063" w:rsidP="00057B56">
            <w:pPr>
              <w:spacing w:after="0"/>
              <w:ind w:left="135"/>
              <w:rPr>
                <w:lang w:val="ru-RU"/>
              </w:rPr>
            </w:pPr>
            <w:r w:rsidRPr="0079400E">
              <w:rPr>
                <w:rFonts w:ascii="Times New Roman" w:hAnsi="Times New Roman"/>
                <w:color w:val="000000"/>
                <w:sz w:val="24"/>
                <w:lang w:val="ru-RU"/>
              </w:rPr>
              <w:t xml:space="preserve">Библиотека ЦОК </w:t>
            </w:r>
            <w:hyperlink r:id="rId559">
              <w:r>
                <w:rPr>
                  <w:rFonts w:ascii="Times New Roman" w:hAnsi="Times New Roman"/>
                  <w:color w:val="0000FF"/>
                  <w:u w:val="single"/>
                </w:rPr>
                <w:t>https</w:t>
              </w:r>
              <w:r w:rsidRPr="0079400E">
                <w:rPr>
                  <w:rFonts w:ascii="Times New Roman" w:hAnsi="Times New Roman"/>
                  <w:color w:val="0000FF"/>
                  <w:u w:val="single"/>
                  <w:lang w:val="ru-RU"/>
                </w:rPr>
                <w:t>://</w:t>
              </w:r>
              <w:r>
                <w:rPr>
                  <w:rFonts w:ascii="Times New Roman" w:hAnsi="Times New Roman"/>
                  <w:color w:val="0000FF"/>
                  <w:u w:val="single"/>
                </w:rPr>
                <w:t>m</w:t>
              </w:r>
              <w:r w:rsidRPr="0079400E">
                <w:rPr>
                  <w:rFonts w:ascii="Times New Roman" w:hAnsi="Times New Roman"/>
                  <w:color w:val="0000FF"/>
                  <w:u w:val="single"/>
                  <w:lang w:val="ru-RU"/>
                </w:rPr>
                <w:t>.</w:t>
              </w:r>
              <w:r>
                <w:rPr>
                  <w:rFonts w:ascii="Times New Roman" w:hAnsi="Times New Roman"/>
                  <w:color w:val="0000FF"/>
                  <w:u w:val="single"/>
                </w:rPr>
                <w:t>edsoo</w:t>
              </w:r>
              <w:r w:rsidRPr="0079400E">
                <w:rPr>
                  <w:rFonts w:ascii="Times New Roman" w:hAnsi="Times New Roman"/>
                  <w:color w:val="0000FF"/>
                  <w:u w:val="single"/>
                  <w:lang w:val="ru-RU"/>
                </w:rPr>
                <w:t>.</w:t>
              </w:r>
              <w:r>
                <w:rPr>
                  <w:rFonts w:ascii="Times New Roman" w:hAnsi="Times New Roman"/>
                  <w:color w:val="0000FF"/>
                  <w:u w:val="single"/>
                </w:rPr>
                <w:t>ru</w:t>
              </w:r>
              <w:r w:rsidRPr="0079400E">
                <w:rPr>
                  <w:rFonts w:ascii="Times New Roman" w:hAnsi="Times New Roman"/>
                  <w:color w:val="0000FF"/>
                  <w:u w:val="single"/>
                  <w:lang w:val="ru-RU"/>
                </w:rPr>
                <w:t>/</w:t>
              </w:r>
              <w:r>
                <w:rPr>
                  <w:rFonts w:ascii="Times New Roman" w:hAnsi="Times New Roman"/>
                  <w:color w:val="0000FF"/>
                  <w:u w:val="single"/>
                </w:rPr>
                <w:t>c</w:t>
              </w:r>
              <w:r w:rsidRPr="0079400E">
                <w:rPr>
                  <w:rFonts w:ascii="Times New Roman" w:hAnsi="Times New Roman"/>
                  <w:color w:val="0000FF"/>
                  <w:u w:val="single"/>
                  <w:lang w:val="ru-RU"/>
                </w:rPr>
                <w:t>4</w:t>
              </w:r>
              <w:r>
                <w:rPr>
                  <w:rFonts w:ascii="Times New Roman" w:hAnsi="Times New Roman"/>
                  <w:color w:val="0000FF"/>
                  <w:u w:val="single"/>
                </w:rPr>
                <w:t>e</w:t>
              </w:r>
              <w:r w:rsidRPr="0079400E">
                <w:rPr>
                  <w:rFonts w:ascii="Times New Roman" w:hAnsi="Times New Roman"/>
                  <w:color w:val="0000FF"/>
                  <w:u w:val="single"/>
                  <w:lang w:val="ru-RU"/>
                </w:rPr>
                <w:t>1</w:t>
              </w:r>
              <w:r>
                <w:rPr>
                  <w:rFonts w:ascii="Times New Roman" w:hAnsi="Times New Roman"/>
                  <w:color w:val="0000FF"/>
                  <w:u w:val="single"/>
                </w:rPr>
                <w:t>b</w:t>
              </w:r>
              <w:r w:rsidRPr="0079400E">
                <w:rPr>
                  <w:rFonts w:ascii="Times New Roman" w:hAnsi="Times New Roman"/>
                  <w:color w:val="0000FF"/>
                  <w:u w:val="single"/>
                  <w:lang w:val="ru-RU"/>
                </w:rPr>
                <w:t>60</w:t>
              </w:r>
              <w:r>
                <w:rPr>
                  <w:rFonts w:ascii="Times New Roman" w:hAnsi="Times New Roman"/>
                  <w:color w:val="0000FF"/>
                  <w:u w:val="single"/>
                </w:rPr>
                <w:t>e</w:t>
              </w:r>
            </w:hyperlink>
          </w:p>
        </w:tc>
      </w:tr>
      <w:tr w:rsidR="000A1063" w:rsidRPr="008E75F7"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34</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Применение соотношений между единицами площади в практических и учебных ситуациях</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p>
        </w:tc>
        <w:tc>
          <w:tcPr>
            <w:tcW w:w="3686" w:type="dxa"/>
            <w:tcMar>
              <w:top w:w="50" w:type="dxa"/>
              <w:left w:w="100" w:type="dxa"/>
            </w:tcMar>
            <w:vAlign w:val="center"/>
          </w:tcPr>
          <w:p w:rsidR="000A1063" w:rsidRPr="0079400E" w:rsidRDefault="000A1063" w:rsidP="00057B56">
            <w:pPr>
              <w:spacing w:after="0"/>
              <w:ind w:left="135"/>
              <w:rPr>
                <w:lang w:val="ru-RU"/>
              </w:rPr>
            </w:pPr>
            <w:r w:rsidRPr="0079400E">
              <w:rPr>
                <w:rFonts w:ascii="Times New Roman" w:hAnsi="Times New Roman"/>
                <w:color w:val="000000"/>
                <w:sz w:val="24"/>
                <w:lang w:val="ru-RU"/>
              </w:rPr>
              <w:t xml:space="preserve">Библиотека ЦОК </w:t>
            </w:r>
            <w:hyperlink r:id="rId560">
              <w:r>
                <w:rPr>
                  <w:rFonts w:ascii="Times New Roman" w:hAnsi="Times New Roman"/>
                  <w:color w:val="0000FF"/>
                  <w:u w:val="single"/>
                </w:rPr>
                <w:t>https</w:t>
              </w:r>
              <w:r w:rsidRPr="0079400E">
                <w:rPr>
                  <w:rFonts w:ascii="Times New Roman" w:hAnsi="Times New Roman"/>
                  <w:color w:val="0000FF"/>
                  <w:u w:val="single"/>
                  <w:lang w:val="ru-RU"/>
                </w:rPr>
                <w:t>://</w:t>
              </w:r>
              <w:r>
                <w:rPr>
                  <w:rFonts w:ascii="Times New Roman" w:hAnsi="Times New Roman"/>
                  <w:color w:val="0000FF"/>
                  <w:u w:val="single"/>
                </w:rPr>
                <w:t>m</w:t>
              </w:r>
              <w:r w:rsidRPr="0079400E">
                <w:rPr>
                  <w:rFonts w:ascii="Times New Roman" w:hAnsi="Times New Roman"/>
                  <w:color w:val="0000FF"/>
                  <w:u w:val="single"/>
                  <w:lang w:val="ru-RU"/>
                </w:rPr>
                <w:t>.</w:t>
              </w:r>
              <w:r>
                <w:rPr>
                  <w:rFonts w:ascii="Times New Roman" w:hAnsi="Times New Roman"/>
                  <w:color w:val="0000FF"/>
                  <w:u w:val="single"/>
                </w:rPr>
                <w:t>edsoo</w:t>
              </w:r>
              <w:r w:rsidRPr="0079400E">
                <w:rPr>
                  <w:rFonts w:ascii="Times New Roman" w:hAnsi="Times New Roman"/>
                  <w:color w:val="0000FF"/>
                  <w:u w:val="single"/>
                  <w:lang w:val="ru-RU"/>
                </w:rPr>
                <w:t>.</w:t>
              </w:r>
              <w:r>
                <w:rPr>
                  <w:rFonts w:ascii="Times New Roman" w:hAnsi="Times New Roman"/>
                  <w:color w:val="0000FF"/>
                  <w:u w:val="single"/>
                </w:rPr>
                <w:t>ru</w:t>
              </w:r>
              <w:r w:rsidRPr="0079400E">
                <w:rPr>
                  <w:rFonts w:ascii="Times New Roman" w:hAnsi="Times New Roman"/>
                  <w:color w:val="0000FF"/>
                  <w:u w:val="single"/>
                  <w:lang w:val="ru-RU"/>
                </w:rPr>
                <w:t>/</w:t>
              </w:r>
              <w:r>
                <w:rPr>
                  <w:rFonts w:ascii="Times New Roman" w:hAnsi="Times New Roman"/>
                  <w:color w:val="0000FF"/>
                  <w:u w:val="single"/>
                </w:rPr>
                <w:t>c</w:t>
              </w:r>
              <w:r w:rsidRPr="0079400E">
                <w:rPr>
                  <w:rFonts w:ascii="Times New Roman" w:hAnsi="Times New Roman"/>
                  <w:color w:val="0000FF"/>
                  <w:u w:val="single"/>
                  <w:lang w:val="ru-RU"/>
                </w:rPr>
                <w:t>4</w:t>
              </w:r>
              <w:r>
                <w:rPr>
                  <w:rFonts w:ascii="Times New Roman" w:hAnsi="Times New Roman"/>
                  <w:color w:val="0000FF"/>
                  <w:u w:val="single"/>
                </w:rPr>
                <w:t>e</w:t>
              </w:r>
              <w:r w:rsidRPr="0079400E">
                <w:rPr>
                  <w:rFonts w:ascii="Times New Roman" w:hAnsi="Times New Roman"/>
                  <w:color w:val="0000FF"/>
                  <w:u w:val="single"/>
                  <w:lang w:val="ru-RU"/>
                </w:rPr>
                <w:t>1</w:t>
              </w:r>
              <w:r>
                <w:rPr>
                  <w:rFonts w:ascii="Times New Roman" w:hAnsi="Times New Roman"/>
                  <w:color w:val="0000FF"/>
                  <w:u w:val="single"/>
                </w:rPr>
                <w:t>b</w:t>
              </w:r>
              <w:r w:rsidRPr="0079400E">
                <w:rPr>
                  <w:rFonts w:ascii="Times New Roman" w:hAnsi="Times New Roman"/>
                  <w:color w:val="0000FF"/>
                  <w:u w:val="single"/>
                  <w:lang w:val="ru-RU"/>
                </w:rPr>
                <w:t>78</w:t>
              </w:r>
              <w:r>
                <w:rPr>
                  <w:rFonts w:ascii="Times New Roman" w:hAnsi="Times New Roman"/>
                  <w:color w:val="0000FF"/>
                  <w:u w:val="single"/>
                </w:rPr>
                <w:t>a</w:t>
              </w:r>
            </w:hyperlink>
          </w:p>
        </w:tc>
      </w:tr>
      <w:tr w:rsidR="000A1063"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35</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Решение задач на нахождение площади</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p>
        </w:tc>
        <w:tc>
          <w:tcPr>
            <w:tcW w:w="3686" w:type="dxa"/>
            <w:tcMar>
              <w:top w:w="50" w:type="dxa"/>
              <w:left w:w="100" w:type="dxa"/>
            </w:tcMar>
            <w:vAlign w:val="center"/>
          </w:tcPr>
          <w:p w:rsidR="000A1063" w:rsidRDefault="008E75F7" w:rsidP="00057B56">
            <w:pPr>
              <w:spacing w:after="0"/>
              <w:ind w:left="135"/>
            </w:pPr>
            <w:hyperlink r:id="rId561">
              <w:r w:rsidR="000A1063" w:rsidRPr="004A6E25">
                <w:rPr>
                  <w:rFonts w:ascii="Times New Roman" w:hAnsi="Times New Roman"/>
                  <w:color w:val="0000FF"/>
                  <w:u w:val="single"/>
                </w:rPr>
                <w:t>https://education.yandex.ru</w:t>
              </w:r>
            </w:hyperlink>
            <w:r w:rsidR="000A1063" w:rsidRPr="004A6E25">
              <w:rPr>
                <w:rFonts w:ascii="Times New Roman" w:hAnsi="Times New Roman"/>
                <w:color w:val="000000"/>
                <w:sz w:val="24"/>
              </w:rPr>
              <w:t xml:space="preserve"> </w:t>
            </w:r>
            <w:hyperlink r:id="rId562">
              <w:r w:rsidR="000A1063" w:rsidRPr="004A6E25">
                <w:rPr>
                  <w:rFonts w:ascii="Times New Roman" w:hAnsi="Times New Roman"/>
                  <w:color w:val="0000FF"/>
                  <w:u w:val="single"/>
                </w:rPr>
                <w:t>https://uchi.ru</w:t>
              </w:r>
            </w:hyperlink>
          </w:p>
        </w:tc>
      </w:tr>
      <w:tr w:rsidR="000A1063"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36</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Нахождение площади фигуры разными способами: палетка, разбиение на прямоугольники или единичные квадраты</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p>
        </w:tc>
        <w:tc>
          <w:tcPr>
            <w:tcW w:w="3686" w:type="dxa"/>
            <w:tcMar>
              <w:top w:w="50" w:type="dxa"/>
              <w:left w:w="100" w:type="dxa"/>
            </w:tcMar>
            <w:vAlign w:val="center"/>
          </w:tcPr>
          <w:p w:rsidR="000A1063" w:rsidRDefault="008E75F7" w:rsidP="00057B56">
            <w:pPr>
              <w:spacing w:after="0"/>
              <w:ind w:left="135"/>
            </w:pPr>
            <w:hyperlink r:id="rId563">
              <w:r w:rsidR="000A1063" w:rsidRPr="004A6E25">
                <w:rPr>
                  <w:rFonts w:ascii="Times New Roman" w:hAnsi="Times New Roman"/>
                  <w:color w:val="0000FF"/>
                  <w:u w:val="single"/>
                </w:rPr>
                <w:t>https://education.yandex.ru</w:t>
              </w:r>
            </w:hyperlink>
            <w:r w:rsidR="000A1063" w:rsidRPr="004A6E25">
              <w:rPr>
                <w:rFonts w:ascii="Times New Roman" w:hAnsi="Times New Roman"/>
                <w:color w:val="000000"/>
                <w:sz w:val="24"/>
              </w:rPr>
              <w:t xml:space="preserve"> </w:t>
            </w:r>
            <w:hyperlink r:id="rId564">
              <w:r w:rsidR="000A1063" w:rsidRPr="004A6E25">
                <w:rPr>
                  <w:rFonts w:ascii="Times New Roman" w:hAnsi="Times New Roman"/>
                  <w:color w:val="0000FF"/>
                  <w:u w:val="single"/>
                </w:rPr>
                <w:t>https://uchi.ru</w:t>
              </w:r>
            </w:hyperlink>
          </w:p>
        </w:tc>
      </w:tr>
      <w:tr w:rsidR="000A1063" w:rsidRPr="008E75F7"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37</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Сравнение объектов по массе. Соотношения между величинами массы, их применение</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Выражающий познавательные интересы, активность, любознательность и самостоятельность в познании, интерес и уважение к научным знаниям, науке.</w:t>
            </w:r>
          </w:p>
        </w:tc>
        <w:tc>
          <w:tcPr>
            <w:tcW w:w="3686" w:type="dxa"/>
            <w:tcMar>
              <w:top w:w="50" w:type="dxa"/>
              <w:left w:w="100" w:type="dxa"/>
            </w:tcMar>
            <w:vAlign w:val="center"/>
          </w:tcPr>
          <w:p w:rsidR="000A1063" w:rsidRPr="0079400E" w:rsidRDefault="000A1063" w:rsidP="00057B56">
            <w:pPr>
              <w:spacing w:after="0"/>
              <w:ind w:left="135"/>
              <w:rPr>
                <w:lang w:val="ru-RU"/>
              </w:rPr>
            </w:pPr>
            <w:r w:rsidRPr="0079400E">
              <w:rPr>
                <w:rFonts w:ascii="Times New Roman" w:hAnsi="Times New Roman"/>
                <w:color w:val="000000"/>
                <w:sz w:val="24"/>
                <w:lang w:val="ru-RU"/>
              </w:rPr>
              <w:t xml:space="preserve">Библиотека ЦОК </w:t>
            </w:r>
            <w:hyperlink r:id="rId565">
              <w:r>
                <w:rPr>
                  <w:rFonts w:ascii="Times New Roman" w:hAnsi="Times New Roman"/>
                  <w:color w:val="0000FF"/>
                  <w:u w:val="single"/>
                </w:rPr>
                <w:t>https</w:t>
              </w:r>
              <w:r w:rsidRPr="0079400E">
                <w:rPr>
                  <w:rFonts w:ascii="Times New Roman" w:hAnsi="Times New Roman"/>
                  <w:color w:val="0000FF"/>
                  <w:u w:val="single"/>
                  <w:lang w:val="ru-RU"/>
                </w:rPr>
                <w:t>://</w:t>
              </w:r>
              <w:r>
                <w:rPr>
                  <w:rFonts w:ascii="Times New Roman" w:hAnsi="Times New Roman"/>
                  <w:color w:val="0000FF"/>
                  <w:u w:val="single"/>
                </w:rPr>
                <w:t>m</w:t>
              </w:r>
              <w:r w:rsidRPr="0079400E">
                <w:rPr>
                  <w:rFonts w:ascii="Times New Roman" w:hAnsi="Times New Roman"/>
                  <w:color w:val="0000FF"/>
                  <w:u w:val="single"/>
                  <w:lang w:val="ru-RU"/>
                </w:rPr>
                <w:t>.</w:t>
              </w:r>
              <w:r>
                <w:rPr>
                  <w:rFonts w:ascii="Times New Roman" w:hAnsi="Times New Roman"/>
                  <w:color w:val="0000FF"/>
                  <w:u w:val="single"/>
                </w:rPr>
                <w:t>edsoo</w:t>
              </w:r>
              <w:r w:rsidRPr="0079400E">
                <w:rPr>
                  <w:rFonts w:ascii="Times New Roman" w:hAnsi="Times New Roman"/>
                  <w:color w:val="0000FF"/>
                  <w:u w:val="single"/>
                  <w:lang w:val="ru-RU"/>
                </w:rPr>
                <w:t>.</w:t>
              </w:r>
              <w:r>
                <w:rPr>
                  <w:rFonts w:ascii="Times New Roman" w:hAnsi="Times New Roman"/>
                  <w:color w:val="0000FF"/>
                  <w:u w:val="single"/>
                </w:rPr>
                <w:t>ru</w:t>
              </w:r>
              <w:r w:rsidRPr="0079400E">
                <w:rPr>
                  <w:rFonts w:ascii="Times New Roman" w:hAnsi="Times New Roman"/>
                  <w:color w:val="0000FF"/>
                  <w:u w:val="single"/>
                  <w:lang w:val="ru-RU"/>
                </w:rPr>
                <w:t>/</w:t>
              </w:r>
              <w:r>
                <w:rPr>
                  <w:rFonts w:ascii="Times New Roman" w:hAnsi="Times New Roman"/>
                  <w:color w:val="0000FF"/>
                  <w:u w:val="single"/>
                </w:rPr>
                <w:t>c</w:t>
              </w:r>
              <w:r w:rsidRPr="0079400E">
                <w:rPr>
                  <w:rFonts w:ascii="Times New Roman" w:hAnsi="Times New Roman"/>
                  <w:color w:val="0000FF"/>
                  <w:u w:val="single"/>
                  <w:lang w:val="ru-RU"/>
                </w:rPr>
                <w:t>4</w:t>
              </w:r>
              <w:r>
                <w:rPr>
                  <w:rFonts w:ascii="Times New Roman" w:hAnsi="Times New Roman"/>
                  <w:color w:val="0000FF"/>
                  <w:u w:val="single"/>
                </w:rPr>
                <w:t>e</w:t>
              </w:r>
              <w:r w:rsidRPr="0079400E">
                <w:rPr>
                  <w:rFonts w:ascii="Times New Roman" w:hAnsi="Times New Roman"/>
                  <w:color w:val="0000FF"/>
                  <w:u w:val="single"/>
                  <w:lang w:val="ru-RU"/>
                </w:rPr>
                <w:t>1</w:t>
              </w:r>
              <w:r>
                <w:rPr>
                  <w:rFonts w:ascii="Times New Roman" w:hAnsi="Times New Roman"/>
                  <w:color w:val="0000FF"/>
                  <w:u w:val="single"/>
                </w:rPr>
                <w:t>a</w:t>
              </w:r>
              <w:r w:rsidRPr="0079400E">
                <w:rPr>
                  <w:rFonts w:ascii="Times New Roman" w:hAnsi="Times New Roman"/>
                  <w:color w:val="0000FF"/>
                  <w:u w:val="single"/>
                  <w:lang w:val="ru-RU"/>
                </w:rPr>
                <w:t>89</w:t>
              </w:r>
              <w:r>
                <w:rPr>
                  <w:rFonts w:ascii="Times New Roman" w:hAnsi="Times New Roman"/>
                  <w:color w:val="0000FF"/>
                  <w:u w:val="single"/>
                </w:rPr>
                <w:t>e</w:t>
              </w:r>
            </w:hyperlink>
          </w:p>
        </w:tc>
      </w:tr>
      <w:tr w:rsidR="000A1063" w:rsidRPr="008E75F7"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lastRenderedPageBreak/>
              <w:t>38</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Применение соотношений между единицами массы в практических и учебных ситуациях</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val="restart"/>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Проявляющий уважение к труду, людям труда, бережное отношение к результатам</w:t>
            </w:r>
          </w:p>
          <w:p w:rsidR="000A1063" w:rsidRPr="000A1063" w:rsidRDefault="000A1063" w:rsidP="00057B56">
            <w:pPr>
              <w:spacing w:after="0"/>
              <w:ind w:left="135"/>
              <w:rPr>
                <w:rFonts w:ascii="Times New Roman" w:hAnsi="Times New Roman" w:cs="Times New Roman"/>
                <w:sz w:val="24"/>
                <w:szCs w:val="24"/>
                <w:lang w:val="ru-RU"/>
              </w:rPr>
            </w:pPr>
            <w:r w:rsidRPr="000A1063">
              <w:rPr>
                <w:rFonts w:ascii="Times New Roman" w:hAnsi="Times New Roman" w:cs="Times New Roman"/>
                <w:sz w:val="24"/>
                <w:szCs w:val="24"/>
                <w:lang w:val="ru-RU"/>
              </w:rPr>
              <w:t>труда, ответственное потребление.</w:t>
            </w:r>
          </w:p>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Проявляющий интерес к разным профессиям.</w:t>
            </w:r>
          </w:p>
        </w:tc>
        <w:tc>
          <w:tcPr>
            <w:tcW w:w="3686" w:type="dxa"/>
            <w:tcMar>
              <w:top w:w="50" w:type="dxa"/>
              <w:left w:w="100" w:type="dxa"/>
            </w:tcMar>
            <w:vAlign w:val="center"/>
          </w:tcPr>
          <w:p w:rsidR="000A1063" w:rsidRPr="0079400E" w:rsidRDefault="000A1063" w:rsidP="00057B56">
            <w:pPr>
              <w:spacing w:after="0"/>
              <w:ind w:left="135"/>
              <w:rPr>
                <w:lang w:val="ru-RU"/>
              </w:rPr>
            </w:pPr>
            <w:r w:rsidRPr="0079400E">
              <w:rPr>
                <w:rFonts w:ascii="Times New Roman" w:hAnsi="Times New Roman"/>
                <w:color w:val="000000"/>
                <w:sz w:val="24"/>
                <w:lang w:val="ru-RU"/>
              </w:rPr>
              <w:t xml:space="preserve">Библиотека ЦОК </w:t>
            </w:r>
            <w:hyperlink r:id="rId566">
              <w:r>
                <w:rPr>
                  <w:rFonts w:ascii="Times New Roman" w:hAnsi="Times New Roman"/>
                  <w:color w:val="0000FF"/>
                  <w:u w:val="single"/>
                </w:rPr>
                <w:t>https</w:t>
              </w:r>
              <w:r w:rsidRPr="0079400E">
                <w:rPr>
                  <w:rFonts w:ascii="Times New Roman" w:hAnsi="Times New Roman"/>
                  <w:color w:val="0000FF"/>
                  <w:u w:val="single"/>
                  <w:lang w:val="ru-RU"/>
                </w:rPr>
                <w:t>://</w:t>
              </w:r>
              <w:r>
                <w:rPr>
                  <w:rFonts w:ascii="Times New Roman" w:hAnsi="Times New Roman"/>
                  <w:color w:val="0000FF"/>
                  <w:u w:val="single"/>
                </w:rPr>
                <w:t>m</w:t>
              </w:r>
              <w:r w:rsidRPr="0079400E">
                <w:rPr>
                  <w:rFonts w:ascii="Times New Roman" w:hAnsi="Times New Roman"/>
                  <w:color w:val="0000FF"/>
                  <w:u w:val="single"/>
                  <w:lang w:val="ru-RU"/>
                </w:rPr>
                <w:t>.</w:t>
              </w:r>
              <w:r>
                <w:rPr>
                  <w:rFonts w:ascii="Times New Roman" w:hAnsi="Times New Roman"/>
                  <w:color w:val="0000FF"/>
                  <w:u w:val="single"/>
                </w:rPr>
                <w:t>edsoo</w:t>
              </w:r>
              <w:r w:rsidRPr="0079400E">
                <w:rPr>
                  <w:rFonts w:ascii="Times New Roman" w:hAnsi="Times New Roman"/>
                  <w:color w:val="0000FF"/>
                  <w:u w:val="single"/>
                  <w:lang w:val="ru-RU"/>
                </w:rPr>
                <w:t>.</w:t>
              </w:r>
              <w:r>
                <w:rPr>
                  <w:rFonts w:ascii="Times New Roman" w:hAnsi="Times New Roman"/>
                  <w:color w:val="0000FF"/>
                  <w:u w:val="single"/>
                </w:rPr>
                <w:t>ru</w:t>
              </w:r>
              <w:r w:rsidRPr="0079400E">
                <w:rPr>
                  <w:rFonts w:ascii="Times New Roman" w:hAnsi="Times New Roman"/>
                  <w:color w:val="0000FF"/>
                  <w:u w:val="single"/>
                  <w:lang w:val="ru-RU"/>
                </w:rPr>
                <w:t>/</w:t>
              </w:r>
              <w:r>
                <w:rPr>
                  <w:rFonts w:ascii="Times New Roman" w:hAnsi="Times New Roman"/>
                  <w:color w:val="0000FF"/>
                  <w:u w:val="single"/>
                </w:rPr>
                <w:t>c</w:t>
              </w:r>
              <w:r w:rsidRPr="0079400E">
                <w:rPr>
                  <w:rFonts w:ascii="Times New Roman" w:hAnsi="Times New Roman"/>
                  <w:color w:val="0000FF"/>
                  <w:u w:val="single"/>
                  <w:lang w:val="ru-RU"/>
                </w:rPr>
                <w:t>4</w:t>
              </w:r>
              <w:r>
                <w:rPr>
                  <w:rFonts w:ascii="Times New Roman" w:hAnsi="Times New Roman"/>
                  <w:color w:val="0000FF"/>
                  <w:u w:val="single"/>
                </w:rPr>
                <w:t>e</w:t>
              </w:r>
              <w:r w:rsidRPr="0079400E">
                <w:rPr>
                  <w:rFonts w:ascii="Times New Roman" w:hAnsi="Times New Roman"/>
                  <w:color w:val="0000FF"/>
                  <w:u w:val="single"/>
                  <w:lang w:val="ru-RU"/>
                </w:rPr>
                <w:t>1</w:t>
              </w:r>
              <w:r>
                <w:rPr>
                  <w:rFonts w:ascii="Times New Roman" w:hAnsi="Times New Roman"/>
                  <w:color w:val="0000FF"/>
                  <w:u w:val="single"/>
                </w:rPr>
                <w:t>ae</w:t>
              </w:r>
              <w:r w:rsidRPr="0079400E">
                <w:rPr>
                  <w:rFonts w:ascii="Times New Roman" w:hAnsi="Times New Roman"/>
                  <w:color w:val="0000FF"/>
                  <w:u w:val="single"/>
                  <w:lang w:val="ru-RU"/>
                </w:rPr>
                <w:t>2</w:t>
              </w:r>
              <w:r>
                <w:rPr>
                  <w:rFonts w:ascii="Times New Roman" w:hAnsi="Times New Roman"/>
                  <w:color w:val="0000FF"/>
                  <w:u w:val="single"/>
                </w:rPr>
                <w:t>a</w:t>
              </w:r>
            </w:hyperlink>
          </w:p>
        </w:tc>
      </w:tr>
      <w:tr w:rsidR="000A1063" w:rsidRPr="008E75F7"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39</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Сравнение протяженности по времени. Соотношения между единицами времени, их применение</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p>
        </w:tc>
        <w:tc>
          <w:tcPr>
            <w:tcW w:w="3686" w:type="dxa"/>
            <w:tcMar>
              <w:top w:w="50" w:type="dxa"/>
              <w:left w:w="100" w:type="dxa"/>
            </w:tcMar>
            <w:vAlign w:val="center"/>
          </w:tcPr>
          <w:p w:rsidR="000A1063" w:rsidRPr="0079400E" w:rsidRDefault="000A1063" w:rsidP="00057B56">
            <w:pPr>
              <w:spacing w:after="0"/>
              <w:ind w:left="135"/>
              <w:rPr>
                <w:lang w:val="ru-RU"/>
              </w:rPr>
            </w:pPr>
            <w:r w:rsidRPr="0079400E">
              <w:rPr>
                <w:rFonts w:ascii="Times New Roman" w:hAnsi="Times New Roman"/>
                <w:color w:val="000000"/>
                <w:sz w:val="24"/>
                <w:lang w:val="ru-RU"/>
              </w:rPr>
              <w:t xml:space="preserve">Библиотека ЦОК </w:t>
            </w:r>
            <w:hyperlink r:id="rId567">
              <w:r>
                <w:rPr>
                  <w:rFonts w:ascii="Times New Roman" w:hAnsi="Times New Roman"/>
                  <w:color w:val="0000FF"/>
                  <w:u w:val="single"/>
                </w:rPr>
                <w:t>https</w:t>
              </w:r>
              <w:r w:rsidRPr="0079400E">
                <w:rPr>
                  <w:rFonts w:ascii="Times New Roman" w:hAnsi="Times New Roman"/>
                  <w:color w:val="0000FF"/>
                  <w:u w:val="single"/>
                  <w:lang w:val="ru-RU"/>
                </w:rPr>
                <w:t>://</w:t>
              </w:r>
              <w:r>
                <w:rPr>
                  <w:rFonts w:ascii="Times New Roman" w:hAnsi="Times New Roman"/>
                  <w:color w:val="0000FF"/>
                  <w:u w:val="single"/>
                </w:rPr>
                <w:t>m</w:t>
              </w:r>
              <w:r w:rsidRPr="0079400E">
                <w:rPr>
                  <w:rFonts w:ascii="Times New Roman" w:hAnsi="Times New Roman"/>
                  <w:color w:val="0000FF"/>
                  <w:u w:val="single"/>
                  <w:lang w:val="ru-RU"/>
                </w:rPr>
                <w:t>.</w:t>
              </w:r>
              <w:r>
                <w:rPr>
                  <w:rFonts w:ascii="Times New Roman" w:hAnsi="Times New Roman"/>
                  <w:color w:val="0000FF"/>
                  <w:u w:val="single"/>
                </w:rPr>
                <w:t>edsoo</w:t>
              </w:r>
              <w:r w:rsidRPr="0079400E">
                <w:rPr>
                  <w:rFonts w:ascii="Times New Roman" w:hAnsi="Times New Roman"/>
                  <w:color w:val="0000FF"/>
                  <w:u w:val="single"/>
                  <w:lang w:val="ru-RU"/>
                </w:rPr>
                <w:t>.</w:t>
              </w:r>
              <w:r>
                <w:rPr>
                  <w:rFonts w:ascii="Times New Roman" w:hAnsi="Times New Roman"/>
                  <w:color w:val="0000FF"/>
                  <w:u w:val="single"/>
                </w:rPr>
                <w:t>ru</w:t>
              </w:r>
              <w:r w:rsidRPr="0079400E">
                <w:rPr>
                  <w:rFonts w:ascii="Times New Roman" w:hAnsi="Times New Roman"/>
                  <w:color w:val="0000FF"/>
                  <w:u w:val="single"/>
                  <w:lang w:val="ru-RU"/>
                </w:rPr>
                <w:t>/</w:t>
              </w:r>
              <w:r>
                <w:rPr>
                  <w:rFonts w:ascii="Times New Roman" w:hAnsi="Times New Roman"/>
                  <w:color w:val="0000FF"/>
                  <w:u w:val="single"/>
                </w:rPr>
                <w:t>c</w:t>
              </w:r>
              <w:r w:rsidRPr="0079400E">
                <w:rPr>
                  <w:rFonts w:ascii="Times New Roman" w:hAnsi="Times New Roman"/>
                  <w:color w:val="0000FF"/>
                  <w:u w:val="single"/>
                  <w:lang w:val="ru-RU"/>
                </w:rPr>
                <w:t>4</w:t>
              </w:r>
              <w:r>
                <w:rPr>
                  <w:rFonts w:ascii="Times New Roman" w:hAnsi="Times New Roman"/>
                  <w:color w:val="0000FF"/>
                  <w:u w:val="single"/>
                </w:rPr>
                <w:t>e</w:t>
              </w:r>
              <w:r w:rsidRPr="0079400E">
                <w:rPr>
                  <w:rFonts w:ascii="Times New Roman" w:hAnsi="Times New Roman"/>
                  <w:color w:val="0000FF"/>
                  <w:u w:val="single"/>
                  <w:lang w:val="ru-RU"/>
                </w:rPr>
                <w:t>1</w:t>
              </w:r>
              <w:r>
                <w:rPr>
                  <w:rFonts w:ascii="Times New Roman" w:hAnsi="Times New Roman"/>
                  <w:color w:val="0000FF"/>
                  <w:u w:val="single"/>
                </w:rPr>
                <w:t>afe</w:t>
              </w:r>
              <w:r w:rsidRPr="0079400E">
                <w:rPr>
                  <w:rFonts w:ascii="Times New Roman" w:hAnsi="Times New Roman"/>
                  <w:color w:val="0000FF"/>
                  <w:u w:val="single"/>
                  <w:lang w:val="ru-RU"/>
                </w:rPr>
                <w:t>2</w:t>
              </w:r>
            </w:hyperlink>
          </w:p>
        </w:tc>
      </w:tr>
      <w:tr w:rsidR="000A1063"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40</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Применение соотношений между единицами времени в практических и учебных ситуациях</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p>
        </w:tc>
        <w:tc>
          <w:tcPr>
            <w:tcW w:w="3686" w:type="dxa"/>
            <w:tcMar>
              <w:top w:w="50" w:type="dxa"/>
              <w:left w:w="100" w:type="dxa"/>
            </w:tcMar>
            <w:vAlign w:val="center"/>
          </w:tcPr>
          <w:p w:rsidR="000A1063" w:rsidRDefault="008E75F7" w:rsidP="00057B56">
            <w:pPr>
              <w:spacing w:after="0"/>
              <w:ind w:left="135"/>
            </w:pPr>
            <w:hyperlink r:id="rId568">
              <w:r w:rsidR="000A1063" w:rsidRPr="004A6E25">
                <w:rPr>
                  <w:rFonts w:ascii="Times New Roman" w:hAnsi="Times New Roman"/>
                  <w:color w:val="0000FF"/>
                  <w:u w:val="single"/>
                </w:rPr>
                <w:t>https://education.yandex.ru</w:t>
              </w:r>
            </w:hyperlink>
            <w:r w:rsidR="000A1063" w:rsidRPr="004A6E25">
              <w:rPr>
                <w:rFonts w:ascii="Times New Roman" w:hAnsi="Times New Roman"/>
                <w:color w:val="000000"/>
                <w:sz w:val="24"/>
              </w:rPr>
              <w:t xml:space="preserve"> </w:t>
            </w:r>
            <w:hyperlink r:id="rId569">
              <w:r w:rsidR="000A1063" w:rsidRPr="004A6E25">
                <w:rPr>
                  <w:rFonts w:ascii="Times New Roman" w:hAnsi="Times New Roman"/>
                  <w:color w:val="0000FF"/>
                  <w:u w:val="single"/>
                </w:rPr>
                <w:t>https://uchi.ru</w:t>
              </w:r>
            </w:hyperlink>
          </w:p>
        </w:tc>
      </w:tr>
      <w:tr w:rsidR="000A1063" w:rsidRPr="008E75F7"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41</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Решение задач на расчет времени</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val="restart"/>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Выражающий познавательные интересы, активность, любознательность и</w:t>
            </w:r>
          </w:p>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самостоятельность в познании, интерес и уважение к научным знаниям, науке.</w:t>
            </w:r>
          </w:p>
        </w:tc>
        <w:tc>
          <w:tcPr>
            <w:tcW w:w="3686" w:type="dxa"/>
            <w:tcMar>
              <w:top w:w="50" w:type="dxa"/>
              <w:left w:w="100" w:type="dxa"/>
            </w:tcMar>
            <w:vAlign w:val="center"/>
          </w:tcPr>
          <w:p w:rsidR="000A1063" w:rsidRPr="000A1063" w:rsidRDefault="008E75F7" w:rsidP="00057B56">
            <w:pPr>
              <w:spacing w:after="0"/>
              <w:ind w:left="135"/>
              <w:rPr>
                <w:lang w:val="ru-RU"/>
              </w:rPr>
            </w:pPr>
            <w:hyperlink r:id="rId570">
              <w:r w:rsidR="000A1063" w:rsidRPr="004A6E25">
                <w:rPr>
                  <w:rFonts w:ascii="Times New Roman" w:hAnsi="Times New Roman"/>
                  <w:color w:val="0000FF"/>
                  <w:u w:val="single"/>
                </w:rPr>
                <w:t>https</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education</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yandex</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ru</w:t>
              </w:r>
            </w:hyperlink>
            <w:r w:rsidR="000A1063" w:rsidRPr="000A1063">
              <w:rPr>
                <w:rFonts w:ascii="Times New Roman" w:hAnsi="Times New Roman"/>
                <w:color w:val="000000"/>
                <w:sz w:val="24"/>
                <w:lang w:val="ru-RU"/>
              </w:rPr>
              <w:t xml:space="preserve"> </w:t>
            </w:r>
            <w:hyperlink r:id="rId571">
              <w:r w:rsidR="000A1063" w:rsidRPr="004A6E25">
                <w:rPr>
                  <w:rFonts w:ascii="Times New Roman" w:hAnsi="Times New Roman"/>
                  <w:color w:val="0000FF"/>
                  <w:u w:val="single"/>
                </w:rPr>
                <w:t>https</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uchi</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ru</w:t>
              </w:r>
            </w:hyperlink>
          </w:p>
        </w:tc>
      </w:tr>
      <w:tr w:rsidR="000A1063" w:rsidRPr="008E75F7"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42</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Доля величины времени, массы, длины</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p>
        </w:tc>
        <w:tc>
          <w:tcPr>
            <w:tcW w:w="3686" w:type="dxa"/>
            <w:tcMar>
              <w:top w:w="50" w:type="dxa"/>
              <w:left w:w="100" w:type="dxa"/>
            </w:tcMar>
            <w:vAlign w:val="center"/>
          </w:tcPr>
          <w:p w:rsidR="000A1063" w:rsidRPr="0079400E" w:rsidRDefault="000A1063" w:rsidP="00057B56">
            <w:pPr>
              <w:spacing w:after="0"/>
              <w:ind w:left="135"/>
              <w:rPr>
                <w:lang w:val="ru-RU"/>
              </w:rPr>
            </w:pPr>
            <w:r w:rsidRPr="0079400E">
              <w:rPr>
                <w:rFonts w:ascii="Times New Roman" w:hAnsi="Times New Roman"/>
                <w:color w:val="000000"/>
                <w:sz w:val="24"/>
                <w:lang w:val="ru-RU"/>
              </w:rPr>
              <w:t xml:space="preserve">Библиотека ЦОК </w:t>
            </w:r>
            <w:hyperlink r:id="rId572">
              <w:r>
                <w:rPr>
                  <w:rFonts w:ascii="Times New Roman" w:hAnsi="Times New Roman"/>
                  <w:color w:val="0000FF"/>
                  <w:u w:val="single"/>
                </w:rPr>
                <w:t>https</w:t>
              </w:r>
              <w:r w:rsidRPr="0079400E">
                <w:rPr>
                  <w:rFonts w:ascii="Times New Roman" w:hAnsi="Times New Roman"/>
                  <w:color w:val="0000FF"/>
                  <w:u w:val="single"/>
                  <w:lang w:val="ru-RU"/>
                </w:rPr>
                <w:t>://</w:t>
              </w:r>
              <w:r>
                <w:rPr>
                  <w:rFonts w:ascii="Times New Roman" w:hAnsi="Times New Roman"/>
                  <w:color w:val="0000FF"/>
                  <w:u w:val="single"/>
                </w:rPr>
                <w:t>m</w:t>
              </w:r>
              <w:r w:rsidRPr="0079400E">
                <w:rPr>
                  <w:rFonts w:ascii="Times New Roman" w:hAnsi="Times New Roman"/>
                  <w:color w:val="0000FF"/>
                  <w:u w:val="single"/>
                  <w:lang w:val="ru-RU"/>
                </w:rPr>
                <w:t>.</w:t>
              </w:r>
              <w:r>
                <w:rPr>
                  <w:rFonts w:ascii="Times New Roman" w:hAnsi="Times New Roman"/>
                  <w:color w:val="0000FF"/>
                  <w:u w:val="single"/>
                </w:rPr>
                <w:t>edsoo</w:t>
              </w:r>
              <w:r w:rsidRPr="0079400E">
                <w:rPr>
                  <w:rFonts w:ascii="Times New Roman" w:hAnsi="Times New Roman"/>
                  <w:color w:val="0000FF"/>
                  <w:u w:val="single"/>
                  <w:lang w:val="ru-RU"/>
                </w:rPr>
                <w:t>.</w:t>
              </w:r>
              <w:r>
                <w:rPr>
                  <w:rFonts w:ascii="Times New Roman" w:hAnsi="Times New Roman"/>
                  <w:color w:val="0000FF"/>
                  <w:u w:val="single"/>
                </w:rPr>
                <w:t>ru</w:t>
              </w:r>
              <w:r w:rsidRPr="0079400E">
                <w:rPr>
                  <w:rFonts w:ascii="Times New Roman" w:hAnsi="Times New Roman"/>
                  <w:color w:val="0000FF"/>
                  <w:u w:val="single"/>
                  <w:lang w:val="ru-RU"/>
                </w:rPr>
                <w:t>/</w:t>
              </w:r>
              <w:r>
                <w:rPr>
                  <w:rFonts w:ascii="Times New Roman" w:hAnsi="Times New Roman"/>
                  <w:color w:val="0000FF"/>
                  <w:u w:val="single"/>
                </w:rPr>
                <w:t>c</w:t>
              </w:r>
              <w:r w:rsidRPr="0079400E">
                <w:rPr>
                  <w:rFonts w:ascii="Times New Roman" w:hAnsi="Times New Roman"/>
                  <w:color w:val="0000FF"/>
                  <w:u w:val="single"/>
                  <w:lang w:val="ru-RU"/>
                </w:rPr>
                <w:t>4</w:t>
              </w:r>
              <w:r>
                <w:rPr>
                  <w:rFonts w:ascii="Times New Roman" w:hAnsi="Times New Roman"/>
                  <w:color w:val="0000FF"/>
                  <w:u w:val="single"/>
                </w:rPr>
                <w:t>e</w:t>
              </w:r>
              <w:r w:rsidRPr="0079400E">
                <w:rPr>
                  <w:rFonts w:ascii="Times New Roman" w:hAnsi="Times New Roman"/>
                  <w:color w:val="0000FF"/>
                  <w:u w:val="single"/>
                  <w:lang w:val="ru-RU"/>
                </w:rPr>
                <w:t>1</w:t>
              </w:r>
              <w:r>
                <w:rPr>
                  <w:rFonts w:ascii="Times New Roman" w:hAnsi="Times New Roman"/>
                  <w:color w:val="0000FF"/>
                  <w:u w:val="single"/>
                </w:rPr>
                <w:t>be</w:t>
              </w:r>
              <w:r w:rsidRPr="0079400E">
                <w:rPr>
                  <w:rFonts w:ascii="Times New Roman" w:hAnsi="Times New Roman"/>
                  <w:color w:val="0000FF"/>
                  <w:u w:val="single"/>
                  <w:lang w:val="ru-RU"/>
                </w:rPr>
                <w:t>92</w:t>
              </w:r>
            </w:hyperlink>
          </w:p>
        </w:tc>
      </w:tr>
      <w:tr w:rsidR="000A1063" w:rsidRPr="008E75F7"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43</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r w:rsidRPr="000F7EDB">
              <w:rPr>
                <w:rFonts w:ascii="Times New Roman" w:hAnsi="Times New Roman" w:cs="Times New Roman"/>
                <w:color w:val="000000"/>
                <w:sz w:val="24"/>
                <w:szCs w:val="24"/>
              </w:rPr>
              <w:t>Сравнение величин, упорядочение величин</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rPr>
              <w:t xml:space="preserve"> 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p>
        </w:tc>
        <w:tc>
          <w:tcPr>
            <w:tcW w:w="3686" w:type="dxa"/>
            <w:tcMar>
              <w:top w:w="50" w:type="dxa"/>
              <w:left w:w="100" w:type="dxa"/>
            </w:tcMar>
            <w:vAlign w:val="center"/>
          </w:tcPr>
          <w:p w:rsidR="000A1063" w:rsidRPr="0079400E" w:rsidRDefault="000A1063" w:rsidP="00057B56">
            <w:pPr>
              <w:spacing w:after="0"/>
              <w:ind w:left="135"/>
              <w:rPr>
                <w:lang w:val="ru-RU"/>
              </w:rPr>
            </w:pPr>
            <w:r w:rsidRPr="0079400E">
              <w:rPr>
                <w:rFonts w:ascii="Times New Roman" w:hAnsi="Times New Roman"/>
                <w:color w:val="000000"/>
                <w:sz w:val="24"/>
                <w:lang w:val="ru-RU"/>
              </w:rPr>
              <w:t xml:space="preserve">Библиотека ЦОК </w:t>
            </w:r>
            <w:hyperlink r:id="rId573">
              <w:r>
                <w:rPr>
                  <w:rFonts w:ascii="Times New Roman" w:hAnsi="Times New Roman"/>
                  <w:color w:val="0000FF"/>
                  <w:u w:val="single"/>
                </w:rPr>
                <w:t>https</w:t>
              </w:r>
              <w:r w:rsidRPr="0079400E">
                <w:rPr>
                  <w:rFonts w:ascii="Times New Roman" w:hAnsi="Times New Roman"/>
                  <w:color w:val="0000FF"/>
                  <w:u w:val="single"/>
                  <w:lang w:val="ru-RU"/>
                </w:rPr>
                <w:t>://</w:t>
              </w:r>
              <w:r>
                <w:rPr>
                  <w:rFonts w:ascii="Times New Roman" w:hAnsi="Times New Roman"/>
                  <w:color w:val="0000FF"/>
                  <w:u w:val="single"/>
                </w:rPr>
                <w:t>m</w:t>
              </w:r>
              <w:r w:rsidRPr="0079400E">
                <w:rPr>
                  <w:rFonts w:ascii="Times New Roman" w:hAnsi="Times New Roman"/>
                  <w:color w:val="0000FF"/>
                  <w:u w:val="single"/>
                  <w:lang w:val="ru-RU"/>
                </w:rPr>
                <w:t>.</w:t>
              </w:r>
              <w:r>
                <w:rPr>
                  <w:rFonts w:ascii="Times New Roman" w:hAnsi="Times New Roman"/>
                  <w:color w:val="0000FF"/>
                  <w:u w:val="single"/>
                </w:rPr>
                <w:t>edsoo</w:t>
              </w:r>
              <w:r w:rsidRPr="0079400E">
                <w:rPr>
                  <w:rFonts w:ascii="Times New Roman" w:hAnsi="Times New Roman"/>
                  <w:color w:val="0000FF"/>
                  <w:u w:val="single"/>
                  <w:lang w:val="ru-RU"/>
                </w:rPr>
                <w:t>.</w:t>
              </w:r>
              <w:r>
                <w:rPr>
                  <w:rFonts w:ascii="Times New Roman" w:hAnsi="Times New Roman"/>
                  <w:color w:val="0000FF"/>
                  <w:u w:val="single"/>
                </w:rPr>
                <w:t>ru</w:t>
              </w:r>
              <w:r w:rsidRPr="0079400E">
                <w:rPr>
                  <w:rFonts w:ascii="Times New Roman" w:hAnsi="Times New Roman"/>
                  <w:color w:val="0000FF"/>
                  <w:u w:val="single"/>
                  <w:lang w:val="ru-RU"/>
                </w:rPr>
                <w:t>/</w:t>
              </w:r>
              <w:r>
                <w:rPr>
                  <w:rFonts w:ascii="Times New Roman" w:hAnsi="Times New Roman"/>
                  <w:color w:val="0000FF"/>
                  <w:u w:val="single"/>
                </w:rPr>
                <w:t>c</w:t>
              </w:r>
              <w:r w:rsidRPr="0079400E">
                <w:rPr>
                  <w:rFonts w:ascii="Times New Roman" w:hAnsi="Times New Roman"/>
                  <w:color w:val="0000FF"/>
                  <w:u w:val="single"/>
                  <w:lang w:val="ru-RU"/>
                </w:rPr>
                <w:t>4</w:t>
              </w:r>
              <w:r>
                <w:rPr>
                  <w:rFonts w:ascii="Times New Roman" w:hAnsi="Times New Roman"/>
                  <w:color w:val="0000FF"/>
                  <w:u w:val="single"/>
                </w:rPr>
                <w:t>e</w:t>
              </w:r>
              <w:r w:rsidRPr="0079400E">
                <w:rPr>
                  <w:rFonts w:ascii="Times New Roman" w:hAnsi="Times New Roman"/>
                  <w:color w:val="0000FF"/>
                  <w:u w:val="single"/>
                  <w:lang w:val="ru-RU"/>
                </w:rPr>
                <w:t>1</w:t>
              </w:r>
              <w:r>
                <w:rPr>
                  <w:rFonts w:ascii="Times New Roman" w:hAnsi="Times New Roman"/>
                  <w:color w:val="0000FF"/>
                  <w:u w:val="single"/>
                </w:rPr>
                <w:t>a</w:t>
              </w:r>
              <w:r w:rsidRPr="0079400E">
                <w:rPr>
                  <w:rFonts w:ascii="Times New Roman" w:hAnsi="Times New Roman"/>
                  <w:color w:val="0000FF"/>
                  <w:u w:val="single"/>
                  <w:lang w:val="ru-RU"/>
                </w:rPr>
                <w:t>704</w:t>
              </w:r>
            </w:hyperlink>
          </w:p>
        </w:tc>
      </w:tr>
      <w:tr w:rsidR="000A1063" w:rsidRPr="008E75F7"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44</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r w:rsidRPr="000F7EDB">
              <w:rPr>
                <w:rFonts w:ascii="Times New Roman" w:hAnsi="Times New Roman" w:cs="Times New Roman"/>
                <w:color w:val="000000"/>
                <w:sz w:val="24"/>
                <w:szCs w:val="24"/>
              </w:rPr>
              <w:t>Закрепление. Таблица единиц времени</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rPr>
              <w:t xml:space="preserve"> 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p>
        </w:tc>
        <w:tc>
          <w:tcPr>
            <w:tcW w:w="3686" w:type="dxa"/>
            <w:tcMar>
              <w:top w:w="50" w:type="dxa"/>
              <w:left w:w="100" w:type="dxa"/>
            </w:tcMar>
            <w:vAlign w:val="center"/>
          </w:tcPr>
          <w:p w:rsidR="000A1063" w:rsidRPr="0079400E" w:rsidRDefault="000A1063" w:rsidP="00057B56">
            <w:pPr>
              <w:spacing w:after="0"/>
              <w:ind w:left="135"/>
              <w:rPr>
                <w:lang w:val="ru-RU"/>
              </w:rPr>
            </w:pPr>
            <w:r w:rsidRPr="0079400E">
              <w:rPr>
                <w:rFonts w:ascii="Times New Roman" w:hAnsi="Times New Roman"/>
                <w:color w:val="000000"/>
                <w:sz w:val="24"/>
                <w:lang w:val="ru-RU"/>
              </w:rPr>
              <w:t xml:space="preserve">Библиотека ЦОК </w:t>
            </w:r>
            <w:hyperlink r:id="rId574">
              <w:r>
                <w:rPr>
                  <w:rFonts w:ascii="Times New Roman" w:hAnsi="Times New Roman"/>
                  <w:color w:val="0000FF"/>
                  <w:u w:val="single"/>
                </w:rPr>
                <w:t>https</w:t>
              </w:r>
              <w:r w:rsidRPr="0079400E">
                <w:rPr>
                  <w:rFonts w:ascii="Times New Roman" w:hAnsi="Times New Roman"/>
                  <w:color w:val="0000FF"/>
                  <w:u w:val="single"/>
                  <w:lang w:val="ru-RU"/>
                </w:rPr>
                <w:t>://</w:t>
              </w:r>
              <w:r>
                <w:rPr>
                  <w:rFonts w:ascii="Times New Roman" w:hAnsi="Times New Roman"/>
                  <w:color w:val="0000FF"/>
                  <w:u w:val="single"/>
                </w:rPr>
                <w:t>m</w:t>
              </w:r>
              <w:r w:rsidRPr="0079400E">
                <w:rPr>
                  <w:rFonts w:ascii="Times New Roman" w:hAnsi="Times New Roman"/>
                  <w:color w:val="0000FF"/>
                  <w:u w:val="single"/>
                  <w:lang w:val="ru-RU"/>
                </w:rPr>
                <w:t>.</w:t>
              </w:r>
              <w:r>
                <w:rPr>
                  <w:rFonts w:ascii="Times New Roman" w:hAnsi="Times New Roman"/>
                  <w:color w:val="0000FF"/>
                  <w:u w:val="single"/>
                </w:rPr>
                <w:t>edsoo</w:t>
              </w:r>
              <w:r w:rsidRPr="0079400E">
                <w:rPr>
                  <w:rFonts w:ascii="Times New Roman" w:hAnsi="Times New Roman"/>
                  <w:color w:val="0000FF"/>
                  <w:u w:val="single"/>
                  <w:lang w:val="ru-RU"/>
                </w:rPr>
                <w:t>.</w:t>
              </w:r>
              <w:r>
                <w:rPr>
                  <w:rFonts w:ascii="Times New Roman" w:hAnsi="Times New Roman"/>
                  <w:color w:val="0000FF"/>
                  <w:u w:val="single"/>
                </w:rPr>
                <w:t>ru</w:t>
              </w:r>
              <w:r w:rsidRPr="0079400E">
                <w:rPr>
                  <w:rFonts w:ascii="Times New Roman" w:hAnsi="Times New Roman"/>
                  <w:color w:val="0000FF"/>
                  <w:u w:val="single"/>
                  <w:lang w:val="ru-RU"/>
                </w:rPr>
                <w:t>/</w:t>
              </w:r>
              <w:r>
                <w:rPr>
                  <w:rFonts w:ascii="Times New Roman" w:hAnsi="Times New Roman"/>
                  <w:color w:val="0000FF"/>
                  <w:u w:val="single"/>
                </w:rPr>
                <w:t>c</w:t>
              </w:r>
              <w:r w:rsidRPr="0079400E">
                <w:rPr>
                  <w:rFonts w:ascii="Times New Roman" w:hAnsi="Times New Roman"/>
                  <w:color w:val="0000FF"/>
                  <w:u w:val="single"/>
                  <w:lang w:val="ru-RU"/>
                </w:rPr>
                <w:t>4</w:t>
              </w:r>
              <w:r>
                <w:rPr>
                  <w:rFonts w:ascii="Times New Roman" w:hAnsi="Times New Roman"/>
                  <w:color w:val="0000FF"/>
                  <w:u w:val="single"/>
                </w:rPr>
                <w:t>e</w:t>
              </w:r>
              <w:r w:rsidRPr="0079400E">
                <w:rPr>
                  <w:rFonts w:ascii="Times New Roman" w:hAnsi="Times New Roman"/>
                  <w:color w:val="0000FF"/>
                  <w:u w:val="single"/>
                  <w:lang w:val="ru-RU"/>
                </w:rPr>
                <w:t>1</w:t>
              </w:r>
              <w:r>
                <w:rPr>
                  <w:rFonts w:ascii="Times New Roman" w:hAnsi="Times New Roman"/>
                  <w:color w:val="0000FF"/>
                  <w:u w:val="single"/>
                </w:rPr>
                <w:t>b</w:t>
              </w:r>
              <w:r w:rsidRPr="0079400E">
                <w:rPr>
                  <w:rFonts w:ascii="Times New Roman" w:hAnsi="Times New Roman"/>
                  <w:color w:val="0000FF"/>
                  <w:u w:val="single"/>
                  <w:lang w:val="ru-RU"/>
                </w:rPr>
                <w:t>168</w:t>
              </w:r>
            </w:hyperlink>
          </w:p>
        </w:tc>
      </w:tr>
      <w:tr w:rsidR="000A1063" w:rsidRPr="008E75F7"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45</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Проверочная работа</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rPr>
              <w:t xml:space="preserve"> 1 </w:t>
            </w:r>
          </w:p>
        </w:tc>
        <w:tc>
          <w:tcPr>
            <w:tcW w:w="5103"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tc>
        <w:tc>
          <w:tcPr>
            <w:tcW w:w="3686" w:type="dxa"/>
            <w:tcMar>
              <w:top w:w="50" w:type="dxa"/>
              <w:left w:w="100" w:type="dxa"/>
            </w:tcMar>
            <w:vAlign w:val="center"/>
          </w:tcPr>
          <w:p w:rsidR="000A1063" w:rsidRPr="002040C4" w:rsidRDefault="000A1063" w:rsidP="00057B56">
            <w:pPr>
              <w:spacing w:after="0"/>
              <w:ind w:left="135"/>
              <w:rPr>
                <w:lang w:val="ru-RU"/>
              </w:rPr>
            </w:pPr>
          </w:p>
        </w:tc>
      </w:tr>
      <w:tr w:rsidR="000A1063" w:rsidRPr="008E75F7"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46</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Применение представлений о площади для решения задач</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Выражающий познавательные интересы, активность, любознательность и</w:t>
            </w:r>
          </w:p>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самостоятельность в познании, интерес и уважение к научным знаниям, науке.</w:t>
            </w:r>
          </w:p>
        </w:tc>
        <w:tc>
          <w:tcPr>
            <w:tcW w:w="3686" w:type="dxa"/>
            <w:tcMar>
              <w:top w:w="50" w:type="dxa"/>
              <w:left w:w="100" w:type="dxa"/>
            </w:tcMar>
            <w:vAlign w:val="center"/>
          </w:tcPr>
          <w:p w:rsidR="000A1063" w:rsidRPr="000A1063" w:rsidRDefault="008E75F7" w:rsidP="00057B56">
            <w:pPr>
              <w:spacing w:after="0"/>
              <w:ind w:left="135"/>
              <w:rPr>
                <w:lang w:val="ru-RU"/>
              </w:rPr>
            </w:pPr>
            <w:hyperlink r:id="rId575">
              <w:r w:rsidR="000A1063" w:rsidRPr="004A6E25">
                <w:rPr>
                  <w:rFonts w:ascii="Times New Roman" w:hAnsi="Times New Roman"/>
                  <w:color w:val="0000FF"/>
                  <w:u w:val="single"/>
                </w:rPr>
                <w:t>https</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education</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yandex</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ru</w:t>
              </w:r>
            </w:hyperlink>
            <w:r w:rsidR="000A1063" w:rsidRPr="000A1063">
              <w:rPr>
                <w:rFonts w:ascii="Times New Roman" w:hAnsi="Times New Roman"/>
                <w:color w:val="000000"/>
                <w:sz w:val="24"/>
                <w:lang w:val="ru-RU"/>
              </w:rPr>
              <w:t xml:space="preserve"> </w:t>
            </w:r>
            <w:hyperlink r:id="rId576">
              <w:r w:rsidR="000A1063" w:rsidRPr="004A6E25">
                <w:rPr>
                  <w:rFonts w:ascii="Times New Roman" w:hAnsi="Times New Roman"/>
                  <w:color w:val="0000FF"/>
                  <w:u w:val="single"/>
                </w:rPr>
                <w:t>https</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uchi</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ru</w:t>
              </w:r>
            </w:hyperlink>
          </w:p>
        </w:tc>
      </w:tr>
      <w:tr w:rsidR="000A1063" w:rsidRPr="008E75F7"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47</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Решение задач на нахождение величины (массы, длины)</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val="restart"/>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Обладающий первоначальными представлениями о природных и социальных</w:t>
            </w:r>
          </w:p>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lastRenderedPageBreak/>
              <w:t>объектах, многообразии объектов и явлений природы, связи живой и неживой</w:t>
            </w:r>
          </w:p>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природы, о науке, научном знании.</w:t>
            </w:r>
          </w:p>
        </w:tc>
        <w:tc>
          <w:tcPr>
            <w:tcW w:w="3686" w:type="dxa"/>
            <w:tcMar>
              <w:top w:w="50" w:type="dxa"/>
              <w:left w:w="100" w:type="dxa"/>
            </w:tcMar>
            <w:vAlign w:val="center"/>
          </w:tcPr>
          <w:p w:rsidR="000A1063" w:rsidRPr="000A1063" w:rsidRDefault="008E75F7" w:rsidP="00057B56">
            <w:pPr>
              <w:spacing w:after="0"/>
              <w:ind w:left="135"/>
              <w:rPr>
                <w:lang w:val="ru-RU"/>
              </w:rPr>
            </w:pPr>
            <w:hyperlink r:id="rId577">
              <w:r w:rsidR="000A1063" w:rsidRPr="004A6E25">
                <w:rPr>
                  <w:rFonts w:ascii="Times New Roman" w:hAnsi="Times New Roman"/>
                  <w:color w:val="0000FF"/>
                  <w:u w:val="single"/>
                </w:rPr>
                <w:t>https</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education</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yandex</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ru</w:t>
              </w:r>
            </w:hyperlink>
            <w:r w:rsidR="000A1063" w:rsidRPr="000A1063">
              <w:rPr>
                <w:rFonts w:ascii="Times New Roman" w:hAnsi="Times New Roman"/>
                <w:color w:val="000000"/>
                <w:sz w:val="24"/>
                <w:lang w:val="ru-RU"/>
              </w:rPr>
              <w:t xml:space="preserve"> </w:t>
            </w:r>
            <w:hyperlink r:id="rId578">
              <w:r w:rsidR="000A1063" w:rsidRPr="004A6E25">
                <w:rPr>
                  <w:rFonts w:ascii="Times New Roman" w:hAnsi="Times New Roman"/>
                  <w:color w:val="0000FF"/>
                  <w:u w:val="single"/>
                </w:rPr>
                <w:t>https</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uchi</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ru</w:t>
              </w:r>
            </w:hyperlink>
          </w:p>
        </w:tc>
      </w:tr>
      <w:tr w:rsidR="000A1063"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lastRenderedPageBreak/>
              <w:t>48</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Задачи на нахождение величины (массы, длины)</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p>
        </w:tc>
        <w:tc>
          <w:tcPr>
            <w:tcW w:w="3686" w:type="dxa"/>
            <w:tcMar>
              <w:top w:w="50" w:type="dxa"/>
              <w:left w:w="100" w:type="dxa"/>
            </w:tcMar>
            <w:vAlign w:val="center"/>
          </w:tcPr>
          <w:p w:rsidR="000A1063" w:rsidRDefault="008E75F7" w:rsidP="00057B56">
            <w:pPr>
              <w:spacing w:after="0"/>
              <w:ind w:left="135"/>
            </w:pPr>
            <w:hyperlink r:id="rId579">
              <w:r w:rsidR="000A1063" w:rsidRPr="004A6E25">
                <w:rPr>
                  <w:rFonts w:ascii="Times New Roman" w:hAnsi="Times New Roman"/>
                  <w:color w:val="0000FF"/>
                  <w:u w:val="single"/>
                </w:rPr>
                <w:t>https://education.yandex.ru</w:t>
              </w:r>
            </w:hyperlink>
            <w:r w:rsidR="000A1063" w:rsidRPr="004A6E25">
              <w:rPr>
                <w:rFonts w:ascii="Times New Roman" w:hAnsi="Times New Roman"/>
                <w:color w:val="000000"/>
                <w:sz w:val="24"/>
              </w:rPr>
              <w:t xml:space="preserve"> </w:t>
            </w:r>
            <w:hyperlink r:id="rId580">
              <w:r w:rsidR="000A1063" w:rsidRPr="004A6E25">
                <w:rPr>
                  <w:rFonts w:ascii="Times New Roman" w:hAnsi="Times New Roman"/>
                  <w:color w:val="0000FF"/>
                  <w:u w:val="single"/>
                </w:rPr>
                <w:t>https://uchi.ru</w:t>
              </w:r>
            </w:hyperlink>
          </w:p>
        </w:tc>
      </w:tr>
      <w:tr w:rsidR="000A1063" w:rsidRPr="008E75F7"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49</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r w:rsidRPr="000F7EDB">
              <w:rPr>
                <w:rFonts w:ascii="Times New Roman" w:hAnsi="Times New Roman" w:cs="Times New Roman"/>
                <w:color w:val="000000"/>
                <w:sz w:val="24"/>
                <w:szCs w:val="24"/>
              </w:rPr>
              <w:t>Письменное сложение многозначных чисел</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rPr>
              <w:t xml:space="preserve"> 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p>
        </w:tc>
        <w:tc>
          <w:tcPr>
            <w:tcW w:w="3686" w:type="dxa"/>
            <w:tcMar>
              <w:top w:w="50" w:type="dxa"/>
              <w:left w:w="100" w:type="dxa"/>
            </w:tcMar>
            <w:vAlign w:val="center"/>
          </w:tcPr>
          <w:p w:rsidR="000A1063" w:rsidRPr="0079400E" w:rsidRDefault="000A1063" w:rsidP="00057B56">
            <w:pPr>
              <w:spacing w:after="0"/>
              <w:ind w:left="135"/>
              <w:rPr>
                <w:lang w:val="ru-RU"/>
              </w:rPr>
            </w:pPr>
            <w:r w:rsidRPr="0079400E">
              <w:rPr>
                <w:rFonts w:ascii="Times New Roman" w:hAnsi="Times New Roman"/>
                <w:color w:val="000000"/>
                <w:sz w:val="24"/>
                <w:lang w:val="ru-RU"/>
              </w:rPr>
              <w:t xml:space="preserve">Библиотека ЦОК </w:t>
            </w:r>
            <w:hyperlink r:id="rId581">
              <w:r>
                <w:rPr>
                  <w:rFonts w:ascii="Times New Roman" w:hAnsi="Times New Roman"/>
                  <w:color w:val="0000FF"/>
                  <w:u w:val="single"/>
                </w:rPr>
                <w:t>https</w:t>
              </w:r>
              <w:r w:rsidRPr="0079400E">
                <w:rPr>
                  <w:rFonts w:ascii="Times New Roman" w:hAnsi="Times New Roman"/>
                  <w:color w:val="0000FF"/>
                  <w:u w:val="single"/>
                  <w:lang w:val="ru-RU"/>
                </w:rPr>
                <w:t>://</w:t>
              </w:r>
              <w:r>
                <w:rPr>
                  <w:rFonts w:ascii="Times New Roman" w:hAnsi="Times New Roman"/>
                  <w:color w:val="0000FF"/>
                  <w:u w:val="single"/>
                </w:rPr>
                <w:t>m</w:t>
              </w:r>
              <w:r w:rsidRPr="0079400E">
                <w:rPr>
                  <w:rFonts w:ascii="Times New Roman" w:hAnsi="Times New Roman"/>
                  <w:color w:val="0000FF"/>
                  <w:u w:val="single"/>
                  <w:lang w:val="ru-RU"/>
                </w:rPr>
                <w:t>.</w:t>
              </w:r>
              <w:r>
                <w:rPr>
                  <w:rFonts w:ascii="Times New Roman" w:hAnsi="Times New Roman"/>
                  <w:color w:val="0000FF"/>
                  <w:u w:val="single"/>
                </w:rPr>
                <w:t>edsoo</w:t>
              </w:r>
              <w:r w:rsidRPr="0079400E">
                <w:rPr>
                  <w:rFonts w:ascii="Times New Roman" w:hAnsi="Times New Roman"/>
                  <w:color w:val="0000FF"/>
                  <w:u w:val="single"/>
                  <w:lang w:val="ru-RU"/>
                </w:rPr>
                <w:t>.</w:t>
              </w:r>
              <w:r>
                <w:rPr>
                  <w:rFonts w:ascii="Times New Roman" w:hAnsi="Times New Roman"/>
                  <w:color w:val="0000FF"/>
                  <w:u w:val="single"/>
                </w:rPr>
                <w:t>ru</w:t>
              </w:r>
              <w:r w:rsidRPr="0079400E">
                <w:rPr>
                  <w:rFonts w:ascii="Times New Roman" w:hAnsi="Times New Roman"/>
                  <w:color w:val="0000FF"/>
                  <w:u w:val="single"/>
                  <w:lang w:val="ru-RU"/>
                </w:rPr>
                <w:t>/</w:t>
              </w:r>
              <w:r>
                <w:rPr>
                  <w:rFonts w:ascii="Times New Roman" w:hAnsi="Times New Roman"/>
                  <w:color w:val="0000FF"/>
                  <w:u w:val="single"/>
                </w:rPr>
                <w:t>c</w:t>
              </w:r>
              <w:r w:rsidRPr="0079400E">
                <w:rPr>
                  <w:rFonts w:ascii="Times New Roman" w:hAnsi="Times New Roman"/>
                  <w:color w:val="0000FF"/>
                  <w:u w:val="single"/>
                  <w:lang w:val="ru-RU"/>
                </w:rPr>
                <w:t>4</w:t>
              </w:r>
              <w:r>
                <w:rPr>
                  <w:rFonts w:ascii="Times New Roman" w:hAnsi="Times New Roman"/>
                  <w:color w:val="0000FF"/>
                  <w:u w:val="single"/>
                </w:rPr>
                <w:t>e</w:t>
              </w:r>
              <w:r w:rsidRPr="0079400E">
                <w:rPr>
                  <w:rFonts w:ascii="Times New Roman" w:hAnsi="Times New Roman"/>
                  <w:color w:val="0000FF"/>
                  <w:u w:val="single"/>
                  <w:lang w:val="ru-RU"/>
                </w:rPr>
                <w:t>1</w:t>
              </w:r>
              <w:r>
                <w:rPr>
                  <w:rFonts w:ascii="Times New Roman" w:hAnsi="Times New Roman"/>
                  <w:color w:val="0000FF"/>
                  <w:u w:val="single"/>
                </w:rPr>
                <w:t>c</w:t>
              </w:r>
              <w:r w:rsidRPr="0079400E">
                <w:rPr>
                  <w:rFonts w:ascii="Times New Roman" w:hAnsi="Times New Roman"/>
                  <w:color w:val="0000FF"/>
                  <w:u w:val="single"/>
                  <w:lang w:val="ru-RU"/>
                </w:rPr>
                <w:t>022</w:t>
              </w:r>
            </w:hyperlink>
          </w:p>
        </w:tc>
      </w:tr>
      <w:tr w:rsidR="000A1063"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50</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Решение задач на нахождение длины</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p>
        </w:tc>
        <w:tc>
          <w:tcPr>
            <w:tcW w:w="3686" w:type="dxa"/>
            <w:tcMar>
              <w:top w:w="50" w:type="dxa"/>
              <w:left w:w="100" w:type="dxa"/>
            </w:tcMar>
            <w:vAlign w:val="center"/>
          </w:tcPr>
          <w:p w:rsidR="000A1063" w:rsidRDefault="008E75F7" w:rsidP="00057B56">
            <w:pPr>
              <w:spacing w:after="0"/>
              <w:ind w:left="135"/>
            </w:pPr>
            <w:hyperlink r:id="rId582">
              <w:r w:rsidR="000A1063" w:rsidRPr="004A6E25">
                <w:rPr>
                  <w:rFonts w:ascii="Times New Roman" w:hAnsi="Times New Roman"/>
                  <w:color w:val="0000FF"/>
                  <w:u w:val="single"/>
                </w:rPr>
                <w:t>https://education.yandex.ru</w:t>
              </w:r>
            </w:hyperlink>
            <w:r w:rsidR="000A1063" w:rsidRPr="004A6E25">
              <w:rPr>
                <w:rFonts w:ascii="Times New Roman" w:hAnsi="Times New Roman"/>
                <w:color w:val="000000"/>
                <w:sz w:val="24"/>
              </w:rPr>
              <w:t xml:space="preserve"> </w:t>
            </w:r>
            <w:hyperlink r:id="rId583">
              <w:r w:rsidR="000A1063" w:rsidRPr="004A6E25">
                <w:rPr>
                  <w:rFonts w:ascii="Times New Roman" w:hAnsi="Times New Roman"/>
                  <w:color w:val="0000FF"/>
                  <w:u w:val="single"/>
                </w:rPr>
                <w:t>https://uchi.ru</w:t>
              </w:r>
            </w:hyperlink>
          </w:p>
        </w:tc>
      </w:tr>
      <w:tr w:rsidR="000A1063"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51</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Приемы прикидки результата и оценки правильности выполнения сложения</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p>
        </w:tc>
        <w:tc>
          <w:tcPr>
            <w:tcW w:w="3686" w:type="dxa"/>
            <w:tcMar>
              <w:top w:w="50" w:type="dxa"/>
              <w:left w:w="100" w:type="dxa"/>
            </w:tcMar>
            <w:vAlign w:val="center"/>
          </w:tcPr>
          <w:p w:rsidR="000A1063" w:rsidRDefault="008E75F7" w:rsidP="00057B56">
            <w:pPr>
              <w:spacing w:after="0"/>
              <w:ind w:left="135"/>
            </w:pPr>
            <w:hyperlink r:id="rId584">
              <w:r w:rsidR="000A1063" w:rsidRPr="004A6E25">
                <w:rPr>
                  <w:rFonts w:ascii="Times New Roman" w:hAnsi="Times New Roman"/>
                  <w:color w:val="0000FF"/>
                  <w:u w:val="single"/>
                </w:rPr>
                <w:t>https://education.yandex.ru</w:t>
              </w:r>
            </w:hyperlink>
            <w:r w:rsidR="000A1063" w:rsidRPr="004A6E25">
              <w:rPr>
                <w:rFonts w:ascii="Times New Roman" w:hAnsi="Times New Roman"/>
                <w:color w:val="000000"/>
                <w:sz w:val="24"/>
              </w:rPr>
              <w:t xml:space="preserve"> </w:t>
            </w:r>
            <w:hyperlink r:id="rId585">
              <w:r w:rsidR="000A1063" w:rsidRPr="004A6E25">
                <w:rPr>
                  <w:rFonts w:ascii="Times New Roman" w:hAnsi="Times New Roman"/>
                  <w:color w:val="0000FF"/>
                  <w:u w:val="single"/>
                </w:rPr>
                <w:t>https://uchi.ru</w:t>
              </w:r>
            </w:hyperlink>
          </w:p>
        </w:tc>
      </w:tr>
      <w:tr w:rsidR="000A1063"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52</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Разностное и кратное сравнение величин</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p>
        </w:tc>
        <w:tc>
          <w:tcPr>
            <w:tcW w:w="3686" w:type="dxa"/>
            <w:tcMar>
              <w:top w:w="50" w:type="dxa"/>
              <w:left w:w="100" w:type="dxa"/>
            </w:tcMar>
            <w:vAlign w:val="center"/>
          </w:tcPr>
          <w:p w:rsidR="000A1063" w:rsidRDefault="008E75F7" w:rsidP="00057B56">
            <w:pPr>
              <w:spacing w:after="0"/>
              <w:ind w:left="135"/>
            </w:pPr>
            <w:hyperlink r:id="rId586">
              <w:r w:rsidR="000A1063" w:rsidRPr="004A6E25">
                <w:rPr>
                  <w:rFonts w:ascii="Times New Roman" w:hAnsi="Times New Roman"/>
                  <w:color w:val="0000FF"/>
                  <w:u w:val="single"/>
                </w:rPr>
                <w:t>https://education.yandex.ru</w:t>
              </w:r>
            </w:hyperlink>
            <w:r w:rsidR="000A1063" w:rsidRPr="004A6E25">
              <w:rPr>
                <w:rFonts w:ascii="Times New Roman" w:hAnsi="Times New Roman"/>
                <w:color w:val="000000"/>
                <w:sz w:val="24"/>
              </w:rPr>
              <w:t xml:space="preserve"> </w:t>
            </w:r>
            <w:hyperlink r:id="rId587">
              <w:r w:rsidR="000A1063" w:rsidRPr="004A6E25">
                <w:rPr>
                  <w:rFonts w:ascii="Times New Roman" w:hAnsi="Times New Roman"/>
                  <w:color w:val="0000FF"/>
                  <w:u w:val="single"/>
                </w:rPr>
                <w:t>https://uchi.ru</w:t>
              </w:r>
            </w:hyperlink>
          </w:p>
        </w:tc>
      </w:tr>
      <w:tr w:rsidR="000A1063" w:rsidRPr="008E75F7"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53</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r w:rsidRPr="000F7EDB">
              <w:rPr>
                <w:rFonts w:ascii="Times New Roman" w:hAnsi="Times New Roman" w:cs="Times New Roman"/>
                <w:color w:val="000000"/>
                <w:sz w:val="24"/>
                <w:szCs w:val="24"/>
              </w:rPr>
              <w:t>Письменное вычитание многозначных чисел</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rPr>
              <w:t xml:space="preserve"> 1 </w:t>
            </w:r>
          </w:p>
        </w:tc>
        <w:tc>
          <w:tcPr>
            <w:tcW w:w="5103" w:type="dxa"/>
            <w:vMerge w:val="restart"/>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Выражающий познавательные интересы, активность, любознательность и самостоятельность в познании, интерес и уважение к научным знаниям, науке.</w:t>
            </w:r>
          </w:p>
        </w:tc>
        <w:tc>
          <w:tcPr>
            <w:tcW w:w="3686" w:type="dxa"/>
            <w:tcMar>
              <w:top w:w="50" w:type="dxa"/>
              <w:left w:w="100" w:type="dxa"/>
            </w:tcMar>
            <w:vAlign w:val="center"/>
          </w:tcPr>
          <w:p w:rsidR="000A1063" w:rsidRPr="0079400E" w:rsidRDefault="000A1063" w:rsidP="00057B56">
            <w:pPr>
              <w:spacing w:after="0"/>
              <w:ind w:left="135"/>
              <w:rPr>
                <w:lang w:val="ru-RU"/>
              </w:rPr>
            </w:pPr>
            <w:r w:rsidRPr="0079400E">
              <w:rPr>
                <w:rFonts w:ascii="Times New Roman" w:hAnsi="Times New Roman"/>
                <w:color w:val="000000"/>
                <w:sz w:val="24"/>
                <w:lang w:val="ru-RU"/>
              </w:rPr>
              <w:t xml:space="preserve">Библиотека ЦОК </w:t>
            </w:r>
            <w:hyperlink r:id="rId588">
              <w:r>
                <w:rPr>
                  <w:rFonts w:ascii="Times New Roman" w:hAnsi="Times New Roman"/>
                  <w:color w:val="0000FF"/>
                  <w:u w:val="single"/>
                </w:rPr>
                <w:t>https</w:t>
              </w:r>
              <w:r w:rsidRPr="0079400E">
                <w:rPr>
                  <w:rFonts w:ascii="Times New Roman" w:hAnsi="Times New Roman"/>
                  <w:color w:val="0000FF"/>
                  <w:u w:val="single"/>
                  <w:lang w:val="ru-RU"/>
                </w:rPr>
                <w:t>://</w:t>
              </w:r>
              <w:r>
                <w:rPr>
                  <w:rFonts w:ascii="Times New Roman" w:hAnsi="Times New Roman"/>
                  <w:color w:val="0000FF"/>
                  <w:u w:val="single"/>
                </w:rPr>
                <w:t>m</w:t>
              </w:r>
              <w:r w:rsidRPr="0079400E">
                <w:rPr>
                  <w:rFonts w:ascii="Times New Roman" w:hAnsi="Times New Roman"/>
                  <w:color w:val="0000FF"/>
                  <w:u w:val="single"/>
                  <w:lang w:val="ru-RU"/>
                </w:rPr>
                <w:t>.</w:t>
              </w:r>
              <w:r>
                <w:rPr>
                  <w:rFonts w:ascii="Times New Roman" w:hAnsi="Times New Roman"/>
                  <w:color w:val="0000FF"/>
                  <w:u w:val="single"/>
                </w:rPr>
                <w:t>edsoo</w:t>
              </w:r>
              <w:r w:rsidRPr="0079400E">
                <w:rPr>
                  <w:rFonts w:ascii="Times New Roman" w:hAnsi="Times New Roman"/>
                  <w:color w:val="0000FF"/>
                  <w:u w:val="single"/>
                  <w:lang w:val="ru-RU"/>
                </w:rPr>
                <w:t>.</w:t>
              </w:r>
              <w:r>
                <w:rPr>
                  <w:rFonts w:ascii="Times New Roman" w:hAnsi="Times New Roman"/>
                  <w:color w:val="0000FF"/>
                  <w:u w:val="single"/>
                </w:rPr>
                <w:t>ru</w:t>
              </w:r>
              <w:r w:rsidRPr="0079400E">
                <w:rPr>
                  <w:rFonts w:ascii="Times New Roman" w:hAnsi="Times New Roman"/>
                  <w:color w:val="0000FF"/>
                  <w:u w:val="single"/>
                  <w:lang w:val="ru-RU"/>
                </w:rPr>
                <w:t>/</w:t>
              </w:r>
              <w:r>
                <w:rPr>
                  <w:rFonts w:ascii="Times New Roman" w:hAnsi="Times New Roman"/>
                  <w:color w:val="0000FF"/>
                  <w:u w:val="single"/>
                </w:rPr>
                <w:t>c</w:t>
              </w:r>
              <w:r w:rsidRPr="0079400E">
                <w:rPr>
                  <w:rFonts w:ascii="Times New Roman" w:hAnsi="Times New Roman"/>
                  <w:color w:val="0000FF"/>
                  <w:u w:val="single"/>
                  <w:lang w:val="ru-RU"/>
                </w:rPr>
                <w:t>4</w:t>
              </w:r>
              <w:r>
                <w:rPr>
                  <w:rFonts w:ascii="Times New Roman" w:hAnsi="Times New Roman"/>
                  <w:color w:val="0000FF"/>
                  <w:u w:val="single"/>
                </w:rPr>
                <w:t>e</w:t>
              </w:r>
              <w:r w:rsidRPr="0079400E">
                <w:rPr>
                  <w:rFonts w:ascii="Times New Roman" w:hAnsi="Times New Roman"/>
                  <w:color w:val="0000FF"/>
                  <w:u w:val="single"/>
                  <w:lang w:val="ru-RU"/>
                </w:rPr>
                <w:t>1</w:t>
              </w:r>
              <w:r>
                <w:rPr>
                  <w:rFonts w:ascii="Times New Roman" w:hAnsi="Times New Roman"/>
                  <w:color w:val="0000FF"/>
                  <w:u w:val="single"/>
                </w:rPr>
                <w:t>c</w:t>
              </w:r>
              <w:r w:rsidRPr="0079400E">
                <w:rPr>
                  <w:rFonts w:ascii="Times New Roman" w:hAnsi="Times New Roman"/>
                  <w:color w:val="0000FF"/>
                  <w:u w:val="single"/>
                  <w:lang w:val="ru-RU"/>
                </w:rPr>
                <w:t>1</w:t>
              </w:r>
              <w:r>
                <w:rPr>
                  <w:rFonts w:ascii="Times New Roman" w:hAnsi="Times New Roman"/>
                  <w:color w:val="0000FF"/>
                  <w:u w:val="single"/>
                </w:rPr>
                <w:t>b</w:t>
              </w:r>
              <w:r w:rsidRPr="0079400E">
                <w:rPr>
                  <w:rFonts w:ascii="Times New Roman" w:hAnsi="Times New Roman"/>
                  <w:color w:val="0000FF"/>
                  <w:u w:val="single"/>
                  <w:lang w:val="ru-RU"/>
                </w:rPr>
                <w:t>2</w:t>
              </w:r>
            </w:hyperlink>
          </w:p>
        </w:tc>
      </w:tr>
      <w:tr w:rsidR="000A1063"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54</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Приемы прикидки результата и оценки правильности выполнения вычитания</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p>
        </w:tc>
        <w:tc>
          <w:tcPr>
            <w:tcW w:w="3686" w:type="dxa"/>
            <w:tcMar>
              <w:top w:w="50" w:type="dxa"/>
              <w:left w:w="100" w:type="dxa"/>
            </w:tcMar>
            <w:vAlign w:val="center"/>
          </w:tcPr>
          <w:p w:rsidR="000A1063" w:rsidRDefault="008E75F7" w:rsidP="00057B56">
            <w:pPr>
              <w:spacing w:after="0"/>
              <w:ind w:left="135"/>
            </w:pPr>
            <w:hyperlink r:id="rId589">
              <w:r w:rsidR="000A1063" w:rsidRPr="004A6E25">
                <w:rPr>
                  <w:rFonts w:ascii="Times New Roman" w:hAnsi="Times New Roman"/>
                  <w:color w:val="0000FF"/>
                  <w:u w:val="single"/>
                </w:rPr>
                <w:t>https://education.yandex.ru</w:t>
              </w:r>
            </w:hyperlink>
            <w:r w:rsidR="000A1063" w:rsidRPr="004A6E25">
              <w:rPr>
                <w:rFonts w:ascii="Times New Roman" w:hAnsi="Times New Roman"/>
                <w:color w:val="000000"/>
                <w:sz w:val="24"/>
              </w:rPr>
              <w:t xml:space="preserve"> </w:t>
            </w:r>
            <w:hyperlink r:id="rId590">
              <w:r w:rsidR="000A1063" w:rsidRPr="004A6E25">
                <w:rPr>
                  <w:rFonts w:ascii="Times New Roman" w:hAnsi="Times New Roman"/>
                  <w:color w:val="0000FF"/>
                  <w:u w:val="single"/>
                </w:rPr>
                <w:t>https://uchi.ru</w:t>
              </w:r>
            </w:hyperlink>
          </w:p>
        </w:tc>
      </w:tr>
      <w:tr w:rsidR="000A1063"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55</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Устные приемы вычислений: сложение и вычитание многозначных чисел</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p>
        </w:tc>
        <w:tc>
          <w:tcPr>
            <w:tcW w:w="3686" w:type="dxa"/>
            <w:tcMar>
              <w:top w:w="50" w:type="dxa"/>
              <w:left w:w="100" w:type="dxa"/>
            </w:tcMar>
            <w:vAlign w:val="center"/>
          </w:tcPr>
          <w:p w:rsidR="000A1063" w:rsidRDefault="008E75F7" w:rsidP="00057B56">
            <w:pPr>
              <w:spacing w:after="0"/>
              <w:ind w:left="135"/>
            </w:pPr>
            <w:hyperlink r:id="rId591">
              <w:r w:rsidR="000A1063" w:rsidRPr="004A6E25">
                <w:rPr>
                  <w:rFonts w:ascii="Times New Roman" w:hAnsi="Times New Roman"/>
                  <w:color w:val="0000FF"/>
                  <w:u w:val="single"/>
                </w:rPr>
                <w:t>https://education.yandex.ru</w:t>
              </w:r>
            </w:hyperlink>
            <w:r w:rsidR="000A1063" w:rsidRPr="004A6E25">
              <w:rPr>
                <w:rFonts w:ascii="Times New Roman" w:hAnsi="Times New Roman"/>
                <w:color w:val="000000"/>
                <w:sz w:val="24"/>
              </w:rPr>
              <w:t xml:space="preserve"> </w:t>
            </w:r>
            <w:hyperlink r:id="rId592">
              <w:r w:rsidR="000A1063" w:rsidRPr="004A6E25">
                <w:rPr>
                  <w:rFonts w:ascii="Times New Roman" w:hAnsi="Times New Roman"/>
                  <w:color w:val="0000FF"/>
                  <w:u w:val="single"/>
                </w:rPr>
                <w:t>https://uchi.ru</w:t>
              </w:r>
            </w:hyperlink>
          </w:p>
        </w:tc>
      </w:tr>
      <w:tr w:rsidR="000A1063"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56</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Дополнение многозначного числа до заданного круглого числа</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p>
        </w:tc>
        <w:tc>
          <w:tcPr>
            <w:tcW w:w="3686" w:type="dxa"/>
            <w:tcMar>
              <w:top w:w="50" w:type="dxa"/>
              <w:left w:w="100" w:type="dxa"/>
            </w:tcMar>
            <w:vAlign w:val="center"/>
          </w:tcPr>
          <w:p w:rsidR="000A1063" w:rsidRDefault="008E75F7" w:rsidP="00057B56">
            <w:pPr>
              <w:spacing w:after="0"/>
              <w:ind w:left="135"/>
            </w:pPr>
            <w:hyperlink r:id="rId593">
              <w:r w:rsidR="000A1063" w:rsidRPr="004A6E25">
                <w:rPr>
                  <w:rFonts w:ascii="Times New Roman" w:hAnsi="Times New Roman"/>
                  <w:color w:val="0000FF"/>
                  <w:u w:val="single"/>
                </w:rPr>
                <w:t>https://education.yandex.ru</w:t>
              </w:r>
            </w:hyperlink>
            <w:r w:rsidR="000A1063" w:rsidRPr="004A6E25">
              <w:rPr>
                <w:rFonts w:ascii="Times New Roman" w:hAnsi="Times New Roman"/>
                <w:color w:val="000000"/>
                <w:sz w:val="24"/>
              </w:rPr>
              <w:t xml:space="preserve"> </w:t>
            </w:r>
            <w:hyperlink r:id="rId594">
              <w:r w:rsidR="000A1063" w:rsidRPr="004A6E25">
                <w:rPr>
                  <w:rFonts w:ascii="Times New Roman" w:hAnsi="Times New Roman"/>
                  <w:color w:val="0000FF"/>
                  <w:u w:val="single"/>
                </w:rPr>
                <w:t>https://uchi.ru</w:t>
              </w:r>
            </w:hyperlink>
          </w:p>
        </w:tc>
      </w:tr>
      <w:tr w:rsidR="000A1063" w:rsidRPr="008E75F7"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57</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Нахождение неизвестного компонента действия сложения (с комментированием)</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Выражающий познавательные интересы, активность, любознательность и</w:t>
            </w:r>
          </w:p>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самостоятельность в познании, интерес и уважение к научным знаниям, науке.</w:t>
            </w:r>
          </w:p>
        </w:tc>
        <w:tc>
          <w:tcPr>
            <w:tcW w:w="3686" w:type="dxa"/>
            <w:tcMar>
              <w:top w:w="50" w:type="dxa"/>
              <w:left w:w="100" w:type="dxa"/>
            </w:tcMar>
            <w:vAlign w:val="center"/>
          </w:tcPr>
          <w:p w:rsidR="000A1063" w:rsidRPr="0079400E" w:rsidRDefault="000A1063" w:rsidP="00057B56">
            <w:pPr>
              <w:spacing w:after="0"/>
              <w:ind w:left="135"/>
              <w:rPr>
                <w:lang w:val="ru-RU"/>
              </w:rPr>
            </w:pPr>
            <w:r w:rsidRPr="0079400E">
              <w:rPr>
                <w:rFonts w:ascii="Times New Roman" w:hAnsi="Times New Roman"/>
                <w:color w:val="000000"/>
                <w:sz w:val="24"/>
                <w:lang w:val="ru-RU"/>
              </w:rPr>
              <w:t xml:space="preserve">Библиотека ЦОК </w:t>
            </w:r>
            <w:hyperlink r:id="rId595">
              <w:r>
                <w:rPr>
                  <w:rFonts w:ascii="Times New Roman" w:hAnsi="Times New Roman"/>
                  <w:color w:val="0000FF"/>
                  <w:u w:val="single"/>
                </w:rPr>
                <w:t>https</w:t>
              </w:r>
              <w:r w:rsidRPr="0079400E">
                <w:rPr>
                  <w:rFonts w:ascii="Times New Roman" w:hAnsi="Times New Roman"/>
                  <w:color w:val="0000FF"/>
                  <w:u w:val="single"/>
                  <w:lang w:val="ru-RU"/>
                </w:rPr>
                <w:t>://</w:t>
              </w:r>
              <w:r>
                <w:rPr>
                  <w:rFonts w:ascii="Times New Roman" w:hAnsi="Times New Roman"/>
                  <w:color w:val="0000FF"/>
                  <w:u w:val="single"/>
                </w:rPr>
                <w:t>m</w:t>
              </w:r>
              <w:r w:rsidRPr="0079400E">
                <w:rPr>
                  <w:rFonts w:ascii="Times New Roman" w:hAnsi="Times New Roman"/>
                  <w:color w:val="0000FF"/>
                  <w:u w:val="single"/>
                  <w:lang w:val="ru-RU"/>
                </w:rPr>
                <w:t>.</w:t>
              </w:r>
              <w:r>
                <w:rPr>
                  <w:rFonts w:ascii="Times New Roman" w:hAnsi="Times New Roman"/>
                  <w:color w:val="0000FF"/>
                  <w:u w:val="single"/>
                </w:rPr>
                <w:t>edsoo</w:t>
              </w:r>
              <w:r w:rsidRPr="0079400E">
                <w:rPr>
                  <w:rFonts w:ascii="Times New Roman" w:hAnsi="Times New Roman"/>
                  <w:color w:val="0000FF"/>
                  <w:u w:val="single"/>
                  <w:lang w:val="ru-RU"/>
                </w:rPr>
                <w:t>.</w:t>
              </w:r>
              <w:r>
                <w:rPr>
                  <w:rFonts w:ascii="Times New Roman" w:hAnsi="Times New Roman"/>
                  <w:color w:val="0000FF"/>
                  <w:u w:val="single"/>
                </w:rPr>
                <w:t>ru</w:t>
              </w:r>
              <w:r w:rsidRPr="0079400E">
                <w:rPr>
                  <w:rFonts w:ascii="Times New Roman" w:hAnsi="Times New Roman"/>
                  <w:color w:val="0000FF"/>
                  <w:u w:val="single"/>
                  <w:lang w:val="ru-RU"/>
                </w:rPr>
                <w:t>/</w:t>
              </w:r>
              <w:r>
                <w:rPr>
                  <w:rFonts w:ascii="Times New Roman" w:hAnsi="Times New Roman"/>
                  <w:color w:val="0000FF"/>
                  <w:u w:val="single"/>
                </w:rPr>
                <w:t>c</w:t>
              </w:r>
              <w:r w:rsidRPr="0079400E">
                <w:rPr>
                  <w:rFonts w:ascii="Times New Roman" w:hAnsi="Times New Roman"/>
                  <w:color w:val="0000FF"/>
                  <w:u w:val="single"/>
                  <w:lang w:val="ru-RU"/>
                </w:rPr>
                <w:t>4</w:t>
              </w:r>
              <w:r>
                <w:rPr>
                  <w:rFonts w:ascii="Times New Roman" w:hAnsi="Times New Roman"/>
                  <w:color w:val="0000FF"/>
                  <w:u w:val="single"/>
                </w:rPr>
                <w:t>e</w:t>
              </w:r>
              <w:r w:rsidRPr="0079400E">
                <w:rPr>
                  <w:rFonts w:ascii="Times New Roman" w:hAnsi="Times New Roman"/>
                  <w:color w:val="0000FF"/>
                  <w:u w:val="single"/>
                  <w:lang w:val="ru-RU"/>
                </w:rPr>
                <w:t>1</w:t>
              </w:r>
              <w:r>
                <w:rPr>
                  <w:rFonts w:ascii="Times New Roman" w:hAnsi="Times New Roman"/>
                  <w:color w:val="0000FF"/>
                  <w:u w:val="single"/>
                </w:rPr>
                <w:t>f</w:t>
              </w:r>
              <w:r w:rsidRPr="0079400E">
                <w:rPr>
                  <w:rFonts w:ascii="Times New Roman" w:hAnsi="Times New Roman"/>
                  <w:color w:val="0000FF"/>
                  <w:u w:val="single"/>
                  <w:lang w:val="ru-RU"/>
                </w:rPr>
                <w:t>61</w:t>
              </w:r>
              <w:r>
                <w:rPr>
                  <w:rFonts w:ascii="Times New Roman" w:hAnsi="Times New Roman"/>
                  <w:color w:val="0000FF"/>
                  <w:u w:val="single"/>
                </w:rPr>
                <w:t>e</w:t>
              </w:r>
            </w:hyperlink>
          </w:p>
        </w:tc>
      </w:tr>
      <w:tr w:rsidR="000A1063" w:rsidRPr="008E75F7"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58</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Нахождение неизвестного компонента действия вычитания (с комментированием)</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val="restart"/>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Выражающий познавательные интересы, активность, любознательность и</w:t>
            </w:r>
          </w:p>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lastRenderedPageBreak/>
              <w:t>самостоятельность в познании, интерес и уважение к научным знаниям, науке.</w:t>
            </w:r>
          </w:p>
        </w:tc>
        <w:tc>
          <w:tcPr>
            <w:tcW w:w="3686" w:type="dxa"/>
            <w:tcMar>
              <w:top w:w="50" w:type="dxa"/>
              <w:left w:w="100" w:type="dxa"/>
            </w:tcMar>
            <w:vAlign w:val="center"/>
          </w:tcPr>
          <w:p w:rsidR="000A1063" w:rsidRPr="0079400E" w:rsidRDefault="000A1063" w:rsidP="00057B56">
            <w:pPr>
              <w:spacing w:after="0"/>
              <w:ind w:left="135"/>
              <w:rPr>
                <w:lang w:val="ru-RU"/>
              </w:rPr>
            </w:pPr>
            <w:r w:rsidRPr="0079400E">
              <w:rPr>
                <w:rFonts w:ascii="Times New Roman" w:hAnsi="Times New Roman"/>
                <w:color w:val="000000"/>
                <w:sz w:val="24"/>
                <w:lang w:val="ru-RU"/>
              </w:rPr>
              <w:lastRenderedPageBreak/>
              <w:t xml:space="preserve">Библиотека ЦОК </w:t>
            </w:r>
            <w:hyperlink r:id="rId596">
              <w:r>
                <w:rPr>
                  <w:rFonts w:ascii="Times New Roman" w:hAnsi="Times New Roman"/>
                  <w:color w:val="0000FF"/>
                  <w:u w:val="single"/>
                </w:rPr>
                <w:t>https</w:t>
              </w:r>
              <w:r w:rsidRPr="0079400E">
                <w:rPr>
                  <w:rFonts w:ascii="Times New Roman" w:hAnsi="Times New Roman"/>
                  <w:color w:val="0000FF"/>
                  <w:u w:val="single"/>
                  <w:lang w:val="ru-RU"/>
                </w:rPr>
                <w:t>://</w:t>
              </w:r>
              <w:r>
                <w:rPr>
                  <w:rFonts w:ascii="Times New Roman" w:hAnsi="Times New Roman"/>
                  <w:color w:val="0000FF"/>
                  <w:u w:val="single"/>
                </w:rPr>
                <w:t>m</w:t>
              </w:r>
              <w:r w:rsidRPr="0079400E">
                <w:rPr>
                  <w:rFonts w:ascii="Times New Roman" w:hAnsi="Times New Roman"/>
                  <w:color w:val="0000FF"/>
                  <w:u w:val="single"/>
                  <w:lang w:val="ru-RU"/>
                </w:rPr>
                <w:t>.</w:t>
              </w:r>
              <w:r>
                <w:rPr>
                  <w:rFonts w:ascii="Times New Roman" w:hAnsi="Times New Roman"/>
                  <w:color w:val="0000FF"/>
                  <w:u w:val="single"/>
                </w:rPr>
                <w:t>edsoo</w:t>
              </w:r>
              <w:r w:rsidRPr="0079400E">
                <w:rPr>
                  <w:rFonts w:ascii="Times New Roman" w:hAnsi="Times New Roman"/>
                  <w:color w:val="0000FF"/>
                  <w:u w:val="single"/>
                  <w:lang w:val="ru-RU"/>
                </w:rPr>
                <w:t>.</w:t>
              </w:r>
              <w:r>
                <w:rPr>
                  <w:rFonts w:ascii="Times New Roman" w:hAnsi="Times New Roman"/>
                  <w:color w:val="0000FF"/>
                  <w:u w:val="single"/>
                </w:rPr>
                <w:t>ru</w:t>
              </w:r>
              <w:r w:rsidRPr="0079400E">
                <w:rPr>
                  <w:rFonts w:ascii="Times New Roman" w:hAnsi="Times New Roman"/>
                  <w:color w:val="0000FF"/>
                  <w:u w:val="single"/>
                  <w:lang w:val="ru-RU"/>
                </w:rPr>
                <w:t>/</w:t>
              </w:r>
              <w:r>
                <w:rPr>
                  <w:rFonts w:ascii="Times New Roman" w:hAnsi="Times New Roman"/>
                  <w:color w:val="0000FF"/>
                  <w:u w:val="single"/>
                </w:rPr>
                <w:t>c</w:t>
              </w:r>
              <w:r w:rsidRPr="0079400E">
                <w:rPr>
                  <w:rFonts w:ascii="Times New Roman" w:hAnsi="Times New Roman"/>
                  <w:color w:val="0000FF"/>
                  <w:u w:val="single"/>
                  <w:lang w:val="ru-RU"/>
                </w:rPr>
                <w:t>4</w:t>
              </w:r>
              <w:r>
                <w:rPr>
                  <w:rFonts w:ascii="Times New Roman" w:hAnsi="Times New Roman"/>
                  <w:color w:val="0000FF"/>
                  <w:u w:val="single"/>
                </w:rPr>
                <w:t>e</w:t>
              </w:r>
              <w:r w:rsidRPr="0079400E">
                <w:rPr>
                  <w:rFonts w:ascii="Times New Roman" w:hAnsi="Times New Roman"/>
                  <w:color w:val="0000FF"/>
                  <w:u w:val="single"/>
                  <w:lang w:val="ru-RU"/>
                </w:rPr>
                <w:t>1</w:t>
              </w:r>
              <w:r>
                <w:rPr>
                  <w:rFonts w:ascii="Times New Roman" w:hAnsi="Times New Roman"/>
                  <w:color w:val="0000FF"/>
                  <w:u w:val="single"/>
                </w:rPr>
                <w:t>f</w:t>
              </w:r>
              <w:r w:rsidRPr="0079400E">
                <w:rPr>
                  <w:rFonts w:ascii="Times New Roman" w:hAnsi="Times New Roman"/>
                  <w:color w:val="0000FF"/>
                  <w:u w:val="single"/>
                  <w:lang w:val="ru-RU"/>
                </w:rPr>
                <w:t>7</w:t>
              </w:r>
              <w:r>
                <w:rPr>
                  <w:rFonts w:ascii="Times New Roman" w:hAnsi="Times New Roman"/>
                  <w:color w:val="0000FF"/>
                  <w:u w:val="single"/>
                </w:rPr>
                <w:t>c</w:t>
              </w:r>
              <w:r w:rsidRPr="0079400E">
                <w:rPr>
                  <w:rFonts w:ascii="Times New Roman" w:hAnsi="Times New Roman"/>
                  <w:color w:val="0000FF"/>
                  <w:u w:val="single"/>
                  <w:lang w:val="ru-RU"/>
                </w:rPr>
                <w:t>2</w:t>
              </w:r>
            </w:hyperlink>
          </w:p>
        </w:tc>
      </w:tr>
      <w:tr w:rsidR="000A1063" w:rsidRPr="008E75F7"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59</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r w:rsidRPr="000F7EDB">
              <w:rPr>
                <w:rFonts w:ascii="Times New Roman" w:hAnsi="Times New Roman" w:cs="Times New Roman"/>
                <w:color w:val="000000"/>
                <w:sz w:val="24"/>
                <w:szCs w:val="24"/>
              </w:rPr>
              <w:t>Примеры и контрпримеры</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rPr>
              <w:t xml:space="preserve"> 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p>
        </w:tc>
        <w:tc>
          <w:tcPr>
            <w:tcW w:w="3686" w:type="dxa"/>
            <w:tcMar>
              <w:top w:w="50" w:type="dxa"/>
              <w:left w:w="100" w:type="dxa"/>
            </w:tcMar>
            <w:vAlign w:val="center"/>
          </w:tcPr>
          <w:p w:rsidR="000A1063" w:rsidRPr="000A1063" w:rsidRDefault="008E75F7" w:rsidP="00057B56">
            <w:pPr>
              <w:spacing w:after="0"/>
              <w:ind w:left="135"/>
              <w:rPr>
                <w:lang w:val="ru-RU"/>
              </w:rPr>
            </w:pPr>
            <w:hyperlink r:id="rId597">
              <w:r w:rsidR="000A1063" w:rsidRPr="004A6E25">
                <w:rPr>
                  <w:rFonts w:ascii="Times New Roman" w:hAnsi="Times New Roman"/>
                  <w:color w:val="0000FF"/>
                  <w:u w:val="single"/>
                </w:rPr>
                <w:t>https</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education</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yandex</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ru</w:t>
              </w:r>
            </w:hyperlink>
            <w:r w:rsidR="000A1063" w:rsidRPr="000A1063">
              <w:rPr>
                <w:rFonts w:ascii="Times New Roman" w:hAnsi="Times New Roman"/>
                <w:color w:val="000000"/>
                <w:sz w:val="24"/>
                <w:lang w:val="ru-RU"/>
              </w:rPr>
              <w:t xml:space="preserve"> </w:t>
            </w:r>
            <w:hyperlink r:id="rId598">
              <w:r w:rsidR="000A1063" w:rsidRPr="004A6E25">
                <w:rPr>
                  <w:rFonts w:ascii="Times New Roman" w:hAnsi="Times New Roman"/>
                  <w:color w:val="0000FF"/>
                  <w:u w:val="single"/>
                </w:rPr>
                <w:t>https</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uchi</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ru</w:t>
              </w:r>
            </w:hyperlink>
          </w:p>
        </w:tc>
      </w:tr>
      <w:tr w:rsidR="000A1063"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lastRenderedPageBreak/>
              <w:t>60</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r w:rsidRPr="000F7EDB">
              <w:rPr>
                <w:rFonts w:ascii="Times New Roman" w:hAnsi="Times New Roman" w:cs="Times New Roman"/>
                <w:color w:val="000000"/>
                <w:sz w:val="24"/>
                <w:szCs w:val="24"/>
              </w:rPr>
              <w:t>Изображение фигуры, симметричной заданной</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rPr>
              <w:t xml:space="preserve"> 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p>
        </w:tc>
        <w:tc>
          <w:tcPr>
            <w:tcW w:w="3686" w:type="dxa"/>
            <w:tcMar>
              <w:top w:w="50" w:type="dxa"/>
              <w:left w:w="100" w:type="dxa"/>
            </w:tcMar>
            <w:vAlign w:val="center"/>
          </w:tcPr>
          <w:p w:rsidR="000A1063" w:rsidRDefault="008E75F7" w:rsidP="00057B56">
            <w:pPr>
              <w:spacing w:after="0"/>
              <w:ind w:left="135"/>
            </w:pPr>
            <w:hyperlink r:id="rId599">
              <w:r w:rsidR="000A1063" w:rsidRPr="004A6E25">
                <w:rPr>
                  <w:rFonts w:ascii="Times New Roman" w:hAnsi="Times New Roman"/>
                  <w:color w:val="0000FF"/>
                  <w:u w:val="single"/>
                </w:rPr>
                <w:t>https://education.yandex.ru</w:t>
              </w:r>
            </w:hyperlink>
            <w:r w:rsidR="000A1063" w:rsidRPr="004A6E25">
              <w:rPr>
                <w:rFonts w:ascii="Times New Roman" w:hAnsi="Times New Roman"/>
                <w:color w:val="000000"/>
                <w:sz w:val="24"/>
              </w:rPr>
              <w:t xml:space="preserve"> </w:t>
            </w:r>
            <w:hyperlink r:id="rId600">
              <w:r w:rsidR="000A1063" w:rsidRPr="004A6E25">
                <w:rPr>
                  <w:rFonts w:ascii="Times New Roman" w:hAnsi="Times New Roman"/>
                  <w:color w:val="0000FF"/>
                  <w:u w:val="single"/>
                </w:rPr>
                <w:t>https://uchi.ru</w:t>
              </w:r>
            </w:hyperlink>
          </w:p>
        </w:tc>
      </w:tr>
      <w:tr w:rsidR="000A1063"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61</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r w:rsidRPr="000F7EDB">
              <w:rPr>
                <w:rFonts w:ascii="Times New Roman" w:hAnsi="Times New Roman" w:cs="Times New Roman"/>
                <w:color w:val="000000"/>
                <w:sz w:val="24"/>
                <w:szCs w:val="24"/>
              </w:rPr>
              <w:t>Вычисление доли величины</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rPr>
              <w:t xml:space="preserve"> 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p>
        </w:tc>
        <w:tc>
          <w:tcPr>
            <w:tcW w:w="3686" w:type="dxa"/>
            <w:tcMar>
              <w:top w:w="50" w:type="dxa"/>
              <w:left w:w="100" w:type="dxa"/>
            </w:tcMar>
            <w:vAlign w:val="center"/>
          </w:tcPr>
          <w:p w:rsidR="000A1063" w:rsidRDefault="008E75F7" w:rsidP="00057B56">
            <w:pPr>
              <w:spacing w:after="0"/>
              <w:ind w:left="135"/>
            </w:pPr>
            <w:hyperlink r:id="rId601">
              <w:r w:rsidR="000A1063" w:rsidRPr="004A6E25">
                <w:rPr>
                  <w:rFonts w:ascii="Times New Roman" w:hAnsi="Times New Roman"/>
                  <w:color w:val="0000FF"/>
                  <w:u w:val="single"/>
                </w:rPr>
                <w:t>https://education.yandex.ru</w:t>
              </w:r>
            </w:hyperlink>
            <w:r w:rsidR="000A1063" w:rsidRPr="004A6E25">
              <w:rPr>
                <w:rFonts w:ascii="Times New Roman" w:hAnsi="Times New Roman"/>
                <w:color w:val="000000"/>
                <w:sz w:val="24"/>
              </w:rPr>
              <w:t xml:space="preserve"> </w:t>
            </w:r>
            <w:hyperlink r:id="rId602">
              <w:r w:rsidR="000A1063" w:rsidRPr="004A6E25">
                <w:rPr>
                  <w:rFonts w:ascii="Times New Roman" w:hAnsi="Times New Roman"/>
                  <w:color w:val="0000FF"/>
                  <w:u w:val="single"/>
                </w:rPr>
                <w:t>https://uchi.ru</w:t>
              </w:r>
            </w:hyperlink>
          </w:p>
        </w:tc>
      </w:tr>
      <w:tr w:rsidR="000A1063"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62</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Применение представлений о доле величины для решения практических задач (в одно действие)</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val="restart"/>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Демонстрирующий навыки наблюдений, накопления фактов, осмысления опыта в</w:t>
            </w:r>
          </w:p>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естественнонаучной и гуманитарной областях познания, исследовательской</w:t>
            </w:r>
          </w:p>
          <w:p w:rsidR="000A1063" w:rsidRPr="000F7EDB" w:rsidRDefault="000A1063" w:rsidP="00057B56">
            <w:pPr>
              <w:spacing w:after="0"/>
              <w:ind w:left="135"/>
              <w:rPr>
                <w:rFonts w:ascii="Times New Roman" w:hAnsi="Times New Roman" w:cs="Times New Roman"/>
                <w:sz w:val="24"/>
                <w:szCs w:val="24"/>
              </w:rPr>
            </w:pPr>
            <w:proofErr w:type="gramStart"/>
            <w:r w:rsidRPr="000F7EDB">
              <w:rPr>
                <w:rFonts w:ascii="Times New Roman" w:hAnsi="Times New Roman" w:cs="Times New Roman"/>
                <w:sz w:val="24"/>
                <w:szCs w:val="24"/>
              </w:rPr>
              <w:t>деятельности</w:t>
            </w:r>
            <w:proofErr w:type="gramEnd"/>
            <w:r w:rsidRPr="000F7EDB">
              <w:rPr>
                <w:rFonts w:ascii="Times New Roman" w:hAnsi="Times New Roman" w:cs="Times New Roman"/>
                <w:sz w:val="24"/>
                <w:szCs w:val="24"/>
              </w:rPr>
              <w:t>.</w:t>
            </w:r>
          </w:p>
        </w:tc>
        <w:tc>
          <w:tcPr>
            <w:tcW w:w="3686" w:type="dxa"/>
            <w:tcMar>
              <w:top w:w="50" w:type="dxa"/>
              <w:left w:w="100" w:type="dxa"/>
            </w:tcMar>
            <w:vAlign w:val="center"/>
          </w:tcPr>
          <w:p w:rsidR="000A1063" w:rsidRDefault="008E75F7" w:rsidP="00057B56">
            <w:pPr>
              <w:spacing w:after="0"/>
              <w:ind w:left="135"/>
            </w:pPr>
            <w:hyperlink r:id="rId603">
              <w:r w:rsidR="000A1063" w:rsidRPr="004A6E25">
                <w:rPr>
                  <w:rFonts w:ascii="Times New Roman" w:hAnsi="Times New Roman"/>
                  <w:color w:val="0000FF"/>
                  <w:u w:val="single"/>
                </w:rPr>
                <w:t>https://education.yandex.ru</w:t>
              </w:r>
            </w:hyperlink>
            <w:r w:rsidR="000A1063" w:rsidRPr="004A6E25">
              <w:rPr>
                <w:rFonts w:ascii="Times New Roman" w:hAnsi="Times New Roman"/>
                <w:color w:val="000000"/>
                <w:sz w:val="24"/>
              </w:rPr>
              <w:t xml:space="preserve"> </w:t>
            </w:r>
            <w:hyperlink r:id="rId604">
              <w:r w:rsidR="000A1063" w:rsidRPr="004A6E25">
                <w:rPr>
                  <w:rFonts w:ascii="Times New Roman" w:hAnsi="Times New Roman"/>
                  <w:color w:val="0000FF"/>
                  <w:u w:val="single"/>
                </w:rPr>
                <w:t>https://uchi.ru</w:t>
              </w:r>
            </w:hyperlink>
          </w:p>
        </w:tc>
      </w:tr>
      <w:tr w:rsidR="000A1063" w:rsidRPr="008E75F7"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63</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Планирование хода решения задачи арифметическим способом</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p>
        </w:tc>
        <w:tc>
          <w:tcPr>
            <w:tcW w:w="3686" w:type="dxa"/>
            <w:tcMar>
              <w:top w:w="50" w:type="dxa"/>
              <w:left w:w="100" w:type="dxa"/>
            </w:tcMar>
            <w:vAlign w:val="center"/>
          </w:tcPr>
          <w:p w:rsidR="000A1063" w:rsidRPr="0079400E" w:rsidRDefault="000A1063" w:rsidP="00057B56">
            <w:pPr>
              <w:spacing w:after="0"/>
              <w:ind w:left="135"/>
              <w:rPr>
                <w:lang w:val="ru-RU"/>
              </w:rPr>
            </w:pPr>
            <w:r w:rsidRPr="0079400E">
              <w:rPr>
                <w:rFonts w:ascii="Times New Roman" w:hAnsi="Times New Roman"/>
                <w:color w:val="000000"/>
                <w:sz w:val="24"/>
                <w:lang w:val="ru-RU"/>
              </w:rPr>
              <w:t xml:space="preserve">Библиотека ЦОК </w:t>
            </w:r>
            <w:hyperlink r:id="rId605">
              <w:r>
                <w:rPr>
                  <w:rFonts w:ascii="Times New Roman" w:hAnsi="Times New Roman"/>
                  <w:color w:val="0000FF"/>
                  <w:u w:val="single"/>
                </w:rPr>
                <w:t>https</w:t>
              </w:r>
              <w:r w:rsidRPr="0079400E">
                <w:rPr>
                  <w:rFonts w:ascii="Times New Roman" w:hAnsi="Times New Roman"/>
                  <w:color w:val="0000FF"/>
                  <w:u w:val="single"/>
                  <w:lang w:val="ru-RU"/>
                </w:rPr>
                <w:t>://</w:t>
              </w:r>
              <w:r>
                <w:rPr>
                  <w:rFonts w:ascii="Times New Roman" w:hAnsi="Times New Roman"/>
                  <w:color w:val="0000FF"/>
                  <w:u w:val="single"/>
                </w:rPr>
                <w:t>m</w:t>
              </w:r>
              <w:r w:rsidRPr="0079400E">
                <w:rPr>
                  <w:rFonts w:ascii="Times New Roman" w:hAnsi="Times New Roman"/>
                  <w:color w:val="0000FF"/>
                  <w:u w:val="single"/>
                  <w:lang w:val="ru-RU"/>
                </w:rPr>
                <w:t>.</w:t>
              </w:r>
              <w:r>
                <w:rPr>
                  <w:rFonts w:ascii="Times New Roman" w:hAnsi="Times New Roman"/>
                  <w:color w:val="0000FF"/>
                  <w:u w:val="single"/>
                </w:rPr>
                <w:t>edsoo</w:t>
              </w:r>
              <w:r w:rsidRPr="0079400E">
                <w:rPr>
                  <w:rFonts w:ascii="Times New Roman" w:hAnsi="Times New Roman"/>
                  <w:color w:val="0000FF"/>
                  <w:u w:val="single"/>
                  <w:lang w:val="ru-RU"/>
                </w:rPr>
                <w:t>.</w:t>
              </w:r>
              <w:r>
                <w:rPr>
                  <w:rFonts w:ascii="Times New Roman" w:hAnsi="Times New Roman"/>
                  <w:color w:val="0000FF"/>
                  <w:u w:val="single"/>
                </w:rPr>
                <w:t>ru</w:t>
              </w:r>
              <w:r w:rsidRPr="0079400E">
                <w:rPr>
                  <w:rFonts w:ascii="Times New Roman" w:hAnsi="Times New Roman"/>
                  <w:color w:val="0000FF"/>
                  <w:u w:val="single"/>
                  <w:lang w:val="ru-RU"/>
                </w:rPr>
                <w:t>/</w:t>
              </w:r>
              <w:r>
                <w:rPr>
                  <w:rFonts w:ascii="Times New Roman" w:hAnsi="Times New Roman"/>
                  <w:color w:val="0000FF"/>
                  <w:u w:val="single"/>
                </w:rPr>
                <w:t>c</w:t>
              </w:r>
              <w:r w:rsidRPr="0079400E">
                <w:rPr>
                  <w:rFonts w:ascii="Times New Roman" w:hAnsi="Times New Roman"/>
                  <w:color w:val="0000FF"/>
                  <w:u w:val="single"/>
                  <w:lang w:val="ru-RU"/>
                </w:rPr>
                <w:t>4</w:t>
              </w:r>
              <w:r>
                <w:rPr>
                  <w:rFonts w:ascii="Times New Roman" w:hAnsi="Times New Roman"/>
                  <w:color w:val="0000FF"/>
                  <w:u w:val="single"/>
                </w:rPr>
                <w:t>e</w:t>
              </w:r>
              <w:r w:rsidRPr="0079400E">
                <w:rPr>
                  <w:rFonts w:ascii="Times New Roman" w:hAnsi="Times New Roman"/>
                  <w:color w:val="0000FF"/>
                  <w:u w:val="single"/>
                  <w:lang w:val="ru-RU"/>
                </w:rPr>
                <w:t>21482</w:t>
              </w:r>
            </w:hyperlink>
          </w:p>
        </w:tc>
      </w:tr>
      <w:tr w:rsidR="000A1063"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64</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Сравнение математических объектов (общее, различное, уникальное/специфичное)</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p>
        </w:tc>
        <w:tc>
          <w:tcPr>
            <w:tcW w:w="3686" w:type="dxa"/>
            <w:tcMar>
              <w:top w:w="50" w:type="dxa"/>
              <w:left w:w="100" w:type="dxa"/>
            </w:tcMar>
            <w:vAlign w:val="center"/>
          </w:tcPr>
          <w:p w:rsidR="000A1063" w:rsidRDefault="008E75F7" w:rsidP="00057B56">
            <w:pPr>
              <w:spacing w:after="0"/>
              <w:ind w:left="135"/>
            </w:pPr>
            <w:hyperlink r:id="rId606">
              <w:r w:rsidR="000A1063" w:rsidRPr="004A6E25">
                <w:rPr>
                  <w:rFonts w:ascii="Times New Roman" w:hAnsi="Times New Roman"/>
                  <w:color w:val="0000FF"/>
                  <w:u w:val="single"/>
                </w:rPr>
                <w:t>https://education.yandex.ru</w:t>
              </w:r>
            </w:hyperlink>
            <w:r w:rsidR="000A1063" w:rsidRPr="004A6E25">
              <w:rPr>
                <w:rFonts w:ascii="Times New Roman" w:hAnsi="Times New Roman"/>
                <w:color w:val="000000"/>
                <w:sz w:val="24"/>
              </w:rPr>
              <w:t xml:space="preserve"> </w:t>
            </w:r>
            <w:hyperlink r:id="rId607">
              <w:r w:rsidR="000A1063" w:rsidRPr="004A6E25">
                <w:rPr>
                  <w:rFonts w:ascii="Times New Roman" w:hAnsi="Times New Roman"/>
                  <w:color w:val="0000FF"/>
                  <w:u w:val="single"/>
                </w:rPr>
                <w:t>https://uchi.ru</w:t>
              </w:r>
            </w:hyperlink>
          </w:p>
        </w:tc>
      </w:tr>
      <w:tr w:rsidR="000A1063"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65</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r w:rsidRPr="000F7EDB">
              <w:rPr>
                <w:rFonts w:ascii="Times New Roman" w:hAnsi="Times New Roman" w:cs="Times New Roman"/>
                <w:color w:val="000000"/>
                <w:sz w:val="24"/>
                <w:szCs w:val="24"/>
              </w:rPr>
              <w:t>Контрольная работа № 2</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rPr>
              <w:t xml:space="preserve"> 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p>
        </w:tc>
        <w:tc>
          <w:tcPr>
            <w:tcW w:w="3686" w:type="dxa"/>
            <w:tcMar>
              <w:top w:w="50" w:type="dxa"/>
              <w:left w:w="100" w:type="dxa"/>
            </w:tcMar>
            <w:vAlign w:val="center"/>
          </w:tcPr>
          <w:p w:rsidR="000A1063" w:rsidRDefault="008E75F7" w:rsidP="00057B56">
            <w:pPr>
              <w:spacing w:after="0"/>
              <w:ind w:left="135"/>
            </w:pPr>
            <w:hyperlink r:id="rId608">
              <w:r w:rsidR="000A1063" w:rsidRPr="004A6E25">
                <w:rPr>
                  <w:rFonts w:ascii="Times New Roman" w:hAnsi="Times New Roman"/>
                  <w:color w:val="0000FF"/>
                  <w:u w:val="single"/>
                </w:rPr>
                <w:t>https://education.yandex.ru</w:t>
              </w:r>
            </w:hyperlink>
            <w:r w:rsidR="000A1063" w:rsidRPr="004A6E25">
              <w:rPr>
                <w:rFonts w:ascii="Times New Roman" w:hAnsi="Times New Roman"/>
                <w:color w:val="000000"/>
                <w:sz w:val="24"/>
              </w:rPr>
              <w:t xml:space="preserve"> </w:t>
            </w:r>
            <w:hyperlink r:id="rId609">
              <w:r w:rsidR="000A1063" w:rsidRPr="004A6E25">
                <w:rPr>
                  <w:rFonts w:ascii="Times New Roman" w:hAnsi="Times New Roman"/>
                  <w:color w:val="0000FF"/>
                  <w:u w:val="single"/>
                </w:rPr>
                <w:t>https://uchi.ru</w:t>
              </w:r>
            </w:hyperlink>
          </w:p>
        </w:tc>
      </w:tr>
      <w:tr w:rsidR="000A1063" w:rsidRPr="008E75F7"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66</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Арифметические действия с величинами: сложение, вычитание</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val="restart"/>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Проявляющий уважение к труду, людям труда, бережное отношение к результатам</w:t>
            </w:r>
          </w:p>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труда, ответственное потребление.</w:t>
            </w:r>
          </w:p>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Проявляющий интерес к разным профессиям.</w:t>
            </w:r>
          </w:p>
        </w:tc>
        <w:tc>
          <w:tcPr>
            <w:tcW w:w="3686" w:type="dxa"/>
            <w:tcMar>
              <w:top w:w="50" w:type="dxa"/>
              <w:left w:w="100" w:type="dxa"/>
            </w:tcMar>
            <w:vAlign w:val="center"/>
          </w:tcPr>
          <w:p w:rsidR="000A1063" w:rsidRPr="000A1063" w:rsidRDefault="008E75F7" w:rsidP="00057B56">
            <w:pPr>
              <w:spacing w:after="0"/>
              <w:ind w:left="135"/>
              <w:rPr>
                <w:lang w:val="ru-RU"/>
              </w:rPr>
            </w:pPr>
            <w:hyperlink r:id="rId610">
              <w:r w:rsidR="000A1063" w:rsidRPr="004A6E25">
                <w:rPr>
                  <w:rFonts w:ascii="Times New Roman" w:hAnsi="Times New Roman"/>
                  <w:color w:val="0000FF"/>
                  <w:u w:val="single"/>
                </w:rPr>
                <w:t>https</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education</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yandex</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ru</w:t>
              </w:r>
            </w:hyperlink>
            <w:r w:rsidR="000A1063" w:rsidRPr="000A1063">
              <w:rPr>
                <w:rFonts w:ascii="Times New Roman" w:hAnsi="Times New Roman"/>
                <w:color w:val="000000"/>
                <w:sz w:val="24"/>
                <w:lang w:val="ru-RU"/>
              </w:rPr>
              <w:t xml:space="preserve"> </w:t>
            </w:r>
            <w:hyperlink r:id="rId611">
              <w:r w:rsidR="000A1063" w:rsidRPr="004A6E25">
                <w:rPr>
                  <w:rFonts w:ascii="Times New Roman" w:hAnsi="Times New Roman"/>
                  <w:color w:val="0000FF"/>
                  <w:u w:val="single"/>
                </w:rPr>
                <w:t>https</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uchi</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ru</w:t>
              </w:r>
            </w:hyperlink>
          </w:p>
        </w:tc>
      </w:tr>
      <w:tr w:rsidR="000A1063" w:rsidRPr="008E75F7"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67</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Поиск и использование данных для решения практических задач</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p>
        </w:tc>
        <w:tc>
          <w:tcPr>
            <w:tcW w:w="3686" w:type="dxa"/>
            <w:tcMar>
              <w:top w:w="50" w:type="dxa"/>
              <w:left w:w="100" w:type="dxa"/>
            </w:tcMar>
            <w:vAlign w:val="center"/>
          </w:tcPr>
          <w:p w:rsidR="000A1063" w:rsidRPr="0079400E" w:rsidRDefault="000A1063" w:rsidP="00057B56">
            <w:pPr>
              <w:spacing w:after="0"/>
              <w:ind w:left="135"/>
              <w:rPr>
                <w:lang w:val="ru-RU"/>
              </w:rPr>
            </w:pPr>
            <w:r w:rsidRPr="0079400E">
              <w:rPr>
                <w:rFonts w:ascii="Times New Roman" w:hAnsi="Times New Roman"/>
                <w:color w:val="000000"/>
                <w:sz w:val="24"/>
                <w:lang w:val="ru-RU"/>
              </w:rPr>
              <w:t xml:space="preserve">Библиотека ЦОК </w:t>
            </w:r>
            <w:hyperlink r:id="rId612">
              <w:r>
                <w:rPr>
                  <w:rFonts w:ascii="Times New Roman" w:hAnsi="Times New Roman"/>
                  <w:color w:val="0000FF"/>
                  <w:u w:val="single"/>
                </w:rPr>
                <w:t>https</w:t>
              </w:r>
              <w:r w:rsidRPr="0079400E">
                <w:rPr>
                  <w:rFonts w:ascii="Times New Roman" w:hAnsi="Times New Roman"/>
                  <w:color w:val="0000FF"/>
                  <w:u w:val="single"/>
                  <w:lang w:val="ru-RU"/>
                </w:rPr>
                <w:t>://</w:t>
              </w:r>
              <w:r>
                <w:rPr>
                  <w:rFonts w:ascii="Times New Roman" w:hAnsi="Times New Roman"/>
                  <w:color w:val="0000FF"/>
                  <w:u w:val="single"/>
                </w:rPr>
                <w:t>m</w:t>
              </w:r>
              <w:r w:rsidRPr="0079400E">
                <w:rPr>
                  <w:rFonts w:ascii="Times New Roman" w:hAnsi="Times New Roman"/>
                  <w:color w:val="0000FF"/>
                  <w:u w:val="single"/>
                  <w:lang w:val="ru-RU"/>
                </w:rPr>
                <w:t>.</w:t>
              </w:r>
              <w:r>
                <w:rPr>
                  <w:rFonts w:ascii="Times New Roman" w:hAnsi="Times New Roman"/>
                  <w:color w:val="0000FF"/>
                  <w:u w:val="single"/>
                </w:rPr>
                <w:t>edsoo</w:t>
              </w:r>
              <w:r w:rsidRPr="0079400E">
                <w:rPr>
                  <w:rFonts w:ascii="Times New Roman" w:hAnsi="Times New Roman"/>
                  <w:color w:val="0000FF"/>
                  <w:u w:val="single"/>
                  <w:lang w:val="ru-RU"/>
                </w:rPr>
                <w:t>.</w:t>
              </w:r>
              <w:r>
                <w:rPr>
                  <w:rFonts w:ascii="Times New Roman" w:hAnsi="Times New Roman"/>
                  <w:color w:val="0000FF"/>
                  <w:u w:val="single"/>
                </w:rPr>
                <w:t>ru</w:t>
              </w:r>
              <w:r w:rsidRPr="0079400E">
                <w:rPr>
                  <w:rFonts w:ascii="Times New Roman" w:hAnsi="Times New Roman"/>
                  <w:color w:val="0000FF"/>
                  <w:u w:val="single"/>
                  <w:lang w:val="ru-RU"/>
                </w:rPr>
                <w:t>/</w:t>
              </w:r>
              <w:r>
                <w:rPr>
                  <w:rFonts w:ascii="Times New Roman" w:hAnsi="Times New Roman"/>
                  <w:color w:val="0000FF"/>
                  <w:u w:val="single"/>
                </w:rPr>
                <w:t>c</w:t>
              </w:r>
              <w:r w:rsidRPr="0079400E">
                <w:rPr>
                  <w:rFonts w:ascii="Times New Roman" w:hAnsi="Times New Roman"/>
                  <w:color w:val="0000FF"/>
                  <w:u w:val="single"/>
                  <w:lang w:val="ru-RU"/>
                </w:rPr>
                <w:t>4</w:t>
              </w:r>
              <w:r>
                <w:rPr>
                  <w:rFonts w:ascii="Times New Roman" w:hAnsi="Times New Roman"/>
                  <w:color w:val="0000FF"/>
                  <w:u w:val="single"/>
                </w:rPr>
                <w:t>e</w:t>
              </w:r>
              <w:r w:rsidRPr="0079400E">
                <w:rPr>
                  <w:rFonts w:ascii="Times New Roman" w:hAnsi="Times New Roman"/>
                  <w:color w:val="0000FF"/>
                  <w:u w:val="single"/>
                  <w:lang w:val="ru-RU"/>
                </w:rPr>
                <w:t>212</w:t>
              </w:r>
              <w:r>
                <w:rPr>
                  <w:rFonts w:ascii="Times New Roman" w:hAnsi="Times New Roman"/>
                  <w:color w:val="0000FF"/>
                  <w:u w:val="single"/>
                </w:rPr>
                <w:t>de</w:t>
              </w:r>
            </w:hyperlink>
          </w:p>
        </w:tc>
      </w:tr>
      <w:tr w:rsidR="000A1063" w:rsidRPr="008E75F7"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68</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Задачи на нахождение цены, количества, стоимости товара</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Выражающий познавательные интересы, активность, любознательность и самостоятельность в познании, интерес и уважение к научным знаниям, науке.</w:t>
            </w:r>
          </w:p>
        </w:tc>
        <w:tc>
          <w:tcPr>
            <w:tcW w:w="3686" w:type="dxa"/>
            <w:tcMar>
              <w:top w:w="50" w:type="dxa"/>
              <w:left w:w="100" w:type="dxa"/>
            </w:tcMar>
            <w:vAlign w:val="center"/>
          </w:tcPr>
          <w:p w:rsidR="000A1063" w:rsidRPr="0079400E" w:rsidRDefault="000A1063" w:rsidP="00057B56">
            <w:pPr>
              <w:spacing w:after="0"/>
              <w:ind w:left="135"/>
              <w:rPr>
                <w:lang w:val="ru-RU"/>
              </w:rPr>
            </w:pPr>
            <w:r w:rsidRPr="0079400E">
              <w:rPr>
                <w:rFonts w:ascii="Times New Roman" w:hAnsi="Times New Roman"/>
                <w:color w:val="000000"/>
                <w:sz w:val="24"/>
                <w:lang w:val="ru-RU"/>
              </w:rPr>
              <w:t xml:space="preserve">Библиотека ЦОК </w:t>
            </w:r>
            <w:hyperlink r:id="rId613">
              <w:r>
                <w:rPr>
                  <w:rFonts w:ascii="Times New Roman" w:hAnsi="Times New Roman"/>
                  <w:color w:val="0000FF"/>
                  <w:u w:val="single"/>
                </w:rPr>
                <w:t>https</w:t>
              </w:r>
              <w:r w:rsidRPr="0079400E">
                <w:rPr>
                  <w:rFonts w:ascii="Times New Roman" w:hAnsi="Times New Roman"/>
                  <w:color w:val="0000FF"/>
                  <w:u w:val="single"/>
                  <w:lang w:val="ru-RU"/>
                </w:rPr>
                <w:t>://</w:t>
              </w:r>
              <w:r>
                <w:rPr>
                  <w:rFonts w:ascii="Times New Roman" w:hAnsi="Times New Roman"/>
                  <w:color w:val="0000FF"/>
                  <w:u w:val="single"/>
                </w:rPr>
                <w:t>m</w:t>
              </w:r>
              <w:r w:rsidRPr="0079400E">
                <w:rPr>
                  <w:rFonts w:ascii="Times New Roman" w:hAnsi="Times New Roman"/>
                  <w:color w:val="0000FF"/>
                  <w:u w:val="single"/>
                  <w:lang w:val="ru-RU"/>
                </w:rPr>
                <w:t>.</w:t>
              </w:r>
              <w:r>
                <w:rPr>
                  <w:rFonts w:ascii="Times New Roman" w:hAnsi="Times New Roman"/>
                  <w:color w:val="0000FF"/>
                  <w:u w:val="single"/>
                </w:rPr>
                <w:t>edsoo</w:t>
              </w:r>
              <w:r w:rsidRPr="0079400E">
                <w:rPr>
                  <w:rFonts w:ascii="Times New Roman" w:hAnsi="Times New Roman"/>
                  <w:color w:val="0000FF"/>
                  <w:u w:val="single"/>
                  <w:lang w:val="ru-RU"/>
                </w:rPr>
                <w:t>.</w:t>
              </w:r>
              <w:r>
                <w:rPr>
                  <w:rFonts w:ascii="Times New Roman" w:hAnsi="Times New Roman"/>
                  <w:color w:val="0000FF"/>
                  <w:u w:val="single"/>
                </w:rPr>
                <w:t>ru</w:t>
              </w:r>
              <w:r w:rsidRPr="0079400E">
                <w:rPr>
                  <w:rFonts w:ascii="Times New Roman" w:hAnsi="Times New Roman"/>
                  <w:color w:val="0000FF"/>
                  <w:u w:val="single"/>
                  <w:lang w:val="ru-RU"/>
                </w:rPr>
                <w:t>/</w:t>
              </w:r>
              <w:r>
                <w:rPr>
                  <w:rFonts w:ascii="Times New Roman" w:hAnsi="Times New Roman"/>
                  <w:color w:val="0000FF"/>
                  <w:u w:val="single"/>
                </w:rPr>
                <w:t>c</w:t>
              </w:r>
              <w:r w:rsidRPr="0079400E">
                <w:rPr>
                  <w:rFonts w:ascii="Times New Roman" w:hAnsi="Times New Roman"/>
                  <w:color w:val="0000FF"/>
                  <w:u w:val="single"/>
                  <w:lang w:val="ru-RU"/>
                </w:rPr>
                <w:t>4</w:t>
              </w:r>
              <w:r>
                <w:rPr>
                  <w:rFonts w:ascii="Times New Roman" w:hAnsi="Times New Roman"/>
                  <w:color w:val="0000FF"/>
                  <w:u w:val="single"/>
                </w:rPr>
                <w:t>e</w:t>
              </w:r>
              <w:r w:rsidRPr="0079400E">
                <w:rPr>
                  <w:rFonts w:ascii="Times New Roman" w:hAnsi="Times New Roman"/>
                  <w:color w:val="0000FF"/>
                  <w:u w:val="single"/>
                  <w:lang w:val="ru-RU"/>
                </w:rPr>
                <w:t>22</w:t>
              </w:r>
              <w:r>
                <w:rPr>
                  <w:rFonts w:ascii="Times New Roman" w:hAnsi="Times New Roman"/>
                  <w:color w:val="0000FF"/>
                  <w:u w:val="single"/>
                </w:rPr>
                <w:t>abc</w:t>
              </w:r>
            </w:hyperlink>
          </w:p>
        </w:tc>
      </w:tr>
      <w:tr w:rsidR="000A1063" w:rsidRPr="008E75F7"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69</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Запись решения задачи по действиям с пояснениями и с помощью числового выражения</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val="restart"/>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Проявляющий уважение к труду, людям труда, бережное отношение к результатам</w:t>
            </w:r>
          </w:p>
          <w:p w:rsidR="000A1063" w:rsidRPr="000A1063" w:rsidRDefault="000A1063" w:rsidP="00057B56">
            <w:pPr>
              <w:spacing w:after="0"/>
              <w:ind w:left="135"/>
              <w:rPr>
                <w:rFonts w:ascii="Times New Roman" w:hAnsi="Times New Roman" w:cs="Times New Roman"/>
                <w:sz w:val="24"/>
                <w:szCs w:val="24"/>
                <w:lang w:val="ru-RU"/>
              </w:rPr>
            </w:pPr>
            <w:r w:rsidRPr="000A1063">
              <w:rPr>
                <w:rFonts w:ascii="Times New Roman" w:hAnsi="Times New Roman" w:cs="Times New Roman"/>
                <w:sz w:val="24"/>
                <w:szCs w:val="24"/>
                <w:lang w:val="ru-RU"/>
              </w:rPr>
              <w:t>труда, ответственное потребление.</w:t>
            </w:r>
          </w:p>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Проявляющий интерес к разным профессиям.</w:t>
            </w:r>
          </w:p>
        </w:tc>
        <w:tc>
          <w:tcPr>
            <w:tcW w:w="3686" w:type="dxa"/>
            <w:tcMar>
              <w:top w:w="50" w:type="dxa"/>
              <w:left w:w="100" w:type="dxa"/>
            </w:tcMar>
            <w:vAlign w:val="center"/>
          </w:tcPr>
          <w:p w:rsidR="000A1063" w:rsidRPr="000A1063" w:rsidRDefault="008E75F7" w:rsidP="00057B56">
            <w:pPr>
              <w:spacing w:after="0"/>
              <w:ind w:left="135"/>
              <w:rPr>
                <w:lang w:val="ru-RU"/>
              </w:rPr>
            </w:pPr>
            <w:hyperlink r:id="rId614">
              <w:r w:rsidR="000A1063" w:rsidRPr="004A6E25">
                <w:rPr>
                  <w:rFonts w:ascii="Times New Roman" w:hAnsi="Times New Roman"/>
                  <w:color w:val="0000FF"/>
                  <w:u w:val="single"/>
                </w:rPr>
                <w:t>https</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education</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yandex</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ru</w:t>
              </w:r>
            </w:hyperlink>
            <w:r w:rsidR="000A1063" w:rsidRPr="000A1063">
              <w:rPr>
                <w:rFonts w:ascii="Times New Roman" w:hAnsi="Times New Roman"/>
                <w:color w:val="000000"/>
                <w:sz w:val="24"/>
                <w:lang w:val="ru-RU"/>
              </w:rPr>
              <w:t xml:space="preserve"> </w:t>
            </w:r>
            <w:hyperlink r:id="rId615">
              <w:r w:rsidR="000A1063" w:rsidRPr="004A6E25">
                <w:rPr>
                  <w:rFonts w:ascii="Times New Roman" w:hAnsi="Times New Roman"/>
                  <w:color w:val="0000FF"/>
                  <w:u w:val="single"/>
                </w:rPr>
                <w:t>https</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uchi</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ru</w:t>
              </w:r>
            </w:hyperlink>
          </w:p>
        </w:tc>
      </w:tr>
      <w:tr w:rsidR="000A1063"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70</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Применение представлений о сложении, вычитании для решения практических задач (в одно действие)</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p>
        </w:tc>
        <w:tc>
          <w:tcPr>
            <w:tcW w:w="3686" w:type="dxa"/>
            <w:tcMar>
              <w:top w:w="50" w:type="dxa"/>
              <w:left w:w="100" w:type="dxa"/>
            </w:tcMar>
            <w:vAlign w:val="center"/>
          </w:tcPr>
          <w:p w:rsidR="000A1063" w:rsidRDefault="008E75F7" w:rsidP="00057B56">
            <w:pPr>
              <w:spacing w:after="0"/>
              <w:ind w:left="135"/>
            </w:pPr>
            <w:hyperlink r:id="rId616">
              <w:r w:rsidR="000A1063" w:rsidRPr="004A6E25">
                <w:rPr>
                  <w:rFonts w:ascii="Times New Roman" w:hAnsi="Times New Roman"/>
                  <w:color w:val="0000FF"/>
                  <w:u w:val="single"/>
                </w:rPr>
                <w:t>https://education.yandex.ru</w:t>
              </w:r>
            </w:hyperlink>
            <w:r w:rsidR="000A1063" w:rsidRPr="004A6E25">
              <w:rPr>
                <w:rFonts w:ascii="Times New Roman" w:hAnsi="Times New Roman"/>
                <w:color w:val="000000"/>
                <w:sz w:val="24"/>
              </w:rPr>
              <w:t xml:space="preserve"> </w:t>
            </w:r>
            <w:hyperlink r:id="rId617">
              <w:r w:rsidR="000A1063" w:rsidRPr="004A6E25">
                <w:rPr>
                  <w:rFonts w:ascii="Times New Roman" w:hAnsi="Times New Roman"/>
                  <w:color w:val="0000FF"/>
                  <w:u w:val="single"/>
                </w:rPr>
                <w:t>https://uchi.ru</w:t>
              </w:r>
            </w:hyperlink>
          </w:p>
        </w:tc>
      </w:tr>
      <w:tr w:rsidR="000A1063" w:rsidRPr="008E75F7"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lastRenderedPageBreak/>
              <w:t>71</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r w:rsidRPr="000F7EDB">
              <w:rPr>
                <w:rFonts w:ascii="Times New Roman" w:hAnsi="Times New Roman" w:cs="Times New Roman"/>
                <w:color w:val="000000"/>
                <w:sz w:val="24"/>
                <w:szCs w:val="24"/>
              </w:rPr>
              <w:t>Задачи с недостаточными данными</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rPr>
              <w:t xml:space="preserve"> 1 </w:t>
            </w:r>
          </w:p>
        </w:tc>
        <w:tc>
          <w:tcPr>
            <w:tcW w:w="5103" w:type="dxa"/>
            <w:vMerge w:val="restart"/>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Выражающий познавательные интересы, активность, любознательность и</w:t>
            </w:r>
          </w:p>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самостоятельность в познании, интерес и уважение к научным знаниям, науке.</w:t>
            </w:r>
          </w:p>
        </w:tc>
        <w:tc>
          <w:tcPr>
            <w:tcW w:w="3686" w:type="dxa"/>
            <w:tcMar>
              <w:top w:w="50" w:type="dxa"/>
              <w:left w:w="100" w:type="dxa"/>
            </w:tcMar>
            <w:vAlign w:val="center"/>
          </w:tcPr>
          <w:p w:rsidR="000A1063" w:rsidRPr="000A1063" w:rsidRDefault="008E75F7" w:rsidP="00057B56">
            <w:pPr>
              <w:spacing w:after="0"/>
              <w:ind w:left="135"/>
              <w:rPr>
                <w:lang w:val="ru-RU"/>
              </w:rPr>
            </w:pPr>
            <w:hyperlink r:id="rId618">
              <w:r w:rsidR="000A1063" w:rsidRPr="004A6E25">
                <w:rPr>
                  <w:rFonts w:ascii="Times New Roman" w:hAnsi="Times New Roman"/>
                  <w:color w:val="0000FF"/>
                  <w:u w:val="single"/>
                </w:rPr>
                <w:t>https</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education</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yandex</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ru</w:t>
              </w:r>
            </w:hyperlink>
            <w:r w:rsidR="000A1063" w:rsidRPr="000A1063">
              <w:rPr>
                <w:rFonts w:ascii="Times New Roman" w:hAnsi="Times New Roman"/>
                <w:color w:val="000000"/>
                <w:sz w:val="24"/>
                <w:lang w:val="ru-RU"/>
              </w:rPr>
              <w:t xml:space="preserve"> </w:t>
            </w:r>
            <w:hyperlink r:id="rId619">
              <w:r w:rsidR="000A1063" w:rsidRPr="004A6E25">
                <w:rPr>
                  <w:rFonts w:ascii="Times New Roman" w:hAnsi="Times New Roman"/>
                  <w:color w:val="0000FF"/>
                  <w:u w:val="single"/>
                </w:rPr>
                <w:t>https</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uchi</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ru</w:t>
              </w:r>
            </w:hyperlink>
          </w:p>
        </w:tc>
      </w:tr>
      <w:tr w:rsidR="000A1063"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72</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r w:rsidRPr="000F7EDB">
              <w:rPr>
                <w:rFonts w:ascii="Times New Roman" w:hAnsi="Times New Roman" w:cs="Times New Roman"/>
                <w:color w:val="000000"/>
                <w:sz w:val="24"/>
                <w:szCs w:val="24"/>
              </w:rPr>
              <w:t>Таблица: чтение, дополнение</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rPr>
              <w:t xml:space="preserve"> 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p>
        </w:tc>
        <w:tc>
          <w:tcPr>
            <w:tcW w:w="3686" w:type="dxa"/>
            <w:tcMar>
              <w:top w:w="50" w:type="dxa"/>
              <w:left w:w="100" w:type="dxa"/>
            </w:tcMar>
            <w:vAlign w:val="center"/>
          </w:tcPr>
          <w:p w:rsidR="000A1063" w:rsidRDefault="008E75F7" w:rsidP="00057B56">
            <w:pPr>
              <w:spacing w:after="0"/>
              <w:ind w:left="135"/>
            </w:pPr>
            <w:hyperlink r:id="rId620">
              <w:r w:rsidR="000A1063" w:rsidRPr="004A6E25">
                <w:rPr>
                  <w:rFonts w:ascii="Times New Roman" w:hAnsi="Times New Roman"/>
                  <w:color w:val="0000FF"/>
                  <w:u w:val="single"/>
                </w:rPr>
                <w:t>https://education.yandex.ru</w:t>
              </w:r>
            </w:hyperlink>
            <w:r w:rsidR="000A1063" w:rsidRPr="004A6E25">
              <w:rPr>
                <w:rFonts w:ascii="Times New Roman" w:hAnsi="Times New Roman"/>
                <w:color w:val="000000"/>
                <w:sz w:val="24"/>
              </w:rPr>
              <w:t xml:space="preserve"> </w:t>
            </w:r>
            <w:hyperlink r:id="rId621">
              <w:r w:rsidR="000A1063" w:rsidRPr="004A6E25">
                <w:rPr>
                  <w:rFonts w:ascii="Times New Roman" w:hAnsi="Times New Roman"/>
                  <w:color w:val="0000FF"/>
                  <w:u w:val="single"/>
                </w:rPr>
                <w:t>https://uchi.ru</w:t>
              </w:r>
            </w:hyperlink>
          </w:p>
        </w:tc>
      </w:tr>
      <w:tr w:rsidR="000A1063" w:rsidRPr="008E75F7"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73</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Конструирование: разбиение фигуры на прямоугольники (квадраты), конструирование фигуры из прямоугольников. </w:t>
            </w:r>
            <w:r w:rsidRPr="000F7EDB">
              <w:rPr>
                <w:rFonts w:ascii="Times New Roman" w:hAnsi="Times New Roman" w:cs="Times New Roman"/>
                <w:color w:val="000000"/>
                <w:sz w:val="24"/>
                <w:szCs w:val="24"/>
              </w:rPr>
              <w:t>Выполнение построений</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rPr>
              <w:t xml:space="preserve"> 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p>
        </w:tc>
        <w:tc>
          <w:tcPr>
            <w:tcW w:w="3686" w:type="dxa"/>
            <w:tcMar>
              <w:top w:w="50" w:type="dxa"/>
              <w:left w:w="100" w:type="dxa"/>
            </w:tcMar>
            <w:vAlign w:val="center"/>
          </w:tcPr>
          <w:p w:rsidR="000A1063" w:rsidRPr="0079400E" w:rsidRDefault="000A1063" w:rsidP="00057B56">
            <w:pPr>
              <w:spacing w:after="0"/>
              <w:ind w:left="135"/>
              <w:rPr>
                <w:lang w:val="ru-RU"/>
              </w:rPr>
            </w:pPr>
            <w:r w:rsidRPr="0079400E">
              <w:rPr>
                <w:rFonts w:ascii="Times New Roman" w:hAnsi="Times New Roman"/>
                <w:color w:val="000000"/>
                <w:sz w:val="24"/>
                <w:lang w:val="ru-RU"/>
              </w:rPr>
              <w:t xml:space="preserve">Библиотека ЦОК </w:t>
            </w:r>
            <w:hyperlink r:id="rId622">
              <w:r>
                <w:rPr>
                  <w:rFonts w:ascii="Times New Roman" w:hAnsi="Times New Roman"/>
                  <w:color w:val="0000FF"/>
                  <w:u w:val="single"/>
                </w:rPr>
                <w:t>https</w:t>
              </w:r>
              <w:r w:rsidRPr="0079400E">
                <w:rPr>
                  <w:rFonts w:ascii="Times New Roman" w:hAnsi="Times New Roman"/>
                  <w:color w:val="0000FF"/>
                  <w:u w:val="single"/>
                  <w:lang w:val="ru-RU"/>
                </w:rPr>
                <w:t>://</w:t>
              </w:r>
              <w:r>
                <w:rPr>
                  <w:rFonts w:ascii="Times New Roman" w:hAnsi="Times New Roman"/>
                  <w:color w:val="0000FF"/>
                  <w:u w:val="single"/>
                </w:rPr>
                <w:t>m</w:t>
              </w:r>
              <w:r w:rsidRPr="0079400E">
                <w:rPr>
                  <w:rFonts w:ascii="Times New Roman" w:hAnsi="Times New Roman"/>
                  <w:color w:val="0000FF"/>
                  <w:u w:val="single"/>
                  <w:lang w:val="ru-RU"/>
                </w:rPr>
                <w:t>.</w:t>
              </w:r>
              <w:r>
                <w:rPr>
                  <w:rFonts w:ascii="Times New Roman" w:hAnsi="Times New Roman"/>
                  <w:color w:val="0000FF"/>
                  <w:u w:val="single"/>
                </w:rPr>
                <w:t>edsoo</w:t>
              </w:r>
              <w:r w:rsidRPr="0079400E">
                <w:rPr>
                  <w:rFonts w:ascii="Times New Roman" w:hAnsi="Times New Roman"/>
                  <w:color w:val="0000FF"/>
                  <w:u w:val="single"/>
                  <w:lang w:val="ru-RU"/>
                </w:rPr>
                <w:t>.</w:t>
              </w:r>
              <w:r>
                <w:rPr>
                  <w:rFonts w:ascii="Times New Roman" w:hAnsi="Times New Roman"/>
                  <w:color w:val="0000FF"/>
                  <w:u w:val="single"/>
                </w:rPr>
                <w:t>ru</w:t>
              </w:r>
              <w:r w:rsidRPr="0079400E">
                <w:rPr>
                  <w:rFonts w:ascii="Times New Roman" w:hAnsi="Times New Roman"/>
                  <w:color w:val="0000FF"/>
                  <w:u w:val="single"/>
                  <w:lang w:val="ru-RU"/>
                </w:rPr>
                <w:t>/</w:t>
              </w:r>
              <w:r>
                <w:rPr>
                  <w:rFonts w:ascii="Times New Roman" w:hAnsi="Times New Roman"/>
                  <w:color w:val="0000FF"/>
                  <w:u w:val="single"/>
                </w:rPr>
                <w:t>c</w:t>
              </w:r>
              <w:r w:rsidRPr="0079400E">
                <w:rPr>
                  <w:rFonts w:ascii="Times New Roman" w:hAnsi="Times New Roman"/>
                  <w:color w:val="0000FF"/>
                  <w:u w:val="single"/>
                  <w:lang w:val="ru-RU"/>
                </w:rPr>
                <w:t>4</w:t>
              </w:r>
              <w:r>
                <w:rPr>
                  <w:rFonts w:ascii="Times New Roman" w:hAnsi="Times New Roman"/>
                  <w:color w:val="0000FF"/>
                  <w:u w:val="single"/>
                </w:rPr>
                <w:t>e</w:t>
              </w:r>
              <w:r w:rsidRPr="0079400E">
                <w:rPr>
                  <w:rFonts w:ascii="Times New Roman" w:hAnsi="Times New Roman"/>
                  <w:color w:val="0000FF"/>
                  <w:u w:val="single"/>
                  <w:lang w:val="ru-RU"/>
                </w:rPr>
                <w:t>25582</w:t>
              </w:r>
            </w:hyperlink>
          </w:p>
        </w:tc>
      </w:tr>
      <w:tr w:rsidR="000A1063"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74</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Устные приемы вычислений: умножение и деление с многозначным числом</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p>
        </w:tc>
        <w:tc>
          <w:tcPr>
            <w:tcW w:w="3686" w:type="dxa"/>
            <w:tcMar>
              <w:top w:w="50" w:type="dxa"/>
              <w:left w:w="100" w:type="dxa"/>
            </w:tcMar>
            <w:vAlign w:val="center"/>
          </w:tcPr>
          <w:p w:rsidR="000A1063" w:rsidRDefault="008E75F7" w:rsidP="00057B56">
            <w:pPr>
              <w:spacing w:after="0"/>
              <w:ind w:left="135"/>
            </w:pPr>
            <w:hyperlink r:id="rId623">
              <w:r w:rsidR="000A1063" w:rsidRPr="004A6E25">
                <w:rPr>
                  <w:rFonts w:ascii="Times New Roman" w:hAnsi="Times New Roman"/>
                  <w:color w:val="0000FF"/>
                  <w:u w:val="single"/>
                </w:rPr>
                <w:t>https://education.yandex.ru</w:t>
              </w:r>
            </w:hyperlink>
            <w:r w:rsidR="000A1063" w:rsidRPr="004A6E25">
              <w:rPr>
                <w:rFonts w:ascii="Times New Roman" w:hAnsi="Times New Roman"/>
                <w:color w:val="000000"/>
                <w:sz w:val="24"/>
              </w:rPr>
              <w:t xml:space="preserve"> </w:t>
            </w:r>
            <w:hyperlink r:id="rId624">
              <w:r w:rsidR="000A1063" w:rsidRPr="004A6E25">
                <w:rPr>
                  <w:rFonts w:ascii="Times New Roman" w:hAnsi="Times New Roman"/>
                  <w:color w:val="0000FF"/>
                  <w:u w:val="single"/>
                </w:rPr>
                <w:t>https://uchi.ru</w:t>
              </w:r>
            </w:hyperlink>
          </w:p>
        </w:tc>
      </w:tr>
      <w:tr w:rsidR="000A1063" w:rsidRPr="008E75F7"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75</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Умножение на однозначное число в пределах 100000</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Выражающий познавательные интересы, активность, любознательность и</w:t>
            </w:r>
          </w:p>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самостоятельность в познании, интерес и уважение к научным знаниям, науке.</w:t>
            </w:r>
          </w:p>
        </w:tc>
        <w:tc>
          <w:tcPr>
            <w:tcW w:w="3686" w:type="dxa"/>
            <w:tcMar>
              <w:top w:w="50" w:type="dxa"/>
              <w:left w:w="100" w:type="dxa"/>
            </w:tcMar>
            <w:vAlign w:val="center"/>
          </w:tcPr>
          <w:p w:rsidR="000A1063" w:rsidRPr="0079400E" w:rsidRDefault="000A1063" w:rsidP="00057B56">
            <w:pPr>
              <w:spacing w:after="0"/>
              <w:ind w:left="135"/>
              <w:rPr>
                <w:lang w:val="ru-RU"/>
              </w:rPr>
            </w:pPr>
            <w:r w:rsidRPr="0079400E">
              <w:rPr>
                <w:rFonts w:ascii="Times New Roman" w:hAnsi="Times New Roman"/>
                <w:color w:val="000000"/>
                <w:sz w:val="24"/>
                <w:lang w:val="ru-RU"/>
              </w:rPr>
              <w:t xml:space="preserve">Библиотека ЦОК </w:t>
            </w:r>
            <w:hyperlink r:id="rId625">
              <w:r>
                <w:rPr>
                  <w:rFonts w:ascii="Times New Roman" w:hAnsi="Times New Roman"/>
                  <w:color w:val="0000FF"/>
                  <w:u w:val="single"/>
                </w:rPr>
                <w:t>https</w:t>
              </w:r>
              <w:r w:rsidRPr="0079400E">
                <w:rPr>
                  <w:rFonts w:ascii="Times New Roman" w:hAnsi="Times New Roman"/>
                  <w:color w:val="0000FF"/>
                  <w:u w:val="single"/>
                  <w:lang w:val="ru-RU"/>
                </w:rPr>
                <w:t>://</w:t>
              </w:r>
              <w:r>
                <w:rPr>
                  <w:rFonts w:ascii="Times New Roman" w:hAnsi="Times New Roman"/>
                  <w:color w:val="0000FF"/>
                  <w:u w:val="single"/>
                </w:rPr>
                <w:t>m</w:t>
              </w:r>
              <w:r w:rsidRPr="0079400E">
                <w:rPr>
                  <w:rFonts w:ascii="Times New Roman" w:hAnsi="Times New Roman"/>
                  <w:color w:val="0000FF"/>
                  <w:u w:val="single"/>
                  <w:lang w:val="ru-RU"/>
                </w:rPr>
                <w:t>.</w:t>
              </w:r>
              <w:r>
                <w:rPr>
                  <w:rFonts w:ascii="Times New Roman" w:hAnsi="Times New Roman"/>
                  <w:color w:val="0000FF"/>
                  <w:u w:val="single"/>
                </w:rPr>
                <w:t>edsoo</w:t>
              </w:r>
              <w:r w:rsidRPr="0079400E">
                <w:rPr>
                  <w:rFonts w:ascii="Times New Roman" w:hAnsi="Times New Roman"/>
                  <w:color w:val="0000FF"/>
                  <w:u w:val="single"/>
                  <w:lang w:val="ru-RU"/>
                </w:rPr>
                <w:t>.</w:t>
              </w:r>
              <w:r>
                <w:rPr>
                  <w:rFonts w:ascii="Times New Roman" w:hAnsi="Times New Roman"/>
                  <w:color w:val="0000FF"/>
                  <w:u w:val="single"/>
                </w:rPr>
                <w:t>ru</w:t>
              </w:r>
              <w:r w:rsidRPr="0079400E">
                <w:rPr>
                  <w:rFonts w:ascii="Times New Roman" w:hAnsi="Times New Roman"/>
                  <w:color w:val="0000FF"/>
                  <w:u w:val="single"/>
                  <w:lang w:val="ru-RU"/>
                </w:rPr>
                <w:t>/</w:t>
              </w:r>
              <w:r>
                <w:rPr>
                  <w:rFonts w:ascii="Times New Roman" w:hAnsi="Times New Roman"/>
                  <w:color w:val="0000FF"/>
                  <w:u w:val="single"/>
                </w:rPr>
                <w:t>c</w:t>
              </w:r>
              <w:r w:rsidRPr="0079400E">
                <w:rPr>
                  <w:rFonts w:ascii="Times New Roman" w:hAnsi="Times New Roman"/>
                  <w:color w:val="0000FF"/>
                  <w:u w:val="single"/>
                  <w:lang w:val="ru-RU"/>
                </w:rPr>
                <w:t>4</w:t>
              </w:r>
              <w:r>
                <w:rPr>
                  <w:rFonts w:ascii="Times New Roman" w:hAnsi="Times New Roman"/>
                  <w:color w:val="0000FF"/>
                  <w:u w:val="single"/>
                </w:rPr>
                <w:t>e</w:t>
              </w:r>
              <w:r w:rsidRPr="0079400E">
                <w:rPr>
                  <w:rFonts w:ascii="Times New Roman" w:hAnsi="Times New Roman"/>
                  <w:color w:val="0000FF"/>
                  <w:u w:val="single"/>
                  <w:lang w:val="ru-RU"/>
                </w:rPr>
                <w:t>1</w:t>
              </w:r>
              <w:r>
                <w:rPr>
                  <w:rFonts w:ascii="Times New Roman" w:hAnsi="Times New Roman"/>
                  <w:color w:val="0000FF"/>
                  <w:u w:val="single"/>
                </w:rPr>
                <w:t>c</w:t>
              </w:r>
              <w:r w:rsidRPr="0079400E">
                <w:rPr>
                  <w:rFonts w:ascii="Times New Roman" w:hAnsi="Times New Roman"/>
                  <w:color w:val="0000FF"/>
                  <w:u w:val="single"/>
                  <w:lang w:val="ru-RU"/>
                </w:rPr>
                <w:t>4</w:t>
              </w:r>
              <w:r>
                <w:rPr>
                  <w:rFonts w:ascii="Times New Roman" w:hAnsi="Times New Roman"/>
                  <w:color w:val="0000FF"/>
                  <w:u w:val="single"/>
                </w:rPr>
                <w:t>aa</w:t>
              </w:r>
            </w:hyperlink>
          </w:p>
        </w:tc>
      </w:tr>
      <w:tr w:rsidR="000A1063" w:rsidRPr="008E75F7"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76</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Увеличение значения величины в несколько раз (умножение на однозначное число)</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val="restart"/>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Обладающий первоначальными представлениями о природных и социальных</w:t>
            </w:r>
          </w:p>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объектах, многообразии объектов и явлений природы, связи живой и неживой</w:t>
            </w:r>
          </w:p>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природы, о науке, научном знании.</w:t>
            </w:r>
          </w:p>
        </w:tc>
        <w:tc>
          <w:tcPr>
            <w:tcW w:w="3686" w:type="dxa"/>
            <w:tcMar>
              <w:top w:w="50" w:type="dxa"/>
              <w:left w:w="100" w:type="dxa"/>
            </w:tcMar>
            <w:vAlign w:val="center"/>
          </w:tcPr>
          <w:p w:rsidR="000A1063" w:rsidRPr="000A1063" w:rsidRDefault="008E75F7" w:rsidP="00057B56">
            <w:pPr>
              <w:spacing w:after="0"/>
              <w:ind w:left="135"/>
              <w:rPr>
                <w:lang w:val="ru-RU"/>
              </w:rPr>
            </w:pPr>
            <w:hyperlink r:id="rId626">
              <w:r w:rsidR="000A1063" w:rsidRPr="004A6E25">
                <w:rPr>
                  <w:rFonts w:ascii="Times New Roman" w:hAnsi="Times New Roman"/>
                  <w:color w:val="0000FF"/>
                  <w:u w:val="single"/>
                </w:rPr>
                <w:t>https</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education</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yandex</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ru</w:t>
              </w:r>
            </w:hyperlink>
            <w:r w:rsidR="000A1063" w:rsidRPr="000A1063">
              <w:rPr>
                <w:rFonts w:ascii="Times New Roman" w:hAnsi="Times New Roman"/>
                <w:color w:val="000000"/>
                <w:sz w:val="24"/>
                <w:lang w:val="ru-RU"/>
              </w:rPr>
              <w:t xml:space="preserve"> </w:t>
            </w:r>
            <w:hyperlink r:id="rId627">
              <w:r w:rsidR="000A1063" w:rsidRPr="004A6E25">
                <w:rPr>
                  <w:rFonts w:ascii="Times New Roman" w:hAnsi="Times New Roman"/>
                  <w:color w:val="0000FF"/>
                  <w:u w:val="single"/>
                </w:rPr>
                <w:t>https</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uchi</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ru</w:t>
              </w:r>
            </w:hyperlink>
          </w:p>
        </w:tc>
      </w:tr>
      <w:tr w:rsidR="000A1063"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77</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Составление числового выражения (произведения, частного) с комментированием, нахождение его значения</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p>
        </w:tc>
        <w:tc>
          <w:tcPr>
            <w:tcW w:w="3686" w:type="dxa"/>
            <w:tcMar>
              <w:top w:w="50" w:type="dxa"/>
              <w:left w:w="100" w:type="dxa"/>
            </w:tcMar>
            <w:vAlign w:val="center"/>
          </w:tcPr>
          <w:p w:rsidR="000A1063" w:rsidRDefault="008E75F7" w:rsidP="00057B56">
            <w:pPr>
              <w:spacing w:after="0"/>
              <w:ind w:left="135"/>
            </w:pPr>
            <w:hyperlink r:id="rId628">
              <w:r w:rsidR="000A1063" w:rsidRPr="004A6E25">
                <w:rPr>
                  <w:rFonts w:ascii="Times New Roman" w:hAnsi="Times New Roman"/>
                  <w:color w:val="0000FF"/>
                  <w:u w:val="single"/>
                </w:rPr>
                <w:t>https://education.yandex.ru</w:t>
              </w:r>
            </w:hyperlink>
            <w:r w:rsidR="000A1063" w:rsidRPr="004A6E25">
              <w:rPr>
                <w:rFonts w:ascii="Times New Roman" w:hAnsi="Times New Roman"/>
                <w:color w:val="000000"/>
                <w:sz w:val="24"/>
              </w:rPr>
              <w:t xml:space="preserve"> </w:t>
            </w:r>
            <w:hyperlink r:id="rId629">
              <w:r w:rsidR="000A1063" w:rsidRPr="004A6E25">
                <w:rPr>
                  <w:rFonts w:ascii="Times New Roman" w:hAnsi="Times New Roman"/>
                  <w:color w:val="0000FF"/>
                  <w:u w:val="single"/>
                </w:rPr>
                <w:t>https://uchi.ru</w:t>
              </w:r>
            </w:hyperlink>
          </w:p>
        </w:tc>
      </w:tr>
      <w:tr w:rsidR="000A1063"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78</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Взаимное расположение геометрических фигур на чертеже</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p>
        </w:tc>
        <w:tc>
          <w:tcPr>
            <w:tcW w:w="3686" w:type="dxa"/>
            <w:tcMar>
              <w:top w:w="50" w:type="dxa"/>
              <w:left w:w="100" w:type="dxa"/>
            </w:tcMar>
            <w:vAlign w:val="center"/>
          </w:tcPr>
          <w:p w:rsidR="000A1063" w:rsidRDefault="008E75F7" w:rsidP="00057B56">
            <w:pPr>
              <w:spacing w:after="0"/>
              <w:ind w:left="135"/>
            </w:pPr>
            <w:hyperlink r:id="rId630">
              <w:r w:rsidR="000A1063" w:rsidRPr="004A6E25">
                <w:rPr>
                  <w:rFonts w:ascii="Times New Roman" w:hAnsi="Times New Roman"/>
                  <w:color w:val="0000FF"/>
                  <w:u w:val="single"/>
                </w:rPr>
                <w:t>https://education.yandex.ru</w:t>
              </w:r>
            </w:hyperlink>
            <w:r w:rsidR="000A1063" w:rsidRPr="004A6E25">
              <w:rPr>
                <w:rFonts w:ascii="Times New Roman" w:hAnsi="Times New Roman"/>
                <w:color w:val="000000"/>
                <w:sz w:val="24"/>
              </w:rPr>
              <w:t xml:space="preserve"> </w:t>
            </w:r>
            <w:hyperlink r:id="rId631">
              <w:r w:rsidR="000A1063" w:rsidRPr="004A6E25">
                <w:rPr>
                  <w:rFonts w:ascii="Times New Roman" w:hAnsi="Times New Roman"/>
                  <w:color w:val="0000FF"/>
                  <w:u w:val="single"/>
                </w:rPr>
                <w:t>https://uchi.ru</w:t>
              </w:r>
            </w:hyperlink>
          </w:p>
        </w:tc>
      </w:tr>
      <w:tr w:rsidR="000A1063" w:rsidRPr="008E75F7"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79</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Нахождение неизвестного компонента действия умножения (с комментированием)</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p>
        </w:tc>
        <w:tc>
          <w:tcPr>
            <w:tcW w:w="3686" w:type="dxa"/>
            <w:tcMar>
              <w:top w:w="50" w:type="dxa"/>
              <w:left w:w="100" w:type="dxa"/>
            </w:tcMar>
            <w:vAlign w:val="center"/>
          </w:tcPr>
          <w:p w:rsidR="000A1063" w:rsidRPr="0079400E" w:rsidRDefault="000A1063" w:rsidP="00057B56">
            <w:pPr>
              <w:spacing w:after="0"/>
              <w:ind w:left="135"/>
              <w:rPr>
                <w:lang w:val="ru-RU"/>
              </w:rPr>
            </w:pPr>
            <w:r w:rsidRPr="0079400E">
              <w:rPr>
                <w:rFonts w:ascii="Times New Roman" w:hAnsi="Times New Roman"/>
                <w:color w:val="000000"/>
                <w:sz w:val="24"/>
                <w:lang w:val="ru-RU"/>
              </w:rPr>
              <w:t xml:space="preserve">Библиотека ЦОК </w:t>
            </w:r>
            <w:hyperlink r:id="rId632">
              <w:r>
                <w:rPr>
                  <w:rFonts w:ascii="Times New Roman" w:hAnsi="Times New Roman"/>
                  <w:color w:val="0000FF"/>
                  <w:u w:val="single"/>
                </w:rPr>
                <w:t>https</w:t>
              </w:r>
              <w:r w:rsidRPr="0079400E">
                <w:rPr>
                  <w:rFonts w:ascii="Times New Roman" w:hAnsi="Times New Roman"/>
                  <w:color w:val="0000FF"/>
                  <w:u w:val="single"/>
                  <w:lang w:val="ru-RU"/>
                </w:rPr>
                <w:t>://</w:t>
              </w:r>
              <w:r>
                <w:rPr>
                  <w:rFonts w:ascii="Times New Roman" w:hAnsi="Times New Roman"/>
                  <w:color w:val="0000FF"/>
                  <w:u w:val="single"/>
                </w:rPr>
                <w:t>m</w:t>
              </w:r>
              <w:r w:rsidRPr="0079400E">
                <w:rPr>
                  <w:rFonts w:ascii="Times New Roman" w:hAnsi="Times New Roman"/>
                  <w:color w:val="0000FF"/>
                  <w:u w:val="single"/>
                  <w:lang w:val="ru-RU"/>
                </w:rPr>
                <w:t>.</w:t>
              </w:r>
              <w:r>
                <w:rPr>
                  <w:rFonts w:ascii="Times New Roman" w:hAnsi="Times New Roman"/>
                  <w:color w:val="0000FF"/>
                  <w:u w:val="single"/>
                </w:rPr>
                <w:t>edsoo</w:t>
              </w:r>
              <w:r w:rsidRPr="0079400E">
                <w:rPr>
                  <w:rFonts w:ascii="Times New Roman" w:hAnsi="Times New Roman"/>
                  <w:color w:val="0000FF"/>
                  <w:u w:val="single"/>
                  <w:lang w:val="ru-RU"/>
                </w:rPr>
                <w:t>.</w:t>
              </w:r>
              <w:r>
                <w:rPr>
                  <w:rFonts w:ascii="Times New Roman" w:hAnsi="Times New Roman"/>
                  <w:color w:val="0000FF"/>
                  <w:u w:val="single"/>
                </w:rPr>
                <w:t>ru</w:t>
              </w:r>
              <w:r w:rsidRPr="0079400E">
                <w:rPr>
                  <w:rFonts w:ascii="Times New Roman" w:hAnsi="Times New Roman"/>
                  <w:color w:val="0000FF"/>
                  <w:u w:val="single"/>
                  <w:lang w:val="ru-RU"/>
                </w:rPr>
                <w:t>/</w:t>
              </w:r>
              <w:r>
                <w:rPr>
                  <w:rFonts w:ascii="Times New Roman" w:hAnsi="Times New Roman"/>
                  <w:color w:val="0000FF"/>
                  <w:u w:val="single"/>
                </w:rPr>
                <w:t>c</w:t>
              </w:r>
              <w:r w:rsidRPr="0079400E">
                <w:rPr>
                  <w:rFonts w:ascii="Times New Roman" w:hAnsi="Times New Roman"/>
                  <w:color w:val="0000FF"/>
                  <w:u w:val="single"/>
                  <w:lang w:val="ru-RU"/>
                </w:rPr>
                <w:t>4</w:t>
              </w:r>
              <w:r>
                <w:rPr>
                  <w:rFonts w:ascii="Times New Roman" w:hAnsi="Times New Roman"/>
                  <w:color w:val="0000FF"/>
                  <w:u w:val="single"/>
                </w:rPr>
                <w:t>e</w:t>
              </w:r>
              <w:r w:rsidRPr="0079400E">
                <w:rPr>
                  <w:rFonts w:ascii="Times New Roman" w:hAnsi="Times New Roman"/>
                  <w:color w:val="0000FF"/>
                  <w:u w:val="single"/>
                  <w:lang w:val="ru-RU"/>
                </w:rPr>
                <w:t>1</w:t>
              </w:r>
              <w:r>
                <w:rPr>
                  <w:rFonts w:ascii="Times New Roman" w:hAnsi="Times New Roman"/>
                  <w:color w:val="0000FF"/>
                  <w:u w:val="single"/>
                </w:rPr>
                <w:t>f</w:t>
              </w:r>
              <w:r w:rsidRPr="0079400E">
                <w:rPr>
                  <w:rFonts w:ascii="Times New Roman" w:hAnsi="Times New Roman"/>
                  <w:color w:val="0000FF"/>
                  <w:u w:val="single"/>
                  <w:lang w:val="ru-RU"/>
                </w:rPr>
                <w:t>970</w:t>
              </w:r>
            </w:hyperlink>
          </w:p>
        </w:tc>
      </w:tr>
      <w:tr w:rsidR="000A1063" w:rsidRPr="008E75F7"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80</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Нахождение неизвестного компонента действия деления (с комментированием)</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p>
        </w:tc>
        <w:tc>
          <w:tcPr>
            <w:tcW w:w="3686" w:type="dxa"/>
            <w:tcMar>
              <w:top w:w="50" w:type="dxa"/>
              <w:left w:w="100" w:type="dxa"/>
            </w:tcMar>
            <w:vAlign w:val="center"/>
          </w:tcPr>
          <w:p w:rsidR="000A1063" w:rsidRPr="0079400E" w:rsidRDefault="000A1063" w:rsidP="00057B56">
            <w:pPr>
              <w:spacing w:after="0"/>
              <w:ind w:left="135"/>
              <w:rPr>
                <w:lang w:val="ru-RU"/>
              </w:rPr>
            </w:pPr>
            <w:r w:rsidRPr="0079400E">
              <w:rPr>
                <w:rFonts w:ascii="Times New Roman" w:hAnsi="Times New Roman"/>
                <w:color w:val="000000"/>
                <w:sz w:val="24"/>
                <w:lang w:val="ru-RU"/>
              </w:rPr>
              <w:t xml:space="preserve">Библиотека ЦОК </w:t>
            </w:r>
            <w:hyperlink r:id="rId633">
              <w:r>
                <w:rPr>
                  <w:rFonts w:ascii="Times New Roman" w:hAnsi="Times New Roman"/>
                  <w:color w:val="0000FF"/>
                  <w:u w:val="single"/>
                </w:rPr>
                <w:t>https</w:t>
              </w:r>
              <w:r w:rsidRPr="0079400E">
                <w:rPr>
                  <w:rFonts w:ascii="Times New Roman" w:hAnsi="Times New Roman"/>
                  <w:color w:val="0000FF"/>
                  <w:u w:val="single"/>
                  <w:lang w:val="ru-RU"/>
                </w:rPr>
                <w:t>://</w:t>
              </w:r>
              <w:r>
                <w:rPr>
                  <w:rFonts w:ascii="Times New Roman" w:hAnsi="Times New Roman"/>
                  <w:color w:val="0000FF"/>
                  <w:u w:val="single"/>
                </w:rPr>
                <w:t>m</w:t>
              </w:r>
              <w:r w:rsidRPr="0079400E">
                <w:rPr>
                  <w:rFonts w:ascii="Times New Roman" w:hAnsi="Times New Roman"/>
                  <w:color w:val="0000FF"/>
                  <w:u w:val="single"/>
                  <w:lang w:val="ru-RU"/>
                </w:rPr>
                <w:t>.</w:t>
              </w:r>
              <w:r>
                <w:rPr>
                  <w:rFonts w:ascii="Times New Roman" w:hAnsi="Times New Roman"/>
                  <w:color w:val="0000FF"/>
                  <w:u w:val="single"/>
                </w:rPr>
                <w:t>edsoo</w:t>
              </w:r>
              <w:r w:rsidRPr="0079400E">
                <w:rPr>
                  <w:rFonts w:ascii="Times New Roman" w:hAnsi="Times New Roman"/>
                  <w:color w:val="0000FF"/>
                  <w:u w:val="single"/>
                  <w:lang w:val="ru-RU"/>
                </w:rPr>
                <w:t>.</w:t>
              </w:r>
              <w:r>
                <w:rPr>
                  <w:rFonts w:ascii="Times New Roman" w:hAnsi="Times New Roman"/>
                  <w:color w:val="0000FF"/>
                  <w:u w:val="single"/>
                </w:rPr>
                <w:t>ru</w:t>
              </w:r>
              <w:r w:rsidRPr="0079400E">
                <w:rPr>
                  <w:rFonts w:ascii="Times New Roman" w:hAnsi="Times New Roman"/>
                  <w:color w:val="0000FF"/>
                  <w:u w:val="single"/>
                  <w:lang w:val="ru-RU"/>
                </w:rPr>
                <w:t>/</w:t>
              </w:r>
              <w:r>
                <w:rPr>
                  <w:rFonts w:ascii="Times New Roman" w:hAnsi="Times New Roman"/>
                  <w:color w:val="0000FF"/>
                  <w:u w:val="single"/>
                </w:rPr>
                <w:t>c</w:t>
              </w:r>
              <w:r w:rsidRPr="0079400E">
                <w:rPr>
                  <w:rFonts w:ascii="Times New Roman" w:hAnsi="Times New Roman"/>
                  <w:color w:val="0000FF"/>
                  <w:u w:val="single"/>
                  <w:lang w:val="ru-RU"/>
                </w:rPr>
                <w:t>4</w:t>
              </w:r>
              <w:r>
                <w:rPr>
                  <w:rFonts w:ascii="Times New Roman" w:hAnsi="Times New Roman"/>
                  <w:color w:val="0000FF"/>
                  <w:u w:val="single"/>
                </w:rPr>
                <w:t>e</w:t>
              </w:r>
              <w:r w:rsidRPr="0079400E">
                <w:rPr>
                  <w:rFonts w:ascii="Times New Roman" w:hAnsi="Times New Roman"/>
                  <w:color w:val="0000FF"/>
                  <w:u w:val="single"/>
                  <w:lang w:val="ru-RU"/>
                </w:rPr>
                <w:t>1</w:t>
              </w:r>
              <w:r>
                <w:rPr>
                  <w:rFonts w:ascii="Times New Roman" w:hAnsi="Times New Roman"/>
                  <w:color w:val="0000FF"/>
                  <w:u w:val="single"/>
                </w:rPr>
                <w:t>fb</w:t>
              </w:r>
              <w:r w:rsidRPr="0079400E">
                <w:rPr>
                  <w:rFonts w:ascii="Times New Roman" w:hAnsi="Times New Roman"/>
                  <w:color w:val="0000FF"/>
                  <w:u w:val="single"/>
                  <w:lang w:val="ru-RU"/>
                </w:rPr>
                <w:t>1</w:t>
              </w:r>
              <w:r>
                <w:rPr>
                  <w:rFonts w:ascii="Times New Roman" w:hAnsi="Times New Roman"/>
                  <w:color w:val="0000FF"/>
                  <w:u w:val="single"/>
                </w:rPr>
                <w:t>e</w:t>
              </w:r>
            </w:hyperlink>
          </w:p>
        </w:tc>
      </w:tr>
      <w:tr w:rsidR="000A1063"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lastRenderedPageBreak/>
              <w:t>81</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r w:rsidRPr="000F7EDB">
              <w:rPr>
                <w:rFonts w:ascii="Times New Roman" w:hAnsi="Times New Roman" w:cs="Times New Roman"/>
                <w:color w:val="000000"/>
                <w:sz w:val="24"/>
                <w:szCs w:val="24"/>
              </w:rPr>
              <w:t>Сравнение геометрических фигур</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rPr>
              <w:t xml:space="preserve"> 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p>
        </w:tc>
        <w:tc>
          <w:tcPr>
            <w:tcW w:w="3686" w:type="dxa"/>
            <w:tcMar>
              <w:top w:w="50" w:type="dxa"/>
              <w:left w:w="100" w:type="dxa"/>
            </w:tcMar>
            <w:vAlign w:val="center"/>
          </w:tcPr>
          <w:p w:rsidR="000A1063" w:rsidRDefault="008E75F7" w:rsidP="00057B56">
            <w:pPr>
              <w:spacing w:after="0"/>
              <w:ind w:left="135"/>
            </w:pPr>
            <w:hyperlink r:id="rId634">
              <w:r w:rsidR="000A1063" w:rsidRPr="004A6E25">
                <w:rPr>
                  <w:rFonts w:ascii="Times New Roman" w:hAnsi="Times New Roman"/>
                  <w:color w:val="0000FF"/>
                  <w:u w:val="single"/>
                </w:rPr>
                <w:t>https://education.yandex.ru</w:t>
              </w:r>
            </w:hyperlink>
            <w:r w:rsidR="000A1063" w:rsidRPr="004A6E25">
              <w:rPr>
                <w:rFonts w:ascii="Times New Roman" w:hAnsi="Times New Roman"/>
                <w:color w:val="000000"/>
                <w:sz w:val="24"/>
              </w:rPr>
              <w:t xml:space="preserve"> </w:t>
            </w:r>
            <w:hyperlink r:id="rId635">
              <w:r w:rsidR="000A1063" w:rsidRPr="004A6E25">
                <w:rPr>
                  <w:rFonts w:ascii="Times New Roman" w:hAnsi="Times New Roman"/>
                  <w:color w:val="0000FF"/>
                  <w:u w:val="single"/>
                </w:rPr>
                <w:t>https://uchi.ru</w:t>
              </w:r>
            </w:hyperlink>
          </w:p>
        </w:tc>
      </w:tr>
      <w:tr w:rsidR="000A1063" w:rsidRPr="008E75F7"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82</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tc>
        <w:tc>
          <w:tcPr>
            <w:tcW w:w="3686" w:type="dxa"/>
            <w:tcMar>
              <w:top w:w="50" w:type="dxa"/>
              <w:left w:w="100" w:type="dxa"/>
            </w:tcMar>
            <w:vAlign w:val="center"/>
          </w:tcPr>
          <w:p w:rsidR="000A1063" w:rsidRPr="000A1063" w:rsidRDefault="008E75F7" w:rsidP="00057B56">
            <w:pPr>
              <w:spacing w:after="0"/>
              <w:ind w:left="135"/>
              <w:rPr>
                <w:lang w:val="ru-RU"/>
              </w:rPr>
            </w:pPr>
            <w:hyperlink r:id="rId636">
              <w:r w:rsidR="000A1063" w:rsidRPr="004A6E25">
                <w:rPr>
                  <w:rFonts w:ascii="Times New Roman" w:hAnsi="Times New Roman"/>
                  <w:color w:val="0000FF"/>
                  <w:u w:val="single"/>
                </w:rPr>
                <w:t>https</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education</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yandex</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ru</w:t>
              </w:r>
            </w:hyperlink>
            <w:r w:rsidR="000A1063" w:rsidRPr="000A1063">
              <w:rPr>
                <w:rFonts w:ascii="Times New Roman" w:hAnsi="Times New Roman"/>
                <w:color w:val="000000"/>
                <w:sz w:val="24"/>
                <w:lang w:val="ru-RU"/>
              </w:rPr>
              <w:t xml:space="preserve"> </w:t>
            </w:r>
            <w:hyperlink r:id="rId637">
              <w:r w:rsidR="000A1063" w:rsidRPr="004A6E25">
                <w:rPr>
                  <w:rFonts w:ascii="Times New Roman" w:hAnsi="Times New Roman"/>
                  <w:color w:val="0000FF"/>
                  <w:u w:val="single"/>
                </w:rPr>
                <w:t>https</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uchi</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ru</w:t>
              </w:r>
            </w:hyperlink>
          </w:p>
        </w:tc>
      </w:tr>
      <w:tr w:rsidR="000A1063" w:rsidRPr="008E75F7"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83</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Деление на однозначное число в пределах 100000</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val="restart"/>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Выражающий познавательные интересы, активность, любознательность и</w:t>
            </w:r>
          </w:p>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самостоятельность в познании, интерес и уважение к научным знаниям, науке.</w:t>
            </w:r>
          </w:p>
        </w:tc>
        <w:tc>
          <w:tcPr>
            <w:tcW w:w="3686" w:type="dxa"/>
            <w:tcMar>
              <w:top w:w="50" w:type="dxa"/>
              <w:left w:w="100" w:type="dxa"/>
            </w:tcMar>
            <w:vAlign w:val="center"/>
          </w:tcPr>
          <w:p w:rsidR="000A1063" w:rsidRPr="0079400E" w:rsidRDefault="000A1063" w:rsidP="00057B56">
            <w:pPr>
              <w:spacing w:after="0"/>
              <w:ind w:left="135"/>
              <w:rPr>
                <w:lang w:val="ru-RU"/>
              </w:rPr>
            </w:pPr>
            <w:r w:rsidRPr="0079400E">
              <w:rPr>
                <w:rFonts w:ascii="Times New Roman" w:hAnsi="Times New Roman"/>
                <w:color w:val="000000"/>
                <w:sz w:val="24"/>
                <w:lang w:val="ru-RU"/>
              </w:rPr>
              <w:t xml:space="preserve">Библиотека ЦОК </w:t>
            </w:r>
            <w:hyperlink r:id="rId638">
              <w:r>
                <w:rPr>
                  <w:rFonts w:ascii="Times New Roman" w:hAnsi="Times New Roman"/>
                  <w:color w:val="0000FF"/>
                  <w:u w:val="single"/>
                </w:rPr>
                <w:t>https</w:t>
              </w:r>
              <w:r w:rsidRPr="0079400E">
                <w:rPr>
                  <w:rFonts w:ascii="Times New Roman" w:hAnsi="Times New Roman"/>
                  <w:color w:val="0000FF"/>
                  <w:u w:val="single"/>
                  <w:lang w:val="ru-RU"/>
                </w:rPr>
                <w:t>://</w:t>
              </w:r>
              <w:r>
                <w:rPr>
                  <w:rFonts w:ascii="Times New Roman" w:hAnsi="Times New Roman"/>
                  <w:color w:val="0000FF"/>
                  <w:u w:val="single"/>
                </w:rPr>
                <w:t>m</w:t>
              </w:r>
              <w:r w:rsidRPr="0079400E">
                <w:rPr>
                  <w:rFonts w:ascii="Times New Roman" w:hAnsi="Times New Roman"/>
                  <w:color w:val="0000FF"/>
                  <w:u w:val="single"/>
                  <w:lang w:val="ru-RU"/>
                </w:rPr>
                <w:t>.</w:t>
              </w:r>
              <w:r>
                <w:rPr>
                  <w:rFonts w:ascii="Times New Roman" w:hAnsi="Times New Roman"/>
                  <w:color w:val="0000FF"/>
                  <w:u w:val="single"/>
                </w:rPr>
                <w:t>edsoo</w:t>
              </w:r>
              <w:r w:rsidRPr="0079400E">
                <w:rPr>
                  <w:rFonts w:ascii="Times New Roman" w:hAnsi="Times New Roman"/>
                  <w:color w:val="0000FF"/>
                  <w:u w:val="single"/>
                  <w:lang w:val="ru-RU"/>
                </w:rPr>
                <w:t>.</w:t>
              </w:r>
              <w:r>
                <w:rPr>
                  <w:rFonts w:ascii="Times New Roman" w:hAnsi="Times New Roman"/>
                  <w:color w:val="0000FF"/>
                  <w:u w:val="single"/>
                </w:rPr>
                <w:t>ru</w:t>
              </w:r>
              <w:r w:rsidRPr="0079400E">
                <w:rPr>
                  <w:rFonts w:ascii="Times New Roman" w:hAnsi="Times New Roman"/>
                  <w:color w:val="0000FF"/>
                  <w:u w:val="single"/>
                  <w:lang w:val="ru-RU"/>
                </w:rPr>
                <w:t>/</w:t>
              </w:r>
              <w:r>
                <w:rPr>
                  <w:rFonts w:ascii="Times New Roman" w:hAnsi="Times New Roman"/>
                  <w:color w:val="0000FF"/>
                  <w:u w:val="single"/>
                </w:rPr>
                <w:t>c</w:t>
              </w:r>
              <w:r w:rsidRPr="0079400E">
                <w:rPr>
                  <w:rFonts w:ascii="Times New Roman" w:hAnsi="Times New Roman"/>
                  <w:color w:val="0000FF"/>
                  <w:u w:val="single"/>
                  <w:lang w:val="ru-RU"/>
                </w:rPr>
                <w:t>4</w:t>
              </w:r>
              <w:r>
                <w:rPr>
                  <w:rFonts w:ascii="Times New Roman" w:hAnsi="Times New Roman"/>
                  <w:color w:val="0000FF"/>
                  <w:u w:val="single"/>
                </w:rPr>
                <w:t>e</w:t>
              </w:r>
              <w:r w:rsidRPr="0079400E">
                <w:rPr>
                  <w:rFonts w:ascii="Times New Roman" w:hAnsi="Times New Roman"/>
                  <w:color w:val="0000FF"/>
                  <w:u w:val="single"/>
                  <w:lang w:val="ru-RU"/>
                </w:rPr>
                <w:t>1</w:t>
              </w:r>
              <w:r>
                <w:rPr>
                  <w:rFonts w:ascii="Times New Roman" w:hAnsi="Times New Roman"/>
                  <w:color w:val="0000FF"/>
                  <w:u w:val="single"/>
                </w:rPr>
                <w:t>cf</w:t>
              </w:r>
              <w:r w:rsidRPr="0079400E">
                <w:rPr>
                  <w:rFonts w:ascii="Times New Roman" w:hAnsi="Times New Roman"/>
                  <w:color w:val="0000FF"/>
                  <w:u w:val="single"/>
                  <w:lang w:val="ru-RU"/>
                </w:rPr>
                <w:t>90</w:t>
              </w:r>
            </w:hyperlink>
          </w:p>
        </w:tc>
      </w:tr>
      <w:tr w:rsidR="000A1063"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84</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Составление числового выражения, содержащего 2 действия, нахождение его значения</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p>
        </w:tc>
        <w:tc>
          <w:tcPr>
            <w:tcW w:w="3686" w:type="dxa"/>
            <w:tcMar>
              <w:top w:w="50" w:type="dxa"/>
              <w:left w:w="100" w:type="dxa"/>
            </w:tcMar>
            <w:vAlign w:val="center"/>
          </w:tcPr>
          <w:p w:rsidR="000A1063" w:rsidRDefault="008E75F7" w:rsidP="00057B56">
            <w:pPr>
              <w:spacing w:after="0"/>
              <w:ind w:left="135"/>
            </w:pPr>
            <w:hyperlink r:id="rId639">
              <w:r w:rsidR="000A1063" w:rsidRPr="004A6E25">
                <w:rPr>
                  <w:rFonts w:ascii="Times New Roman" w:hAnsi="Times New Roman"/>
                  <w:color w:val="0000FF"/>
                  <w:u w:val="single"/>
                </w:rPr>
                <w:t>https://education.yandex.ru</w:t>
              </w:r>
            </w:hyperlink>
            <w:r w:rsidR="000A1063" w:rsidRPr="004A6E25">
              <w:rPr>
                <w:rFonts w:ascii="Times New Roman" w:hAnsi="Times New Roman"/>
                <w:color w:val="000000"/>
                <w:sz w:val="24"/>
              </w:rPr>
              <w:t xml:space="preserve"> </w:t>
            </w:r>
            <w:hyperlink r:id="rId640">
              <w:r w:rsidR="000A1063" w:rsidRPr="004A6E25">
                <w:rPr>
                  <w:rFonts w:ascii="Times New Roman" w:hAnsi="Times New Roman"/>
                  <w:color w:val="0000FF"/>
                  <w:u w:val="single"/>
                </w:rPr>
                <w:t>https://uchi.ru</w:t>
              </w:r>
            </w:hyperlink>
          </w:p>
        </w:tc>
      </w:tr>
      <w:tr w:rsidR="000A1063"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85</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Уменьшение значения величины в несколько раз (деление на однозначное число)</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p>
        </w:tc>
        <w:tc>
          <w:tcPr>
            <w:tcW w:w="3686" w:type="dxa"/>
            <w:tcMar>
              <w:top w:w="50" w:type="dxa"/>
              <w:left w:w="100" w:type="dxa"/>
            </w:tcMar>
            <w:vAlign w:val="center"/>
          </w:tcPr>
          <w:p w:rsidR="000A1063" w:rsidRDefault="008E75F7" w:rsidP="00057B56">
            <w:pPr>
              <w:spacing w:after="0"/>
              <w:ind w:left="135"/>
            </w:pPr>
            <w:hyperlink r:id="rId641">
              <w:r w:rsidR="000A1063" w:rsidRPr="004A6E25">
                <w:rPr>
                  <w:rFonts w:ascii="Times New Roman" w:hAnsi="Times New Roman"/>
                  <w:color w:val="0000FF"/>
                  <w:u w:val="single"/>
                </w:rPr>
                <w:t>https://education.yandex.ru</w:t>
              </w:r>
            </w:hyperlink>
            <w:r w:rsidR="000A1063" w:rsidRPr="004A6E25">
              <w:rPr>
                <w:rFonts w:ascii="Times New Roman" w:hAnsi="Times New Roman"/>
                <w:color w:val="000000"/>
                <w:sz w:val="24"/>
              </w:rPr>
              <w:t xml:space="preserve"> </w:t>
            </w:r>
            <w:hyperlink r:id="rId642">
              <w:r w:rsidR="000A1063" w:rsidRPr="004A6E25">
                <w:rPr>
                  <w:rFonts w:ascii="Times New Roman" w:hAnsi="Times New Roman"/>
                  <w:color w:val="0000FF"/>
                  <w:u w:val="single"/>
                </w:rPr>
                <w:t>https://uchi.ru</w:t>
              </w:r>
            </w:hyperlink>
          </w:p>
        </w:tc>
      </w:tr>
      <w:tr w:rsidR="000A1063"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86</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Проверочная работа</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rPr>
              <w:t xml:space="preserve"> 1 </w:t>
            </w:r>
          </w:p>
        </w:tc>
        <w:tc>
          <w:tcPr>
            <w:tcW w:w="5103"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Демонстрирующий навыки наблюдений, накопления фактов, осмысления опыта в</w:t>
            </w:r>
          </w:p>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естественнонаучной и гуманитарной областях познания, исследовательской</w:t>
            </w:r>
          </w:p>
          <w:p w:rsidR="000A1063" w:rsidRPr="000F7EDB" w:rsidRDefault="000A1063" w:rsidP="00057B56">
            <w:pPr>
              <w:spacing w:after="0"/>
              <w:ind w:left="135"/>
              <w:rPr>
                <w:rFonts w:ascii="Times New Roman" w:hAnsi="Times New Roman" w:cs="Times New Roman"/>
                <w:sz w:val="24"/>
                <w:szCs w:val="24"/>
              </w:rPr>
            </w:pPr>
            <w:proofErr w:type="gramStart"/>
            <w:r w:rsidRPr="000F7EDB">
              <w:rPr>
                <w:rFonts w:ascii="Times New Roman" w:hAnsi="Times New Roman" w:cs="Times New Roman"/>
                <w:sz w:val="24"/>
                <w:szCs w:val="24"/>
              </w:rPr>
              <w:t>деятельности</w:t>
            </w:r>
            <w:proofErr w:type="gramEnd"/>
            <w:r w:rsidRPr="000F7EDB">
              <w:rPr>
                <w:rFonts w:ascii="Times New Roman" w:hAnsi="Times New Roman" w:cs="Times New Roman"/>
                <w:sz w:val="24"/>
                <w:szCs w:val="24"/>
              </w:rPr>
              <w:t>.</w:t>
            </w:r>
          </w:p>
        </w:tc>
        <w:tc>
          <w:tcPr>
            <w:tcW w:w="3686" w:type="dxa"/>
            <w:tcMar>
              <w:top w:w="50" w:type="dxa"/>
              <w:left w:w="100" w:type="dxa"/>
            </w:tcMar>
            <w:vAlign w:val="center"/>
          </w:tcPr>
          <w:p w:rsidR="000A1063" w:rsidRDefault="000A1063" w:rsidP="00057B56">
            <w:pPr>
              <w:spacing w:after="0"/>
              <w:ind w:left="135"/>
            </w:pPr>
          </w:p>
        </w:tc>
      </w:tr>
      <w:tr w:rsidR="000A1063" w:rsidRPr="008E75F7"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87</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Число, большее или меньшее данного числа в заданное число раз</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val="restart"/>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Выражающий познавательные интересы, активность, любознательность и</w:t>
            </w:r>
          </w:p>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самостоятельность в познании, интерес и уважение к научным знаниям, науке.</w:t>
            </w:r>
          </w:p>
        </w:tc>
        <w:tc>
          <w:tcPr>
            <w:tcW w:w="3686" w:type="dxa"/>
            <w:tcMar>
              <w:top w:w="50" w:type="dxa"/>
              <w:left w:w="100" w:type="dxa"/>
            </w:tcMar>
            <w:vAlign w:val="center"/>
          </w:tcPr>
          <w:p w:rsidR="000A1063" w:rsidRPr="000A1063" w:rsidRDefault="008E75F7" w:rsidP="00057B56">
            <w:pPr>
              <w:spacing w:after="0"/>
              <w:ind w:left="135"/>
              <w:rPr>
                <w:lang w:val="ru-RU"/>
              </w:rPr>
            </w:pPr>
            <w:hyperlink r:id="rId643">
              <w:r w:rsidR="000A1063" w:rsidRPr="004A6E25">
                <w:rPr>
                  <w:rFonts w:ascii="Times New Roman" w:hAnsi="Times New Roman"/>
                  <w:color w:val="0000FF"/>
                  <w:u w:val="single"/>
                </w:rPr>
                <w:t>https</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education</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yandex</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ru</w:t>
              </w:r>
            </w:hyperlink>
            <w:r w:rsidR="000A1063" w:rsidRPr="000A1063">
              <w:rPr>
                <w:rFonts w:ascii="Times New Roman" w:hAnsi="Times New Roman"/>
                <w:color w:val="000000"/>
                <w:sz w:val="24"/>
                <w:lang w:val="ru-RU"/>
              </w:rPr>
              <w:t xml:space="preserve"> </w:t>
            </w:r>
            <w:hyperlink r:id="rId644">
              <w:r w:rsidR="000A1063" w:rsidRPr="004A6E25">
                <w:rPr>
                  <w:rFonts w:ascii="Times New Roman" w:hAnsi="Times New Roman"/>
                  <w:color w:val="0000FF"/>
                  <w:u w:val="single"/>
                </w:rPr>
                <w:t>https</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uchi</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ru</w:t>
              </w:r>
            </w:hyperlink>
          </w:p>
        </w:tc>
      </w:tr>
      <w:tr w:rsidR="000A1063"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88</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Применение представлений об умножении, делении для решения практических задач (в одно действие)</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p>
        </w:tc>
        <w:tc>
          <w:tcPr>
            <w:tcW w:w="3686" w:type="dxa"/>
            <w:tcMar>
              <w:top w:w="50" w:type="dxa"/>
              <w:left w:w="100" w:type="dxa"/>
            </w:tcMar>
            <w:vAlign w:val="center"/>
          </w:tcPr>
          <w:p w:rsidR="000A1063" w:rsidRDefault="008E75F7" w:rsidP="00057B56">
            <w:pPr>
              <w:spacing w:after="0"/>
              <w:ind w:left="135"/>
            </w:pPr>
            <w:hyperlink r:id="rId645">
              <w:r w:rsidR="000A1063" w:rsidRPr="004A6E25">
                <w:rPr>
                  <w:rFonts w:ascii="Times New Roman" w:hAnsi="Times New Roman"/>
                  <w:color w:val="0000FF"/>
                  <w:u w:val="single"/>
                </w:rPr>
                <w:t>https://education.yandex.ru</w:t>
              </w:r>
            </w:hyperlink>
            <w:r w:rsidR="000A1063" w:rsidRPr="004A6E25">
              <w:rPr>
                <w:rFonts w:ascii="Times New Roman" w:hAnsi="Times New Roman"/>
                <w:color w:val="000000"/>
                <w:sz w:val="24"/>
              </w:rPr>
              <w:t xml:space="preserve"> </w:t>
            </w:r>
            <w:hyperlink r:id="rId646">
              <w:r w:rsidR="000A1063" w:rsidRPr="004A6E25">
                <w:rPr>
                  <w:rFonts w:ascii="Times New Roman" w:hAnsi="Times New Roman"/>
                  <w:color w:val="0000FF"/>
                  <w:u w:val="single"/>
                </w:rPr>
                <w:t>https://uchi.ru</w:t>
              </w:r>
            </w:hyperlink>
          </w:p>
        </w:tc>
      </w:tr>
      <w:tr w:rsidR="000A1063" w:rsidRPr="008E75F7"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89</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Повторение пройденного по разделу "Нумерация"</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p>
        </w:tc>
        <w:tc>
          <w:tcPr>
            <w:tcW w:w="3686" w:type="dxa"/>
            <w:tcMar>
              <w:top w:w="50" w:type="dxa"/>
              <w:left w:w="100" w:type="dxa"/>
            </w:tcMar>
            <w:vAlign w:val="center"/>
          </w:tcPr>
          <w:p w:rsidR="000A1063" w:rsidRPr="000A1063" w:rsidRDefault="008E75F7" w:rsidP="00057B56">
            <w:pPr>
              <w:spacing w:after="0"/>
              <w:ind w:left="135"/>
              <w:rPr>
                <w:lang w:val="ru-RU"/>
              </w:rPr>
            </w:pPr>
            <w:hyperlink r:id="rId647">
              <w:r w:rsidR="000A1063" w:rsidRPr="004A6E25">
                <w:rPr>
                  <w:rFonts w:ascii="Times New Roman" w:hAnsi="Times New Roman"/>
                  <w:color w:val="0000FF"/>
                  <w:u w:val="single"/>
                </w:rPr>
                <w:t>https</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education</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yandex</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ru</w:t>
              </w:r>
            </w:hyperlink>
            <w:r w:rsidR="000A1063" w:rsidRPr="000A1063">
              <w:rPr>
                <w:rFonts w:ascii="Times New Roman" w:hAnsi="Times New Roman"/>
                <w:color w:val="000000"/>
                <w:sz w:val="24"/>
                <w:lang w:val="ru-RU"/>
              </w:rPr>
              <w:t xml:space="preserve"> </w:t>
            </w:r>
            <w:hyperlink r:id="rId648">
              <w:r w:rsidR="000A1063" w:rsidRPr="004A6E25">
                <w:rPr>
                  <w:rFonts w:ascii="Times New Roman" w:hAnsi="Times New Roman"/>
                  <w:color w:val="0000FF"/>
                  <w:u w:val="single"/>
                </w:rPr>
                <w:t>https</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uchi</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ru</w:t>
              </w:r>
            </w:hyperlink>
          </w:p>
        </w:tc>
      </w:tr>
      <w:tr w:rsidR="000A1063" w:rsidRPr="008E75F7"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90</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Сравнение значений числовых выражений с одним арифметическим действием</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val="restart"/>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Проявляющий уважение к труду, людям труда, бережное отношение к результатам</w:t>
            </w:r>
          </w:p>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lastRenderedPageBreak/>
              <w:t>труда, ответственное потребление.</w:t>
            </w:r>
          </w:p>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Проявляющий интерес к разным профессиям.</w:t>
            </w:r>
          </w:p>
        </w:tc>
        <w:tc>
          <w:tcPr>
            <w:tcW w:w="3686" w:type="dxa"/>
            <w:tcMar>
              <w:top w:w="50" w:type="dxa"/>
              <w:left w:w="100" w:type="dxa"/>
            </w:tcMar>
            <w:vAlign w:val="center"/>
          </w:tcPr>
          <w:p w:rsidR="000A1063" w:rsidRPr="000F7EDB" w:rsidRDefault="008E75F7" w:rsidP="00057B56">
            <w:pPr>
              <w:spacing w:after="0"/>
              <w:ind w:left="135"/>
              <w:rPr>
                <w:lang w:val="ru-RU"/>
              </w:rPr>
            </w:pPr>
            <w:hyperlink r:id="rId649">
              <w:r w:rsidR="000A1063" w:rsidRPr="004A6E25">
                <w:rPr>
                  <w:rFonts w:ascii="Times New Roman" w:hAnsi="Times New Roman"/>
                  <w:color w:val="0000FF"/>
                  <w:u w:val="single"/>
                </w:rPr>
                <w:t>https</w:t>
              </w:r>
              <w:r w:rsidR="000A1063" w:rsidRPr="000F7EDB">
                <w:rPr>
                  <w:rFonts w:ascii="Times New Roman" w:hAnsi="Times New Roman"/>
                  <w:color w:val="0000FF"/>
                  <w:u w:val="single"/>
                  <w:lang w:val="ru-RU"/>
                </w:rPr>
                <w:t>://</w:t>
              </w:r>
              <w:r w:rsidR="000A1063" w:rsidRPr="004A6E25">
                <w:rPr>
                  <w:rFonts w:ascii="Times New Roman" w:hAnsi="Times New Roman"/>
                  <w:color w:val="0000FF"/>
                  <w:u w:val="single"/>
                </w:rPr>
                <w:t>education</w:t>
              </w:r>
              <w:r w:rsidR="000A1063" w:rsidRPr="000F7EDB">
                <w:rPr>
                  <w:rFonts w:ascii="Times New Roman" w:hAnsi="Times New Roman"/>
                  <w:color w:val="0000FF"/>
                  <w:u w:val="single"/>
                  <w:lang w:val="ru-RU"/>
                </w:rPr>
                <w:t>.</w:t>
              </w:r>
              <w:r w:rsidR="000A1063" w:rsidRPr="004A6E25">
                <w:rPr>
                  <w:rFonts w:ascii="Times New Roman" w:hAnsi="Times New Roman"/>
                  <w:color w:val="0000FF"/>
                  <w:u w:val="single"/>
                </w:rPr>
                <w:t>yandex</w:t>
              </w:r>
              <w:r w:rsidR="000A1063" w:rsidRPr="000F7EDB">
                <w:rPr>
                  <w:rFonts w:ascii="Times New Roman" w:hAnsi="Times New Roman"/>
                  <w:color w:val="0000FF"/>
                  <w:u w:val="single"/>
                  <w:lang w:val="ru-RU"/>
                </w:rPr>
                <w:t>.</w:t>
              </w:r>
              <w:r w:rsidR="000A1063" w:rsidRPr="004A6E25">
                <w:rPr>
                  <w:rFonts w:ascii="Times New Roman" w:hAnsi="Times New Roman"/>
                  <w:color w:val="0000FF"/>
                  <w:u w:val="single"/>
                </w:rPr>
                <w:t>ru</w:t>
              </w:r>
            </w:hyperlink>
            <w:r w:rsidR="000A1063" w:rsidRPr="000F7EDB">
              <w:rPr>
                <w:rFonts w:ascii="Times New Roman" w:hAnsi="Times New Roman"/>
                <w:color w:val="000000"/>
                <w:sz w:val="24"/>
                <w:lang w:val="ru-RU"/>
              </w:rPr>
              <w:t xml:space="preserve"> </w:t>
            </w:r>
            <w:hyperlink r:id="rId650">
              <w:r w:rsidR="000A1063" w:rsidRPr="004A6E25">
                <w:rPr>
                  <w:rFonts w:ascii="Times New Roman" w:hAnsi="Times New Roman"/>
                  <w:color w:val="0000FF"/>
                  <w:u w:val="single"/>
                </w:rPr>
                <w:t>https</w:t>
              </w:r>
              <w:r w:rsidR="000A1063" w:rsidRPr="000F7EDB">
                <w:rPr>
                  <w:rFonts w:ascii="Times New Roman" w:hAnsi="Times New Roman"/>
                  <w:color w:val="0000FF"/>
                  <w:u w:val="single"/>
                  <w:lang w:val="ru-RU"/>
                </w:rPr>
                <w:t>://</w:t>
              </w:r>
              <w:r w:rsidR="000A1063" w:rsidRPr="004A6E25">
                <w:rPr>
                  <w:rFonts w:ascii="Times New Roman" w:hAnsi="Times New Roman"/>
                  <w:color w:val="0000FF"/>
                  <w:u w:val="single"/>
                </w:rPr>
                <w:t>uchi</w:t>
              </w:r>
              <w:r w:rsidR="000A1063" w:rsidRPr="000F7EDB">
                <w:rPr>
                  <w:rFonts w:ascii="Times New Roman" w:hAnsi="Times New Roman"/>
                  <w:color w:val="0000FF"/>
                  <w:u w:val="single"/>
                  <w:lang w:val="ru-RU"/>
                </w:rPr>
                <w:t>.</w:t>
              </w:r>
              <w:r w:rsidR="000A1063" w:rsidRPr="004A6E25">
                <w:rPr>
                  <w:rFonts w:ascii="Times New Roman" w:hAnsi="Times New Roman"/>
                  <w:color w:val="0000FF"/>
                  <w:u w:val="single"/>
                </w:rPr>
                <w:t>ru</w:t>
              </w:r>
            </w:hyperlink>
          </w:p>
        </w:tc>
      </w:tr>
      <w:tr w:rsidR="000A1063" w:rsidRPr="008E75F7"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lastRenderedPageBreak/>
              <w:t>91</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Разные приемы записи решения задачи</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p>
        </w:tc>
        <w:tc>
          <w:tcPr>
            <w:tcW w:w="3686" w:type="dxa"/>
            <w:tcMar>
              <w:top w:w="50" w:type="dxa"/>
              <w:left w:w="100" w:type="dxa"/>
            </w:tcMar>
            <w:vAlign w:val="center"/>
          </w:tcPr>
          <w:p w:rsidR="000A1063" w:rsidRPr="0079400E" w:rsidRDefault="000A1063" w:rsidP="00057B56">
            <w:pPr>
              <w:spacing w:after="0"/>
              <w:ind w:left="135"/>
              <w:rPr>
                <w:lang w:val="ru-RU"/>
              </w:rPr>
            </w:pPr>
            <w:r w:rsidRPr="0079400E">
              <w:rPr>
                <w:rFonts w:ascii="Times New Roman" w:hAnsi="Times New Roman"/>
                <w:color w:val="000000"/>
                <w:sz w:val="24"/>
                <w:lang w:val="ru-RU"/>
              </w:rPr>
              <w:t xml:space="preserve">Библиотека ЦОК </w:t>
            </w:r>
            <w:hyperlink r:id="rId651">
              <w:r>
                <w:rPr>
                  <w:rFonts w:ascii="Times New Roman" w:hAnsi="Times New Roman"/>
                  <w:color w:val="0000FF"/>
                  <w:u w:val="single"/>
                </w:rPr>
                <w:t>https</w:t>
              </w:r>
              <w:r w:rsidRPr="0079400E">
                <w:rPr>
                  <w:rFonts w:ascii="Times New Roman" w:hAnsi="Times New Roman"/>
                  <w:color w:val="0000FF"/>
                  <w:u w:val="single"/>
                  <w:lang w:val="ru-RU"/>
                </w:rPr>
                <w:t>://</w:t>
              </w:r>
              <w:r>
                <w:rPr>
                  <w:rFonts w:ascii="Times New Roman" w:hAnsi="Times New Roman"/>
                  <w:color w:val="0000FF"/>
                  <w:u w:val="single"/>
                </w:rPr>
                <w:t>m</w:t>
              </w:r>
              <w:r w:rsidRPr="0079400E">
                <w:rPr>
                  <w:rFonts w:ascii="Times New Roman" w:hAnsi="Times New Roman"/>
                  <w:color w:val="0000FF"/>
                  <w:u w:val="single"/>
                  <w:lang w:val="ru-RU"/>
                </w:rPr>
                <w:t>.</w:t>
              </w:r>
              <w:r>
                <w:rPr>
                  <w:rFonts w:ascii="Times New Roman" w:hAnsi="Times New Roman"/>
                  <w:color w:val="0000FF"/>
                  <w:u w:val="single"/>
                </w:rPr>
                <w:t>edsoo</w:t>
              </w:r>
              <w:r w:rsidRPr="0079400E">
                <w:rPr>
                  <w:rFonts w:ascii="Times New Roman" w:hAnsi="Times New Roman"/>
                  <w:color w:val="0000FF"/>
                  <w:u w:val="single"/>
                  <w:lang w:val="ru-RU"/>
                </w:rPr>
                <w:t>.</w:t>
              </w:r>
              <w:r>
                <w:rPr>
                  <w:rFonts w:ascii="Times New Roman" w:hAnsi="Times New Roman"/>
                  <w:color w:val="0000FF"/>
                  <w:u w:val="single"/>
                </w:rPr>
                <w:t>ru</w:t>
              </w:r>
              <w:r w:rsidRPr="0079400E">
                <w:rPr>
                  <w:rFonts w:ascii="Times New Roman" w:hAnsi="Times New Roman"/>
                  <w:color w:val="0000FF"/>
                  <w:u w:val="single"/>
                  <w:lang w:val="ru-RU"/>
                </w:rPr>
                <w:t>/</w:t>
              </w:r>
              <w:r>
                <w:rPr>
                  <w:rFonts w:ascii="Times New Roman" w:hAnsi="Times New Roman"/>
                  <w:color w:val="0000FF"/>
                  <w:u w:val="single"/>
                </w:rPr>
                <w:t>c</w:t>
              </w:r>
              <w:r w:rsidRPr="0079400E">
                <w:rPr>
                  <w:rFonts w:ascii="Times New Roman" w:hAnsi="Times New Roman"/>
                  <w:color w:val="0000FF"/>
                  <w:u w:val="single"/>
                  <w:lang w:val="ru-RU"/>
                </w:rPr>
                <w:t>4</w:t>
              </w:r>
              <w:r>
                <w:rPr>
                  <w:rFonts w:ascii="Times New Roman" w:hAnsi="Times New Roman"/>
                  <w:color w:val="0000FF"/>
                  <w:u w:val="single"/>
                </w:rPr>
                <w:t>e</w:t>
              </w:r>
              <w:r w:rsidRPr="0079400E">
                <w:rPr>
                  <w:rFonts w:ascii="Times New Roman" w:hAnsi="Times New Roman"/>
                  <w:color w:val="0000FF"/>
                  <w:u w:val="single"/>
                  <w:lang w:val="ru-RU"/>
                </w:rPr>
                <w:t>2358</w:t>
              </w:r>
              <w:r>
                <w:rPr>
                  <w:rFonts w:ascii="Times New Roman" w:hAnsi="Times New Roman"/>
                  <w:color w:val="0000FF"/>
                  <w:u w:val="single"/>
                </w:rPr>
                <w:t>e</w:t>
              </w:r>
            </w:hyperlink>
          </w:p>
        </w:tc>
      </w:tr>
      <w:tr w:rsidR="000A1063" w:rsidRPr="008E75F7"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92</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Работа с утверждениями: составление и проверка логических рассуждений при решении задач, формулирование вывода</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p>
        </w:tc>
        <w:tc>
          <w:tcPr>
            <w:tcW w:w="3686" w:type="dxa"/>
            <w:tcMar>
              <w:top w:w="50" w:type="dxa"/>
              <w:left w:w="100" w:type="dxa"/>
            </w:tcMar>
            <w:vAlign w:val="center"/>
          </w:tcPr>
          <w:p w:rsidR="000A1063" w:rsidRPr="0079400E" w:rsidRDefault="000A1063" w:rsidP="00057B56">
            <w:pPr>
              <w:spacing w:after="0"/>
              <w:ind w:left="135"/>
              <w:rPr>
                <w:lang w:val="ru-RU"/>
              </w:rPr>
            </w:pPr>
            <w:r w:rsidRPr="0079400E">
              <w:rPr>
                <w:rFonts w:ascii="Times New Roman" w:hAnsi="Times New Roman"/>
                <w:color w:val="000000"/>
                <w:sz w:val="24"/>
                <w:lang w:val="ru-RU"/>
              </w:rPr>
              <w:t xml:space="preserve">Библиотека ЦОК </w:t>
            </w:r>
            <w:hyperlink r:id="rId652">
              <w:r>
                <w:rPr>
                  <w:rFonts w:ascii="Times New Roman" w:hAnsi="Times New Roman"/>
                  <w:color w:val="0000FF"/>
                  <w:u w:val="single"/>
                </w:rPr>
                <w:t>https</w:t>
              </w:r>
              <w:r w:rsidRPr="0079400E">
                <w:rPr>
                  <w:rFonts w:ascii="Times New Roman" w:hAnsi="Times New Roman"/>
                  <w:color w:val="0000FF"/>
                  <w:u w:val="single"/>
                  <w:lang w:val="ru-RU"/>
                </w:rPr>
                <w:t>://</w:t>
              </w:r>
              <w:r>
                <w:rPr>
                  <w:rFonts w:ascii="Times New Roman" w:hAnsi="Times New Roman"/>
                  <w:color w:val="0000FF"/>
                  <w:u w:val="single"/>
                </w:rPr>
                <w:t>m</w:t>
              </w:r>
              <w:r w:rsidRPr="0079400E">
                <w:rPr>
                  <w:rFonts w:ascii="Times New Roman" w:hAnsi="Times New Roman"/>
                  <w:color w:val="0000FF"/>
                  <w:u w:val="single"/>
                  <w:lang w:val="ru-RU"/>
                </w:rPr>
                <w:t>.</w:t>
              </w:r>
              <w:r>
                <w:rPr>
                  <w:rFonts w:ascii="Times New Roman" w:hAnsi="Times New Roman"/>
                  <w:color w:val="0000FF"/>
                  <w:u w:val="single"/>
                </w:rPr>
                <w:t>edsoo</w:t>
              </w:r>
              <w:r w:rsidRPr="0079400E">
                <w:rPr>
                  <w:rFonts w:ascii="Times New Roman" w:hAnsi="Times New Roman"/>
                  <w:color w:val="0000FF"/>
                  <w:u w:val="single"/>
                  <w:lang w:val="ru-RU"/>
                </w:rPr>
                <w:t>.</w:t>
              </w:r>
              <w:r>
                <w:rPr>
                  <w:rFonts w:ascii="Times New Roman" w:hAnsi="Times New Roman"/>
                  <w:color w:val="0000FF"/>
                  <w:u w:val="single"/>
                </w:rPr>
                <w:t>ru</w:t>
              </w:r>
              <w:r w:rsidRPr="0079400E">
                <w:rPr>
                  <w:rFonts w:ascii="Times New Roman" w:hAnsi="Times New Roman"/>
                  <w:color w:val="0000FF"/>
                  <w:u w:val="single"/>
                  <w:lang w:val="ru-RU"/>
                </w:rPr>
                <w:t>/</w:t>
              </w:r>
              <w:r>
                <w:rPr>
                  <w:rFonts w:ascii="Times New Roman" w:hAnsi="Times New Roman"/>
                  <w:color w:val="0000FF"/>
                  <w:u w:val="single"/>
                </w:rPr>
                <w:t>c</w:t>
              </w:r>
              <w:r w:rsidRPr="0079400E">
                <w:rPr>
                  <w:rFonts w:ascii="Times New Roman" w:hAnsi="Times New Roman"/>
                  <w:color w:val="0000FF"/>
                  <w:u w:val="single"/>
                  <w:lang w:val="ru-RU"/>
                </w:rPr>
                <w:t>4</w:t>
              </w:r>
              <w:r>
                <w:rPr>
                  <w:rFonts w:ascii="Times New Roman" w:hAnsi="Times New Roman"/>
                  <w:color w:val="0000FF"/>
                  <w:u w:val="single"/>
                </w:rPr>
                <w:t>e</w:t>
              </w:r>
              <w:r w:rsidRPr="0079400E">
                <w:rPr>
                  <w:rFonts w:ascii="Times New Roman" w:hAnsi="Times New Roman"/>
                  <w:color w:val="0000FF"/>
                  <w:u w:val="single"/>
                  <w:lang w:val="ru-RU"/>
                </w:rPr>
                <w:t>215</w:t>
              </w:r>
              <w:r>
                <w:rPr>
                  <w:rFonts w:ascii="Times New Roman" w:hAnsi="Times New Roman"/>
                  <w:color w:val="0000FF"/>
                  <w:u w:val="single"/>
                </w:rPr>
                <w:t>ea</w:t>
              </w:r>
            </w:hyperlink>
          </w:p>
        </w:tc>
      </w:tr>
      <w:tr w:rsidR="000A1063" w:rsidRPr="008E75F7"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93</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Решение задач на нахождение периметра прямоугольника (квадрата)</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p>
        </w:tc>
        <w:tc>
          <w:tcPr>
            <w:tcW w:w="3686" w:type="dxa"/>
            <w:tcMar>
              <w:top w:w="50" w:type="dxa"/>
              <w:left w:w="100" w:type="dxa"/>
            </w:tcMar>
            <w:vAlign w:val="center"/>
          </w:tcPr>
          <w:p w:rsidR="000A1063" w:rsidRPr="0079400E" w:rsidRDefault="000A1063" w:rsidP="00057B56">
            <w:pPr>
              <w:spacing w:after="0"/>
              <w:ind w:left="135"/>
              <w:rPr>
                <w:lang w:val="ru-RU"/>
              </w:rPr>
            </w:pPr>
            <w:r w:rsidRPr="0079400E">
              <w:rPr>
                <w:rFonts w:ascii="Times New Roman" w:hAnsi="Times New Roman"/>
                <w:color w:val="000000"/>
                <w:sz w:val="24"/>
                <w:lang w:val="ru-RU"/>
              </w:rPr>
              <w:t xml:space="preserve">Библиотека ЦОК </w:t>
            </w:r>
            <w:hyperlink r:id="rId653">
              <w:r>
                <w:rPr>
                  <w:rFonts w:ascii="Times New Roman" w:hAnsi="Times New Roman"/>
                  <w:color w:val="0000FF"/>
                  <w:u w:val="single"/>
                </w:rPr>
                <w:t>https</w:t>
              </w:r>
              <w:r w:rsidRPr="0079400E">
                <w:rPr>
                  <w:rFonts w:ascii="Times New Roman" w:hAnsi="Times New Roman"/>
                  <w:color w:val="0000FF"/>
                  <w:u w:val="single"/>
                  <w:lang w:val="ru-RU"/>
                </w:rPr>
                <w:t>://</w:t>
              </w:r>
              <w:r>
                <w:rPr>
                  <w:rFonts w:ascii="Times New Roman" w:hAnsi="Times New Roman"/>
                  <w:color w:val="0000FF"/>
                  <w:u w:val="single"/>
                </w:rPr>
                <w:t>m</w:t>
              </w:r>
              <w:r w:rsidRPr="0079400E">
                <w:rPr>
                  <w:rFonts w:ascii="Times New Roman" w:hAnsi="Times New Roman"/>
                  <w:color w:val="0000FF"/>
                  <w:u w:val="single"/>
                  <w:lang w:val="ru-RU"/>
                </w:rPr>
                <w:t>.</w:t>
              </w:r>
              <w:r>
                <w:rPr>
                  <w:rFonts w:ascii="Times New Roman" w:hAnsi="Times New Roman"/>
                  <w:color w:val="0000FF"/>
                  <w:u w:val="single"/>
                </w:rPr>
                <w:t>edsoo</w:t>
              </w:r>
              <w:r w:rsidRPr="0079400E">
                <w:rPr>
                  <w:rFonts w:ascii="Times New Roman" w:hAnsi="Times New Roman"/>
                  <w:color w:val="0000FF"/>
                  <w:u w:val="single"/>
                  <w:lang w:val="ru-RU"/>
                </w:rPr>
                <w:t>.</w:t>
              </w:r>
              <w:r>
                <w:rPr>
                  <w:rFonts w:ascii="Times New Roman" w:hAnsi="Times New Roman"/>
                  <w:color w:val="0000FF"/>
                  <w:u w:val="single"/>
                </w:rPr>
                <w:t>ru</w:t>
              </w:r>
              <w:r w:rsidRPr="0079400E">
                <w:rPr>
                  <w:rFonts w:ascii="Times New Roman" w:hAnsi="Times New Roman"/>
                  <w:color w:val="0000FF"/>
                  <w:u w:val="single"/>
                  <w:lang w:val="ru-RU"/>
                </w:rPr>
                <w:t>/</w:t>
              </w:r>
              <w:r>
                <w:rPr>
                  <w:rFonts w:ascii="Times New Roman" w:hAnsi="Times New Roman"/>
                  <w:color w:val="0000FF"/>
                  <w:u w:val="single"/>
                </w:rPr>
                <w:t>c</w:t>
              </w:r>
              <w:r w:rsidRPr="0079400E">
                <w:rPr>
                  <w:rFonts w:ascii="Times New Roman" w:hAnsi="Times New Roman"/>
                  <w:color w:val="0000FF"/>
                  <w:u w:val="single"/>
                  <w:lang w:val="ru-RU"/>
                </w:rPr>
                <w:t>4</w:t>
              </w:r>
              <w:r>
                <w:rPr>
                  <w:rFonts w:ascii="Times New Roman" w:hAnsi="Times New Roman"/>
                  <w:color w:val="0000FF"/>
                  <w:u w:val="single"/>
                </w:rPr>
                <w:t>e</w:t>
              </w:r>
              <w:r w:rsidRPr="0079400E">
                <w:rPr>
                  <w:rFonts w:ascii="Times New Roman" w:hAnsi="Times New Roman"/>
                  <w:color w:val="0000FF"/>
                  <w:u w:val="single"/>
                  <w:lang w:val="ru-RU"/>
                </w:rPr>
                <w:t>2597</w:t>
              </w:r>
              <w:r>
                <w:rPr>
                  <w:rFonts w:ascii="Times New Roman" w:hAnsi="Times New Roman"/>
                  <w:color w:val="0000FF"/>
                  <w:u w:val="single"/>
                </w:rPr>
                <w:t>e</w:t>
              </w:r>
            </w:hyperlink>
          </w:p>
        </w:tc>
      </w:tr>
      <w:tr w:rsidR="000A1063" w:rsidRPr="008E75F7"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94</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Решение задач, отражающих ситуацию купли-продажи</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p>
        </w:tc>
        <w:tc>
          <w:tcPr>
            <w:tcW w:w="3686" w:type="dxa"/>
            <w:tcMar>
              <w:top w:w="50" w:type="dxa"/>
              <w:left w:w="100" w:type="dxa"/>
            </w:tcMar>
            <w:vAlign w:val="center"/>
          </w:tcPr>
          <w:p w:rsidR="000A1063" w:rsidRPr="0079400E" w:rsidRDefault="000A1063" w:rsidP="00057B56">
            <w:pPr>
              <w:spacing w:after="0"/>
              <w:ind w:left="135"/>
              <w:rPr>
                <w:lang w:val="ru-RU"/>
              </w:rPr>
            </w:pPr>
            <w:r w:rsidRPr="0079400E">
              <w:rPr>
                <w:rFonts w:ascii="Times New Roman" w:hAnsi="Times New Roman"/>
                <w:color w:val="000000"/>
                <w:sz w:val="24"/>
                <w:lang w:val="ru-RU"/>
              </w:rPr>
              <w:t xml:space="preserve">Библиотека ЦОК </w:t>
            </w:r>
            <w:hyperlink r:id="rId654">
              <w:r>
                <w:rPr>
                  <w:rFonts w:ascii="Times New Roman" w:hAnsi="Times New Roman"/>
                  <w:color w:val="0000FF"/>
                  <w:u w:val="single"/>
                </w:rPr>
                <w:t>https</w:t>
              </w:r>
              <w:r w:rsidRPr="0079400E">
                <w:rPr>
                  <w:rFonts w:ascii="Times New Roman" w:hAnsi="Times New Roman"/>
                  <w:color w:val="0000FF"/>
                  <w:u w:val="single"/>
                  <w:lang w:val="ru-RU"/>
                </w:rPr>
                <w:t>://</w:t>
              </w:r>
              <w:r>
                <w:rPr>
                  <w:rFonts w:ascii="Times New Roman" w:hAnsi="Times New Roman"/>
                  <w:color w:val="0000FF"/>
                  <w:u w:val="single"/>
                </w:rPr>
                <w:t>m</w:t>
              </w:r>
              <w:r w:rsidRPr="0079400E">
                <w:rPr>
                  <w:rFonts w:ascii="Times New Roman" w:hAnsi="Times New Roman"/>
                  <w:color w:val="0000FF"/>
                  <w:u w:val="single"/>
                  <w:lang w:val="ru-RU"/>
                </w:rPr>
                <w:t>.</w:t>
              </w:r>
              <w:r>
                <w:rPr>
                  <w:rFonts w:ascii="Times New Roman" w:hAnsi="Times New Roman"/>
                  <w:color w:val="0000FF"/>
                  <w:u w:val="single"/>
                </w:rPr>
                <w:t>edsoo</w:t>
              </w:r>
              <w:r w:rsidRPr="0079400E">
                <w:rPr>
                  <w:rFonts w:ascii="Times New Roman" w:hAnsi="Times New Roman"/>
                  <w:color w:val="0000FF"/>
                  <w:u w:val="single"/>
                  <w:lang w:val="ru-RU"/>
                </w:rPr>
                <w:t>.</w:t>
              </w:r>
              <w:r>
                <w:rPr>
                  <w:rFonts w:ascii="Times New Roman" w:hAnsi="Times New Roman"/>
                  <w:color w:val="0000FF"/>
                  <w:u w:val="single"/>
                </w:rPr>
                <w:t>ru</w:t>
              </w:r>
              <w:r w:rsidRPr="0079400E">
                <w:rPr>
                  <w:rFonts w:ascii="Times New Roman" w:hAnsi="Times New Roman"/>
                  <w:color w:val="0000FF"/>
                  <w:u w:val="single"/>
                  <w:lang w:val="ru-RU"/>
                </w:rPr>
                <w:t>/</w:t>
              </w:r>
              <w:r>
                <w:rPr>
                  <w:rFonts w:ascii="Times New Roman" w:hAnsi="Times New Roman"/>
                  <w:color w:val="0000FF"/>
                  <w:u w:val="single"/>
                </w:rPr>
                <w:t>c</w:t>
              </w:r>
              <w:r w:rsidRPr="0079400E">
                <w:rPr>
                  <w:rFonts w:ascii="Times New Roman" w:hAnsi="Times New Roman"/>
                  <w:color w:val="0000FF"/>
                  <w:u w:val="single"/>
                  <w:lang w:val="ru-RU"/>
                </w:rPr>
                <w:t>4</w:t>
              </w:r>
              <w:r>
                <w:rPr>
                  <w:rFonts w:ascii="Times New Roman" w:hAnsi="Times New Roman"/>
                  <w:color w:val="0000FF"/>
                  <w:u w:val="single"/>
                </w:rPr>
                <w:t>e</w:t>
              </w:r>
              <w:r w:rsidRPr="0079400E">
                <w:rPr>
                  <w:rFonts w:ascii="Times New Roman" w:hAnsi="Times New Roman"/>
                  <w:color w:val="0000FF"/>
                  <w:u w:val="single"/>
                  <w:lang w:val="ru-RU"/>
                </w:rPr>
                <w:t>22</w:t>
              </w:r>
              <w:r>
                <w:rPr>
                  <w:rFonts w:ascii="Times New Roman" w:hAnsi="Times New Roman"/>
                  <w:color w:val="0000FF"/>
                  <w:u w:val="single"/>
                </w:rPr>
                <w:t>abc</w:t>
              </w:r>
            </w:hyperlink>
          </w:p>
        </w:tc>
      </w:tr>
      <w:tr w:rsidR="000A1063" w:rsidRPr="008E75F7"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95</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Закрепление изученного по разделу "Арифметические действия"</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val="restart"/>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Обладающий первоначальными представлениями о природных и социальных</w:t>
            </w:r>
          </w:p>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объектах, многообразии объектов и явлений природы, связи живой и неживой</w:t>
            </w:r>
          </w:p>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природы, о науке, научном знании.</w:t>
            </w:r>
          </w:p>
        </w:tc>
        <w:tc>
          <w:tcPr>
            <w:tcW w:w="3686" w:type="dxa"/>
            <w:tcMar>
              <w:top w:w="50" w:type="dxa"/>
              <w:left w:w="100" w:type="dxa"/>
            </w:tcMar>
            <w:vAlign w:val="center"/>
          </w:tcPr>
          <w:p w:rsidR="000A1063" w:rsidRPr="000A1063" w:rsidRDefault="008E75F7" w:rsidP="00057B56">
            <w:pPr>
              <w:spacing w:after="0"/>
              <w:ind w:left="135"/>
              <w:rPr>
                <w:lang w:val="ru-RU"/>
              </w:rPr>
            </w:pPr>
            <w:hyperlink r:id="rId655">
              <w:r w:rsidR="000A1063" w:rsidRPr="004A6E25">
                <w:rPr>
                  <w:rFonts w:ascii="Times New Roman" w:hAnsi="Times New Roman"/>
                  <w:color w:val="0000FF"/>
                  <w:u w:val="single"/>
                </w:rPr>
                <w:t>https</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education</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yandex</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ru</w:t>
              </w:r>
            </w:hyperlink>
            <w:r w:rsidR="000A1063" w:rsidRPr="000A1063">
              <w:rPr>
                <w:rFonts w:ascii="Times New Roman" w:hAnsi="Times New Roman"/>
                <w:color w:val="000000"/>
                <w:sz w:val="24"/>
                <w:lang w:val="ru-RU"/>
              </w:rPr>
              <w:t xml:space="preserve"> </w:t>
            </w:r>
            <w:hyperlink r:id="rId656">
              <w:r w:rsidR="000A1063" w:rsidRPr="004A6E25">
                <w:rPr>
                  <w:rFonts w:ascii="Times New Roman" w:hAnsi="Times New Roman"/>
                  <w:color w:val="0000FF"/>
                  <w:u w:val="single"/>
                </w:rPr>
                <w:t>https</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uchi</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ru</w:t>
              </w:r>
            </w:hyperlink>
          </w:p>
        </w:tc>
      </w:tr>
      <w:tr w:rsidR="000A1063"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96</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r w:rsidRPr="000F7EDB">
              <w:rPr>
                <w:rFonts w:ascii="Times New Roman" w:hAnsi="Times New Roman" w:cs="Times New Roman"/>
                <w:color w:val="000000"/>
                <w:sz w:val="24"/>
                <w:szCs w:val="24"/>
              </w:rPr>
              <w:t>Периметр многоугольника</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rPr>
              <w:t xml:space="preserve"> 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p>
        </w:tc>
        <w:tc>
          <w:tcPr>
            <w:tcW w:w="3686" w:type="dxa"/>
            <w:tcMar>
              <w:top w:w="50" w:type="dxa"/>
              <w:left w:w="100" w:type="dxa"/>
            </w:tcMar>
            <w:vAlign w:val="center"/>
          </w:tcPr>
          <w:p w:rsidR="000A1063" w:rsidRDefault="008E75F7" w:rsidP="00057B56">
            <w:pPr>
              <w:spacing w:after="0"/>
              <w:ind w:left="135"/>
            </w:pPr>
            <w:hyperlink r:id="rId657">
              <w:r w:rsidR="000A1063" w:rsidRPr="004A6E25">
                <w:rPr>
                  <w:rFonts w:ascii="Times New Roman" w:hAnsi="Times New Roman"/>
                  <w:color w:val="0000FF"/>
                  <w:u w:val="single"/>
                </w:rPr>
                <w:t>https://education.yandex.ru</w:t>
              </w:r>
            </w:hyperlink>
            <w:r w:rsidR="000A1063" w:rsidRPr="004A6E25">
              <w:rPr>
                <w:rFonts w:ascii="Times New Roman" w:hAnsi="Times New Roman"/>
                <w:color w:val="000000"/>
                <w:sz w:val="24"/>
              </w:rPr>
              <w:t xml:space="preserve"> </w:t>
            </w:r>
            <w:hyperlink r:id="rId658">
              <w:r w:rsidR="000A1063" w:rsidRPr="004A6E25">
                <w:rPr>
                  <w:rFonts w:ascii="Times New Roman" w:hAnsi="Times New Roman"/>
                  <w:color w:val="0000FF"/>
                  <w:u w:val="single"/>
                </w:rPr>
                <w:t>https://uchi.ru</w:t>
              </w:r>
            </w:hyperlink>
          </w:p>
        </w:tc>
      </w:tr>
      <w:tr w:rsidR="000A1063" w:rsidRPr="008E75F7"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97</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r w:rsidRPr="000F7EDB">
              <w:rPr>
                <w:rFonts w:ascii="Times New Roman" w:hAnsi="Times New Roman" w:cs="Times New Roman"/>
                <w:color w:val="000000"/>
                <w:sz w:val="24"/>
                <w:szCs w:val="24"/>
              </w:rPr>
              <w:t>Решение задач на движение</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rPr>
              <w:t xml:space="preserve"> 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p>
        </w:tc>
        <w:tc>
          <w:tcPr>
            <w:tcW w:w="3686" w:type="dxa"/>
            <w:tcMar>
              <w:top w:w="50" w:type="dxa"/>
              <w:left w:w="100" w:type="dxa"/>
            </w:tcMar>
            <w:vAlign w:val="center"/>
          </w:tcPr>
          <w:p w:rsidR="000A1063" w:rsidRPr="0079400E" w:rsidRDefault="000A1063" w:rsidP="00057B56">
            <w:pPr>
              <w:spacing w:after="0"/>
              <w:ind w:left="135"/>
              <w:rPr>
                <w:lang w:val="ru-RU"/>
              </w:rPr>
            </w:pPr>
            <w:r w:rsidRPr="0079400E">
              <w:rPr>
                <w:rFonts w:ascii="Times New Roman" w:hAnsi="Times New Roman"/>
                <w:color w:val="000000"/>
                <w:sz w:val="24"/>
                <w:lang w:val="ru-RU"/>
              </w:rPr>
              <w:t xml:space="preserve">Библиотека ЦОК </w:t>
            </w:r>
            <w:hyperlink r:id="rId659">
              <w:r>
                <w:rPr>
                  <w:rFonts w:ascii="Times New Roman" w:hAnsi="Times New Roman"/>
                  <w:color w:val="0000FF"/>
                  <w:u w:val="single"/>
                </w:rPr>
                <w:t>https</w:t>
              </w:r>
              <w:r w:rsidRPr="0079400E">
                <w:rPr>
                  <w:rFonts w:ascii="Times New Roman" w:hAnsi="Times New Roman"/>
                  <w:color w:val="0000FF"/>
                  <w:u w:val="single"/>
                  <w:lang w:val="ru-RU"/>
                </w:rPr>
                <w:t>://</w:t>
              </w:r>
              <w:r>
                <w:rPr>
                  <w:rFonts w:ascii="Times New Roman" w:hAnsi="Times New Roman"/>
                  <w:color w:val="0000FF"/>
                  <w:u w:val="single"/>
                </w:rPr>
                <w:t>m</w:t>
              </w:r>
              <w:r w:rsidRPr="0079400E">
                <w:rPr>
                  <w:rFonts w:ascii="Times New Roman" w:hAnsi="Times New Roman"/>
                  <w:color w:val="0000FF"/>
                  <w:u w:val="single"/>
                  <w:lang w:val="ru-RU"/>
                </w:rPr>
                <w:t>.</w:t>
              </w:r>
              <w:r>
                <w:rPr>
                  <w:rFonts w:ascii="Times New Roman" w:hAnsi="Times New Roman"/>
                  <w:color w:val="0000FF"/>
                  <w:u w:val="single"/>
                </w:rPr>
                <w:t>edsoo</w:t>
              </w:r>
              <w:r w:rsidRPr="0079400E">
                <w:rPr>
                  <w:rFonts w:ascii="Times New Roman" w:hAnsi="Times New Roman"/>
                  <w:color w:val="0000FF"/>
                  <w:u w:val="single"/>
                  <w:lang w:val="ru-RU"/>
                </w:rPr>
                <w:t>.</w:t>
              </w:r>
              <w:r>
                <w:rPr>
                  <w:rFonts w:ascii="Times New Roman" w:hAnsi="Times New Roman"/>
                  <w:color w:val="0000FF"/>
                  <w:u w:val="single"/>
                </w:rPr>
                <w:t>ru</w:t>
              </w:r>
              <w:r w:rsidRPr="0079400E">
                <w:rPr>
                  <w:rFonts w:ascii="Times New Roman" w:hAnsi="Times New Roman"/>
                  <w:color w:val="0000FF"/>
                  <w:u w:val="single"/>
                  <w:lang w:val="ru-RU"/>
                </w:rPr>
                <w:t>/</w:t>
              </w:r>
              <w:r>
                <w:rPr>
                  <w:rFonts w:ascii="Times New Roman" w:hAnsi="Times New Roman"/>
                  <w:color w:val="0000FF"/>
                  <w:u w:val="single"/>
                </w:rPr>
                <w:t>c</w:t>
              </w:r>
              <w:r w:rsidRPr="0079400E">
                <w:rPr>
                  <w:rFonts w:ascii="Times New Roman" w:hAnsi="Times New Roman"/>
                  <w:color w:val="0000FF"/>
                  <w:u w:val="single"/>
                  <w:lang w:val="ru-RU"/>
                </w:rPr>
                <w:t>4</w:t>
              </w:r>
              <w:r>
                <w:rPr>
                  <w:rFonts w:ascii="Times New Roman" w:hAnsi="Times New Roman"/>
                  <w:color w:val="0000FF"/>
                  <w:u w:val="single"/>
                </w:rPr>
                <w:t>e</w:t>
              </w:r>
              <w:r w:rsidRPr="0079400E">
                <w:rPr>
                  <w:rFonts w:ascii="Times New Roman" w:hAnsi="Times New Roman"/>
                  <w:color w:val="0000FF"/>
                  <w:u w:val="single"/>
                  <w:lang w:val="ru-RU"/>
                </w:rPr>
                <w:t>2226</w:t>
              </w:r>
              <w:r>
                <w:rPr>
                  <w:rFonts w:ascii="Times New Roman" w:hAnsi="Times New Roman"/>
                  <w:color w:val="0000FF"/>
                  <w:u w:val="single"/>
                </w:rPr>
                <w:t>a</w:t>
              </w:r>
            </w:hyperlink>
          </w:p>
        </w:tc>
      </w:tr>
      <w:tr w:rsidR="000A1063" w:rsidRPr="008E75F7"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98</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Решение расчетных задач (расходы, изменения)</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Проявляющий уважение к труду, людям труда, бережное отношение к результатам</w:t>
            </w:r>
          </w:p>
          <w:p w:rsidR="000A1063" w:rsidRPr="000A1063" w:rsidRDefault="000A1063" w:rsidP="00057B56">
            <w:pPr>
              <w:spacing w:after="0"/>
              <w:ind w:left="135"/>
              <w:rPr>
                <w:rFonts w:ascii="Times New Roman" w:hAnsi="Times New Roman" w:cs="Times New Roman"/>
                <w:sz w:val="24"/>
                <w:szCs w:val="24"/>
                <w:lang w:val="ru-RU"/>
              </w:rPr>
            </w:pPr>
            <w:r w:rsidRPr="000A1063">
              <w:rPr>
                <w:rFonts w:ascii="Times New Roman" w:hAnsi="Times New Roman" w:cs="Times New Roman"/>
                <w:sz w:val="24"/>
                <w:szCs w:val="24"/>
                <w:lang w:val="ru-RU"/>
              </w:rPr>
              <w:t>труда, ответственное потребление.</w:t>
            </w:r>
          </w:p>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Проявляющий интерес к разным профессиям.</w:t>
            </w:r>
          </w:p>
        </w:tc>
        <w:tc>
          <w:tcPr>
            <w:tcW w:w="3686" w:type="dxa"/>
            <w:tcMar>
              <w:top w:w="50" w:type="dxa"/>
              <w:left w:w="100" w:type="dxa"/>
            </w:tcMar>
            <w:vAlign w:val="center"/>
          </w:tcPr>
          <w:p w:rsidR="000A1063" w:rsidRPr="000A1063" w:rsidRDefault="008E75F7" w:rsidP="00057B56">
            <w:pPr>
              <w:spacing w:after="0"/>
              <w:ind w:left="135"/>
              <w:rPr>
                <w:lang w:val="ru-RU"/>
              </w:rPr>
            </w:pPr>
            <w:hyperlink r:id="rId660">
              <w:r w:rsidR="000A1063" w:rsidRPr="004A6E25">
                <w:rPr>
                  <w:rFonts w:ascii="Times New Roman" w:hAnsi="Times New Roman"/>
                  <w:color w:val="0000FF"/>
                  <w:u w:val="single"/>
                </w:rPr>
                <w:t>https</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education</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yandex</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ru</w:t>
              </w:r>
            </w:hyperlink>
            <w:r w:rsidR="000A1063" w:rsidRPr="000A1063">
              <w:rPr>
                <w:rFonts w:ascii="Times New Roman" w:hAnsi="Times New Roman"/>
                <w:color w:val="000000"/>
                <w:sz w:val="24"/>
                <w:lang w:val="ru-RU"/>
              </w:rPr>
              <w:t xml:space="preserve"> </w:t>
            </w:r>
            <w:hyperlink r:id="rId661">
              <w:r w:rsidR="000A1063" w:rsidRPr="004A6E25">
                <w:rPr>
                  <w:rFonts w:ascii="Times New Roman" w:hAnsi="Times New Roman"/>
                  <w:color w:val="0000FF"/>
                  <w:u w:val="single"/>
                </w:rPr>
                <w:t>https</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uchi</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ru</w:t>
              </w:r>
            </w:hyperlink>
          </w:p>
        </w:tc>
      </w:tr>
      <w:tr w:rsidR="000A1063" w:rsidRPr="008E75F7"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99</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Использование данных таблицы, диаграммы, схемы, рисунка для ответов на вопросы, проверки истинности утверждений</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val="restart"/>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Выражающий познавательные интересы в разных предметных областях с учётом</w:t>
            </w:r>
          </w:p>
          <w:p w:rsidR="000A1063" w:rsidRPr="000F7EDB" w:rsidRDefault="000A1063" w:rsidP="00057B56">
            <w:pPr>
              <w:spacing w:after="0"/>
              <w:ind w:left="135"/>
              <w:rPr>
                <w:rFonts w:ascii="Times New Roman" w:hAnsi="Times New Roman" w:cs="Times New Roman"/>
                <w:sz w:val="24"/>
                <w:szCs w:val="24"/>
              </w:rPr>
            </w:pPr>
            <w:r w:rsidRPr="000F7EDB">
              <w:rPr>
                <w:rFonts w:ascii="Times New Roman" w:hAnsi="Times New Roman" w:cs="Times New Roman"/>
                <w:sz w:val="24"/>
                <w:szCs w:val="24"/>
              </w:rPr>
              <w:t>индивидуальных интересов, способностей, достижений</w:t>
            </w:r>
          </w:p>
        </w:tc>
        <w:tc>
          <w:tcPr>
            <w:tcW w:w="3686" w:type="dxa"/>
            <w:tcMar>
              <w:top w:w="50" w:type="dxa"/>
              <w:left w:w="100" w:type="dxa"/>
            </w:tcMar>
            <w:vAlign w:val="center"/>
          </w:tcPr>
          <w:p w:rsidR="000A1063" w:rsidRPr="0079400E" w:rsidRDefault="000A1063" w:rsidP="00057B56">
            <w:pPr>
              <w:spacing w:after="0"/>
              <w:ind w:left="135"/>
              <w:rPr>
                <w:lang w:val="ru-RU"/>
              </w:rPr>
            </w:pPr>
            <w:r w:rsidRPr="0079400E">
              <w:rPr>
                <w:rFonts w:ascii="Times New Roman" w:hAnsi="Times New Roman"/>
                <w:color w:val="000000"/>
                <w:sz w:val="24"/>
                <w:lang w:val="ru-RU"/>
              </w:rPr>
              <w:t xml:space="preserve">Библиотека ЦОК </w:t>
            </w:r>
            <w:hyperlink r:id="rId662">
              <w:r>
                <w:rPr>
                  <w:rFonts w:ascii="Times New Roman" w:hAnsi="Times New Roman"/>
                  <w:color w:val="0000FF"/>
                  <w:u w:val="single"/>
                </w:rPr>
                <w:t>https</w:t>
              </w:r>
              <w:r w:rsidRPr="0079400E">
                <w:rPr>
                  <w:rFonts w:ascii="Times New Roman" w:hAnsi="Times New Roman"/>
                  <w:color w:val="0000FF"/>
                  <w:u w:val="single"/>
                  <w:lang w:val="ru-RU"/>
                </w:rPr>
                <w:t>://</w:t>
              </w:r>
              <w:r>
                <w:rPr>
                  <w:rFonts w:ascii="Times New Roman" w:hAnsi="Times New Roman"/>
                  <w:color w:val="0000FF"/>
                  <w:u w:val="single"/>
                </w:rPr>
                <w:t>m</w:t>
              </w:r>
              <w:r w:rsidRPr="0079400E">
                <w:rPr>
                  <w:rFonts w:ascii="Times New Roman" w:hAnsi="Times New Roman"/>
                  <w:color w:val="0000FF"/>
                  <w:u w:val="single"/>
                  <w:lang w:val="ru-RU"/>
                </w:rPr>
                <w:t>.</w:t>
              </w:r>
              <w:r>
                <w:rPr>
                  <w:rFonts w:ascii="Times New Roman" w:hAnsi="Times New Roman"/>
                  <w:color w:val="0000FF"/>
                  <w:u w:val="single"/>
                </w:rPr>
                <w:t>edsoo</w:t>
              </w:r>
              <w:r w:rsidRPr="0079400E">
                <w:rPr>
                  <w:rFonts w:ascii="Times New Roman" w:hAnsi="Times New Roman"/>
                  <w:color w:val="0000FF"/>
                  <w:u w:val="single"/>
                  <w:lang w:val="ru-RU"/>
                </w:rPr>
                <w:t>.</w:t>
              </w:r>
              <w:r>
                <w:rPr>
                  <w:rFonts w:ascii="Times New Roman" w:hAnsi="Times New Roman"/>
                  <w:color w:val="0000FF"/>
                  <w:u w:val="single"/>
                </w:rPr>
                <w:t>ru</w:t>
              </w:r>
              <w:r w:rsidRPr="0079400E">
                <w:rPr>
                  <w:rFonts w:ascii="Times New Roman" w:hAnsi="Times New Roman"/>
                  <w:color w:val="0000FF"/>
                  <w:u w:val="single"/>
                  <w:lang w:val="ru-RU"/>
                </w:rPr>
                <w:t>/</w:t>
              </w:r>
              <w:r>
                <w:rPr>
                  <w:rFonts w:ascii="Times New Roman" w:hAnsi="Times New Roman"/>
                  <w:color w:val="0000FF"/>
                  <w:u w:val="single"/>
                </w:rPr>
                <w:t>c</w:t>
              </w:r>
              <w:r w:rsidRPr="0079400E">
                <w:rPr>
                  <w:rFonts w:ascii="Times New Roman" w:hAnsi="Times New Roman"/>
                  <w:color w:val="0000FF"/>
                  <w:u w:val="single"/>
                  <w:lang w:val="ru-RU"/>
                </w:rPr>
                <w:t>4</w:t>
              </w:r>
              <w:r>
                <w:rPr>
                  <w:rFonts w:ascii="Times New Roman" w:hAnsi="Times New Roman"/>
                  <w:color w:val="0000FF"/>
                  <w:u w:val="single"/>
                </w:rPr>
                <w:t>e</w:t>
              </w:r>
              <w:r w:rsidRPr="0079400E">
                <w:rPr>
                  <w:rFonts w:ascii="Times New Roman" w:hAnsi="Times New Roman"/>
                  <w:color w:val="0000FF"/>
                  <w:u w:val="single"/>
                  <w:lang w:val="ru-RU"/>
                </w:rPr>
                <w:t>25</w:t>
              </w:r>
              <w:r>
                <w:rPr>
                  <w:rFonts w:ascii="Times New Roman" w:hAnsi="Times New Roman"/>
                  <w:color w:val="0000FF"/>
                  <w:u w:val="single"/>
                </w:rPr>
                <w:t>e</w:t>
              </w:r>
              <w:r w:rsidRPr="0079400E">
                <w:rPr>
                  <w:rFonts w:ascii="Times New Roman" w:hAnsi="Times New Roman"/>
                  <w:color w:val="0000FF"/>
                  <w:u w:val="single"/>
                  <w:lang w:val="ru-RU"/>
                </w:rPr>
                <w:t>42</w:t>
              </w:r>
            </w:hyperlink>
          </w:p>
        </w:tc>
      </w:tr>
      <w:tr w:rsidR="000A1063"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100</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Разные формы представления одной и той же информации</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p>
        </w:tc>
        <w:tc>
          <w:tcPr>
            <w:tcW w:w="3686" w:type="dxa"/>
            <w:tcMar>
              <w:top w:w="50" w:type="dxa"/>
              <w:left w:w="100" w:type="dxa"/>
            </w:tcMar>
            <w:vAlign w:val="center"/>
          </w:tcPr>
          <w:p w:rsidR="000A1063" w:rsidRDefault="008E75F7" w:rsidP="00057B56">
            <w:pPr>
              <w:spacing w:after="0"/>
              <w:ind w:left="135"/>
            </w:pPr>
            <w:hyperlink r:id="rId663">
              <w:r w:rsidR="000A1063" w:rsidRPr="004A6E25">
                <w:rPr>
                  <w:rFonts w:ascii="Times New Roman" w:hAnsi="Times New Roman"/>
                  <w:color w:val="0000FF"/>
                  <w:u w:val="single"/>
                </w:rPr>
                <w:t>https://education.yandex.ru</w:t>
              </w:r>
            </w:hyperlink>
            <w:r w:rsidR="000A1063" w:rsidRPr="004A6E25">
              <w:rPr>
                <w:rFonts w:ascii="Times New Roman" w:hAnsi="Times New Roman"/>
                <w:color w:val="000000"/>
                <w:sz w:val="24"/>
              </w:rPr>
              <w:t xml:space="preserve"> </w:t>
            </w:r>
            <w:hyperlink r:id="rId664">
              <w:r w:rsidR="000A1063" w:rsidRPr="004A6E25">
                <w:rPr>
                  <w:rFonts w:ascii="Times New Roman" w:hAnsi="Times New Roman"/>
                  <w:color w:val="0000FF"/>
                  <w:u w:val="single"/>
                </w:rPr>
                <w:t>https://uchi.ru</w:t>
              </w:r>
            </w:hyperlink>
          </w:p>
        </w:tc>
      </w:tr>
      <w:tr w:rsidR="000A1063" w:rsidRPr="008E75F7"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101</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Модели пространственных геометрических фигур в окружающем мире (шар, куб)</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p>
        </w:tc>
        <w:tc>
          <w:tcPr>
            <w:tcW w:w="3686" w:type="dxa"/>
            <w:tcMar>
              <w:top w:w="50" w:type="dxa"/>
              <w:left w:w="100" w:type="dxa"/>
            </w:tcMar>
            <w:vAlign w:val="center"/>
          </w:tcPr>
          <w:p w:rsidR="000A1063" w:rsidRPr="0079400E" w:rsidRDefault="000A1063" w:rsidP="00057B56">
            <w:pPr>
              <w:spacing w:after="0"/>
              <w:ind w:left="135"/>
              <w:rPr>
                <w:lang w:val="ru-RU"/>
              </w:rPr>
            </w:pPr>
            <w:r w:rsidRPr="0079400E">
              <w:rPr>
                <w:rFonts w:ascii="Times New Roman" w:hAnsi="Times New Roman"/>
                <w:color w:val="000000"/>
                <w:sz w:val="24"/>
                <w:lang w:val="ru-RU"/>
              </w:rPr>
              <w:t xml:space="preserve">Библиотека ЦОК </w:t>
            </w:r>
            <w:hyperlink r:id="rId665">
              <w:r>
                <w:rPr>
                  <w:rFonts w:ascii="Times New Roman" w:hAnsi="Times New Roman"/>
                  <w:color w:val="0000FF"/>
                  <w:u w:val="single"/>
                </w:rPr>
                <w:t>https</w:t>
              </w:r>
              <w:r w:rsidRPr="0079400E">
                <w:rPr>
                  <w:rFonts w:ascii="Times New Roman" w:hAnsi="Times New Roman"/>
                  <w:color w:val="0000FF"/>
                  <w:u w:val="single"/>
                  <w:lang w:val="ru-RU"/>
                </w:rPr>
                <w:t>://</w:t>
              </w:r>
              <w:r>
                <w:rPr>
                  <w:rFonts w:ascii="Times New Roman" w:hAnsi="Times New Roman"/>
                  <w:color w:val="0000FF"/>
                  <w:u w:val="single"/>
                </w:rPr>
                <w:t>m</w:t>
              </w:r>
              <w:r w:rsidRPr="0079400E">
                <w:rPr>
                  <w:rFonts w:ascii="Times New Roman" w:hAnsi="Times New Roman"/>
                  <w:color w:val="0000FF"/>
                  <w:u w:val="single"/>
                  <w:lang w:val="ru-RU"/>
                </w:rPr>
                <w:t>.</w:t>
              </w:r>
              <w:r>
                <w:rPr>
                  <w:rFonts w:ascii="Times New Roman" w:hAnsi="Times New Roman"/>
                  <w:color w:val="0000FF"/>
                  <w:u w:val="single"/>
                </w:rPr>
                <w:t>edsoo</w:t>
              </w:r>
              <w:r w:rsidRPr="0079400E">
                <w:rPr>
                  <w:rFonts w:ascii="Times New Roman" w:hAnsi="Times New Roman"/>
                  <w:color w:val="0000FF"/>
                  <w:u w:val="single"/>
                  <w:lang w:val="ru-RU"/>
                </w:rPr>
                <w:t>.</w:t>
              </w:r>
              <w:r>
                <w:rPr>
                  <w:rFonts w:ascii="Times New Roman" w:hAnsi="Times New Roman"/>
                  <w:color w:val="0000FF"/>
                  <w:u w:val="single"/>
                </w:rPr>
                <w:t>ru</w:t>
              </w:r>
              <w:r w:rsidRPr="0079400E">
                <w:rPr>
                  <w:rFonts w:ascii="Times New Roman" w:hAnsi="Times New Roman"/>
                  <w:color w:val="0000FF"/>
                  <w:u w:val="single"/>
                  <w:lang w:val="ru-RU"/>
                </w:rPr>
                <w:t>/</w:t>
              </w:r>
              <w:r>
                <w:rPr>
                  <w:rFonts w:ascii="Times New Roman" w:hAnsi="Times New Roman"/>
                  <w:color w:val="0000FF"/>
                  <w:u w:val="single"/>
                </w:rPr>
                <w:t>c</w:t>
              </w:r>
              <w:r w:rsidRPr="0079400E">
                <w:rPr>
                  <w:rFonts w:ascii="Times New Roman" w:hAnsi="Times New Roman"/>
                  <w:color w:val="0000FF"/>
                  <w:u w:val="single"/>
                  <w:lang w:val="ru-RU"/>
                </w:rPr>
                <w:t>4</w:t>
              </w:r>
              <w:r>
                <w:rPr>
                  <w:rFonts w:ascii="Times New Roman" w:hAnsi="Times New Roman"/>
                  <w:color w:val="0000FF"/>
                  <w:u w:val="single"/>
                </w:rPr>
                <w:t>e</w:t>
              </w:r>
              <w:r w:rsidRPr="0079400E">
                <w:rPr>
                  <w:rFonts w:ascii="Times New Roman" w:hAnsi="Times New Roman"/>
                  <w:color w:val="0000FF"/>
                  <w:u w:val="single"/>
                  <w:lang w:val="ru-RU"/>
                </w:rPr>
                <w:t>24736</w:t>
              </w:r>
            </w:hyperlink>
          </w:p>
        </w:tc>
      </w:tr>
      <w:tr w:rsidR="000A1063" w:rsidRPr="008E75F7"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lastRenderedPageBreak/>
              <w:t>102</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Проекции предметов окружающего мира на плоскость</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val="restart"/>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Обладающий первоначальными представлениями о природных и социальных</w:t>
            </w:r>
          </w:p>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объектах, многообразии объектов и явлений природы, связи живой и неживой</w:t>
            </w:r>
          </w:p>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природы, о науке, научном знании.</w:t>
            </w:r>
          </w:p>
        </w:tc>
        <w:tc>
          <w:tcPr>
            <w:tcW w:w="3686" w:type="dxa"/>
            <w:tcMar>
              <w:top w:w="50" w:type="dxa"/>
              <w:left w:w="100" w:type="dxa"/>
            </w:tcMar>
            <w:vAlign w:val="center"/>
          </w:tcPr>
          <w:p w:rsidR="000A1063" w:rsidRPr="000A1063" w:rsidRDefault="008E75F7" w:rsidP="00057B56">
            <w:pPr>
              <w:spacing w:after="0"/>
              <w:ind w:left="135"/>
              <w:rPr>
                <w:lang w:val="ru-RU"/>
              </w:rPr>
            </w:pPr>
            <w:hyperlink r:id="rId666">
              <w:r w:rsidR="000A1063" w:rsidRPr="004A6E25">
                <w:rPr>
                  <w:rFonts w:ascii="Times New Roman" w:hAnsi="Times New Roman"/>
                  <w:color w:val="0000FF"/>
                  <w:u w:val="single"/>
                </w:rPr>
                <w:t>https</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education</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yandex</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ru</w:t>
              </w:r>
            </w:hyperlink>
            <w:r w:rsidR="000A1063" w:rsidRPr="000A1063">
              <w:rPr>
                <w:rFonts w:ascii="Times New Roman" w:hAnsi="Times New Roman"/>
                <w:color w:val="000000"/>
                <w:sz w:val="24"/>
                <w:lang w:val="ru-RU"/>
              </w:rPr>
              <w:t xml:space="preserve"> </w:t>
            </w:r>
            <w:hyperlink r:id="rId667">
              <w:r w:rsidR="000A1063" w:rsidRPr="004A6E25">
                <w:rPr>
                  <w:rFonts w:ascii="Times New Roman" w:hAnsi="Times New Roman"/>
                  <w:color w:val="0000FF"/>
                  <w:u w:val="single"/>
                </w:rPr>
                <w:t>https</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uchi</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ru</w:t>
              </w:r>
            </w:hyperlink>
          </w:p>
        </w:tc>
      </w:tr>
      <w:tr w:rsidR="000A1063"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103</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r w:rsidRPr="000F7EDB">
              <w:rPr>
                <w:rFonts w:ascii="Times New Roman" w:hAnsi="Times New Roman" w:cs="Times New Roman"/>
                <w:color w:val="000000"/>
                <w:sz w:val="24"/>
                <w:szCs w:val="24"/>
              </w:rPr>
              <w:t>Применение алгоритмов для вычислений</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rPr>
              <w:t xml:space="preserve"> 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p>
        </w:tc>
        <w:tc>
          <w:tcPr>
            <w:tcW w:w="3686" w:type="dxa"/>
            <w:tcMar>
              <w:top w:w="50" w:type="dxa"/>
              <w:left w:w="100" w:type="dxa"/>
            </w:tcMar>
            <w:vAlign w:val="center"/>
          </w:tcPr>
          <w:p w:rsidR="000A1063" w:rsidRDefault="008E75F7" w:rsidP="00057B56">
            <w:pPr>
              <w:spacing w:after="0"/>
              <w:ind w:left="135"/>
            </w:pPr>
            <w:hyperlink r:id="rId668">
              <w:r w:rsidR="000A1063" w:rsidRPr="004A6E25">
                <w:rPr>
                  <w:rFonts w:ascii="Times New Roman" w:hAnsi="Times New Roman"/>
                  <w:color w:val="0000FF"/>
                  <w:u w:val="single"/>
                </w:rPr>
                <w:t>https://education.yandex.ru</w:t>
              </w:r>
            </w:hyperlink>
            <w:r w:rsidR="000A1063" w:rsidRPr="004A6E25">
              <w:rPr>
                <w:rFonts w:ascii="Times New Roman" w:hAnsi="Times New Roman"/>
                <w:color w:val="000000"/>
                <w:sz w:val="24"/>
              </w:rPr>
              <w:t xml:space="preserve"> </w:t>
            </w:r>
            <w:hyperlink r:id="rId669">
              <w:r w:rsidR="000A1063" w:rsidRPr="004A6E25">
                <w:rPr>
                  <w:rFonts w:ascii="Times New Roman" w:hAnsi="Times New Roman"/>
                  <w:color w:val="0000FF"/>
                  <w:u w:val="single"/>
                </w:rPr>
                <w:t>https://uchi.ru</w:t>
              </w:r>
            </w:hyperlink>
          </w:p>
        </w:tc>
      </w:tr>
      <w:tr w:rsidR="000A1063" w:rsidRPr="008E75F7"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104</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r w:rsidRPr="000F7EDB">
              <w:rPr>
                <w:rFonts w:ascii="Times New Roman" w:hAnsi="Times New Roman" w:cs="Times New Roman"/>
                <w:color w:val="000000"/>
                <w:sz w:val="24"/>
                <w:szCs w:val="24"/>
              </w:rPr>
              <w:t>Деление с остатком</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rPr>
              <w:t xml:space="preserve"> 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p>
        </w:tc>
        <w:tc>
          <w:tcPr>
            <w:tcW w:w="3686" w:type="dxa"/>
            <w:tcMar>
              <w:top w:w="50" w:type="dxa"/>
              <w:left w:w="100" w:type="dxa"/>
            </w:tcMar>
            <w:vAlign w:val="center"/>
          </w:tcPr>
          <w:p w:rsidR="000A1063" w:rsidRPr="000A1063" w:rsidRDefault="008E75F7" w:rsidP="00057B56">
            <w:pPr>
              <w:spacing w:after="0"/>
              <w:ind w:left="135"/>
              <w:rPr>
                <w:lang w:val="ru-RU"/>
              </w:rPr>
            </w:pPr>
            <w:hyperlink r:id="rId670">
              <w:r w:rsidR="000A1063" w:rsidRPr="004A6E25">
                <w:rPr>
                  <w:rFonts w:ascii="Times New Roman" w:hAnsi="Times New Roman"/>
                  <w:color w:val="0000FF"/>
                  <w:u w:val="single"/>
                </w:rPr>
                <w:t>https</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education</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yandex</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ru</w:t>
              </w:r>
            </w:hyperlink>
            <w:r w:rsidR="000A1063" w:rsidRPr="000A1063">
              <w:rPr>
                <w:rFonts w:ascii="Times New Roman" w:hAnsi="Times New Roman"/>
                <w:color w:val="000000"/>
                <w:sz w:val="24"/>
                <w:lang w:val="ru-RU"/>
              </w:rPr>
              <w:t xml:space="preserve"> </w:t>
            </w:r>
            <w:hyperlink r:id="rId671">
              <w:r w:rsidR="000A1063" w:rsidRPr="004A6E25">
                <w:rPr>
                  <w:rFonts w:ascii="Times New Roman" w:hAnsi="Times New Roman"/>
                  <w:color w:val="0000FF"/>
                  <w:u w:val="single"/>
                </w:rPr>
                <w:t>https</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uchi</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ru</w:t>
              </w:r>
            </w:hyperlink>
          </w:p>
        </w:tc>
      </w:tr>
      <w:tr w:rsidR="000A1063"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105</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p>
        </w:tc>
        <w:tc>
          <w:tcPr>
            <w:tcW w:w="3686" w:type="dxa"/>
            <w:tcMar>
              <w:top w:w="50" w:type="dxa"/>
              <w:left w:w="100" w:type="dxa"/>
            </w:tcMar>
            <w:vAlign w:val="center"/>
          </w:tcPr>
          <w:p w:rsidR="000A1063" w:rsidRDefault="008E75F7" w:rsidP="00057B56">
            <w:pPr>
              <w:spacing w:after="0"/>
              <w:ind w:left="135"/>
            </w:pPr>
            <w:hyperlink r:id="rId672">
              <w:r w:rsidR="000A1063" w:rsidRPr="004A6E25">
                <w:rPr>
                  <w:rFonts w:ascii="Times New Roman" w:hAnsi="Times New Roman"/>
                  <w:color w:val="0000FF"/>
                  <w:u w:val="single"/>
                </w:rPr>
                <w:t>https://education.yandex.ru</w:t>
              </w:r>
            </w:hyperlink>
            <w:r w:rsidR="000A1063" w:rsidRPr="004A6E25">
              <w:rPr>
                <w:rFonts w:ascii="Times New Roman" w:hAnsi="Times New Roman"/>
                <w:color w:val="000000"/>
                <w:sz w:val="24"/>
              </w:rPr>
              <w:t xml:space="preserve"> </w:t>
            </w:r>
            <w:hyperlink r:id="rId673">
              <w:r w:rsidR="000A1063" w:rsidRPr="004A6E25">
                <w:rPr>
                  <w:rFonts w:ascii="Times New Roman" w:hAnsi="Times New Roman"/>
                  <w:color w:val="0000FF"/>
                  <w:u w:val="single"/>
                </w:rPr>
                <w:t>https://uchi.ru</w:t>
              </w:r>
            </w:hyperlink>
          </w:p>
        </w:tc>
      </w:tr>
      <w:tr w:rsidR="000A1063"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106</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Нахождение значения числового выражения, содержащего 2-4 действия</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p>
        </w:tc>
        <w:tc>
          <w:tcPr>
            <w:tcW w:w="3686" w:type="dxa"/>
            <w:tcMar>
              <w:top w:w="50" w:type="dxa"/>
              <w:left w:w="100" w:type="dxa"/>
            </w:tcMar>
            <w:vAlign w:val="center"/>
          </w:tcPr>
          <w:p w:rsidR="000A1063" w:rsidRDefault="008E75F7" w:rsidP="00057B56">
            <w:pPr>
              <w:spacing w:after="0"/>
              <w:ind w:left="135"/>
            </w:pPr>
            <w:hyperlink r:id="rId674">
              <w:r w:rsidR="000A1063" w:rsidRPr="004A6E25">
                <w:rPr>
                  <w:rFonts w:ascii="Times New Roman" w:hAnsi="Times New Roman"/>
                  <w:color w:val="0000FF"/>
                  <w:u w:val="single"/>
                </w:rPr>
                <w:t>https://education.yandex.ru</w:t>
              </w:r>
            </w:hyperlink>
            <w:r w:rsidR="000A1063" w:rsidRPr="004A6E25">
              <w:rPr>
                <w:rFonts w:ascii="Times New Roman" w:hAnsi="Times New Roman"/>
                <w:color w:val="000000"/>
                <w:sz w:val="24"/>
              </w:rPr>
              <w:t xml:space="preserve"> </w:t>
            </w:r>
            <w:hyperlink r:id="rId675">
              <w:r w:rsidR="000A1063" w:rsidRPr="004A6E25">
                <w:rPr>
                  <w:rFonts w:ascii="Times New Roman" w:hAnsi="Times New Roman"/>
                  <w:color w:val="0000FF"/>
                  <w:u w:val="single"/>
                </w:rPr>
                <w:t>https://uchi.ru</w:t>
              </w:r>
            </w:hyperlink>
          </w:p>
        </w:tc>
      </w:tr>
      <w:tr w:rsidR="000A1063"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107</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p>
        </w:tc>
        <w:tc>
          <w:tcPr>
            <w:tcW w:w="3686" w:type="dxa"/>
            <w:tcMar>
              <w:top w:w="50" w:type="dxa"/>
              <w:left w:w="100" w:type="dxa"/>
            </w:tcMar>
            <w:vAlign w:val="center"/>
          </w:tcPr>
          <w:p w:rsidR="000A1063" w:rsidRDefault="008E75F7" w:rsidP="00057B56">
            <w:pPr>
              <w:spacing w:after="0"/>
              <w:ind w:left="135"/>
            </w:pPr>
            <w:hyperlink r:id="rId676">
              <w:r w:rsidR="000A1063" w:rsidRPr="004A6E25">
                <w:rPr>
                  <w:rFonts w:ascii="Times New Roman" w:hAnsi="Times New Roman"/>
                  <w:color w:val="0000FF"/>
                  <w:u w:val="single"/>
                </w:rPr>
                <w:t>https://education.yandex.ru</w:t>
              </w:r>
            </w:hyperlink>
            <w:r w:rsidR="000A1063" w:rsidRPr="004A6E25">
              <w:rPr>
                <w:rFonts w:ascii="Times New Roman" w:hAnsi="Times New Roman"/>
                <w:color w:val="000000"/>
                <w:sz w:val="24"/>
              </w:rPr>
              <w:t xml:space="preserve"> </w:t>
            </w:r>
            <w:hyperlink r:id="rId677">
              <w:r w:rsidR="000A1063" w:rsidRPr="004A6E25">
                <w:rPr>
                  <w:rFonts w:ascii="Times New Roman" w:hAnsi="Times New Roman"/>
                  <w:color w:val="0000FF"/>
                  <w:u w:val="single"/>
                </w:rPr>
                <w:t>https://uchi.ru</w:t>
              </w:r>
            </w:hyperlink>
          </w:p>
        </w:tc>
      </w:tr>
      <w:tr w:rsidR="000A1063" w:rsidRPr="008E75F7"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108</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Алгоритм умножения на двузначное число в пределах 100000</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val="restart"/>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Обладающий первоначальными представлениями о природных и социальных</w:t>
            </w:r>
          </w:p>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объектах, многообразии объектов и явлений природы, связи живой и неживой</w:t>
            </w:r>
          </w:p>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природы, о науке, научном знании.</w:t>
            </w:r>
          </w:p>
        </w:tc>
        <w:tc>
          <w:tcPr>
            <w:tcW w:w="3686" w:type="dxa"/>
            <w:tcMar>
              <w:top w:w="50" w:type="dxa"/>
              <w:left w:w="100" w:type="dxa"/>
            </w:tcMar>
            <w:vAlign w:val="center"/>
          </w:tcPr>
          <w:p w:rsidR="000A1063" w:rsidRPr="0079400E" w:rsidRDefault="000A1063" w:rsidP="00057B56">
            <w:pPr>
              <w:spacing w:after="0"/>
              <w:ind w:left="135"/>
              <w:rPr>
                <w:lang w:val="ru-RU"/>
              </w:rPr>
            </w:pPr>
            <w:r w:rsidRPr="0079400E">
              <w:rPr>
                <w:rFonts w:ascii="Times New Roman" w:hAnsi="Times New Roman"/>
                <w:color w:val="000000"/>
                <w:sz w:val="24"/>
                <w:lang w:val="ru-RU"/>
              </w:rPr>
              <w:t xml:space="preserve">Библиотека ЦОК </w:t>
            </w:r>
            <w:hyperlink r:id="rId678">
              <w:r>
                <w:rPr>
                  <w:rFonts w:ascii="Times New Roman" w:hAnsi="Times New Roman"/>
                  <w:color w:val="0000FF"/>
                  <w:u w:val="single"/>
                </w:rPr>
                <w:t>https</w:t>
              </w:r>
              <w:r w:rsidRPr="0079400E">
                <w:rPr>
                  <w:rFonts w:ascii="Times New Roman" w:hAnsi="Times New Roman"/>
                  <w:color w:val="0000FF"/>
                  <w:u w:val="single"/>
                  <w:lang w:val="ru-RU"/>
                </w:rPr>
                <w:t>://</w:t>
              </w:r>
              <w:r>
                <w:rPr>
                  <w:rFonts w:ascii="Times New Roman" w:hAnsi="Times New Roman"/>
                  <w:color w:val="0000FF"/>
                  <w:u w:val="single"/>
                </w:rPr>
                <w:t>m</w:t>
              </w:r>
              <w:r w:rsidRPr="0079400E">
                <w:rPr>
                  <w:rFonts w:ascii="Times New Roman" w:hAnsi="Times New Roman"/>
                  <w:color w:val="0000FF"/>
                  <w:u w:val="single"/>
                  <w:lang w:val="ru-RU"/>
                </w:rPr>
                <w:t>.</w:t>
              </w:r>
              <w:r>
                <w:rPr>
                  <w:rFonts w:ascii="Times New Roman" w:hAnsi="Times New Roman"/>
                  <w:color w:val="0000FF"/>
                  <w:u w:val="single"/>
                </w:rPr>
                <w:t>edsoo</w:t>
              </w:r>
              <w:r w:rsidRPr="0079400E">
                <w:rPr>
                  <w:rFonts w:ascii="Times New Roman" w:hAnsi="Times New Roman"/>
                  <w:color w:val="0000FF"/>
                  <w:u w:val="single"/>
                  <w:lang w:val="ru-RU"/>
                </w:rPr>
                <w:t>.</w:t>
              </w:r>
              <w:r>
                <w:rPr>
                  <w:rFonts w:ascii="Times New Roman" w:hAnsi="Times New Roman"/>
                  <w:color w:val="0000FF"/>
                  <w:u w:val="single"/>
                </w:rPr>
                <w:t>ru</w:t>
              </w:r>
              <w:r w:rsidRPr="0079400E">
                <w:rPr>
                  <w:rFonts w:ascii="Times New Roman" w:hAnsi="Times New Roman"/>
                  <w:color w:val="0000FF"/>
                  <w:u w:val="single"/>
                  <w:lang w:val="ru-RU"/>
                </w:rPr>
                <w:t>/</w:t>
              </w:r>
              <w:r>
                <w:rPr>
                  <w:rFonts w:ascii="Times New Roman" w:hAnsi="Times New Roman"/>
                  <w:color w:val="0000FF"/>
                  <w:u w:val="single"/>
                </w:rPr>
                <w:t>c</w:t>
              </w:r>
              <w:r w:rsidRPr="0079400E">
                <w:rPr>
                  <w:rFonts w:ascii="Times New Roman" w:hAnsi="Times New Roman"/>
                  <w:color w:val="0000FF"/>
                  <w:u w:val="single"/>
                  <w:lang w:val="ru-RU"/>
                </w:rPr>
                <w:t>4</w:t>
              </w:r>
              <w:r>
                <w:rPr>
                  <w:rFonts w:ascii="Times New Roman" w:hAnsi="Times New Roman"/>
                  <w:color w:val="0000FF"/>
                  <w:u w:val="single"/>
                </w:rPr>
                <w:t>e</w:t>
              </w:r>
              <w:r w:rsidRPr="0079400E">
                <w:rPr>
                  <w:rFonts w:ascii="Times New Roman" w:hAnsi="Times New Roman"/>
                  <w:color w:val="0000FF"/>
                  <w:u w:val="single"/>
                  <w:lang w:val="ru-RU"/>
                </w:rPr>
                <w:t>1</w:t>
              </w:r>
              <w:r>
                <w:rPr>
                  <w:rFonts w:ascii="Times New Roman" w:hAnsi="Times New Roman"/>
                  <w:color w:val="0000FF"/>
                  <w:u w:val="single"/>
                </w:rPr>
                <w:t>c</w:t>
              </w:r>
              <w:r w:rsidRPr="0079400E">
                <w:rPr>
                  <w:rFonts w:ascii="Times New Roman" w:hAnsi="Times New Roman"/>
                  <w:color w:val="0000FF"/>
                  <w:u w:val="single"/>
                  <w:lang w:val="ru-RU"/>
                </w:rPr>
                <w:t>6</w:t>
              </w:r>
              <w:r>
                <w:rPr>
                  <w:rFonts w:ascii="Times New Roman" w:hAnsi="Times New Roman"/>
                  <w:color w:val="0000FF"/>
                  <w:u w:val="single"/>
                </w:rPr>
                <w:t>f</w:t>
              </w:r>
              <w:r w:rsidRPr="0079400E">
                <w:rPr>
                  <w:rFonts w:ascii="Times New Roman" w:hAnsi="Times New Roman"/>
                  <w:color w:val="0000FF"/>
                  <w:u w:val="single"/>
                  <w:lang w:val="ru-RU"/>
                </w:rPr>
                <w:t>8</w:t>
              </w:r>
            </w:hyperlink>
          </w:p>
        </w:tc>
      </w:tr>
      <w:tr w:rsidR="000A1063" w:rsidRPr="008E75F7"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109</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sidRPr="000F7EDB">
              <w:rPr>
                <w:rFonts w:ascii="Times New Roman" w:hAnsi="Times New Roman" w:cs="Times New Roman"/>
                <w:color w:val="000000"/>
                <w:sz w:val="24"/>
                <w:szCs w:val="24"/>
              </w:rPr>
              <w:t>Повторение</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rPr>
              <w:t xml:space="preserve"> 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p>
        </w:tc>
        <w:tc>
          <w:tcPr>
            <w:tcW w:w="3686" w:type="dxa"/>
            <w:tcMar>
              <w:top w:w="50" w:type="dxa"/>
              <w:left w:w="100" w:type="dxa"/>
            </w:tcMar>
            <w:vAlign w:val="center"/>
          </w:tcPr>
          <w:p w:rsidR="000A1063" w:rsidRPr="0079400E" w:rsidRDefault="000A1063" w:rsidP="00057B56">
            <w:pPr>
              <w:spacing w:after="0"/>
              <w:ind w:left="135"/>
              <w:rPr>
                <w:lang w:val="ru-RU"/>
              </w:rPr>
            </w:pPr>
            <w:r w:rsidRPr="0079400E">
              <w:rPr>
                <w:rFonts w:ascii="Times New Roman" w:hAnsi="Times New Roman"/>
                <w:color w:val="000000"/>
                <w:sz w:val="24"/>
                <w:lang w:val="ru-RU"/>
              </w:rPr>
              <w:t xml:space="preserve">Библиотека ЦОК </w:t>
            </w:r>
            <w:hyperlink r:id="rId679">
              <w:r>
                <w:rPr>
                  <w:rFonts w:ascii="Times New Roman" w:hAnsi="Times New Roman"/>
                  <w:color w:val="0000FF"/>
                  <w:u w:val="single"/>
                </w:rPr>
                <w:t>https</w:t>
              </w:r>
              <w:r w:rsidRPr="0079400E">
                <w:rPr>
                  <w:rFonts w:ascii="Times New Roman" w:hAnsi="Times New Roman"/>
                  <w:color w:val="0000FF"/>
                  <w:u w:val="single"/>
                  <w:lang w:val="ru-RU"/>
                </w:rPr>
                <w:t>://</w:t>
              </w:r>
              <w:r>
                <w:rPr>
                  <w:rFonts w:ascii="Times New Roman" w:hAnsi="Times New Roman"/>
                  <w:color w:val="0000FF"/>
                  <w:u w:val="single"/>
                </w:rPr>
                <w:t>m</w:t>
              </w:r>
              <w:r w:rsidRPr="0079400E">
                <w:rPr>
                  <w:rFonts w:ascii="Times New Roman" w:hAnsi="Times New Roman"/>
                  <w:color w:val="0000FF"/>
                  <w:u w:val="single"/>
                  <w:lang w:val="ru-RU"/>
                </w:rPr>
                <w:t>.</w:t>
              </w:r>
              <w:r>
                <w:rPr>
                  <w:rFonts w:ascii="Times New Roman" w:hAnsi="Times New Roman"/>
                  <w:color w:val="0000FF"/>
                  <w:u w:val="single"/>
                </w:rPr>
                <w:t>edsoo</w:t>
              </w:r>
              <w:r w:rsidRPr="0079400E">
                <w:rPr>
                  <w:rFonts w:ascii="Times New Roman" w:hAnsi="Times New Roman"/>
                  <w:color w:val="0000FF"/>
                  <w:u w:val="single"/>
                  <w:lang w:val="ru-RU"/>
                </w:rPr>
                <w:t>.</w:t>
              </w:r>
              <w:r>
                <w:rPr>
                  <w:rFonts w:ascii="Times New Roman" w:hAnsi="Times New Roman"/>
                  <w:color w:val="0000FF"/>
                  <w:u w:val="single"/>
                </w:rPr>
                <w:t>ru</w:t>
              </w:r>
              <w:r w:rsidRPr="0079400E">
                <w:rPr>
                  <w:rFonts w:ascii="Times New Roman" w:hAnsi="Times New Roman"/>
                  <w:color w:val="0000FF"/>
                  <w:u w:val="single"/>
                  <w:lang w:val="ru-RU"/>
                </w:rPr>
                <w:t>/</w:t>
              </w:r>
              <w:r>
                <w:rPr>
                  <w:rFonts w:ascii="Times New Roman" w:hAnsi="Times New Roman"/>
                  <w:color w:val="0000FF"/>
                  <w:u w:val="single"/>
                </w:rPr>
                <w:t>c</w:t>
              </w:r>
              <w:r w:rsidRPr="0079400E">
                <w:rPr>
                  <w:rFonts w:ascii="Times New Roman" w:hAnsi="Times New Roman"/>
                  <w:color w:val="0000FF"/>
                  <w:u w:val="single"/>
                  <w:lang w:val="ru-RU"/>
                </w:rPr>
                <w:t>4</w:t>
              </w:r>
              <w:r>
                <w:rPr>
                  <w:rFonts w:ascii="Times New Roman" w:hAnsi="Times New Roman"/>
                  <w:color w:val="0000FF"/>
                  <w:u w:val="single"/>
                </w:rPr>
                <w:t>e</w:t>
              </w:r>
              <w:r w:rsidRPr="0079400E">
                <w:rPr>
                  <w:rFonts w:ascii="Times New Roman" w:hAnsi="Times New Roman"/>
                  <w:color w:val="0000FF"/>
                  <w:u w:val="single"/>
                  <w:lang w:val="ru-RU"/>
                </w:rPr>
                <w:t>25410</w:t>
              </w:r>
            </w:hyperlink>
          </w:p>
        </w:tc>
      </w:tr>
      <w:tr w:rsidR="000A1063"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110</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Приемы прикидки результата и оценки правильности выполнения умножения</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p>
        </w:tc>
        <w:tc>
          <w:tcPr>
            <w:tcW w:w="3686" w:type="dxa"/>
            <w:tcMar>
              <w:top w:w="50" w:type="dxa"/>
              <w:left w:w="100" w:type="dxa"/>
            </w:tcMar>
            <w:vAlign w:val="center"/>
          </w:tcPr>
          <w:p w:rsidR="000A1063" w:rsidRDefault="008E75F7" w:rsidP="00057B56">
            <w:pPr>
              <w:spacing w:after="0"/>
              <w:ind w:left="135"/>
            </w:pPr>
            <w:hyperlink r:id="rId680">
              <w:r w:rsidR="000A1063" w:rsidRPr="004A6E25">
                <w:rPr>
                  <w:rFonts w:ascii="Times New Roman" w:hAnsi="Times New Roman"/>
                  <w:color w:val="0000FF"/>
                  <w:u w:val="single"/>
                </w:rPr>
                <w:t>https://education.yandex.ru</w:t>
              </w:r>
            </w:hyperlink>
            <w:r w:rsidR="000A1063" w:rsidRPr="004A6E25">
              <w:rPr>
                <w:rFonts w:ascii="Times New Roman" w:hAnsi="Times New Roman"/>
                <w:color w:val="000000"/>
                <w:sz w:val="24"/>
              </w:rPr>
              <w:t xml:space="preserve"> </w:t>
            </w:r>
            <w:hyperlink r:id="rId681">
              <w:r w:rsidR="000A1063" w:rsidRPr="004A6E25">
                <w:rPr>
                  <w:rFonts w:ascii="Times New Roman" w:hAnsi="Times New Roman"/>
                  <w:color w:val="0000FF"/>
                  <w:u w:val="single"/>
                </w:rPr>
                <w:t>https://uchi.ru</w:t>
              </w:r>
            </w:hyperlink>
          </w:p>
        </w:tc>
      </w:tr>
      <w:tr w:rsidR="000A1063"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111</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Умножение на двузначное число в пределах 100000</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p>
        </w:tc>
        <w:tc>
          <w:tcPr>
            <w:tcW w:w="3686" w:type="dxa"/>
            <w:tcMar>
              <w:top w:w="50" w:type="dxa"/>
              <w:left w:w="100" w:type="dxa"/>
            </w:tcMar>
            <w:vAlign w:val="center"/>
          </w:tcPr>
          <w:p w:rsidR="000A1063" w:rsidRDefault="008E75F7" w:rsidP="00057B56">
            <w:pPr>
              <w:spacing w:after="0"/>
              <w:ind w:left="135"/>
            </w:pPr>
            <w:hyperlink r:id="rId682">
              <w:r w:rsidR="000A1063" w:rsidRPr="004A6E25">
                <w:rPr>
                  <w:rFonts w:ascii="Times New Roman" w:hAnsi="Times New Roman"/>
                  <w:color w:val="0000FF"/>
                  <w:u w:val="single"/>
                </w:rPr>
                <w:t>https://education.yandex.ru</w:t>
              </w:r>
            </w:hyperlink>
            <w:r w:rsidR="000A1063" w:rsidRPr="004A6E25">
              <w:rPr>
                <w:rFonts w:ascii="Times New Roman" w:hAnsi="Times New Roman"/>
                <w:color w:val="000000"/>
                <w:sz w:val="24"/>
              </w:rPr>
              <w:t xml:space="preserve"> </w:t>
            </w:r>
            <w:hyperlink r:id="rId683">
              <w:r w:rsidR="000A1063" w:rsidRPr="004A6E25">
                <w:rPr>
                  <w:rFonts w:ascii="Times New Roman" w:hAnsi="Times New Roman"/>
                  <w:color w:val="0000FF"/>
                  <w:u w:val="single"/>
                </w:rPr>
                <w:t>https://uchi.ru</w:t>
              </w:r>
            </w:hyperlink>
          </w:p>
        </w:tc>
      </w:tr>
      <w:tr w:rsidR="000A1063"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lastRenderedPageBreak/>
              <w:t>112</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ВПР</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rPr>
              <w:t xml:space="preserve"> 1 </w:t>
            </w:r>
          </w:p>
        </w:tc>
        <w:tc>
          <w:tcPr>
            <w:tcW w:w="5103"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Демонстрирующий навыки наблюдений, накопления фактов, осмысления опыта в</w:t>
            </w:r>
          </w:p>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естественнонаучной и гуманитарной областях познания, исследовательской</w:t>
            </w:r>
          </w:p>
          <w:p w:rsidR="000A1063" w:rsidRPr="000F7EDB" w:rsidRDefault="000A1063" w:rsidP="00057B56">
            <w:pPr>
              <w:spacing w:after="0"/>
              <w:ind w:left="135"/>
              <w:rPr>
                <w:rFonts w:ascii="Times New Roman" w:hAnsi="Times New Roman" w:cs="Times New Roman"/>
                <w:sz w:val="24"/>
                <w:szCs w:val="24"/>
              </w:rPr>
            </w:pPr>
            <w:proofErr w:type="gramStart"/>
            <w:r w:rsidRPr="000F7EDB">
              <w:rPr>
                <w:rFonts w:ascii="Times New Roman" w:hAnsi="Times New Roman" w:cs="Times New Roman"/>
                <w:sz w:val="24"/>
                <w:szCs w:val="24"/>
              </w:rPr>
              <w:t>деятельности</w:t>
            </w:r>
            <w:proofErr w:type="gramEnd"/>
            <w:r w:rsidRPr="000F7EDB">
              <w:rPr>
                <w:rFonts w:ascii="Times New Roman" w:hAnsi="Times New Roman" w:cs="Times New Roman"/>
                <w:sz w:val="24"/>
                <w:szCs w:val="24"/>
              </w:rPr>
              <w:t>.</w:t>
            </w:r>
          </w:p>
        </w:tc>
        <w:tc>
          <w:tcPr>
            <w:tcW w:w="3686" w:type="dxa"/>
            <w:tcMar>
              <w:top w:w="50" w:type="dxa"/>
              <w:left w:w="100" w:type="dxa"/>
            </w:tcMar>
            <w:vAlign w:val="center"/>
          </w:tcPr>
          <w:p w:rsidR="000A1063" w:rsidRDefault="008E75F7" w:rsidP="00057B56">
            <w:pPr>
              <w:spacing w:after="0"/>
              <w:ind w:left="135"/>
            </w:pPr>
            <w:hyperlink r:id="rId684">
              <w:r w:rsidR="000A1063" w:rsidRPr="004A6E25">
                <w:rPr>
                  <w:rFonts w:ascii="Times New Roman" w:hAnsi="Times New Roman"/>
                  <w:color w:val="0000FF"/>
                  <w:u w:val="single"/>
                </w:rPr>
                <w:t>https://education.yandex.ru</w:t>
              </w:r>
            </w:hyperlink>
            <w:r w:rsidR="000A1063" w:rsidRPr="004A6E25">
              <w:rPr>
                <w:rFonts w:ascii="Times New Roman" w:hAnsi="Times New Roman"/>
                <w:color w:val="000000"/>
                <w:sz w:val="24"/>
              </w:rPr>
              <w:t xml:space="preserve"> </w:t>
            </w:r>
            <w:hyperlink r:id="rId685">
              <w:r w:rsidR="000A1063" w:rsidRPr="004A6E25">
                <w:rPr>
                  <w:rFonts w:ascii="Times New Roman" w:hAnsi="Times New Roman"/>
                  <w:color w:val="0000FF"/>
                  <w:u w:val="single"/>
                </w:rPr>
                <w:t>https://uchi.ru</w:t>
              </w:r>
            </w:hyperlink>
          </w:p>
        </w:tc>
      </w:tr>
      <w:tr w:rsidR="000A1063" w:rsidRPr="008E75F7"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113</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Модели пространственных геометрических фигур в окружающем мире (цилиндр, пирамида, конус)</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val="restart"/>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Обладающий первоначальными представлениями о природных и социальных</w:t>
            </w:r>
          </w:p>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объектах, многообразии объектов и явлений природы, связи живой и неживой</w:t>
            </w:r>
          </w:p>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природы, о науке, научном знании.</w:t>
            </w:r>
          </w:p>
        </w:tc>
        <w:tc>
          <w:tcPr>
            <w:tcW w:w="3686" w:type="dxa"/>
            <w:tcMar>
              <w:top w:w="50" w:type="dxa"/>
              <w:left w:w="100" w:type="dxa"/>
            </w:tcMar>
            <w:vAlign w:val="center"/>
          </w:tcPr>
          <w:p w:rsidR="000A1063" w:rsidRPr="0079400E" w:rsidRDefault="000A1063" w:rsidP="00057B56">
            <w:pPr>
              <w:spacing w:after="0"/>
              <w:ind w:left="135"/>
              <w:rPr>
                <w:lang w:val="ru-RU"/>
              </w:rPr>
            </w:pPr>
            <w:r w:rsidRPr="0079400E">
              <w:rPr>
                <w:rFonts w:ascii="Times New Roman" w:hAnsi="Times New Roman"/>
                <w:color w:val="000000"/>
                <w:sz w:val="24"/>
                <w:lang w:val="ru-RU"/>
              </w:rPr>
              <w:t xml:space="preserve">Библиотека ЦОК </w:t>
            </w:r>
            <w:hyperlink r:id="rId686">
              <w:r>
                <w:rPr>
                  <w:rFonts w:ascii="Times New Roman" w:hAnsi="Times New Roman"/>
                  <w:color w:val="0000FF"/>
                  <w:u w:val="single"/>
                </w:rPr>
                <w:t>https</w:t>
              </w:r>
              <w:r w:rsidRPr="0079400E">
                <w:rPr>
                  <w:rFonts w:ascii="Times New Roman" w:hAnsi="Times New Roman"/>
                  <w:color w:val="0000FF"/>
                  <w:u w:val="single"/>
                  <w:lang w:val="ru-RU"/>
                </w:rPr>
                <w:t>://</w:t>
              </w:r>
              <w:r>
                <w:rPr>
                  <w:rFonts w:ascii="Times New Roman" w:hAnsi="Times New Roman"/>
                  <w:color w:val="0000FF"/>
                  <w:u w:val="single"/>
                </w:rPr>
                <w:t>m</w:t>
              </w:r>
              <w:r w:rsidRPr="0079400E">
                <w:rPr>
                  <w:rFonts w:ascii="Times New Roman" w:hAnsi="Times New Roman"/>
                  <w:color w:val="0000FF"/>
                  <w:u w:val="single"/>
                  <w:lang w:val="ru-RU"/>
                </w:rPr>
                <w:t>.</w:t>
              </w:r>
              <w:r>
                <w:rPr>
                  <w:rFonts w:ascii="Times New Roman" w:hAnsi="Times New Roman"/>
                  <w:color w:val="0000FF"/>
                  <w:u w:val="single"/>
                </w:rPr>
                <w:t>edsoo</w:t>
              </w:r>
              <w:r w:rsidRPr="0079400E">
                <w:rPr>
                  <w:rFonts w:ascii="Times New Roman" w:hAnsi="Times New Roman"/>
                  <w:color w:val="0000FF"/>
                  <w:u w:val="single"/>
                  <w:lang w:val="ru-RU"/>
                </w:rPr>
                <w:t>.</w:t>
              </w:r>
              <w:r>
                <w:rPr>
                  <w:rFonts w:ascii="Times New Roman" w:hAnsi="Times New Roman"/>
                  <w:color w:val="0000FF"/>
                  <w:u w:val="single"/>
                </w:rPr>
                <w:t>ru</w:t>
              </w:r>
              <w:r w:rsidRPr="0079400E">
                <w:rPr>
                  <w:rFonts w:ascii="Times New Roman" w:hAnsi="Times New Roman"/>
                  <w:color w:val="0000FF"/>
                  <w:u w:val="single"/>
                  <w:lang w:val="ru-RU"/>
                </w:rPr>
                <w:t>/</w:t>
              </w:r>
              <w:r>
                <w:rPr>
                  <w:rFonts w:ascii="Times New Roman" w:hAnsi="Times New Roman"/>
                  <w:color w:val="0000FF"/>
                  <w:u w:val="single"/>
                </w:rPr>
                <w:t>c</w:t>
              </w:r>
              <w:r w:rsidRPr="0079400E">
                <w:rPr>
                  <w:rFonts w:ascii="Times New Roman" w:hAnsi="Times New Roman"/>
                  <w:color w:val="0000FF"/>
                  <w:u w:val="single"/>
                  <w:lang w:val="ru-RU"/>
                </w:rPr>
                <w:t>4</w:t>
              </w:r>
              <w:r>
                <w:rPr>
                  <w:rFonts w:ascii="Times New Roman" w:hAnsi="Times New Roman"/>
                  <w:color w:val="0000FF"/>
                  <w:u w:val="single"/>
                </w:rPr>
                <w:t>e</w:t>
              </w:r>
              <w:r w:rsidRPr="0079400E">
                <w:rPr>
                  <w:rFonts w:ascii="Times New Roman" w:hAnsi="Times New Roman"/>
                  <w:color w:val="0000FF"/>
                  <w:u w:val="single"/>
                  <w:lang w:val="ru-RU"/>
                </w:rPr>
                <w:t>2529</w:t>
              </w:r>
              <w:r>
                <w:rPr>
                  <w:rFonts w:ascii="Times New Roman" w:hAnsi="Times New Roman"/>
                  <w:color w:val="0000FF"/>
                  <w:u w:val="single"/>
                </w:rPr>
                <w:t>e</w:t>
              </w:r>
            </w:hyperlink>
          </w:p>
        </w:tc>
      </w:tr>
      <w:tr w:rsidR="000A1063"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114</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Применение алгоритмов для построения геометрической фигуры, измерения длины отрезка</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p>
        </w:tc>
        <w:tc>
          <w:tcPr>
            <w:tcW w:w="3686" w:type="dxa"/>
            <w:tcMar>
              <w:top w:w="50" w:type="dxa"/>
              <w:left w:w="100" w:type="dxa"/>
            </w:tcMar>
            <w:vAlign w:val="center"/>
          </w:tcPr>
          <w:p w:rsidR="000A1063" w:rsidRDefault="008E75F7" w:rsidP="00057B56">
            <w:pPr>
              <w:spacing w:after="0"/>
              <w:ind w:left="135"/>
            </w:pPr>
            <w:hyperlink r:id="rId687">
              <w:r w:rsidR="000A1063" w:rsidRPr="004A6E25">
                <w:rPr>
                  <w:rFonts w:ascii="Times New Roman" w:hAnsi="Times New Roman"/>
                  <w:color w:val="0000FF"/>
                  <w:u w:val="single"/>
                </w:rPr>
                <w:t>https://education.yandex.ru</w:t>
              </w:r>
            </w:hyperlink>
            <w:r w:rsidR="000A1063" w:rsidRPr="004A6E25">
              <w:rPr>
                <w:rFonts w:ascii="Times New Roman" w:hAnsi="Times New Roman"/>
                <w:color w:val="000000"/>
                <w:sz w:val="24"/>
              </w:rPr>
              <w:t xml:space="preserve"> </w:t>
            </w:r>
            <w:hyperlink r:id="rId688">
              <w:r w:rsidR="000A1063" w:rsidRPr="004A6E25">
                <w:rPr>
                  <w:rFonts w:ascii="Times New Roman" w:hAnsi="Times New Roman"/>
                  <w:color w:val="0000FF"/>
                  <w:u w:val="single"/>
                </w:rPr>
                <w:t>https://uchi.ru</w:t>
              </w:r>
            </w:hyperlink>
          </w:p>
        </w:tc>
      </w:tr>
      <w:tr w:rsidR="000A1063"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115</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Письменное умножение и деление многозначных чисел</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p>
        </w:tc>
        <w:tc>
          <w:tcPr>
            <w:tcW w:w="3686" w:type="dxa"/>
            <w:tcMar>
              <w:top w:w="50" w:type="dxa"/>
              <w:left w:w="100" w:type="dxa"/>
            </w:tcMar>
            <w:vAlign w:val="center"/>
          </w:tcPr>
          <w:p w:rsidR="000A1063" w:rsidRDefault="008E75F7" w:rsidP="00057B56">
            <w:pPr>
              <w:spacing w:after="0"/>
              <w:ind w:left="135"/>
            </w:pPr>
            <w:hyperlink r:id="rId689">
              <w:r w:rsidR="000A1063" w:rsidRPr="004A6E25">
                <w:rPr>
                  <w:rFonts w:ascii="Times New Roman" w:hAnsi="Times New Roman"/>
                  <w:color w:val="0000FF"/>
                  <w:u w:val="single"/>
                </w:rPr>
                <w:t>https://education.yandex.ru</w:t>
              </w:r>
            </w:hyperlink>
            <w:r w:rsidR="000A1063" w:rsidRPr="004A6E25">
              <w:rPr>
                <w:rFonts w:ascii="Times New Roman" w:hAnsi="Times New Roman"/>
                <w:color w:val="000000"/>
                <w:sz w:val="24"/>
              </w:rPr>
              <w:t xml:space="preserve"> </w:t>
            </w:r>
            <w:hyperlink r:id="rId690">
              <w:r w:rsidR="000A1063" w:rsidRPr="004A6E25">
                <w:rPr>
                  <w:rFonts w:ascii="Times New Roman" w:hAnsi="Times New Roman"/>
                  <w:color w:val="0000FF"/>
                  <w:u w:val="single"/>
                </w:rPr>
                <w:t>https://uchi.ru</w:t>
              </w:r>
            </w:hyperlink>
          </w:p>
        </w:tc>
      </w:tr>
      <w:tr w:rsidR="000A1063"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116</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Классификация объектов по одному-двум признакам</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p>
        </w:tc>
        <w:tc>
          <w:tcPr>
            <w:tcW w:w="3686" w:type="dxa"/>
            <w:tcMar>
              <w:top w:w="50" w:type="dxa"/>
              <w:left w:w="100" w:type="dxa"/>
            </w:tcMar>
            <w:vAlign w:val="center"/>
          </w:tcPr>
          <w:p w:rsidR="000A1063" w:rsidRDefault="008E75F7" w:rsidP="00057B56">
            <w:pPr>
              <w:spacing w:after="0"/>
              <w:ind w:left="135"/>
            </w:pPr>
            <w:hyperlink r:id="rId691">
              <w:r w:rsidR="000A1063" w:rsidRPr="004A6E25">
                <w:rPr>
                  <w:rFonts w:ascii="Times New Roman" w:hAnsi="Times New Roman"/>
                  <w:color w:val="0000FF"/>
                  <w:u w:val="single"/>
                </w:rPr>
                <w:t>https://education.yandex.ru</w:t>
              </w:r>
            </w:hyperlink>
            <w:r w:rsidR="000A1063" w:rsidRPr="004A6E25">
              <w:rPr>
                <w:rFonts w:ascii="Times New Roman" w:hAnsi="Times New Roman"/>
                <w:color w:val="000000"/>
                <w:sz w:val="24"/>
              </w:rPr>
              <w:t xml:space="preserve"> </w:t>
            </w:r>
            <w:hyperlink r:id="rId692">
              <w:r w:rsidR="000A1063" w:rsidRPr="004A6E25">
                <w:rPr>
                  <w:rFonts w:ascii="Times New Roman" w:hAnsi="Times New Roman"/>
                  <w:color w:val="0000FF"/>
                  <w:u w:val="single"/>
                </w:rPr>
                <w:t>https://uchi.ru</w:t>
              </w:r>
            </w:hyperlink>
          </w:p>
        </w:tc>
      </w:tr>
      <w:tr w:rsidR="000A1063" w:rsidRPr="008E75F7"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117</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Закрепление по теме "Письменные вычисления"</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val="restart"/>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tc>
        <w:tc>
          <w:tcPr>
            <w:tcW w:w="3686" w:type="dxa"/>
            <w:tcMar>
              <w:top w:w="50" w:type="dxa"/>
              <w:left w:w="100" w:type="dxa"/>
            </w:tcMar>
            <w:vAlign w:val="center"/>
          </w:tcPr>
          <w:p w:rsidR="000A1063" w:rsidRPr="000A1063" w:rsidRDefault="008E75F7" w:rsidP="00057B56">
            <w:pPr>
              <w:spacing w:after="0"/>
              <w:ind w:left="135"/>
              <w:rPr>
                <w:lang w:val="ru-RU"/>
              </w:rPr>
            </w:pPr>
            <w:hyperlink r:id="rId693">
              <w:r w:rsidR="000A1063" w:rsidRPr="004A6E25">
                <w:rPr>
                  <w:rFonts w:ascii="Times New Roman" w:hAnsi="Times New Roman"/>
                  <w:color w:val="0000FF"/>
                  <w:u w:val="single"/>
                </w:rPr>
                <w:t>https</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education</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yandex</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ru</w:t>
              </w:r>
            </w:hyperlink>
            <w:r w:rsidR="000A1063" w:rsidRPr="000A1063">
              <w:rPr>
                <w:rFonts w:ascii="Times New Roman" w:hAnsi="Times New Roman"/>
                <w:color w:val="000000"/>
                <w:sz w:val="24"/>
                <w:lang w:val="ru-RU"/>
              </w:rPr>
              <w:t xml:space="preserve"> </w:t>
            </w:r>
            <w:hyperlink r:id="rId694">
              <w:r w:rsidR="000A1063" w:rsidRPr="004A6E25">
                <w:rPr>
                  <w:rFonts w:ascii="Times New Roman" w:hAnsi="Times New Roman"/>
                  <w:color w:val="0000FF"/>
                  <w:u w:val="single"/>
                </w:rPr>
                <w:t>https</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uchi</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ru</w:t>
              </w:r>
            </w:hyperlink>
          </w:p>
        </w:tc>
      </w:tr>
      <w:tr w:rsidR="000A1063" w:rsidRPr="008E75F7"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118</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Закрепление по теме "Задачи на установление времени, расчёта количества, расхода, изменения"</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p>
        </w:tc>
        <w:tc>
          <w:tcPr>
            <w:tcW w:w="3686" w:type="dxa"/>
            <w:tcMar>
              <w:top w:w="50" w:type="dxa"/>
              <w:left w:w="100" w:type="dxa"/>
            </w:tcMar>
            <w:vAlign w:val="center"/>
          </w:tcPr>
          <w:p w:rsidR="000A1063" w:rsidRPr="0079400E" w:rsidRDefault="000A1063" w:rsidP="00057B56">
            <w:pPr>
              <w:spacing w:after="0"/>
              <w:ind w:left="135"/>
              <w:rPr>
                <w:lang w:val="ru-RU"/>
              </w:rPr>
            </w:pPr>
            <w:r w:rsidRPr="0079400E">
              <w:rPr>
                <w:rFonts w:ascii="Times New Roman" w:hAnsi="Times New Roman"/>
                <w:color w:val="000000"/>
                <w:sz w:val="24"/>
                <w:lang w:val="ru-RU"/>
              </w:rPr>
              <w:t xml:space="preserve">Библиотека ЦОК </w:t>
            </w:r>
            <w:hyperlink r:id="rId695">
              <w:r>
                <w:rPr>
                  <w:rFonts w:ascii="Times New Roman" w:hAnsi="Times New Roman"/>
                  <w:color w:val="0000FF"/>
                  <w:u w:val="single"/>
                </w:rPr>
                <w:t>https</w:t>
              </w:r>
              <w:r w:rsidRPr="0079400E">
                <w:rPr>
                  <w:rFonts w:ascii="Times New Roman" w:hAnsi="Times New Roman"/>
                  <w:color w:val="0000FF"/>
                  <w:u w:val="single"/>
                  <w:lang w:val="ru-RU"/>
                </w:rPr>
                <w:t>://</w:t>
              </w:r>
              <w:r>
                <w:rPr>
                  <w:rFonts w:ascii="Times New Roman" w:hAnsi="Times New Roman"/>
                  <w:color w:val="0000FF"/>
                  <w:u w:val="single"/>
                </w:rPr>
                <w:t>m</w:t>
              </w:r>
              <w:r w:rsidRPr="0079400E">
                <w:rPr>
                  <w:rFonts w:ascii="Times New Roman" w:hAnsi="Times New Roman"/>
                  <w:color w:val="0000FF"/>
                  <w:u w:val="single"/>
                  <w:lang w:val="ru-RU"/>
                </w:rPr>
                <w:t>.</w:t>
              </w:r>
              <w:r>
                <w:rPr>
                  <w:rFonts w:ascii="Times New Roman" w:hAnsi="Times New Roman"/>
                  <w:color w:val="0000FF"/>
                  <w:u w:val="single"/>
                </w:rPr>
                <w:t>edsoo</w:t>
              </w:r>
              <w:r w:rsidRPr="0079400E">
                <w:rPr>
                  <w:rFonts w:ascii="Times New Roman" w:hAnsi="Times New Roman"/>
                  <w:color w:val="0000FF"/>
                  <w:u w:val="single"/>
                  <w:lang w:val="ru-RU"/>
                </w:rPr>
                <w:t>.</w:t>
              </w:r>
              <w:r>
                <w:rPr>
                  <w:rFonts w:ascii="Times New Roman" w:hAnsi="Times New Roman"/>
                  <w:color w:val="0000FF"/>
                  <w:u w:val="single"/>
                </w:rPr>
                <w:t>ru</w:t>
              </w:r>
              <w:r w:rsidRPr="0079400E">
                <w:rPr>
                  <w:rFonts w:ascii="Times New Roman" w:hAnsi="Times New Roman"/>
                  <w:color w:val="0000FF"/>
                  <w:u w:val="single"/>
                  <w:lang w:val="ru-RU"/>
                </w:rPr>
                <w:t>/</w:t>
              </w:r>
              <w:r>
                <w:rPr>
                  <w:rFonts w:ascii="Times New Roman" w:hAnsi="Times New Roman"/>
                  <w:color w:val="0000FF"/>
                  <w:u w:val="single"/>
                </w:rPr>
                <w:t>c</w:t>
              </w:r>
              <w:r w:rsidRPr="0079400E">
                <w:rPr>
                  <w:rFonts w:ascii="Times New Roman" w:hAnsi="Times New Roman"/>
                  <w:color w:val="0000FF"/>
                  <w:u w:val="single"/>
                  <w:lang w:val="ru-RU"/>
                </w:rPr>
                <w:t>4</w:t>
              </w:r>
              <w:r>
                <w:rPr>
                  <w:rFonts w:ascii="Times New Roman" w:hAnsi="Times New Roman"/>
                  <w:color w:val="0000FF"/>
                  <w:u w:val="single"/>
                </w:rPr>
                <w:t>e</w:t>
              </w:r>
              <w:r w:rsidRPr="0079400E">
                <w:rPr>
                  <w:rFonts w:ascii="Times New Roman" w:hAnsi="Times New Roman"/>
                  <w:color w:val="0000FF"/>
                  <w:u w:val="single"/>
                  <w:lang w:val="ru-RU"/>
                </w:rPr>
                <w:t>2316</w:t>
              </w:r>
              <w:r>
                <w:rPr>
                  <w:rFonts w:ascii="Times New Roman" w:hAnsi="Times New Roman"/>
                  <w:color w:val="0000FF"/>
                  <w:u w:val="single"/>
                </w:rPr>
                <w:t>a</w:t>
              </w:r>
            </w:hyperlink>
          </w:p>
        </w:tc>
      </w:tr>
      <w:tr w:rsidR="000A1063" w:rsidRPr="008E75F7"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119</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Суммирование данных строки, столбца данной таблицы</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val="restart"/>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tc>
        <w:tc>
          <w:tcPr>
            <w:tcW w:w="3686" w:type="dxa"/>
            <w:tcMar>
              <w:top w:w="50" w:type="dxa"/>
              <w:left w:w="100" w:type="dxa"/>
            </w:tcMar>
            <w:vAlign w:val="center"/>
          </w:tcPr>
          <w:p w:rsidR="000A1063" w:rsidRPr="000A1063" w:rsidRDefault="008E75F7" w:rsidP="00057B56">
            <w:pPr>
              <w:spacing w:after="0"/>
              <w:ind w:left="135"/>
              <w:rPr>
                <w:lang w:val="ru-RU"/>
              </w:rPr>
            </w:pPr>
            <w:hyperlink r:id="rId696">
              <w:r w:rsidR="000A1063" w:rsidRPr="004A6E25">
                <w:rPr>
                  <w:rFonts w:ascii="Times New Roman" w:hAnsi="Times New Roman"/>
                  <w:color w:val="0000FF"/>
                  <w:u w:val="single"/>
                </w:rPr>
                <w:t>https</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education</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yandex</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ru</w:t>
              </w:r>
            </w:hyperlink>
            <w:r w:rsidR="000A1063" w:rsidRPr="000A1063">
              <w:rPr>
                <w:rFonts w:ascii="Times New Roman" w:hAnsi="Times New Roman"/>
                <w:color w:val="000000"/>
                <w:sz w:val="24"/>
                <w:lang w:val="ru-RU"/>
              </w:rPr>
              <w:t xml:space="preserve"> </w:t>
            </w:r>
            <w:hyperlink r:id="rId697">
              <w:r w:rsidR="000A1063" w:rsidRPr="004A6E25">
                <w:rPr>
                  <w:rFonts w:ascii="Times New Roman" w:hAnsi="Times New Roman"/>
                  <w:color w:val="0000FF"/>
                  <w:u w:val="single"/>
                </w:rPr>
                <w:t>https</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uchi</w:t>
              </w:r>
              <w:r w:rsidR="000A1063" w:rsidRPr="000A1063">
                <w:rPr>
                  <w:rFonts w:ascii="Times New Roman" w:hAnsi="Times New Roman"/>
                  <w:color w:val="0000FF"/>
                  <w:u w:val="single"/>
                  <w:lang w:val="ru-RU"/>
                </w:rPr>
                <w:t>.</w:t>
              </w:r>
              <w:r w:rsidR="000A1063" w:rsidRPr="004A6E25">
                <w:rPr>
                  <w:rFonts w:ascii="Times New Roman" w:hAnsi="Times New Roman"/>
                  <w:color w:val="0000FF"/>
                  <w:u w:val="single"/>
                </w:rPr>
                <w:t>ru</w:t>
              </w:r>
            </w:hyperlink>
          </w:p>
        </w:tc>
      </w:tr>
      <w:tr w:rsidR="000A1063" w:rsidRPr="008E75F7"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120</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Алгоритм деления на двузначное число в пределах 100000</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p>
        </w:tc>
        <w:tc>
          <w:tcPr>
            <w:tcW w:w="3686" w:type="dxa"/>
            <w:tcMar>
              <w:top w:w="50" w:type="dxa"/>
              <w:left w:w="100" w:type="dxa"/>
            </w:tcMar>
            <w:vAlign w:val="center"/>
          </w:tcPr>
          <w:p w:rsidR="000A1063" w:rsidRPr="0079400E" w:rsidRDefault="000A1063" w:rsidP="00057B56">
            <w:pPr>
              <w:spacing w:after="0"/>
              <w:ind w:left="135"/>
              <w:rPr>
                <w:lang w:val="ru-RU"/>
              </w:rPr>
            </w:pPr>
            <w:r w:rsidRPr="0079400E">
              <w:rPr>
                <w:rFonts w:ascii="Times New Roman" w:hAnsi="Times New Roman"/>
                <w:color w:val="000000"/>
                <w:sz w:val="24"/>
                <w:lang w:val="ru-RU"/>
              </w:rPr>
              <w:t xml:space="preserve">Библиотека ЦОК </w:t>
            </w:r>
            <w:hyperlink r:id="rId698">
              <w:r>
                <w:rPr>
                  <w:rFonts w:ascii="Times New Roman" w:hAnsi="Times New Roman"/>
                  <w:color w:val="0000FF"/>
                  <w:u w:val="single"/>
                </w:rPr>
                <w:t>https</w:t>
              </w:r>
              <w:r w:rsidRPr="0079400E">
                <w:rPr>
                  <w:rFonts w:ascii="Times New Roman" w:hAnsi="Times New Roman"/>
                  <w:color w:val="0000FF"/>
                  <w:u w:val="single"/>
                  <w:lang w:val="ru-RU"/>
                </w:rPr>
                <w:t>://</w:t>
              </w:r>
              <w:r>
                <w:rPr>
                  <w:rFonts w:ascii="Times New Roman" w:hAnsi="Times New Roman"/>
                  <w:color w:val="0000FF"/>
                  <w:u w:val="single"/>
                </w:rPr>
                <w:t>m</w:t>
              </w:r>
              <w:r w:rsidRPr="0079400E">
                <w:rPr>
                  <w:rFonts w:ascii="Times New Roman" w:hAnsi="Times New Roman"/>
                  <w:color w:val="0000FF"/>
                  <w:u w:val="single"/>
                  <w:lang w:val="ru-RU"/>
                </w:rPr>
                <w:t>.</w:t>
              </w:r>
              <w:r>
                <w:rPr>
                  <w:rFonts w:ascii="Times New Roman" w:hAnsi="Times New Roman"/>
                  <w:color w:val="0000FF"/>
                  <w:u w:val="single"/>
                </w:rPr>
                <w:t>edsoo</w:t>
              </w:r>
              <w:r w:rsidRPr="0079400E">
                <w:rPr>
                  <w:rFonts w:ascii="Times New Roman" w:hAnsi="Times New Roman"/>
                  <w:color w:val="0000FF"/>
                  <w:u w:val="single"/>
                  <w:lang w:val="ru-RU"/>
                </w:rPr>
                <w:t>.</w:t>
              </w:r>
              <w:r>
                <w:rPr>
                  <w:rFonts w:ascii="Times New Roman" w:hAnsi="Times New Roman"/>
                  <w:color w:val="0000FF"/>
                  <w:u w:val="single"/>
                </w:rPr>
                <w:t>ru</w:t>
              </w:r>
              <w:r w:rsidRPr="0079400E">
                <w:rPr>
                  <w:rFonts w:ascii="Times New Roman" w:hAnsi="Times New Roman"/>
                  <w:color w:val="0000FF"/>
                  <w:u w:val="single"/>
                  <w:lang w:val="ru-RU"/>
                </w:rPr>
                <w:t>/</w:t>
              </w:r>
              <w:r>
                <w:rPr>
                  <w:rFonts w:ascii="Times New Roman" w:hAnsi="Times New Roman"/>
                  <w:color w:val="0000FF"/>
                  <w:u w:val="single"/>
                </w:rPr>
                <w:t>c</w:t>
              </w:r>
              <w:r w:rsidRPr="0079400E">
                <w:rPr>
                  <w:rFonts w:ascii="Times New Roman" w:hAnsi="Times New Roman"/>
                  <w:color w:val="0000FF"/>
                  <w:u w:val="single"/>
                  <w:lang w:val="ru-RU"/>
                </w:rPr>
                <w:t>4</w:t>
              </w:r>
              <w:r>
                <w:rPr>
                  <w:rFonts w:ascii="Times New Roman" w:hAnsi="Times New Roman"/>
                  <w:color w:val="0000FF"/>
                  <w:u w:val="single"/>
                </w:rPr>
                <w:t>e</w:t>
              </w:r>
              <w:r w:rsidRPr="0079400E">
                <w:rPr>
                  <w:rFonts w:ascii="Times New Roman" w:hAnsi="Times New Roman"/>
                  <w:color w:val="0000FF"/>
                  <w:u w:val="single"/>
                  <w:lang w:val="ru-RU"/>
                </w:rPr>
                <w:t>1</w:t>
              </w:r>
              <w:r>
                <w:rPr>
                  <w:rFonts w:ascii="Times New Roman" w:hAnsi="Times New Roman"/>
                  <w:color w:val="0000FF"/>
                  <w:u w:val="single"/>
                </w:rPr>
                <w:t>d</w:t>
              </w:r>
              <w:r w:rsidRPr="0079400E">
                <w:rPr>
                  <w:rFonts w:ascii="Times New Roman" w:hAnsi="Times New Roman"/>
                  <w:color w:val="0000FF"/>
                  <w:u w:val="single"/>
                  <w:lang w:val="ru-RU"/>
                </w:rPr>
                <w:t>544</w:t>
              </w:r>
            </w:hyperlink>
          </w:p>
        </w:tc>
      </w:tr>
      <w:tr w:rsidR="000A1063"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121</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Деление на двузначное число в пределах 100000</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p>
        </w:tc>
        <w:tc>
          <w:tcPr>
            <w:tcW w:w="3686" w:type="dxa"/>
            <w:tcMar>
              <w:top w:w="50" w:type="dxa"/>
              <w:left w:w="100" w:type="dxa"/>
            </w:tcMar>
            <w:vAlign w:val="center"/>
          </w:tcPr>
          <w:p w:rsidR="000A1063" w:rsidRDefault="008E75F7" w:rsidP="00057B56">
            <w:pPr>
              <w:spacing w:after="0"/>
              <w:ind w:left="135"/>
            </w:pPr>
            <w:hyperlink r:id="rId699">
              <w:r w:rsidR="000A1063" w:rsidRPr="004A6E25">
                <w:rPr>
                  <w:rFonts w:ascii="Times New Roman" w:hAnsi="Times New Roman"/>
                  <w:color w:val="0000FF"/>
                  <w:u w:val="single"/>
                </w:rPr>
                <w:t>https://education.yandex.ru</w:t>
              </w:r>
            </w:hyperlink>
            <w:r w:rsidR="000A1063" w:rsidRPr="004A6E25">
              <w:rPr>
                <w:rFonts w:ascii="Times New Roman" w:hAnsi="Times New Roman"/>
                <w:color w:val="000000"/>
                <w:sz w:val="24"/>
              </w:rPr>
              <w:t xml:space="preserve"> </w:t>
            </w:r>
            <w:hyperlink r:id="rId700">
              <w:r w:rsidR="000A1063" w:rsidRPr="004A6E25">
                <w:rPr>
                  <w:rFonts w:ascii="Times New Roman" w:hAnsi="Times New Roman"/>
                  <w:color w:val="0000FF"/>
                  <w:u w:val="single"/>
                </w:rPr>
                <w:t>https://uchi.ru</w:t>
              </w:r>
            </w:hyperlink>
          </w:p>
        </w:tc>
      </w:tr>
      <w:tr w:rsidR="000A1063" w:rsidRPr="008E75F7"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lastRenderedPageBreak/>
              <w:t>122</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Окружность, круг: распознавание и изображение</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p>
        </w:tc>
        <w:tc>
          <w:tcPr>
            <w:tcW w:w="3686" w:type="dxa"/>
            <w:tcMar>
              <w:top w:w="50" w:type="dxa"/>
              <w:left w:w="100" w:type="dxa"/>
            </w:tcMar>
            <w:vAlign w:val="center"/>
          </w:tcPr>
          <w:p w:rsidR="000A1063" w:rsidRPr="0079400E" w:rsidRDefault="000A1063" w:rsidP="00057B56">
            <w:pPr>
              <w:spacing w:after="0"/>
              <w:ind w:left="135"/>
              <w:rPr>
                <w:lang w:val="ru-RU"/>
              </w:rPr>
            </w:pPr>
            <w:r w:rsidRPr="0079400E">
              <w:rPr>
                <w:rFonts w:ascii="Times New Roman" w:hAnsi="Times New Roman"/>
                <w:color w:val="000000"/>
                <w:sz w:val="24"/>
                <w:lang w:val="ru-RU"/>
              </w:rPr>
              <w:t xml:space="preserve">Библиотека ЦОК </w:t>
            </w:r>
            <w:hyperlink r:id="rId701">
              <w:r>
                <w:rPr>
                  <w:rFonts w:ascii="Times New Roman" w:hAnsi="Times New Roman"/>
                  <w:color w:val="0000FF"/>
                  <w:u w:val="single"/>
                </w:rPr>
                <w:t>https</w:t>
              </w:r>
              <w:r w:rsidRPr="0079400E">
                <w:rPr>
                  <w:rFonts w:ascii="Times New Roman" w:hAnsi="Times New Roman"/>
                  <w:color w:val="0000FF"/>
                  <w:u w:val="single"/>
                  <w:lang w:val="ru-RU"/>
                </w:rPr>
                <w:t>://</w:t>
              </w:r>
              <w:r>
                <w:rPr>
                  <w:rFonts w:ascii="Times New Roman" w:hAnsi="Times New Roman"/>
                  <w:color w:val="0000FF"/>
                  <w:u w:val="single"/>
                </w:rPr>
                <w:t>m</w:t>
              </w:r>
              <w:r w:rsidRPr="0079400E">
                <w:rPr>
                  <w:rFonts w:ascii="Times New Roman" w:hAnsi="Times New Roman"/>
                  <w:color w:val="0000FF"/>
                  <w:u w:val="single"/>
                  <w:lang w:val="ru-RU"/>
                </w:rPr>
                <w:t>.</w:t>
              </w:r>
              <w:r>
                <w:rPr>
                  <w:rFonts w:ascii="Times New Roman" w:hAnsi="Times New Roman"/>
                  <w:color w:val="0000FF"/>
                  <w:u w:val="single"/>
                </w:rPr>
                <w:t>edsoo</w:t>
              </w:r>
              <w:r w:rsidRPr="0079400E">
                <w:rPr>
                  <w:rFonts w:ascii="Times New Roman" w:hAnsi="Times New Roman"/>
                  <w:color w:val="0000FF"/>
                  <w:u w:val="single"/>
                  <w:lang w:val="ru-RU"/>
                </w:rPr>
                <w:t>.</w:t>
              </w:r>
              <w:r>
                <w:rPr>
                  <w:rFonts w:ascii="Times New Roman" w:hAnsi="Times New Roman"/>
                  <w:color w:val="0000FF"/>
                  <w:u w:val="single"/>
                </w:rPr>
                <w:t>ru</w:t>
              </w:r>
              <w:r w:rsidRPr="0079400E">
                <w:rPr>
                  <w:rFonts w:ascii="Times New Roman" w:hAnsi="Times New Roman"/>
                  <w:color w:val="0000FF"/>
                  <w:u w:val="single"/>
                  <w:lang w:val="ru-RU"/>
                </w:rPr>
                <w:t>/</w:t>
              </w:r>
              <w:r>
                <w:rPr>
                  <w:rFonts w:ascii="Times New Roman" w:hAnsi="Times New Roman"/>
                  <w:color w:val="0000FF"/>
                  <w:u w:val="single"/>
                </w:rPr>
                <w:t>c</w:t>
              </w:r>
              <w:r w:rsidRPr="0079400E">
                <w:rPr>
                  <w:rFonts w:ascii="Times New Roman" w:hAnsi="Times New Roman"/>
                  <w:color w:val="0000FF"/>
                  <w:u w:val="single"/>
                  <w:lang w:val="ru-RU"/>
                </w:rPr>
                <w:t>4</w:t>
              </w:r>
              <w:r>
                <w:rPr>
                  <w:rFonts w:ascii="Times New Roman" w:hAnsi="Times New Roman"/>
                  <w:color w:val="0000FF"/>
                  <w:u w:val="single"/>
                </w:rPr>
                <w:t>e</w:t>
              </w:r>
              <w:r w:rsidRPr="0079400E">
                <w:rPr>
                  <w:rFonts w:ascii="Times New Roman" w:hAnsi="Times New Roman"/>
                  <w:color w:val="0000FF"/>
                  <w:u w:val="single"/>
                  <w:lang w:val="ru-RU"/>
                </w:rPr>
                <w:t>241</w:t>
              </w:r>
              <w:r>
                <w:rPr>
                  <w:rFonts w:ascii="Times New Roman" w:hAnsi="Times New Roman"/>
                  <w:color w:val="0000FF"/>
                  <w:u w:val="single"/>
                </w:rPr>
                <w:t>f</w:t>
              </w:r>
              <w:r w:rsidRPr="0079400E">
                <w:rPr>
                  <w:rFonts w:ascii="Times New Roman" w:hAnsi="Times New Roman"/>
                  <w:color w:val="0000FF"/>
                  <w:u w:val="single"/>
                  <w:lang w:val="ru-RU"/>
                </w:rPr>
                <w:t>0</w:t>
              </w:r>
            </w:hyperlink>
          </w:p>
        </w:tc>
      </w:tr>
      <w:tr w:rsidR="000A1063" w:rsidRPr="008E75F7"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123</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Задачи на нахождение производительности труда, времени работы, объема выполненной работы</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val="restart"/>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Обладающий первоначальными представлениями о природных и социальных</w:t>
            </w:r>
          </w:p>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объектах, многообразии объектов и явлений природы, связи живой и неживой</w:t>
            </w:r>
          </w:p>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природы, о науке, научном знании.</w:t>
            </w:r>
          </w:p>
        </w:tc>
        <w:tc>
          <w:tcPr>
            <w:tcW w:w="3686" w:type="dxa"/>
            <w:tcMar>
              <w:top w:w="50" w:type="dxa"/>
              <w:left w:w="100" w:type="dxa"/>
            </w:tcMar>
            <w:vAlign w:val="center"/>
          </w:tcPr>
          <w:p w:rsidR="000A1063" w:rsidRPr="0079400E" w:rsidRDefault="000A1063" w:rsidP="00057B56">
            <w:pPr>
              <w:spacing w:after="0"/>
              <w:ind w:left="135"/>
              <w:rPr>
                <w:lang w:val="ru-RU"/>
              </w:rPr>
            </w:pPr>
            <w:r w:rsidRPr="0079400E">
              <w:rPr>
                <w:rFonts w:ascii="Times New Roman" w:hAnsi="Times New Roman"/>
                <w:color w:val="000000"/>
                <w:sz w:val="24"/>
                <w:lang w:val="ru-RU"/>
              </w:rPr>
              <w:t xml:space="preserve">Библиотека ЦОК </w:t>
            </w:r>
            <w:hyperlink r:id="rId702">
              <w:r>
                <w:rPr>
                  <w:rFonts w:ascii="Times New Roman" w:hAnsi="Times New Roman"/>
                  <w:color w:val="0000FF"/>
                  <w:u w:val="single"/>
                </w:rPr>
                <w:t>https</w:t>
              </w:r>
              <w:r w:rsidRPr="0079400E">
                <w:rPr>
                  <w:rFonts w:ascii="Times New Roman" w:hAnsi="Times New Roman"/>
                  <w:color w:val="0000FF"/>
                  <w:u w:val="single"/>
                  <w:lang w:val="ru-RU"/>
                </w:rPr>
                <w:t>://</w:t>
              </w:r>
              <w:r>
                <w:rPr>
                  <w:rFonts w:ascii="Times New Roman" w:hAnsi="Times New Roman"/>
                  <w:color w:val="0000FF"/>
                  <w:u w:val="single"/>
                </w:rPr>
                <w:t>m</w:t>
              </w:r>
              <w:r w:rsidRPr="0079400E">
                <w:rPr>
                  <w:rFonts w:ascii="Times New Roman" w:hAnsi="Times New Roman"/>
                  <w:color w:val="0000FF"/>
                  <w:u w:val="single"/>
                  <w:lang w:val="ru-RU"/>
                </w:rPr>
                <w:t>.</w:t>
              </w:r>
              <w:r>
                <w:rPr>
                  <w:rFonts w:ascii="Times New Roman" w:hAnsi="Times New Roman"/>
                  <w:color w:val="0000FF"/>
                  <w:u w:val="single"/>
                </w:rPr>
                <w:t>edsoo</w:t>
              </w:r>
              <w:r w:rsidRPr="0079400E">
                <w:rPr>
                  <w:rFonts w:ascii="Times New Roman" w:hAnsi="Times New Roman"/>
                  <w:color w:val="0000FF"/>
                  <w:u w:val="single"/>
                  <w:lang w:val="ru-RU"/>
                </w:rPr>
                <w:t>.</w:t>
              </w:r>
              <w:r>
                <w:rPr>
                  <w:rFonts w:ascii="Times New Roman" w:hAnsi="Times New Roman"/>
                  <w:color w:val="0000FF"/>
                  <w:u w:val="single"/>
                </w:rPr>
                <w:t>ru</w:t>
              </w:r>
              <w:r w:rsidRPr="0079400E">
                <w:rPr>
                  <w:rFonts w:ascii="Times New Roman" w:hAnsi="Times New Roman"/>
                  <w:color w:val="0000FF"/>
                  <w:u w:val="single"/>
                  <w:lang w:val="ru-RU"/>
                </w:rPr>
                <w:t>/</w:t>
              </w:r>
              <w:r>
                <w:rPr>
                  <w:rFonts w:ascii="Times New Roman" w:hAnsi="Times New Roman"/>
                  <w:color w:val="0000FF"/>
                  <w:u w:val="single"/>
                </w:rPr>
                <w:t>c</w:t>
              </w:r>
              <w:r w:rsidRPr="0079400E">
                <w:rPr>
                  <w:rFonts w:ascii="Times New Roman" w:hAnsi="Times New Roman"/>
                  <w:color w:val="0000FF"/>
                  <w:u w:val="single"/>
                  <w:lang w:val="ru-RU"/>
                </w:rPr>
                <w:t>4</w:t>
              </w:r>
              <w:r>
                <w:rPr>
                  <w:rFonts w:ascii="Times New Roman" w:hAnsi="Times New Roman"/>
                  <w:color w:val="0000FF"/>
                  <w:u w:val="single"/>
                </w:rPr>
                <w:t>e</w:t>
              </w:r>
              <w:r w:rsidRPr="0079400E">
                <w:rPr>
                  <w:rFonts w:ascii="Times New Roman" w:hAnsi="Times New Roman"/>
                  <w:color w:val="0000FF"/>
                  <w:u w:val="single"/>
                  <w:lang w:val="ru-RU"/>
                </w:rPr>
                <w:t>22968</w:t>
              </w:r>
            </w:hyperlink>
          </w:p>
        </w:tc>
      </w:tr>
      <w:tr w:rsidR="000A1063"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124</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Задачи с избыточными и недостающими данными</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p>
        </w:tc>
        <w:tc>
          <w:tcPr>
            <w:tcW w:w="3686" w:type="dxa"/>
            <w:tcMar>
              <w:top w:w="50" w:type="dxa"/>
              <w:left w:w="100" w:type="dxa"/>
            </w:tcMar>
            <w:vAlign w:val="center"/>
          </w:tcPr>
          <w:p w:rsidR="000A1063" w:rsidRDefault="008E75F7" w:rsidP="00057B56">
            <w:pPr>
              <w:spacing w:after="0"/>
              <w:ind w:left="135"/>
            </w:pPr>
            <w:hyperlink r:id="rId703">
              <w:r w:rsidR="000A1063" w:rsidRPr="004A6E25">
                <w:rPr>
                  <w:rFonts w:ascii="Times New Roman" w:hAnsi="Times New Roman"/>
                  <w:color w:val="0000FF"/>
                  <w:u w:val="single"/>
                </w:rPr>
                <w:t>https://education.yandex.ru</w:t>
              </w:r>
            </w:hyperlink>
            <w:r w:rsidR="000A1063" w:rsidRPr="004A6E25">
              <w:rPr>
                <w:rFonts w:ascii="Times New Roman" w:hAnsi="Times New Roman"/>
                <w:color w:val="000000"/>
                <w:sz w:val="24"/>
              </w:rPr>
              <w:t xml:space="preserve"> </w:t>
            </w:r>
            <w:hyperlink r:id="rId704">
              <w:r w:rsidR="000A1063" w:rsidRPr="004A6E25">
                <w:rPr>
                  <w:rFonts w:ascii="Times New Roman" w:hAnsi="Times New Roman"/>
                  <w:color w:val="0000FF"/>
                  <w:u w:val="single"/>
                </w:rPr>
                <w:t>https://uchi.ru</w:t>
              </w:r>
            </w:hyperlink>
          </w:p>
        </w:tc>
      </w:tr>
      <w:tr w:rsidR="000A1063" w:rsidRPr="008E75F7"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125</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Окружность и круг: построение, нахождение радиуса</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p>
        </w:tc>
        <w:tc>
          <w:tcPr>
            <w:tcW w:w="3686" w:type="dxa"/>
            <w:tcMar>
              <w:top w:w="50" w:type="dxa"/>
              <w:left w:w="100" w:type="dxa"/>
            </w:tcMar>
            <w:vAlign w:val="center"/>
          </w:tcPr>
          <w:p w:rsidR="000A1063" w:rsidRPr="0079400E" w:rsidRDefault="000A1063" w:rsidP="00057B56">
            <w:pPr>
              <w:spacing w:after="0"/>
              <w:ind w:left="135"/>
              <w:rPr>
                <w:lang w:val="ru-RU"/>
              </w:rPr>
            </w:pPr>
            <w:r w:rsidRPr="0079400E">
              <w:rPr>
                <w:rFonts w:ascii="Times New Roman" w:hAnsi="Times New Roman"/>
                <w:color w:val="000000"/>
                <w:sz w:val="24"/>
                <w:lang w:val="ru-RU"/>
              </w:rPr>
              <w:t xml:space="preserve">Библиотека ЦОК </w:t>
            </w:r>
            <w:hyperlink r:id="rId705">
              <w:r>
                <w:rPr>
                  <w:rFonts w:ascii="Times New Roman" w:hAnsi="Times New Roman"/>
                  <w:color w:val="0000FF"/>
                  <w:u w:val="single"/>
                </w:rPr>
                <w:t>https</w:t>
              </w:r>
              <w:r w:rsidRPr="0079400E">
                <w:rPr>
                  <w:rFonts w:ascii="Times New Roman" w:hAnsi="Times New Roman"/>
                  <w:color w:val="0000FF"/>
                  <w:u w:val="single"/>
                  <w:lang w:val="ru-RU"/>
                </w:rPr>
                <w:t>://</w:t>
              </w:r>
              <w:r>
                <w:rPr>
                  <w:rFonts w:ascii="Times New Roman" w:hAnsi="Times New Roman"/>
                  <w:color w:val="0000FF"/>
                  <w:u w:val="single"/>
                </w:rPr>
                <w:t>m</w:t>
              </w:r>
              <w:r w:rsidRPr="0079400E">
                <w:rPr>
                  <w:rFonts w:ascii="Times New Roman" w:hAnsi="Times New Roman"/>
                  <w:color w:val="0000FF"/>
                  <w:u w:val="single"/>
                  <w:lang w:val="ru-RU"/>
                </w:rPr>
                <w:t>.</w:t>
              </w:r>
              <w:r>
                <w:rPr>
                  <w:rFonts w:ascii="Times New Roman" w:hAnsi="Times New Roman"/>
                  <w:color w:val="0000FF"/>
                  <w:u w:val="single"/>
                </w:rPr>
                <w:t>edsoo</w:t>
              </w:r>
              <w:r w:rsidRPr="0079400E">
                <w:rPr>
                  <w:rFonts w:ascii="Times New Roman" w:hAnsi="Times New Roman"/>
                  <w:color w:val="0000FF"/>
                  <w:u w:val="single"/>
                  <w:lang w:val="ru-RU"/>
                </w:rPr>
                <w:t>.</w:t>
              </w:r>
              <w:r>
                <w:rPr>
                  <w:rFonts w:ascii="Times New Roman" w:hAnsi="Times New Roman"/>
                  <w:color w:val="0000FF"/>
                  <w:u w:val="single"/>
                </w:rPr>
                <w:t>ru</w:t>
              </w:r>
              <w:r w:rsidRPr="0079400E">
                <w:rPr>
                  <w:rFonts w:ascii="Times New Roman" w:hAnsi="Times New Roman"/>
                  <w:color w:val="0000FF"/>
                  <w:u w:val="single"/>
                  <w:lang w:val="ru-RU"/>
                </w:rPr>
                <w:t>/</w:t>
              </w:r>
              <w:r>
                <w:rPr>
                  <w:rFonts w:ascii="Times New Roman" w:hAnsi="Times New Roman"/>
                  <w:color w:val="0000FF"/>
                  <w:u w:val="single"/>
                </w:rPr>
                <w:t>c</w:t>
              </w:r>
              <w:r w:rsidRPr="0079400E">
                <w:rPr>
                  <w:rFonts w:ascii="Times New Roman" w:hAnsi="Times New Roman"/>
                  <w:color w:val="0000FF"/>
                  <w:u w:val="single"/>
                  <w:lang w:val="ru-RU"/>
                </w:rPr>
                <w:t>4</w:t>
              </w:r>
              <w:r>
                <w:rPr>
                  <w:rFonts w:ascii="Times New Roman" w:hAnsi="Times New Roman"/>
                  <w:color w:val="0000FF"/>
                  <w:u w:val="single"/>
                </w:rPr>
                <w:t>e</w:t>
              </w:r>
              <w:r w:rsidRPr="0079400E">
                <w:rPr>
                  <w:rFonts w:ascii="Times New Roman" w:hAnsi="Times New Roman"/>
                  <w:color w:val="0000FF"/>
                  <w:u w:val="single"/>
                  <w:lang w:val="ru-RU"/>
                </w:rPr>
                <w:t>2433</w:t>
              </w:r>
              <w:r>
                <w:rPr>
                  <w:rFonts w:ascii="Times New Roman" w:hAnsi="Times New Roman"/>
                  <w:color w:val="0000FF"/>
                  <w:u w:val="single"/>
                </w:rPr>
                <w:t>a</w:t>
              </w:r>
            </w:hyperlink>
          </w:p>
        </w:tc>
      </w:tr>
      <w:tr w:rsidR="000A1063"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126</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Применение представлений о периметре многоугольника для решения задач</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p>
        </w:tc>
        <w:tc>
          <w:tcPr>
            <w:tcW w:w="3686" w:type="dxa"/>
            <w:tcMar>
              <w:top w:w="50" w:type="dxa"/>
              <w:left w:w="100" w:type="dxa"/>
            </w:tcMar>
            <w:vAlign w:val="center"/>
          </w:tcPr>
          <w:p w:rsidR="000A1063" w:rsidRDefault="008E75F7" w:rsidP="00057B56">
            <w:pPr>
              <w:spacing w:after="0"/>
              <w:ind w:left="135"/>
            </w:pPr>
            <w:hyperlink r:id="rId706">
              <w:r w:rsidR="000A1063" w:rsidRPr="004A6E25">
                <w:rPr>
                  <w:rFonts w:ascii="Times New Roman" w:hAnsi="Times New Roman"/>
                  <w:color w:val="0000FF"/>
                  <w:u w:val="single"/>
                </w:rPr>
                <w:t>https://education.yandex.ru</w:t>
              </w:r>
            </w:hyperlink>
            <w:r w:rsidR="000A1063" w:rsidRPr="004A6E25">
              <w:rPr>
                <w:rFonts w:ascii="Times New Roman" w:hAnsi="Times New Roman"/>
                <w:color w:val="000000"/>
                <w:sz w:val="24"/>
              </w:rPr>
              <w:t xml:space="preserve"> </w:t>
            </w:r>
            <w:hyperlink r:id="rId707">
              <w:r w:rsidR="000A1063" w:rsidRPr="004A6E25">
                <w:rPr>
                  <w:rFonts w:ascii="Times New Roman" w:hAnsi="Times New Roman"/>
                  <w:color w:val="0000FF"/>
                  <w:u w:val="single"/>
                </w:rPr>
                <w:t>https://uchi.ru</w:t>
              </w:r>
            </w:hyperlink>
          </w:p>
        </w:tc>
      </w:tr>
      <w:tr w:rsidR="000A1063"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127</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rPr>
              <w:t>Итоговая контрольная работа</w:t>
            </w:r>
            <w:r w:rsidRPr="000F7EDB">
              <w:rPr>
                <w:rFonts w:ascii="Times New Roman" w:hAnsi="Times New Roman" w:cs="Times New Roman"/>
                <w:color w:val="000000"/>
                <w:sz w:val="24"/>
                <w:szCs w:val="24"/>
                <w:lang w:val="ru-RU"/>
              </w:rPr>
              <w:t xml:space="preserve"> №3</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rPr>
              <w:t xml:space="preserve"> 1 </w:t>
            </w:r>
          </w:p>
        </w:tc>
        <w:tc>
          <w:tcPr>
            <w:tcW w:w="5103"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Демонстрирующий навыки наблюдений, накопления фактов, осмысления опыта в</w:t>
            </w:r>
          </w:p>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естественнонаучной и гуманитарной областях познания, исследовательской</w:t>
            </w:r>
          </w:p>
          <w:p w:rsidR="000A1063" w:rsidRPr="000F7EDB" w:rsidRDefault="000A1063" w:rsidP="00057B56">
            <w:pPr>
              <w:spacing w:after="0"/>
              <w:ind w:left="135"/>
              <w:rPr>
                <w:rFonts w:ascii="Times New Roman" w:hAnsi="Times New Roman" w:cs="Times New Roman"/>
                <w:sz w:val="24"/>
                <w:szCs w:val="24"/>
              </w:rPr>
            </w:pPr>
            <w:proofErr w:type="gramStart"/>
            <w:r w:rsidRPr="000F7EDB">
              <w:rPr>
                <w:rFonts w:ascii="Times New Roman" w:hAnsi="Times New Roman" w:cs="Times New Roman"/>
                <w:sz w:val="24"/>
                <w:szCs w:val="24"/>
              </w:rPr>
              <w:t>деятельности</w:t>
            </w:r>
            <w:proofErr w:type="gramEnd"/>
            <w:r w:rsidRPr="000F7EDB">
              <w:rPr>
                <w:rFonts w:ascii="Times New Roman" w:hAnsi="Times New Roman" w:cs="Times New Roman"/>
                <w:sz w:val="24"/>
                <w:szCs w:val="24"/>
              </w:rPr>
              <w:t>.</w:t>
            </w:r>
          </w:p>
        </w:tc>
        <w:tc>
          <w:tcPr>
            <w:tcW w:w="3686" w:type="dxa"/>
            <w:tcMar>
              <w:top w:w="50" w:type="dxa"/>
              <w:left w:w="100" w:type="dxa"/>
            </w:tcMar>
            <w:vAlign w:val="center"/>
          </w:tcPr>
          <w:p w:rsidR="000A1063" w:rsidRDefault="008E75F7" w:rsidP="00057B56">
            <w:pPr>
              <w:spacing w:after="0"/>
              <w:ind w:left="135"/>
            </w:pPr>
            <w:hyperlink r:id="rId708">
              <w:r w:rsidR="000A1063" w:rsidRPr="004A6E25">
                <w:rPr>
                  <w:rFonts w:ascii="Times New Roman" w:hAnsi="Times New Roman"/>
                  <w:color w:val="0000FF"/>
                  <w:u w:val="single"/>
                </w:rPr>
                <w:t>https://education.yandex.ru</w:t>
              </w:r>
            </w:hyperlink>
            <w:r w:rsidR="000A1063" w:rsidRPr="004A6E25">
              <w:rPr>
                <w:rFonts w:ascii="Times New Roman" w:hAnsi="Times New Roman"/>
                <w:color w:val="000000"/>
                <w:sz w:val="24"/>
              </w:rPr>
              <w:t xml:space="preserve"> </w:t>
            </w:r>
            <w:hyperlink r:id="rId709">
              <w:r w:rsidR="000A1063" w:rsidRPr="004A6E25">
                <w:rPr>
                  <w:rFonts w:ascii="Times New Roman" w:hAnsi="Times New Roman"/>
                  <w:color w:val="0000FF"/>
                  <w:u w:val="single"/>
                </w:rPr>
                <w:t>https://uchi.ru</w:t>
              </w:r>
            </w:hyperlink>
          </w:p>
        </w:tc>
      </w:tr>
      <w:tr w:rsidR="000A1063" w:rsidRPr="008E75F7"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128</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r w:rsidRPr="000F7EDB">
              <w:rPr>
                <w:rFonts w:ascii="Times New Roman" w:hAnsi="Times New Roman" w:cs="Times New Roman"/>
                <w:color w:val="000000"/>
                <w:sz w:val="24"/>
                <w:szCs w:val="24"/>
              </w:rPr>
              <w:t>Повторение по теме "Геометрические фигуры"</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rPr>
              <w:t xml:space="preserve"> 1 </w:t>
            </w:r>
          </w:p>
        </w:tc>
        <w:tc>
          <w:tcPr>
            <w:tcW w:w="5103" w:type="dxa"/>
            <w:vMerge w:val="restart"/>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Демонстрирующий навыки наблюдений, накопления фактов, осмысления опыта в</w:t>
            </w:r>
          </w:p>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естественнонаучной и гуманитарной областях познания, исследовательской</w:t>
            </w:r>
          </w:p>
          <w:p w:rsidR="000A1063" w:rsidRPr="000F7EDB" w:rsidRDefault="000A1063" w:rsidP="00057B56">
            <w:pPr>
              <w:spacing w:after="0"/>
              <w:ind w:left="135"/>
              <w:rPr>
                <w:rFonts w:ascii="Times New Roman" w:hAnsi="Times New Roman" w:cs="Times New Roman"/>
                <w:sz w:val="24"/>
                <w:szCs w:val="24"/>
              </w:rPr>
            </w:pPr>
            <w:proofErr w:type="gramStart"/>
            <w:r w:rsidRPr="000F7EDB">
              <w:rPr>
                <w:rFonts w:ascii="Times New Roman" w:hAnsi="Times New Roman" w:cs="Times New Roman"/>
                <w:sz w:val="24"/>
                <w:szCs w:val="24"/>
              </w:rPr>
              <w:t>деятельности</w:t>
            </w:r>
            <w:proofErr w:type="gramEnd"/>
            <w:r w:rsidRPr="000F7EDB">
              <w:rPr>
                <w:rFonts w:ascii="Times New Roman" w:hAnsi="Times New Roman" w:cs="Times New Roman"/>
                <w:sz w:val="24"/>
                <w:szCs w:val="24"/>
              </w:rPr>
              <w:t>.</w:t>
            </w:r>
          </w:p>
        </w:tc>
        <w:tc>
          <w:tcPr>
            <w:tcW w:w="3686" w:type="dxa"/>
            <w:tcMar>
              <w:top w:w="50" w:type="dxa"/>
              <w:left w:w="100" w:type="dxa"/>
            </w:tcMar>
            <w:vAlign w:val="center"/>
          </w:tcPr>
          <w:p w:rsidR="000A1063" w:rsidRPr="0079400E" w:rsidRDefault="000A1063" w:rsidP="00057B56">
            <w:pPr>
              <w:spacing w:after="0"/>
              <w:ind w:left="135"/>
              <w:rPr>
                <w:lang w:val="ru-RU"/>
              </w:rPr>
            </w:pPr>
            <w:r w:rsidRPr="0079400E">
              <w:rPr>
                <w:rFonts w:ascii="Times New Roman" w:hAnsi="Times New Roman"/>
                <w:color w:val="000000"/>
                <w:sz w:val="24"/>
                <w:lang w:val="ru-RU"/>
              </w:rPr>
              <w:t xml:space="preserve">Библиотека ЦОК </w:t>
            </w:r>
            <w:hyperlink r:id="rId710">
              <w:r>
                <w:rPr>
                  <w:rFonts w:ascii="Times New Roman" w:hAnsi="Times New Roman"/>
                  <w:color w:val="0000FF"/>
                  <w:u w:val="single"/>
                </w:rPr>
                <w:t>https</w:t>
              </w:r>
              <w:r w:rsidRPr="0079400E">
                <w:rPr>
                  <w:rFonts w:ascii="Times New Roman" w:hAnsi="Times New Roman"/>
                  <w:color w:val="0000FF"/>
                  <w:u w:val="single"/>
                  <w:lang w:val="ru-RU"/>
                </w:rPr>
                <w:t>://</w:t>
              </w:r>
              <w:r>
                <w:rPr>
                  <w:rFonts w:ascii="Times New Roman" w:hAnsi="Times New Roman"/>
                  <w:color w:val="0000FF"/>
                  <w:u w:val="single"/>
                </w:rPr>
                <w:t>m</w:t>
              </w:r>
              <w:r w:rsidRPr="0079400E">
                <w:rPr>
                  <w:rFonts w:ascii="Times New Roman" w:hAnsi="Times New Roman"/>
                  <w:color w:val="0000FF"/>
                  <w:u w:val="single"/>
                  <w:lang w:val="ru-RU"/>
                </w:rPr>
                <w:t>.</w:t>
              </w:r>
              <w:r>
                <w:rPr>
                  <w:rFonts w:ascii="Times New Roman" w:hAnsi="Times New Roman"/>
                  <w:color w:val="0000FF"/>
                  <w:u w:val="single"/>
                </w:rPr>
                <w:t>edsoo</w:t>
              </w:r>
              <w:r w:rsidRPr="0079400E">
                <w:rPr>
                  <w:rFonts w:ascii="Times New Roman" w:hAnsi="Times New Roman"/>
                  <w:color w:val="0000FF"/>
                  <w:u w:val="single"/>
                  <w:lang w:val="ru-RU"/>
                </w:rPr>
                <w:t>.</w:t>
              </w:r>
              <w:r>
                <w:rPr>
                  <w:rFonts w:ascii="Times New Roman" w:hAnsi="Times New Roman"/>
                  <w:color w:val="0000FF"/>
                  <w:u w:val="single"/>
                </w:rPr>
                <w:t>ru</w:t>
              </w:r>
              <w:r w:rsidRPr="0079400E">
                <w:rPr>
                  <w:rFonts w:ascii="Times New Roman" w:hAnsi="Times New Roman"/>
                  <w:color w:val="0000FF"/>
                  <w:u w:val="single"/>
                  <w:lang w:val="ru-RU"/>
                </w:rPr>
                <w:t>/</w:t>
              </w:r>
              <w:r>
                <w:rPr>
                  <w:rFonts w:ascii="Times New Roman" w:hAnsi="Times New Roman"/>
                  <w:color w:val="0000FF"/>
                  <w:u w:val="single"/>
                </w:rPr>
                <w:t>c</w:t>
              </w:r>
              <w:r w:rsidRPr="0079400E">
                <w:rPr>
                  <w:rFonts w:ascii="Times New Roman" w:hAnsi="Times New Roman"/>
                  <w:color w:val="0000FF"/>
                  <w:u w:val="single"/>
                  <w:lang w:val="ru-RU"/>
                </w:rPr>
                <w:t>4</w:t>
              </w:r>
              <w:r>
                <w:rPr>
                  <w:rFonts w:ascii="Times New Roman" w:hAnsi="Times New Roman"/>
                  <w:color w:val="0000FF"/>
                  <w:u w:val="single"/>
                </w:rPr>
                <w:t>e</w:t>
              </w:r>
              <w:r w:rsidRPr="0079400E">
                <w:rPr>
                  <w:rFonts w:ascii="Times New Roman" w:hAnsi="Times New Roman"/>
                  <w:color w:val="0000FF"/>
                  <w:u w:val="single"/>
                  <w:lang w:val="ru-RU"/>
                </w:rPr>
                <w:t>296</w:t>
              </w:r>
              <w:r>
                <w:rPr>
                  <w:rFonts w:ascii="Times New Roman" w:hAnsi="Times New Roman"/>
                  <w:color w:val="0000FF"/>
                  <w:u w:val="single"/>
                </w:rPr>
                <w:t>aa</w:t>
              </w:r>
            </w:hyperlink>
          </w:p>
        </w:tc>
      </w:tr>
      <w:tr w:rsidR="000A1063"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129</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Закрепление по теме "Разные способы решения некоторых видов изученных задач"</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p>
        </w:tc>
        <w:tc>
          <w:tcPr>
            <w:tcW w:w="3686" w:type="dxa"/>
            <w:tcMar>
              <w:top w:w="50" w:type="dxa"/>
              <w:left w:w="100" w:type="dxa"/>
            </w:tcMar>
            <w:vAlign w:val="center"/>
          </w:tcPr>
          <w:p w:rsidR="000A1063" w:rsidRDefault="008E75F7" w:rsidP="00057B56">
            <w:pPr>
              <w:spacing w:after="0"/>
              <w:ind w:left="135"/>
            </w:pPr>
            <w:hyperlink r:id="rId711">
              <w:r w:rsidR="000A1063" w:rsidRPr="004A6E25">
                <w:rPr>
                  <w:rFonts w:ascii="Times New Roman" w:hAnsi="Times New Roman"/>
                  <w:color w:val="0000FF"/>
                  <w:u w:val="single"/>
                </w:rPr>
                <w:t>https://education.yandex.ru</w:t>
              </w:r>
            </w:hyperlink>
            <w:r w:rsidR="000A1063" w:rsidRPr="004A6E25">
              <w:rPr>
                <w:rFonts w:ascii="Times New Roman" w:hAnsi="Times New Roman"/>
                <w:color w:val="000000"/>
                <w:sz w:val="24"/>
              </w:rPr>
              <w:t xml:space="preserve"> </w:t>
            </w:r>
            <w:hyperlink r:id="rId712">
              <w:r w:rsidR="000A1063" w:rsidRPr="004A6E25">
                <w:rPr>
                  <w:rFonts w:ascii="Times New Roman" w:hAnsi="Times New Roman"/>
                  <w:color w:val="0000FF"/>
                  <w:u w:val="single"/>
                </w:rPr>
                <w:t>https://uchi.ru</w:t>
              </w:r>
            </w:hyperlink>
          </w:p>
        </w:tc>
      </w:tr>
      <w:tr w:rsidR="000A1063" w:rsidRPr="008E75F7"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130</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Задачи на нахождение скорости, времени, пройденного пути</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p>
        </w:tc>
        <w:tc>
          <w:tcPr>
            <w:tcW w:w="3686" w:type="dxa"/>
            <w:tcMar>
              <w:top w:w="50" w:type="dxa"/>
              <w:left w:w="100" w:type="dxa"/>
            </w:tcMar>
            <w:vAlign w:val="center"/>
          </w:tcPr>
          <w:p w:rsidR="000A1063" w:rsidRPr="0079400E" w:rsidRDefault="000A1063" w:rsidP="00057B56">
            <w:pPr>
              <w:spacing w:after="0"/>
              <w:ind w:left="135"/>
              <w:rPr>
                <w:lang w:val="ru-RU"/>
              </w:rPr>
            </w:pPr>
            <w:r w:rsidRPr="0079400E">
              <w:rPr>
                <w:rFonts w:ascii="Times New Roman" w:hAnsi="Times New Roman"/>
                <w:color w:val="000000"/>
                <w:sz w:val="24"/>
                <w:lang w:val="ru-RU"/>
              </w:rPr>
              <w:t xml:space="preserve">Библиотека ЦОК </w:t>
            </w:r>
            <w:hyperlink r:id="rId713">
              <w:r>
                <w:rPr>
                  <w:rFonts w:ascii="Times New Roman" w:hAnsi="Times New Roman"/>
                  <w:color w:val="0000FF"/>
                  <w:u w:val="single"/>
                </w:rPr>
                <w:t>https</w:t>
              </w:r>
              <w:r w:rsidRPr="0079400E">
                <w:rPr>
                  <w:rFonts w:ascii="Times New Roman" w:hAnsi="Times New Roman"/>
                  <w:color w:val="0000FF"/>
                  <w:u w:val="single"/>
                  <w:lang w:val="ru-RU"/>
                </w:rPr>
                <w:t>://</w:t>
              </w:r>
              <w:r>
                <w:rPr>
                  <w:rFonts w:ascii="Times New Roman" w:hAnsi="Times New Roman"/>
                  <w:color w:val="0000FF"/>
                  <w:u w:val="single"/>
                </w:rPr>
                <w:t>m</w:t>
              </w:r>
              <w:r w:rsidRPr="0079400E">
                <w:rPr>
                  <w:rFonts w:ascii="Times New Roman" w:hAnsi="Times New Roman"/>
                  <w:color w:val="0000FF"/>
                  <w:u w:val="single"/>
                  <w:lang w:val="ru-RU"/>
                </w:rPr>
                <w:t>.</w:t>
              </w:r>
              <w:r>
                <w:rPr>
                  <w:rFonts w:ascii="Times New Roman" w:hAnsi="Times New Roman"/>
                  <w:color w:val="0000FF"/>
                  <w:u w:val="single"/>
                </w:rPr>
                <w:t>edsoo</w:t>
              </w:r>
              <w:r w:rsidRPr="0079400E">
                <w:rPr>
                  <w:rFonts w:ascii="Times New Roman" w:hAnsi="Times New Roman"/>
                  <w:color w:val="0000FF"/>
                  <w:u w:val="single"/>
                  <w:lang w:val="ru-RU"/>
                </w:rPr>
                <w:t>.</w:t>
              </w:r>
              <w:r>
                <w:rPr>
                  <w:rFonts w:ascii="Times New Roman" w:hAnsi="Times New Roman"/>
                  <w:color w:val="0000FF"/>
                  <w:u w:val="single"/>
                </w:rPr>
                <w:t>ru</w:t>
              </w:r>
              <w:r w:rsidRPr="0079400E">
                <w:rPr>
                  <w:rFonts w:ascii="Times New Roman" w:hAnsi="Times New Roman"/>
                  <w:color w:val="0000FF"/>
                  <w:u w:val="single"/>
                  <w:lang w:val="ru-RU"/>
                </w:rPr>
                <w:t>/</w:t>
              </w:r>
              <w:r>
                <w:rPr>
                  <w:rFonts w:ascii="Times New Roman" w:hAnsi="Times New Roman"/>
                  <w:color w:val="0000FF"/>
                  <w:u w:val="single"/>
                </w:rPr>
                <w:t>c</w:t>
              </w:r>
              <w:r w:rsidRPr="0079400E">
                <w:rPr>
                  <w:rFonts w:ascii="Times New Roman" w:hAnsi="Times New Roman"/>
                  <w:color w:val="0000FF"/>
                  <w:u w:val="single"/>
                  <w:lang w:val="ru-RU"/>
                </w:rPr>
                <w:t>4</w:t>
              </w:r>
              <w:r>
                <w:rPr>
                  <w:rFonts w:ascii="Times New Roman" w:hAnsi="Times New Roman"/>
                  <w:color w:val="0000FF"/>
                  <w:u w:val="single"/>
                </w:rPr>
                <w:t>e</w:t>
              </w:r>
              <w:r w:rsidRPr="0079400E">
                <w:rPr>
                  <w:rFonts w:ascii="Times New Roman" w:hAnsi="Times New Roman"/>
                  <w:color w:val="0000FF"/>
                  <w:u w:val="single"/>
                  <w:lang w:val="ru-RU"/>
                </w:rPr>
                <w:t>2911</w:t>
              </w:r>
              <w:r>
                <w:rPr>
                  <w:rFonts w:ascii="Times New Roman" w:hAnsi="Times New Roman"/>
                  <w:color w:val="0000FF"/>
                  <w:u w:val="single"/>
                </w:rPr>
                <w:t>e</w:t>
              </w:r>
            </w:hyperlink>
          </w:p>
        </w:tc>
      </w:tr>
      <w:tr w:rsidR="000A1063" w:rsidRPr="008E75F7"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lastRenderedPageBreak/>
              <w:t>131</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Закрепление. Работа с текстовой задачей</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val="restart"/>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Демонстрирующий навыки наблюдений, накопления фактов, осмысления опыта в</w:t>
            </w:r>
          </w:p>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естественнонаучной и гуманитарной областях познания, исследовательской</w:t>
            </w:r>
          </w:p>
          <w:p w:rsidR="000A1063" w:rsidRPr="000F7EDB" w:rsidRDefault="000A1063" w:rsidP="00057B56">
            <w:pPr>
              <w:spacing w:after="0"/>
              <w:ind w:left="135"/>
              <w:rPr>
                <w:rFonts w:ascii="Times New Roman" w:hAnsi="Times New Roman" w:cs="Times New Roman"/>
                <w:sz w:val="24"/>
                <w:szCs w:val="24"/>
              </w:rPr>
            </w:pPr>
            <w:proofErr w:type="gramStart"/>
            <w:r w:rsidRPr="000F7EDB">
              <w:rPr>
                <w:rFonts w:ascii="Times New Roman" w:hAnsi="Times New Roman" w:cs="Times New Roman"/>
                <w:sz w:val="24"/>
                <w:szCs w:val="24"/>
              </w:rPr>
              <w:t>деятельности</w:t>
            </w:r>
            <w:proofErr w:type="gramEnd"/>
            <w:r w:rsidRPr="000F7EDB">
              <w:rPr>
                <w:rFonts w:ascii="Times New Roman" w:hAnsi="Times New Roman" w:cs="Times New Roman"/>
                <w:sz w:val="24"/>
                <w:szCs w:val="24"/>
              </w:rPr>
              <w:t>.</w:t>
            </w:r>
          </w:p>
        </w:tc>
        <w:tc>
          <w:tcPr>
            <w:tcW w:w="3686" w:type="dxa"/>
            <w:tcMar>
              <w:top w:w="50" w:type="dxa"/>
              <w:left w:w="100" w:type="dxa"/>
            </w:tcMar>
            <w:vAlign w:val="center"/>
          </w:tcPr>
          <w:p w:rsidR="000A1063" w:rsidRPr="0079400E" w:rsidRDefault="000A1063" w:rsidP="00057B56">
            <w:pPr>
              <w:spacing w:after="0"/>
              <w:ind w:left="135"/>
              <w:rPr>
                <w:lang w:val="ru-RU"/>
              </w:rPr>
            </w:pPr>
            <w:r w:rsidRPr="0079400E">
              <w:rPr>
                <w:rFonts w:ascii="Times New Roman" w:hAnsi="Times New Roman"/>
                <w:color w:val="000000"/>
                <w:sz w:val="24"/>
                <w:lang w:val="ru-RU"/>
              </w:rPr>
              <w:t xml:space="preserve">Библиотека ЦОК </w:t>
            </w:r>
            <w:hyperlink r:id="rId714">
              <w:r>
                <w:rPr>
                  <w:rFonts w:ascii="Times New Roman" w:hAnsi="Times New Roman"/>
                  <w:color w:val="0000FF"/>
                  <w:u w:val="single"/>
                </w:rPr>
                <w:t>https</w:t>
              </w:r>
              <w:r w:rsidRPr="0079400E">
                <w:rPr>
                  <w:rFonts w:ascii="Times New Roman" w:hAnsi="Times New Roman"/>
                  <w:color w:val="0000FF"/>
                  <w:u w:val="single"/>
                  <w:lang w:val="ru-RU"/>
                </w:rPr>
                <w:t>://</w:t>
              </w:r>
              <w:r>
                <w:rPr>
                  <w:rFonts w:ascii="Times New Roman" w:hAnsi="Times New Roman"/>
                  <w:color w:val="0000FF"/>
                  <w:u w:val="single"/>
                </w:rPr>
                <w:t>m</w:t>
              </w:r>
              <w:r w:rsidRPr="0079400E">
                <w:rPr>
                  <w:rFonts w:ascii="Times New Roman" w:hAnsi="Times New Roman"/>
                  <w:color w:val="0000FF"/>
                  <w:u w:val="single"/>
                  <w:lang w:val="ru-RU"/>
                </w:rPr>
                <w:t>.</w:t>
              </w:r>
              <w:r>
                <w:rPr>
                  <w:rFonts w:ascii="Times New Roman" w:hAnsi="Times New Roman"/>
                  <w:color w:val="0000FF"/>
                  <w:u w:val="single"/>
                </w:rPr>
                <w:t>edsoo</w:t>
              </w:r>
              <w:r w:rsidRPr="0079400E">
                <w:rPr>
                  <w:rFonts w:ascii="Times New Roman" w:hAnsi="Times New Roman"/>
                  <w:color w:val="0000FF"/>
                  <w:u w:val="single"/>
                  <w:lang w:val="ru-RU"/>
                </w:rPr>
                <w:t>.</w:t>
              </w:r>
              <w:r>
                <w:rPr>
                  <w:rFonts w:ascii="Times New Roman" w:hAnsi="Times New Roman"/>
                  <w:color w:val="0000FF"/>
                  <w:u w:val="single"/>
                </w:rPr>
                <w:t>ru</w:t>
              </w:r>
              <w:r w:rsidRPr="0079400E">
                <w:rPr>
                  <w:rFonts w:ascii="Times New Roman" w:hAnsi="Times New Roman"/>
                  <w:color w:val="0000FF"/>
                  <w:u w:val="single"/>
                  <w:lang w:val="ru-RU"/>
                </w:rPr>
                <w:t>/</w:t>
              </w:r>
              <w:r>
                <w:rPr>
                  <w:rFonts w:ascii="Times New Roman" w:hAnsi="Times New Roman"/>
                  <w:color w:val="0000FF"/>
                  <w:u w:val="single"/>
                </w:rPr>
                <w:t>c</w:t>
              </w:r>
              <w:r w:rsidRPr="0079400E">
                <w:rPr>
                  <w:rFonts w:ascii="Times New Roman" w:hAnsi="Times New Roman"/>
                  <w:color w:val="0000FF"/>
                  <w:u w:val="single"/>
                  <w:lang w:val="ru-RU"/>
                </w:rPr>
                <w:t>4</w:t>
              </w:r>
              <w:r>
                <w:rPr>
                  <w:rFonts w:ascii="Times New Roman" w:hAnsi="Times New Roman"/>
                  <w:color w:val="0000FF"/>
                  <w:u w:val="single"/>
                </w:rPr>
                <w:t>e</w:t>
              </w:r>
              <w:r w:rsidRPr="0079400E">
                <w:rPr>
                  <w:rFonts w:ascii="Times New Roman" w:hAnsi="Times New Roman"/>
                  <w:color w:val="0000FF"/>
                  <w:u w:val="single"/>
                  <w:lang w:val="ru-RU"/>
                </w:rPr>
                <w:t>29510</w:t>
              </w:r>
            </w:hyperlink>
          </w:p>
        </w:tc>
      </w:tr>
      <w:tr w:rsidR="000A1063" w:rsidRPr="008E75F7"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132</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Закрепление по теме "Задачи на нахождение доли величины, величины по её доле". </w:t>
            </w:r>
            <w:r w:rsidRPr="000F7EDB">
              <w:rPr>
                <w:rFonts w:ascii="Times New Roman" w:hAnsi="Times New Roman" w:cs="Times New Roman"/>
                <w:color w:val="000000"/>
                <w:sz w:val="24"/>
                <w:szCs w:val="24"/>
              </w:rPr>
              <w:t>Материал для расширения и углубления знаний</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rPr>
              <w:t xml:space="preserve"> 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p>
        </w:tc>
        <w:tc>
          <w:tcPr>
            <w:tcW w:w="3686" w:type="dxa"/>
            <w:tcMar>
              <w:top w:w="50" w:type="dxa"/>
              <w:left w:w="100" w:type="dxa"/>
            </w:tcMar>
            <w:vAlign w:val="center"/>
          </w:tcPr>
          <w:p w:rsidR="000A1063" w:rsidRPr="002C5FDA" w:rsidRDefault="000A1063" w:rsidP="00057B56">
            <w:pPr>
              <w:spacing w:after="0"/>
              <w:ind w:left="135"/>
              <w:rPr>
                <w:lang w:val="ru-RU"/>
              </w:rPr>
            </w:pPr>
            <w:r w:rsidRPr="002C5FDA">
              <w:rPr>
                <w:rFonts w:ascii="Times New Roman" w:hAnsi="Times New Roman"/>
                <w:color w:val="000000"/>
                <w:sz w:val="24"/>
                <w:lang w:val="ru-RU"/>
              </w:rPr>
              <w:t>Библиотека ЦОК</w:t>
            </w:r>
          </w:p>
          <w:p w:rsidR="000A1063" w:rsidRPr="002C5FDA" w:rsidRDefault="008E75F7" w:rsidP="00057B56">
            <w:pPr>
              <w:spacing w:after="0"/>
              <w:rPr>
                <w:lang w:val="ru-RU"/>
              </w:rPr>
            </w:pPr>
            <w:hyperlink r:id="rId715">
              <w:r w:rsidR="000A1063">
                <w:rPr>
                  <w:rFonts w:ascii="Times New Roman" w:hAnsi="Times New Roman"/>
                  <w:color w:val="0000FF"/>
                  <w:u w:val="single"/>
                </w:rPr>
                <w:t>https</w:t>
              </w:r>
              <w:r w:rsidR="000A1063" w:rsidRPr="002C5FDA">
                <w:rPr>
                  <w:rFonts w:ascii="Times New Roman" w:hAnsi="Times New Roman"/>
                  <w:color w:val="0000FF"/>
                  <w:u w:val="single"/>
                  <w:lang w:val="ru-RU"/>
                </w:rPr>
                <w:t>://</w:t>
              </w:r>
              <w:r w:rsidR="000A1063">
                <w:rPr>
                  <w:rFonts w:ascii="Times New Roman" w:hAnsi="Times New Roman"/>
                  <w:color w:val="0000FF"/>
                  <w:u w:val="single"/>
                </w:rPr>
                <w:t>m</w:t>
              </w:r>
              <w:r w:rsidR="000A1063" w:rsidRPr="002C5FDA">
                <w:rPr>
                  <w:rFonts w:ascii="Times New Roman" w:hAnsi="Times New Roman"/>
                  <w:color w:val="0000FF"/>
                  <w:u w:val="single"/>
                  <w:lang w:val="ru-RU"/>
                </w:rPr>
                <w:t>.</w:t>
              </w:r>
              <w:r w:rsidR="000A1063">
                <w:rPr>
                  <w:rFonts w:ascii="Times New Roman" w:hAnsi="Times New Roman"/>
                  <w:color w:val="0000FF"/>
                  <w:u w:val="single"/>
                </w:rPr>
                <w:t>edsoo</w:t>
              </w:r>
              <w:r w:rsidR="000A1063" w:rsidRPr="002C5FDA">
                <w:rPr>
                  <w:rFonts w:ascii="Times New Roman" w:hAnsi="Times New Roman"/>
                  <w:color w:val="0000FF"/>
                  <w:u w:val="single"/>
                  <w:lang w:val="ru-RU"/>
                </w:rPr>
                <w:t>.</w:t>
              </w:r>
              <w:r w:rsidR="000A1063">
                <w:rPr>
                  <w:rFonts w:ascii="Times New Roman" w:hAnsi="Times New Roman"/>
                  <w:color w:val="0000FF"/>
                  <w:u w:val="single"/>
                </w:rPr>
                <w:t>ru</w:t>
              </w:r>
              <w:r w:rsidR="000A1063" w:rsidRPr="002C5FDA">
                <w:rPr>
                  <w:rFonts w:ascii="Times New Roman" w:hAnsi="Times New Roman"/>
                  <w:color w:val="0000FF"/>
                  <w:u w:val="single"/>
                  <w:lang w:val="ru-RU"/>
                </w:rPr>
                <w:t>/</w:t>
              </w:r>
              <w:r w:rsidR="000A1063">
                <w:rPr>
                  <w:rFonts w:ascii="Times New Roman" w:hAnsi="Times New Roman"/>
                  <w:color w:val="0000FF"/>
                  <w:u w:val="single"/>
                </w:rPr>
                <w:t>c</w:t>
              </w:r>
              <w:r w:rsidR="000A1063" w:rsidRPr="002C5FDA">
                <w:rPr>
                  <w:rFonts w:ascii="Times New Roman" w:hAnsi="Times New Roman"/>
                  <w:color w:val="0000FF"/>
                  <w:u w:val="single"/>
                  <w:lang w:val="ru-RU"/>
                </w:rPr>
                <w:t>4</w:t>
              </w:r>
              <w:r w:rsidR="000A1063">
                <w:rPr>
                  <w:rFonts w:ascii="Times New Roman" w:hAnsi="Times New Roman"/>
                  <w:color w:val="0000FF"/>
                  <w:u w:val="single"/>
                </w:rPr>
                <w:t>e</w:t>
              </w:r>
              <w:r w:rsidR="000A1063" w:rsidRPr="002C5FDA">
                <w:rPr>
                  <w:rFonts w:ascii="Times New Roman" w:hAnsi="Times New Roman"/>
                  <w:color w:val="0000FF"/>
                  <w:u w:val="single"/>
                  <w:lang w:val="ru-RU"/>
                </w:rPr>
                <w:t>20</w:t>
              </w:r>
              <w:r w:rsidR="000A1063">
                <w:rPr>
                  <w:rFonts w:ascii="Times New Roman" w:hAnsi="Times New Roman"/>
                  <w:color w:val="0000FF"/>
                  <w:u w:val="single"/>
                </w:rPr>
                <w:t>b</w:t>
              </w:r>
              <w:r w:rsidR="000A1063" w:rsidRPr="002C5FDA">
                <w:rPr>
                  <w:rFonts w:ascii="Times New Roman" w:hAnsi="Times New Roman"/>
                  <w:color w:val="0000FF"/>
                  <w:u w:val="single"/>
                  <w:lang w:val="ru-RU"/>
                </w:rPr>
                <w:t>40</w:t>
              </w:r>
            </w:hyperlink>
            <w:r w:rsidR="000A1063" w:rsidRPr="002C5FDA">
              <w:rPr>
                <w:rFonts w:ascii="Times New Roman" w:hAnsi="Times New Roman"/>
                <w:color w:val="000000"/>
                <w:sz w:val="24"/>
                <w:lang w:val="ru-RU"/>
              </w:rPr>
              <w:t xml:space="preserve"> 2)</w:t>
            </w:r>
            <w:hyperlink r:id="rId716">
              <w:r w:rsidR="000A1063">
                <w:rPr>
                  <w:rFonts w:ascii="Times New Roman" w:hAnsi="Times New Roman"/>
                  <w:color w:val="0000FF"/>
                  <w:u w:val="single"/>
                </w:rPr>
                <w:t>https</w:t>
              </w:r>
              <w:r w:rsidR="000A1063" w:rsidRPr="002C5FDA">
                <w:rPr>
                  <w:rFonts w:ascii="Times New Roman" w:hAnsi="Times New Roman"/>
                  <w:color w:val="0000FF"/>
                  <w:u w:val="single"/>
                  <w:lang w:val="ru-RU"/>
                </w:rPr>
                <w:t>://</w:t>
              </w:r>
              <w:r w:rsidR="000A1063">
                <w:rPr>
                  <w:rFonts w:ascii="Times New Roman" w:hAnsi="Times New Roman"/>
                  <w:color w:val="0000FF"/>
                  <w:u w:val="single"/>
                </w:rPr>
                <w:t>m</w:t>
              </w:r>
              <w:r w:rsidR="000A1063" w:rsidRPr="002C5FDA">
                <w:rPr>
                  <w:rFonts w:ascii="Times New Roman" w:hAnsi="Times New Roman"/>
                  <w:color w:val="0000FF"/>
                  <w:u w:val="single"/>
                  <w:lang w:val="ru-RU"/>
                </w:rPr>
                <w:t>.</w:t>
              </w:r>
              <w:r w:rsidR="000A1063">
                <w:rPr>
                  <w:rFonts w:ascii="Times New Roman" w:hAnsi="Times New Roman"/>
                  <w:color w:val="0000FF"/>
                  <w:u w:val="single"/>
                </w:rPr>
                <w:t>edsoo</w:t>
              </w:r>
              <w:r w:rsidR="000A1063" w:rsidRPr="002C5FDA">
                <w:rPr>
                  <w:rFonts w:ascii="Times New Roman" w:hAnsi="Times New Roman"/>
                  <w:color w:val="0000FF"/>
                  <w:u w:val="single"/>
                  <w:lang w:val="ru-RU"/>
                </w:rPr>
                <w:t>.</w:t>
              </w:r>
              <w:r w:rsidR="000A1063">
                <w:rPr>
                  <w:rFonts w:ascii="Times New Roman" w:hAnsi="Times New Roman"/>
                  <w:color w:val="0000FF"/>
                  <w:u w:val="single"/>
                </w:rPr>
                <w:t>ru</w:t>
              </w:r>
              <w:r w:rsidR="000A1063" w:rsidRPr="002C5FDA">
                <w:rPr>
                  <w:rFonts w:ascii="Times New Roman" w:hAnsi="Times New Roman"/>
                  <w:color w:val="0000FF"/>
                  <w:u w:val="single"/>
                  <w:lang w:val="ru-RU"/>
                </w:rPr>
                <w:t>/</w:t>
              </w:r>
              <w:r w:rsidR="000A1063">
                <w:rPr>
                  <w:rFonts w:ascii="Times New Roman" w:hAnsi="Times New Roman"/>
                  <w:color w:val="0000FF"/>
                  <w:u w:val="single"/>
                </w:rPr>
                <w:t>c</w:t>
              </w:r>
              <w:r w:rsidR="000A1063" w:rsidRPr="002C5FDA">
                <w:rPr>
                  <w:rFonts w:ascii="Times New Roman" w:hAnsi="Times New Roman"/>
                  <w:color w:val="0000FF"/>
                  <w:u w:val="single"/>
                  <w:lang w:val="ru-RU"/>
                </w:rPr>
                <w:t>4</w:t>
              </w:r>
              <w:r w:rsidR="000A1063">
                <w:rPr>
                  <w:rFonts w:ascii="Times New Roman" w:hAnsi="Times New Roman"/>
                  <w:color w:val="0000FF"/>
                  <w:u w:val="single"/>
                </w:rPr>
                <w:t>e</w:t>
              </w:r>
              <w:r w:rsidR="000A1063" w:rsidRPr="002C5FDA">
                <w:rPr>
                  <w:rFonts w:ascii="Times New Roman" w:hAnsi="Times New Roman"/>
                  <w:color w:val="0000FF"/>
                  <w:u w:val="single"/>
                  <w:lang w:val="ru-RU"/>
                </w:rPr>
                <w:t>20</w:t>
              </w:r>
              <w:r w:rsidR="000A1063">
                <w:rPr>
                  <w:rFonts w:ascii="Times New Roman" w:hAnsi="Times New Roman"/>
                  <w:color w:val="0000FF"/>
                  <w:u w:val="single"/>
                </w:rPr>
                <w:t>cee</w:t>
              </w:r>
            </w:hyperlink>
          </w:p>
        </w:tc>
      </w:tr>
      <w:tr w:rsidR="000A1063" w:rsidRPr="008E75F7"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133</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Построение изученных геометрических фигур заданными измерениями) с помощью чертежных инструментов: линейки, угольника, циркуля</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val="restart"/>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tc>
        <w:tc>
          <w:tcPr>
            <w:tcW w:w="3686" w:type="dxa"/>
            <w:tcMar>
              <w:top w:w="50" w:type="dxa"/>
              <w:left w:w="100" w:type="dxa"/>
            </w:tcMar>
            <w:vAlign w:val="center"/>
          </w:tcPr>
          <w:p w:rsidR="000A1063" w:rsidRPr="0079400E" w:rsidRDefault="000A1063" w:rsidP="00057B56">
            <w:pPr>
              <w:spacing w:after="0"/>
              <w:ind w:left="135"/>
              <w:rPr>
                <w:lang w:val="ru-RU"/>
              </w:rPr>
            </w:pPr>
            <w:r w:rsidRPr="0079400E">
              <w:rPr>
                <w:rFonts w:ascii="Times New Roman" w:hAnsi="Times New Roman"/>
                <w:color w:val="000000"/>
                <w:sz w:val="24"/>
                <w:lang w:val="ru-RU"/>
              </w:rPr>
              <w:t xml:space="preserve">Библиотека ЦОК </w:t>
            </w:r>
            <w:hyperlink r:id="rId717">
              <w:r>
                <w:rPr>
                  <w:rFonts w:ascii="Times New Roman" w:hAnsi="Times New Roman"/>
                  <w:color w:val="0000FF"/>
                  <w:u w:val="single"/>
                </w:rPr>
                <w:t>https</w:t>
              </w:r>
              <w:r w:rsidRPr="0079400E">
                <w:rPr>
                  <w:rFonts w:ascii="Times New Roman" w:hAnsi="Times New Roman"/>
                  <w:color w:val="0000FF"/>
                  <w:u w:val="single"/>
                  <w:lang w:val="ru-RU"/>
                </w:rPr>
                <w:t>://</w:t>
              </w:r>
              <w:r>
                <w:rPr>
                  <w:rFonts w:ascii="Times New Roman" w:hAnsi="Times New Roman"/>
                  <w:color w:val="0000FF"/>
                  <w:u w:val="single"/>
                </w:rPr>
                <w:t>m</w:t>
              </w:r>
              <w:r w:rsidRPr="0079400E">
                <w:rPr>
                  <w:rFonts w:ascii="Times New Roman" w:hAnsi="Times New Roman"/>
                  <w:color w:val="0000FF"/>
                  <w:u w:val="single"/>
                  <w:lang w:val="ru-RU"/>
                </w:rPr>
                <w:t>.</w:t>
              </w:r>
              <w:r>
                <w:rPr>
                  <w:rFonts w:ascii="Times New Roman" w:hAnsi="Times New Roman"/>
                  <w:color w:val="0000FF"/>
                  <w:u w:val="single"/>
                </w:rPr>
                <w:t>edsoo</w:t>
              </w:r>
              <w:r w:rsidRPr="0079400E">
                <w:rPr>
                  <w:rFonts w:ascii="Times New Roman" w:hAnsi="Times New Roman"/>
                  <w:color w:val="0000FF"/>
                  <w:u w:val="single"/>
                  <w:lang w:val="ru-RU"/>
                </w:rPr>
                <w:t>.</w:t>
              </w:r>
              <w:r>
                <w:rPr>
                  <w:rFonts w:ascii="Times New Roman" w:hAnsi="Times New Roman"/>
                  <w:color w:val="0000FF"/>
                  <w:u w:val="single"/>
                </w:rPr>
                <w:t>ru</w:t>
              </w:r>
              <w:r w:rsidRPr="0079400E">
                <w:rPr>
                  <w:rFonts w:ascii="Times New Roman" w:hAnsi="Times New Roman"/>
                  <w:color w:val="0000FF"/>
                  <w:u w:val="single"/>
                  <w:lang w:val="ru-RU"/>
                </w:rPr>
                <w:t>/</w:t>
              </w:r>
              <w:r>
                <w:rPr>
                  <w:rFonts w:ascii="Times New Roman" w:hAnsi="Times New Roman"/>
                  <w:color w:val="0000FF"/>
                  <w:u w:val="single"/>
                </w:rPr>
                <w:t>c</w:t>
              </w:r>
              <w:r w:rsidRPr="0079400E">
                <w:rPr>
                  <w:rFonts w:ascii="Times New Roman" w:hAnsi="Times New Roman"/>
                  <w:color w:val="0000FF"/>
                  <w:u w:val="single"/>
                  <w:lang w:val="ru-RU"/>
                </w:rPr>
                <w:t>4</w:t>
              </w:r>
              <w:r>
                <w:rPr>
                  <w:rFonts w:ascii="Times New Roman" w:hAnsi="Times New Roman"/>
                  <w:color w:val="0000FF"/>
                  <w:u w:val="single"/>
                </w:rPr>
                <w:t>e</w:t>
              </w:r>
              <w:r w:rsidRPr="0079400E">
                <w:rPr>
                  <w:rFonts w:ascii="Times New Roman" w:hAnsi="Times New Roman"/>
                  <w:color w:val="0000FF"/>
                  <w:u w:val="single"/>
                  <w:lang w:val="ru-RU"/>
                </w:rPr>
                <w:t>244</w:t>
              </w:r>
              <w:r>
                <w:rPr>
                  <w:rFonts w:ascii="Times New Roman" w:hAnsi="Times New Roman"/>
                  <w:color w:val="0000FF"/>
                  <w:u w:val="single"/>
                </w:rPr>
                <w:t>a</w:t>
              </w:r>
              <w:r w:rsidRPr="0079400E">
                <w:rPr>
                  <w:rFonts w:ascii="Times New Roman" w:hAnsi="Times New Roman"/>
                  <w:color w:val="0000FF"/>
                  <w:u w:val="single"/>
                  <w:lang w:val="ru-RU"/>
                </w:rPr>
                <w:t>2</w:t>
              </w:r>
            </w:hyperlink>
          </w:p>
        </w:tc>
      </w:tr>
      <w:tr w:rsidR="000A1063" w:rsidRPr="008E75F7"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134</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Пространственные геометрические фигуры (тела): шар, куб, цилиндр, конус, пирамида; их различение, называние</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p>
        </w:tc>
        <w:tc>
          <w:tcPr>
            <w:tcW w:w="3686" w:type="dxa"/>
            <w:tcMar>
              <w:top w:w="50" w:type="dxa"/>
              <w:left w:w="100" w:type="dxa"/>
            </w:tcMar>
            <w:vAlign w:val="center"/>
          </w:tcPr>
          <w:p w:rsidR="000A1063" w:rsidRPr="0079400E" w:rsidRDefault="000A1063" w:rsidP="00057B56">
            <w:pPr>
              <w:spacing w:after="0"/>
              <w:ind w:left="135"/>
              <w:rPr>
                <w:lang w:val="ru-RU"/>
              </w:rPr>
            </w:pPr>
            <w:r w:rsidRPr="0079400E">
              <w:rPr>
                <w:rFonts w:ascii="Times New Roman" w:hAnsi="Times New Roman"/>
                <w:color w:val="000000"/>
                <w:sz w:val="24"/>
                <w:lang w:val="ru-RU"/>
              </w:rPr>
              <w:t xml:space="preserve">Библиотека ЦОК </w:t>
            </w:r>
            <w:hyperlink r:id="rId718">
              <w:r>
                <w:rPr>
                  <w:rFonts w:ascii="Times New Roman" w:hAnsi="Times New Roman"/>
                  <w:color w:val="0000FF"/>
                  <w:u w:val="single"/>
                </w:rPr>
                <w:t>https</w:t>
              </w:r>
              <w:r w:rsidRPr="0079400E">
                <w:rPr>
                  <w:rFonts w:ascii="Times New Roman" w:hAnsi="Times New Roman"/>
                  <w:color w:val="0000FF"/>
                  <w:u w:val="single"/>
                  <w:lang w:val="ru-RU"/>
                </w:rPr>
                <w:t>://</w:t>
              </w:r>
              <w:r>
                <w:rPr>
                  <w:rFonts w:ascii="Times New Roman" w:hAnsi="Times New Roman"/>
                  <w:color w:val="0000FF"/>
                  <w:u w:val="single"/>
                </w:rPr>
                <w:t>m</w:t>
              </w:r>
              <w:r w:rsidRPr="0079400E">
                <w:rPr>
                  <w:rFonts w:ascii="Times New Roman" w:hAnsi="Times New Roman"/>
                  <w:color w:val="0000FF"/>
                  <w:u w:val="single"/>
                  <w:lang w:val="ru-RU"/>
                </w:rPr>
                <w:t>.</w:t>
              </w:r>
              <w:r>
                <w:rPr>
                  <w:rFonts w:ascii="Times New Roman" w:hAnsi="Times New Roman"/>
                  <w:color w:val="0000FF"/>
                  <w:u w:val="single"/>
                </w:rPr>
                <w:t>edsoo</w:t>
              </w:r>
              <w:r w:rsidRPr="0079400E">
                <w:rPr>
                  <w:rFonts w:ascii="Times New Roman" w:hAnsi="Times New Roman"/>
                  <w:color w:val="0000FF"/>
                  <w:u w:val="single"/>
                  <w:lang w:val="ru-RU"/>
                </w:rPr>
                <w:t>.</w:t>
              </w:r>
              <w:r>
                <w:rPr>
                  <w:rFonts w:ascii="Times New Roman" w:hAnsi="Times New Roman"/>
                  <w:color w:val="0000FF"/>
                  <w:u w:val="single"/>
                </w:rPr>
                <w:t>ru</w:t>
              </w:r>
              <w:r w:rsidRPr="0079400E">
                <w:rPr>
                  <w:rFonts w:ascii="Times New Roman" w:hAnsi="Times New Roman"/>
                  <w:color w:val="0000FF"/>
                  <w:u w:val="single"/>
                  <w:lang w:val="ru-RU"/>
                </w:rPr>
                <w:t>/</w:t>
              </w:r>
              <w:r>
                <w:rPr>
                  <w:rFonts w:ascii="Times New Roman" w:hAnsi="Times New Roman"/>
                  <w:color w:val="0000FF"/>
                  <w:u w:val="single"/>
                </w:rPr>
                <w:t>c</w:t>
              </w:r>
              <w:r w:rsidRPr="0079400E">
                <w:rPr>
                  <w:rFonts w:ascii="Times New Roman" w:hAnsi="Times New Roman"/>
                  <w:color w:val="0000FF"/>
                  <w:u w:val="single"/>
                  <w:lang w:val="ru-RU"/>
                </w:rPr>
                <w:t>4</w:t>
              </w:r>
              <w:r>
                <w:rPr>
                  <w:rFonts w:ascii="Times New Roman" w:hAnsi="Times New Roman"/>
                  <w:color w:val="0000FF"/>
                  <w:u w:val="single"/>
                </w:rPr>
                <w:t>e</w:t>
              </w:r>
              <w:r w:rsidRPr="0079400E">
                <w:rPr>
                  <w:rFonts w:ascii="Times New Roman" w:hAnsi="Times New Roman"/>
                  <w:color w:val="0000FF"/>
                  <w:u w:val="single"/>
                  <w:lang w:val="ru-RU"/>
                </w:rPr>
                <w:t>25154</w:t>
              </w:r>
            </w:hyperlink>
          </w:p>
        </w:tc>
      </w:tr>
      <w:tr w:rsidR="000A1063" w:rsidRPr="008E75F7"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135</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Составление числового выражения, содержащего 1-2 действия и нахождение его значения</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vMerge/>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rPr>
            </w:pPr>
          </w:p>
        </w:tc>
        <w:tc>
          <w:tcPr>
            <w:tcW w:w="3686" w:type="dxa"/>
            <w:tcMar>
              <w:top w:w="50" w:type="dxa"/>
              <w:left w:w="100" w:type="dxa"/>
            </w:tcMar>
            <w:vAlign w:val="center"/>
          </w:tcPr>
          <w:p w:rsidR="000A1063" w:rsidRPr="0079400E" w:rsidRDefault="000A1063" w:rsidP="00057B56">
            <w:pPr>
              <w:spacing w:after="0"/>
              <w:ind w:left="135"/>
              <w:rPr>
                <w:lang w:val="ru-RU"/>
              </w:rPr>
            </w:pPr>
            <w:r w:rsidRPr="0079400E">
              <w:rPr>
                <w:rFonts w:ascii="Times New Roman" w:hAnsi="Times New Roman"/>
                <w:color w:val="000000"/>
                <w:sz w:val="24"/>
                <w:lang w:val="ru-RU"/>
              </w:rPr>
              <w:t xml:space="preserve">Библиотека ЦОК </w:t>
            </w:r>
            <w:hyperlink r:id="rId719">
              <w:r>
                <w:rPr>
                  <w:rFonts w:ascii="Times New Roman" w:hAnsi="Times New Roman"/>
                  <w:color w:val="0000FF"/>
                  <w:u w:val="single"/>
                </w:rPr>
                <w:t>https</w:t>
              </w:r>
              <w:r w:rsidRPr="0079400E">
                <w:rPr>
                  <w:rFonts w:ascii="Times New Roman" w:hAnsi="Times New Roman"/>
                  <w:color w:val="0000FF"/>
                  <w:u w:val="single"/>
                  <w:lang w:val="ru-RU"/>
                </w:rPr>
                <w:t>://</w:t>
              </w:r>
              <w:r>
                <w:rPr>
                  <w:rFonts w:ascii="Times New Roman" w:hAnsi="Times New Roman"/>
                  <w:color w:val="0000FF"/>
                  <w:u w:val="single"/>
                </w:rPr>
                <w:t>m</w:t>
              </w:r>
              <w:r w:rsidRPr="0079400E">
                <w:rPr>
                  <w:rFonts w:ascii="Times New Roman" w:hAnsi="Times New Roman"/>
                  <w:color w:val="0000FF"/>
                  <w:u w:val="single"/>
                  <w:lang w:val="ru-RU"/>
                </w:rPr>
                <w:t>.</w:t>
              </w:r>
              <w:r>
                <w:rPr>
                  <w:rFonts w:ascii="Times New Roman" w:hAnsi="Times New Roman"/>
                  <w:color w:val="0000FF"/>
                  <w:u w:val="single"/>
                </w:rPr>
                <w:t>edsoo</w:t>
              </w:r>
              <w:r w:rsidRPr="0079400E">
                <w:rPr>
                  <w:rFonts w:ascii="Times New Roman" w:hAnsi="Times New Roman"/>
                  <w:color w:val="0000FF"/>
                  <w:u w:val="single"/>
                  <w:lang w:val="ru-RU"/>
                </w:rPr>
                <w:t>.</w:t>
              </w:r>
              <w:r>
                <w:rPr>
                  <w:rFonts w:ascii="Times New Roman" w:hAnsi="Times New Roman"/>
                  <w:color w:val="0000FF"/>
                  <w:u w:val="single"/>
                </w:rPr>
                <w:t>ru</w:t>
              </w:r>
              <w:r w:rsidRPr="0079400E">
                <w:rPr>
                  <w:rFonts w:ascii="Times New Roman" w:hAnsi="Times New Roman"/>
                  <w:color w:val="0000FF"/>
                  <w:u w:val="single"/>
                  <w:lang w:val="ru-RU"/>
                </w:rPr>
                <w:t>/</w:t>
              </w:r>
              <w:r>
                <w:rPr>
                  <w:rFonts w:ascii="Times New Roman" w:hAnsi="Times New Roman"/>
                  <w:color w:val="0000FF"/>
                  <w:u w:val="single"/>
                </w:rPr>
                <w:t>c</w:t>
              </w:r>
              <w:r w:rsidRPr="0079400E">
                <w:rPr>
                  <w:rFonts w:ascii="Times New Roman" w:hAnsi="Times New Roman"/>
                  <w:color w:val="0000FF"/>
                  <w:u w:val="single"/>
                  <w:lang w:val="ru-RU"/>
                </w:rPr>
                <w:t>4</w:t>
              </w:r>
              <w:r>
                <w:rPr>
                  <w:rFonts w:ascii="Times New Roman" w:hAnsi="Times New Roman"/>
                  <w:color w:val="0000FF"/>
                  <w:u w:val="single"/>
                </w:rPr>
                <w:t>e</w:t>
              </w:r>
              <w:r w:rsidRPr="0079400E">
                <w:rPr>
                  <w:rFonts w:ascii="Times New Roman" w:hAnsi="Times New Roman"/>
                  <w:color w:val="0000FF"/>
                  <w:u w:val="single"/>
                  <w:lang w:val="ru-RU"/>
                </w:rPr>
                <w:t>288</w:t>
              </w:r>
              <w:r>
                <w:rPr>
                  <w:rFonts w:ascii="Times New Roman" w:hAnsi="Times New Roman"/>
                  <w:color w:val="0000FF"/>
                  <w:u w:val="single"/>
                </w:rPr>
                <w:t>ea</w:t>
              </w:r>
            </w:hyperlink>
          </w:p>
        </w:tc>
      </w:tr>
      <w:tr w:rsidR="000A1063" w:rsidRPr="008E75F7" w:rsidTr="000A1063">
        <w:trPr>
          <w:trHeight w:val="144"/>
          <w:tblCellSpacing w:w="20" w:type="nil"/>
        </w:trPr>
        <w:tc>
          <w:tcPr>
            <w:tcW w:w="709" w:type="dxa"/>
            <w:tcMar>
              <w:top w:w="50" w:type="dxa"/>
              <w:left w:w="100" w:type="dxa"/>
            </w:tcMar>
            <w:vAlign w:val="center"/>
          </w:tcPr>
          <w:p w:rsidR="000A1063" w:rsidRPr="000F7EDB" w:rsidRDefault="000A1063" w:rsidP="00057B56">
            <w:pPr>
              <w:spacing w:after="0"/>
              <w:rPr>
                <w:rFonts w:ascii="Times New Roman" w:hAnsi="Times New Roman" w:cs="Times New Roman"/>
                <w:sz w:val="24"/>
                <w:szCs w:val="24"/>
              </w:rPr>
            </w:pPr>
            <w:r w:rsidRPr="000F7EDB">
              <w:rPr>
                <w:rFonts w:ascii="Times New Roman" w:hAnsi="Times New Roman" w:cs="Times New Roman"/>
                <w:color w:val="000000"/>
                <w:sz w:val="24"/>
                <w:szCs w:val="24"/>
              </w:rPr>
              <w:t>136</w:t>
            </w:r>
          </w:p>
        </w:tc>
        <w:tc>
          <w:tcPr>
            <w:tcW w:w="4820"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color w:val="000000"/>
                <w:sz w:val="24"/>
                <w:szCs w:val="24"/>
                <w:lang w:val="ru-RU"/>
              </w:rPr>
              <w:t>Закрепление по теме "Пространственные геометрические фигуры (тела)"</w:t>
            </w:r>
          </w:p>
        </w:tc>
        <w:tc>
          <w:tcPr>
            <w:tcW w:w="850" w:type="dxa"/>
            <w:tcMar>
              <w:top w:w="50" w:type="dxa"/>
              <w:left w:w="100" w:type="dxa"/>
            </w:tcMar>
            <w:vAlign w:val="center"/>
          </w:tcPr>
          <w:p w:rsidR="000A1063" w:rsidRPr="000F7EDB" w:rsidRDefault="000A1063" w:rsidP="00057B56">
            <w:pPr>
              <w:spacing w:after="0"/>
              <w:ind w:left="135"/>
              <w:jc w:val="center"/>
              <w:rPr>
                <w:rFonts w:ascii="Times New Roman" w:hAnsi="Times New Roman" w:cs="Times New Roman"/>
                <w:sz w:val="24"/>
                <w:szCs w:val="24"/>
              </w:rPr>
            </w:pPr>
            <w:r w:rsidRPr="000F7EDB">
              <w:rPr>
                <w:rFonts w:ascii="Times New Roman" w:hAnsi="Times New Roman" w:cs="Times New Roman"/>
                <w:color w:val="000000"/>
                <w:sz w:val="24"/>
                <w:szCs w:val="24"/>
                <w:lang w:val="ru-RU"/>
              </w:rPr>
              <w:t xml:space="preserve"> </w:t>
            </w:r>
            <w:r w:rsidRPr="000F7EDB">
              <w:rPr>
                <w:rFonts w:ascii="Times New Roman" w:hAnsi="Times New Roman" w:cs="Times New Roman"/>
                <w:color w:val="000000"/>
                <w:sz w:val="24"/>
                <w:szCs w:val="24"/>
              </w:rPr>
              <w:t xml:space="preserve">1 </w:t>
            </w:r>
          </w:p>
        </w:tc>
        <w:tc>
          <w:tcPr>
            <w:tcW w:w="5103" w:type="dxa"/>
            <w:tcMar>
              <w:top w:w="50" w:type="dxa"/>
              <w:left w:w="100" w:type="dxa"/>
            </w:tcMar>
            <w:vAlign w:val="center"/>
          </w:tcPr>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Демонстрирующий навыки наблюдений, накопления фактов, осмысления опыта в</w:t>
            </w:r>
          </w:p>
          <w:p w:rsidR="000A1063" w:rsidRPr="000F7EDB" w:rsidRDefault="000A1063" w:rsidP="00057B56">
            <w:pPr>
              <w:spacing w:after="0"/>
              <w:ind w:left="135"/>
              <w:rPr>
                <w:rFonts w:ascii="Times New Roman" w:hAnsi="Times New Roman" w:cs="Times New Roman"/>
                <w:sz w:val="24"/>
                <w:szCs w:val="24"/>
                <w:lang w:val="ru-RU"/>
              </w:rPr>
            </w:pPr>
            <w:r w:rsidRPr="000F7EDB">
              <w:rPr>
                <w:rFonts w:ascii="Times New Roman" w:hAnsi="Times New Roman" w:cs="Times New Roman"/>
                <w:sz w:val="24"/>
                <w:szCs w:val="24"/>
                <w:lang w:val="ru-RU"/>
              </w:rPr>
              <w:t>естественнонаучной и гуманитарной областях познания, исследовательской</w:t>
            </w:r>
          </w:p>
          <w:p w:rsidR="000A1063" w:rsidRPr="000F7EDB" w:rsidRDefault="000A1063" w:rsidP="00057B56">
            <w:pPr>
              <w:spacing w:after="0"/>
              <w:ind w:left="135"/>
              <w:rPr>
                <w:rFonts w:ascii="Times New Roman" w:hAnsi="Times New Roman" w:cs="Times New Roman"/>
                <w:sz w:val="24"/>
                <w:szCs w:val="24"/>
              </w:rPr>
            </w:pPr>
            <w:proofErr w:type="gramStart"/>
            <w:r w:rsidRPr="000F7EDB">
              <w:rPr>
                <w:rFonts w:ascii="Times New Roman" w:hAnsi="Times New Roman" w:cs="Times New Roman"/>
                <w:sz w:val="24"/>
                <w:szCs w:val="24"/>
              </w:rPr>
              <w:t>деятельности</w:t>
            </w:r>
            <w:proofErr w:type="gramEnd"/>
            <w:r w:rsidRPr="000F7EDB">
              <w:rPr>
                <w:rFonts w:ascii="Times New Roman" w:hAnsi="Times New Roman" w:cs="Times New Roman"/>
                <w:sz w:val="24"/>
                <w:szCs w:val="24"/>
              </w:rPr>
              <w:t>.</w:t>
            </w:r>
          </w:p>
        </w:tc>
        <w:tc>
          <w:tcPr>
            <w:tcW w:w="3686" w:type="dxa"/>
            <w:tcMar>
              <w:top w:w="50" w:type="dxa"/>
              <w:left w:w="100" w:type="dxa"/>
            </w:tcMar>
            <w:vAlign w:val="center"/>
          </w:tcPr>
          <w:p w:rsidR="000A1063" w:rsidRPr="0079400E" w:rsidRDefault="000A1063" w:rsidP="00057B56">
            <w:pPr>
              <w:spacing w:after="0"/>
              <w:ind w:left="135"/>
              <w:rPr>
                <w:lang w:val="ru-RU"/>
              </w:rPr>
            </w:pPr>
            <w:r w:rsidRPr="0079400E">
              <w:rPr>
                <w:rFonts w:ascii="Times New Roman" w:hAnsi="Times New Roman"/>
                <w:color w:val="000000"/>
                <w:sz w:val="24"/>
                <w:lang w:val="ru-RU"/>
              </w:rPr>
              <w:t xml:space="preserve">Библиотека ЦОК </w:t>
            </w:r>
            <w:hyperlink r:id="rId720">
              <w:r>
                <w:rPr>
                  <w:rFonts w:ascii="Times New Roman" w:hAnsi="Times New Roman"/>
                  <w:color w:val="0000FF"/>
                  <w:u w:val="single"/>
                </w:rPr>
                <w:t>https</w:t>
              </w:r>
              <w:r w:rsidRPr="0079400E">
                <w:rPr>
                  <w:rFonts w:ascii="Times New Roman" w:hAnsi="Times New Roman"/>
                  <w:color w:val="0000FF"/>
                  <w:u w:val="single"/>
                  <w:lang w:val="ru-RU"/>
                </w:rPr>
                <w:t>://</w:t>
              </w:r>
              <w:r>
                <w:rPr>
                  <w:rFonts w:ascii="Times New Roman" w:hAnsi="Times New Roman"/>
                  <w:color w:val="0000FF"/>
                  <w:u w:val="single"/>
                </w:rPr>
                <w:t>m</w:t>
              </w:r>
              <w:r w:rsidRPr="0079400E">
                <w:rPr>
                  <w:rFonts w:ascii="Times New Roman" w:hAnsi="Times New Roman"/>
                  <w:color w:val="0000FF"/>
                  <w:u w:val="single"/>
                  <w:lang w:val="ru-RU"/>
                </w:rPr>
                <w:t>.</w:t>
              </w:r>
              <w:r>
                <w:rPr>
                  <w:rFonts w:ascii="Times New Roman" w:hAnsi="Times New Roman"/>
                  <w:color w:val="0000FF"/>
                  <w:u w:val="single"/>
                </w:rPr>
                <w:t>edsoo</w:t>
              </w:r>
              <w:r w:rsidRPr="0079400E">
                <w:rPr>
                  <w:rFonts w:ascii="Times New Roman" w:hAnsi="Times New Roman"/>
                  <w:color w:val="0000FF"/>
                  <w:u w:val="single"/>
                  <w:lang w:val="ru-RU"/>
                </w:rPr>
                <w:t>.</w:t>
              </w:r>
              <w:r>
                <w:rPr>
                  <w:rFonts w:ascii="Times New Roman" w:hAnsi="Times New Roman"/>
                  <w:color w:val="0000FF"/>
                  <w:u w:val="single"/>
                </w:rPr>
                <w:t>ru</w:t>
              </w:r>
              <w:r w:rsidRPr="0079400E">
                <w:rPr>
                  <w:rFonts w:ascii="Times New Roman" w:hAnsi="Times New Roman"/>
                  <w:color w:val="0000FF"/>
                  <w:u w:val="single"/>
                  <w:lang w:val="ru-RU"/>
                </w:rPr>
                <w:t>/</w:t>
              </w:r>
              <w:r>
                <w:rPr>
                  <w:rFonts w:ascii="Times New Roman" w:hAnsi="Times New Roman"/>
                  <w:color w:val="0000FF"/>
                  <w:u w:val="single"/>
                </w:rPr>
                <w:t>c</w:t>
              </w:r>
              <w:r w:rsidRPr="0079400E">
                <w:rPr>
                  <w:rFonts w:ascii="Times New Roman" w:hAnsi="Times New Roman"/>
                  <w:color w:val="0000FF"/>
                  <w:u w:val="single"/>
                  <w:lang w:val="ru-RU"/>
                </w:rPr>
                <w:t>4</w:t>
              </w:r>
              <w:r>
                <w:rPr>
                  <w:rFonts w:ascii="Times New Roman" w:hAnsi="Times New Roman"/>
                  <w:color w:val="0000FF"/>
                  <w:u w:val="single"/>
                </w:rPr>
                <w:t>e</w:t>
              </w:r>
              <w:r w:rsidRPr="0079400E">
                <w:rPr>
                  <w:rFonts w:ascii="Times New Roman" w:hAnsi="Times New Roman"/>
                  <w:color w:val="0000FF"/>
                  <w:u w:val="single"/>
                  <w:lang w:val="ru-RU"/>
                </w:rPr>
                <w:t>299</w:t>
              </w:r>
              <w:r>
                <w:rPr>
                  <w:rFonts w:ascii="Times New Roman" w:hAnsi="Times New Roman"/>
                  <w:color w:val="0000FF"/>
                  <w:u w:val="single"/>
                </w:rPr>
                <w:t>ca</w:t>
              </w:r>
            </w:hyperlink>
          </w:p>
        </w:tc>
      </w:tr>
      <w:tr w:rsidR="000A1063" w:rsidTr="000A1063">
        <w:trPr>
          <w:trHeight w:val="144"/>
          <w:tblCellSpacing w:w="20" w:type="nil"/>
        </w:trPr>
        <w:tc>
          <w:tcPr>
            <w:tcW w:w="5529" w:type="dxa"/>
            <w:gridSpan w:val="2"/>
            <w:tcMar>
              <w:top w:w="50" w:type="dxa"/>
              <w:left w:w="100" w:type="dxa"/>
            </w:tcMar>
            <w:vAlign w:val="center"/>
          </w:tcPr>
          <w:p w:rsidR="000A1063" w:rsidRPr="0079400E" w:rsidRDefault="000A1063" w:rsidP="00057B56">
            <w:pPr>
              <w:spacing w:after="0"/>
              <w:ind w:left="135"/>
              <w:rPr>
                <w:lang w:val="ru-RU"/>
              </w:rPr>
            </w:pPr>
            <w:r w:rsidRPr="0079400E">
              <w:rPr>
                <w:rFonts w:ascii="Times New Roman" w:hAnsi="Times New Roman"/>
                <w:color w:val="000000"/>
                <w:sz w:val="24"/>
                <w:lang w:val="ru-RU"/>
              </w:rPr>
              <w:t>ОБЩЕЕ КОЛИЧЕСТВО ЧАСОВ ПО ПРОГРАММЕ</w:t>
            </w:r>
          </w:p>
        </w:tc>
        <w:tc>
          <w:tcPr>
            <w:tcW w:w="850" w:type="dxa"/>
            <w:tcMar>
              <w:top w:w="50" w:type="dxa"/>
              <w:left w:w="100" w:type="dxa"/>
            </w:tcMar>
            <w:vAlign w:val="center"/>
          </w:tcPr>
          <w:p w:rsidR="000A1063" w:rsidRDefault="000A1063" w:rsidP="00057B56">
            <w:pPr>
              <w:spacing w:after="0"/>
              <w:ind w:left="135"/>
              <w:jc w:val="center"/>
            </w:pPr>
            <w:r w:rsidRPr="0079400E">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8789" w:type="dxa"/>
            <w:gridSpan w:val="2"/>
            <w:tcMar>
              <w:top w:w="50" w:type="dxa"/>
              <w:left w:w="100" w:type="dxa"/>
            </w:tcMar>
            <w:vAlign w:val="center"/>
          </w:tcPr>
          <w:p w:rsidR="000A1063" w:rsidRDefault="000A1063" w:rsidP="00057B56"/>
        </w:tc>
      </w:tr>
    </w:tbl>
    <w:p w:rsidR="000A1063" w:rsidRPr="000A1063" w:rsidRDefault="000A1063">
      <w:pPr>
        <w:rPr>
          <w:rFonts w:ascii="Times New Roman" w:hAnsi="Times New Roman" w:cs="Times New Roman"/>
          <w:b/>
          <w:sz w:val="24"/>
          <w:szCs w:val="24"/>
          <w:lang w:val="ru-RU"/>
        </w:rPr>
      </w:pPr>
    </w:p>
    <w:sectPr w:rsidR="000A1063" w:rsidRPr="000A1063" w:rsidSect="00B85330">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Е">
    <w:altName w:val="Calibri"/>
    <w:charset w:val="00"/>
    <w:family w:val="roman"/>
    <w:pitch w:val="variable"/>
    <w:sig w:usb0="00000000"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A8619C"/>
    <w:multiLevelType w:val="multilevel"/>
    <w:tmpl w:val="B61E37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1014DB0"/>
    <w:multiLevelType w:val="multilevel"/>
    <w:tmpl w:val="1F3832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4737B9B"/>
    <w:multiLevelType w:val="hybridMultilevel"/>
    <w:tmpl w:val="0C2C48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47E09DF"/>
    <w:multiLevelType w:val="multilevel"/>
    <w:tmpl w:val="AE44D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F176DAA"/>
    <w:multiLevelType w:val="multilevel"/>
    <w:tmpl w:val="D26E4D4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CF91468"/>
    <w:multiLevelType w:val="multilevel"/>
    <w:tmpl w:val="0FF47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75506C3"/>
    <w:multiLevelType w:val="multilevel"/>
    <w:tmpl w:val="53E4E04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BCE6AD9"/>
    <w:multiLevelType w:val="multilevel"/>
    <w:tmpl w:val="B17C8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13"/>
  </w:num>
  <w:num w:numId="3">
    <w:abstractNumId w:val="12"/>
  </w:num>
  <w:num w:numId="4">
    <w:abstractNumId w:val="11"/>
  </w:num>
  <w:num w:numId="5">
    <w:abstractNumId w:val="9"/>
  </w:num>
  <w:num w:numId="6">
    <w:abstractNumId w:val="16"/>
  </w:num>
  <w:num w:numId="7">
    <w:abstractNumId w:val="14"/>
  </w:num>
  <w:num w:numId="8">
    <w:abstractNumId w:val="10"/>
  </w:num>
  <w:num w:numId="9">
    <w:abstractNumId w:val="8"/>
  </w:num>
  <w:num w:numId="10">
    <w:abstractNumId w:val="6"/>
  </w:num>
  <w:num w:numId="11">
    <w:abstractNumId w:val="5"/>
  </w:num>
  <w:num w:numId="12">
    <w:abstractNumId w:val="4"/>
  </w:num>
  <w:num w:numId="13">
    <w:abstractNumId w:val="7"/>
  </w:num>
  <w:num w:numId="14">
    <w:abstractNumId w:val="3"/>
  </w:num>
  <w:num w:numId="15">
    <w:abstractNumId w:val="2"/>
  </w:num>
  <w:num w:numId="16">
    <w:abstractNumId w:val="1"/>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5"/>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B60"/>
    <w:rsid w:val="000A1063"/>
    <w:rsid w:val="00196E2E"/>
    <w:rsid w:val="001E0B60"/>
    <w:rsid w:val="002E0C5E"/>
    <w:rsid w:val="005E3948"/>
    <w:rsid w:val="00615509"/>
    <w:rsid w:val="007205EF"/>
    <w:rsid w:val="008E75F7"/>
    <w:rsid w:val="00963108"/>
    <w:rsid w:val="00B85330"/>
    <w:rsid w:val="00DA4FC0"/>
    <w:rsid w:val="00DA74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CBC5AB-FBE0-42AD-91A3-DF6BB732D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196E2E"/>
    <w:pPr>
      <w:spacing w:after="200" w:line="276" w:lineRule="auto"/>
    </w:pPr>
    <w:rPr>
      <w:lang w:val="en-US"/>
    </w:rPr>
  </w:style>
  <w:style w:type="paragraph" w:styleId="1">
    <w:name w:val="heading 1"/>
    <w:basedOn w:val="a1"/>
    <w:next w:val="a1"/>
    <w:link w:val="10"/>
    <w:uiPriority w:val="9"/>
    <w:qFormat/>
    <w:rsid w:val="00DA4FC0"/>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1">
    <w:name w:val="heading 2"/>
    <w:basedOn w:val="a1"/>
    <w:next w:val="a1"/>
    <w:link w:val="22"/>
    <w:uiPriority w:val="9"/>
    <w:unhideWhenUsed/>
    <w:qFormat/>
    <w:rsid w:val="00DA4FC0"/>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1">
    <w:name w:val="heading 3"/>
    <w:basedOn w:val="a1"/>
    <w:next w:val="a1"/>
    <w:link w:val="32"/>
    <w:uiPriority w:val="9"/>
    <w:unhideWhenUsed/>
    <w:qFormat/>
    <w:rsid w:val="00DA4FC0"/>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1"/>
    <w:next w:val="a1"/>
    <w:link w:val="40"/>
    <w:uiPriority w:val="9"/>
    <w:unhideWhenUsed/>
    <w:qFormat/>
    <w:rsid w:val="00DA4FC0"/>
    <w:pPr>
      <w:keepNext/>
      <w:keepLines/>
      <w:spacing w:before="200"/>
      <w:outlineLvl w:val="3"/>
    </w:pPr>
    <w:rPr>
      <w:rFonts w:asciiTheme="majorHAnsi" w:eastAsiaTheme="majorEastAsia" w:hAnsiTheme="majorHAnsi" w:cstheme="majorBidi"/>
      <w:b/>
      <w:bCs/>
      <w:i/>
      <w:iCs/>
      <w:color w:val="5B9BD5" w:themeColor="accent1"/>
    </w:rPr>
  </w:style>
  <w:style w:type="paragraph" w:styleId="5">
    <w:name w:val="heading 5"/>
    <w:basedOn w:val="a1"/>
    <w:next w:val="a1"/>
    <w:link w:val="50"/>
    <w:uiPriority w:val="9"/>
    <w:semiHidden/>
    <w:unhideWhenUsed/>
    <w:qFormat/>
    <w:rsid w:val="00DA7400"/>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basedOn w:val="a1"/>
    <w:next w:val="a1"/>
    <w:link w:val="60"/>
    <w:uiPriority w:val="9"/>
    <w:semiHidden/>
    <w:unhideWhenUsed/>
    <w:qFormat/>
    <w:rsid w:val="00DA7400"/>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basedOn w:val="a1"/>
    <w:next w:val="a1"/>
    <w:link w:val="70"/>
    <w:uiPriority w:val="9"/>
    <w:semiHidden/>
    <w:unhideWhenUsed/>
    <w:qFormat/>
    <w:rsid w:val="00DA740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DA7400"/>
    <w:pPr>
      <w:keepNext/>
      <w:keepLines/>
      <w:spacing w:before="200" w:after="0"/>
      <w:outlineLvl w:val="7"/>
    </w:pPr>
    <w:rPr>
      <w:rFonts w:asciiTheme="majorHAnsi" w:eastAsiaTheme="majorEastAsia" w:hAnsiTheme="majorHAnsi" w:cstheme="majorBidi"/>
      <w:color w:val="5B9BD5" w:themeColor="accent1"/>
      <w:sz w:val="20"/>
      <w:szCs w:val="20"/>
    </w:rPr>
  </w:style>
  <w:style w:type="paragraph" w:styleId="9">
    <w:name w:val="heading 9"/>
    <w:basedOn w:val="a1"/>
    <w:next w:val="a1"/>
    <w:link w:val="90"/>
    <w:uiPriority w:val="9"/>
    <w:semiHidden/>
    <w:unhideWhenUsed/>
    <w:qFormat/>
    <w:rsid w:val="00DA740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DA4FC0"/>
    <w:rPr>
      <w:rFonts w:asciiTheme="majorHAnsi" w:eastAsiaTheme="majorEastAsia" w:hAnsiTheme="majorHAnsi" w:cstheme="majorBidi"/>
      <w:b/>
      <w:bCs/>
      <w:color w:val="2E74B5" w:themeColor="accent1" w:themeShade="BF"/>
      <w:sz w:val="28"/>
      <w:szCs w:val="28"/>
      <w:lang w:val="en-US"/>
    </w:rPr>
  </w:style>
  <w:style w:type="character" w:customStyle="1" w:styleId="22">
    <w:name w:val="Заголовок 2 Знак"/>
    <w:basedOn w:val="a2"/>
    <w:link w:val="21"/>
    <w:uiPriority w:val="9"/>
    <w:rsid w:val="00DA4FC0"/>
    <w:rPr>
      <w:rFonts w:asciiTheme="majorHAnsi" w:eastAsiaTheme="majorEastAsia" w:hAnsiTheme="majorHAnsi" w:cstheme="majorBidi"/>
      <w:b/>
      <w:bCs/>
      <w:color w:val="5B9BD5" w:themeColor="accent1"/>
      <w:sz w:val="26"/>
      <w:szCs w:val="26"/>
      <w:lang w:val="en-US"/>
    </w:rPr>
  </w:style>
  <w:style w:type="character" w:customStyle="1" w:styleId="32">
    <w:name w:val="Заголовок 3 Знак"/>
    <w:basedOn w:val="a2"/>
    <w:link w:val="31"/>
    <w:uiPriority w:val="9"/>
    <w:rsid w:val="00DA4FC0"/>
    <w:rPr>
      <w:rFonts w:asciiTheme="majorHAnsi" w:eastAsiaTheme="majorEastAsia" w:hAnsiTheme="majorHAnsi" w:cstheme="majorBidi"/>
      <w:b/>
      <w:bCs/>
      <w:color w:val="5B9BD5" w:themeColor="accent1"/>
      <w:lang w:val="en-US"/>
    </w:rPr>
  </w:style>
  <w:style w:type="character" w:customStyle="1" w:styleId="40">
    <w:name w:val="Заголовок 4 Знак"/>
    <w:basedOn w:val="a2"/>
    <w:link w:val="4"/>
    <w:uiPriority w:val="9"/>
    <w:rsid w:val="00DA4FC0"/>
    <w:rPr>
      <w:rFonts w:asciiTheme="majorHAnsi" w:eastAsiaTheme="majorEastAsia" w:hAnsiTheme="majorHAnsi" w:cstheme="majorBidi"/>
      <w:b/>
      <w:bCs/>
      <w:i/>
      <w:iCs/>
      <w:color w:val="5B9BD5" w:themeColor="accent1"/>
      <w:lang w:val="en-US"/>
    </w:rPr>
  </w:style>
  <w:style w:type="table" w:styleId="a5">
    <w:name w:val="Table Grid"/>
    <w:basedOn w:val="a3"/>
    <w:uiPriority w:val="59"/>
    <w:rsid w:val="00DA4F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1"/>
    <w:link w:val="a7"/>
    <w:uiPriority w:val="99"/>
    <w:unhideWhenUsed/>
    <w:rsid w:val="00DA4FC0"/>
    <w:pPr>
      <w:tabs>
        <w:tab w:val="center" w:pos="4680"/>
        <w:tab w:val="right" w:pos="9360"/>
      </w:tabs>
    </w:pPr>
  </w:style>
  <w:style w:type="character" w:customStyle="1" w:styleId="a7">
    <w:name w:val="Верхний колонтитул Знак"/>
    <w:basedOn w:val="a2"/>
    <w:link w:val="a6"/>
    <w:uiPriority w:val="99"/>
    <w:rsid w:val="00DA4FC0"/>
    <w:rPr>
      <w:lang w:val="en-US"/>
    </w:rPr>
  </w:style>
  <w:style w:type="paragraph" w:styleId="a8">
    <w:name w:val="Normal Indent"/>
    <w:basedOn w:val="a1"/>
    <w:uiPriority w:val="99"/>
    <w:unhideWhenUsed/>
    <w:rsid w:val="00DA4FC0"/>
    <w:pPr>
      <w:ind w:left="720"/>
    </w:pPr>
  </w:style>
  <w:style w:type="paragraph" w:styleId="a9">
    <w:name w:val="Subtitle"/>
    <w:basedOn w:val="a1"/>
    <w:next w:val="a1"/>
    <w:link w:val="aa"/>
    <w:uiPriority w:val="11"/>
    <w:qFormat/>
    <w:rsid w:val="00DA4FC0"/>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a">
    <w:name w:val="Подзаголовок Знак"/>
    <w:basedOn w:val="a2"/>
    <w:link w:val="a9"/>
    <w:uiPriority w:val="11"/>
    <w:rsid w:val="00DA4FC0"/>
    <w:rPr>
      <w:rFonts w:asciiTheme="majorHAnsi" w:eastAsiaTheme="majorEastAsia" w:hAnsiTheme="majorHAnsi" w:cstheme="majorBidi"/>
      <w:i/>
      <w:iCs/>
      <w:color w:val="5B9BD5" w:themeColor="accent1"/>
      <w:spacing w:val="15"/>
      <w:sz w:val="24"/>
      <w:szCs w:val="24"/>
      <w:lang w:val="en-US"/>
    </w:rPr>
  </w:style>
  <w:style w:type="paragraph" w:styleId="ab">
    <w:name w:val="Title"/>
    <w:basedOn w:val="a1"/>
    <w:next w:val="a1"/>
    <w:link w:val="ac"/>
    <w:uiPriority w:val="10"/>
    <w:qFormat/>
    <w:rsid w:val="00DA4FC0"/>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c">
    <w:name w:val="Название Знак"/>
    <w:basedOn w:val="a2"/>
    <w:link w:val="ab"/>
    <w:uiPriority w:val="10"/>
    <w:rsid w:val="00DA4FC0"/>
    <w:rPr>
      <w:rFonts w:asciiTheme="majorHAnsi" w:eastAsiaTheme="majorEastAsia" w:hAnsiTheme="majorHAnsi" w:cstheme="majorBidi"/>
      <w:color w:val="323E4F" w:themeColor="text2" w:themeShade="BF"/>
      <w:spacing w:val="5"/>
      <w:kern w:val="28"/>
      <w:sz w:val="52"/>
      <w:szCs w:val="52"/>
      <w:lang w:val="en-US"/>
    </w:rPr>
  </w:style>
  <w:style w:type="character" w:styleId="ad">
    <w:name w:val="Emphasis"/>
    <w:basedOn w:val="a2"/>
    <w:uiPriority w:val="20"/>
    <w:qFormat/>
    <w:rsid w:val="00DA4FC0"/>
    <w:rPr>
      <w:i/>
      <w:iCs/>
    </w:rPr>
  </w:style>
  <w:style w:type="character" w:styleId="ae">
    <w:name w:val="Hyperlink"/>
    <w:basedOn w:val="a2"/>
    <w:uiPriority w:val="99"/>
    <w:unhideWhenUsed/>
    <w:rsid w:val="00DA4FC0"/>
    <w:rPr>
      <w:color w:val="0563C1" w:themeColor="hyperlink"/>
      <w:u w:val="single"/>
    </w:rPr>
  </w:style>
  <w:style w:type="paragraph" w:styleId="af">
    <w:name w:val="List Paragraph"/>
    <w:basedOn w:val="a1"/>
    <w:uiPriority w:val="34"/>
    <w:qFormat/>
    <w:rsid w:val="00DA4FC0"/>
    <w:pPr>
      <w:ind w:left="720"/>
      <w:contextualSpacing/>
    </w:pPr>
  </w:style>
  <w:style w:type="paragraph" w:styleId="af0">
    <w:name w:val="caption"/>
    <w:basedOn w:val="a1"/>
    <w:next w:val="a1"/>
    <w:uiPriority w:val="35"/>
    <w:semiHidden/>
    <w:unhideWhenUsed/>
    <w:qFormat/>
    <w:rsid w:val="005E3948"/>
    <w:pPr>
      <w:spacing w:line="240" w:lineRule="auto"/>
    </w:pPr>
    <w:rPr>
      <w:b/>
      <w:bCs/>
      <w:color w:val="5B9BD5" w:themeColor="accent1"/>
      <w:sz w:val="18"/>
      <w:szCs w:val="18"/>
    </w:rPr>
  </w:style>
  <w:style w:type="paragraph" w:styleId="af1">
    <w:name w:val="Normal (Web)"/>
    <w:basedOn w:val="a1"/>
    <w:uiPriority w:val="99"/>
    <w:semiHidden/>
    <w:unhideWhenUsed/>
    <w:rsid w:val="005E394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50">
    <w:name w:val="Заголовок 5 Знак"/>
    <w:basedOn w:val="a2"/>
    <w:link w:val="5"/>
    <w:uiPriority w:val="9"/>
    <w:semiHidden/>
    <w:rsid w:val="00DA7400"/>
    <w:rPr>
      <w:rFonts w:asciiTheme="majorHAnsi" w:eastAsiaTheme="majorEastAsia" w:hAnsiTheme="majorHAnsi" w:cstheme="majorBidi"/>
      <w:color w:val="1F4D78" w:themeColor="accent1" w:themeShade="7F"/>
      <w:lang w:val="en-US"/>
    </w:rPr>
  </w:style>
  <w:style w:type="character" w:customStyle="1" w:styleId="60">
    <w:name w:val="Заголовок 6 Знак"/>
    <w:basedOn w:val="a2"/>
    <w:link w:val="6"/>
    <w:uiPriority w:val="9"/>
    <w:semiHidden/>
    <w:rsid w:val="00DA7400"/>
    <w:rPr>
      <w:rFonts w:asciiTheme="majorHAnsi" w:eastAsiaTheme="majorEastAsia" w:hAnsiTheme="majorHAnsi" w:cstheme="majorBidi"/>
      <w:i/>
      <w:iCs/>
      <w:color w:val="1F4D78" w:themeColor="accent1" w:themeShade="7F"/>
      <w:lang w:val="en-US"/>
    </w:rPr>
  </w:style>
  <w:style w:type="character" w:customStyle="1" w:styleId="70">
    <w:name w:val="Заголовок 7 Знак"/>
    <w:basedOn w:val="a2"/>
    <w:link w:val="7"/>
    <w:uiPriority w:val="9"/>
    <w:semiHidden/>
    <w:rsid w:val="00DA7400"/>
    <w:rPr>
      <w:rFonts w:asciiTheme="majorHAnsi" w:eastAsiaTheme="majorEastAsia" w:hAnsiTheme="majorHAnsi" w:cstheme="majorBidi"/>
      <w:i/>
      <w:iCs/>
      <w:color w:val="404040" w:themeColor="text1" w:themeTint="BF"/>
      <w:lang w:val="en-US"/>
    </w:rPr>
  </w:style>
  <w:style w:type="character" w:customStyle="1" w:styleId="80">
    <w:name w:val="Заголовок 8 Знак"/>
    <w:basedOn w:val="a2"/>
    <w:link w:val="8"/>
    <w:uiPriority w:val="9"/>
    <w:semiHidden/>
    <w:rsid w:val="00DA7400"/>
    <w:rPr>
      <w:rFonts w:asciiTheme="majorHAnsi" w:eastAsiaTheme="majorEastAsia" w:hAnsiTheme="majorHAnsi" w:cstheme="majorBidi"/>
      <w:color w:val="5B9BD5" w:themeColor="accent1"/>
      <w:sz w:val="20"/>
      <w:szCs w:val="20"/>
      <w:lang w:val="en-US"/>
    </w:rPr>
  </w:style>
  <w:style w:type="character" w:customStyle="1" w:styleId="90">
    <w:name w:val="Заголовок 9 Знак"/>
    <w:basedOn w:val="a2"/>
    <w:link w:val="9"/>
    <w:uiPriority w:val="9"/>
    <w:semiHidden/>
    <w:rsid w:val="00DA7400"/>
    <w:rPr>
      <w:rFonts w:asciiTheme="majorHAnsi" w:eastAsiaTheme="majorEastAsia" w:hAnsiTheme="majorHAnsi" w:cstheme="majorBidi"/>
      <w:i/>
      <w:iCs/>
      <w:color w:val="404040" w:themeColor="text1" w:themeTint="BF"/>
      <w:sz w:val="20"/>
      <w:szCs w:val="20"/>
      <w:lang w:val="en-US"/>
    </w:rPr>
  </w:style>
  <w:style w:type="paragraph" w:styleId="af2">
    <w:name w:val="footer"/>
    <w:basedOn w:val="a1"/>
    <w:link w:val="af3"/>
    <w:uiPriority w:val="99"/>
    <w:unhideWhenUsed/>
    <w:rsid w:val="00DA7400"/>
    <w:pPr>
      <w:tabs>
        <w:tab w:val="center" w:pos="4680"/>
        <w:tab w:val="right" w:pos="9360"/>
      </w:tabs>
      <w:spacing w:after="0" w:line="240" w:lineRule="auto"/>
    </w:pPr>
    <w:rPr>
      <w:rFonts w:eastAsiaTheme="minorEastAsia"/>
    </w:rPr>
  </w:style>
  <w:style w:type="character" w:customStyle="1" w:styleId="af3">
    <w:name w:val="Нижний колонтитул Знак"/>
    <w:basedOn w:val="a2"/>
    <w:link w:val="af2"/>
    <w:uiPriority w:val="99"/>
    <w:rsid w:val="00DA7400"/>
    <w:rPr>
      <w:rFonts w:eastAsiaTheme="minorEastAsia"/>
      <w:lang w:val="en-US"/>
    </w:rPr>
  </w:style>
  <w:style w:type="paragraph" w:styleId="af4">
    <w:name w:val="No Spacing"/>
    <w:uiPriority w:val="1"/>
    <w:qFormat/>
    <w:rsid w:val="00DA7400"/>
    <w:pPr>
      <w:spacing w:after="0" w:line="240" w:lineRule="auto"/>
    </w:pPr>
    <w:rPr>
      <w:rFonts w:eastAsiaTheme="minorEastAsia"/>
      <w:lang w:val="en-US"/>
    </w:rPr>
  </w:style>
  <w:style w:type="paragraph" w:styleId="af5">
    <w:name w:val="Body Text"/>
    <w:basedOn w:val="a1"/>
    <w:link w:val="af6"/>
    <w:uiPriority w:val="99"/>
    <w:unhideWhenUsed/>
    <w:rsid w:val="00DA7400"/>
    <w:pPr>
      <w:spacing w:after="120"/>
    </w:pPr>
    <w:rPr>
      <w:rFonts w:eastAsiaTheme="minorEastAsia"/>
    </w:rPr>
  </w:style>
  <w:style w:type="character" w:customStyle="1" w:styleId="af6">
    <w:name w:val="Основной текст Знак"/>
    <w:basedOn w:val="a2"/>
    <w:link w:val="af5"/>
    <w:uiPriority w:val="99"/>
    <w:rsid w:val="00DA7400"/>
    <w:rPr>
      <w:rFonts w:eastAsiaTheme="minorEastAsia"/>
      <w:lang w:val="en-US"/>
    </w:rPr>
  </w:style>
  <w:style w:type="paragraph" w:styleId="23">
    <w:name w:val="Body Text 2"/>
    <w:basedOn w:val="a1"/>
    <w:link w:val="24"/>
    <w:uiPriority w:val="99"/>
    <w:unhideWhenUsed/>
    <w:rsid w:val="00DA7400"/>
    <w:pPr>
      <w:spacing w:after="120" w:line="480" w:lineRule="auto"/>
    </w:pPr>
    <w:rPr>
      <w:rFonts w:eastAsiaTheme="minorEastAsia"/>
    </w:rPr>
  </w:style>
  <w:style w:type="character" w:customStyle="1" w:styleId="24">
    <w:name w:val="Основной текст 2 Знак"/>
    <w:basedOn w:val="a2"/>
    <w:link w:val="23"/>
    <w:uiPriority w:val="99"/>
    <w:rsid w:val="00DA7400"/>
    <w:rPr>
      <w:rFonts w:eastAsiaTheme="minorEastAsia"/>
      <w:lang w:val="en-US"/>
    </w:rPr>
  </w:style>
  <w:style w:type="paragraph" w:styleId="33">
    <w:name w:val="Body Text 3"/>
    <w:basedOn w:val="a1"/>
    <w:link w:val="34"/>
    <w:uiPriority w:val="99"/>
    <w:unhideWhenUsed/>
    <w:rsid w:val="00DA7400"/>
    <w:pPr>
      <w:spacing w:after="120"/>
    </w:pPr>
    <w:rPr>
      <w:rFonts w:eastAsiaTheme="minorEastAsia"/>
      <w:sz w:val="16"/>
      <w:szCs w:val="16"/>
    </w:rPr>
  </w:style>
  <w:style w:type="character" w:customStyle="1" w:styleId="34">
    <w:name w:val="Основной текст 3 Знак"/>
    <w:basedOn w:val="a2"/>
    <w:link w:val="33"/>
    <w:uiPriority w:val="99"/>
    <w:rsid w:val="00DA7400"/>
    <w:rPr>
      <w:rFonts w:eastAsiaTheme="minorEastAsia"/>
      <w:sz w:val="16"/>
      <w:szCs w:val="16"/>
      <w:lang w:val="en-US"/>
    </w:rPr>
  </w:style>
  <w:style w:type="paragraph" w:styleId="af7">
    <w:name w:val="List"/>
    <w:basedOn w:val="a1"/>
    <w:uiPriority w:val="99"/>
    <w:unhideWhenUsed/>
    <w:rsid w:val="00DA7400"/>
    <w:pPr>
      <w:ind w:left="360" w:hanging="360"/>
      <w:contextualSpacing/>
    </w:pPr>
    <w:rPr>
      <w:rFonts w:eastAsiaTheme="minorEastAsia"/>
    </w:rPr>
  </w:style>
  <w:style w:type="paragraph" w:styleId="25">
    <w:name w:val="List 2"/>
    <w:basedOn w:val="a1"/>
    <w:uiPriority w:val="99"/>
    <w:unhideWhenUsed/>
    <w:rsid w:val="00DA7400"/>
    <w:pPr>
      <w:ind w:left="720" w:hanging="360"/>
      <w:contextualSpacing/>
    </w:pPr>
    <w:rPr>
      <w:rFonts w:eastAsiaTheme="minorEastAsia"/>
    </w:rPr>
  </w:style>
  <w:style w:type="paragraph" w:styleId="35">
    <w:name w:val="List 3"/>
    <w:basedOn w:val="a1"/>
    <w:uiPriority w:val="99"/>
    <w:unhideWhenUsed/>
    <w:rsid w:val="00DA7400"/>
    <w:pPr>
      <w:ind w:left="1080" w:hanging="360"/>
      <w:contextualSpacing/>
    </w:pPr>
    <w:rPr>
      <w:rFonts w:eastAsiaTheme="minorEastAsia"/>
    </w:rPr>
  </w:style>
  <w:style w:type="paragraph" w:styleId="a0">
    <w:name w:val="List Bullet"/>
    <w:basedOn w:val="a1"/>
    <w:uiPriority w:val="99"/>
    <w:unhideWhenUsed/>
    <w:rsid w:val="00DA7400"/>
    <w:pPr>
      <w:numPr>
        <w:numId w:val="9"/>
      </w:numPr>
      <w:contextualSpacing/>
    </w:pPr>
    <w:rPr>
      <w:rFonts w:eastAsiaTheme="minorEastAsia"/>
    </w:rPr>
  </w:style>
  <w:style w:type="paragraph" w:styleId="20">
    <w:name w:val="List Bullet 2"/>
    <w:basedOn w:val="a1"/>
    <w:uiPriority w:val="99"/>
    <w:unhideWhenUsed/>
    <w:rsid w:val="00DA7400"/>
    <w:pPr>
      <w:numPr>
        <w:numId w:val="10"/>
      </w:numPr>
      <w:contextualSpacing/>
    </w:pPr>
    <w:rPr>
      <w:rFonts w:eastAsiaTheme="minorEastAsia"/>
    </w:rPr>
  </w:style>
  <w:style w:type="paragraph" w:styleId="30">
    <w:name w:val="List Bullet 3"/>
    <w:basedOn w:val="a1"/>
    <w:uiPriority w:val="99"/>
    <w:unhideWhenUsed/>
    <w:rsid w:val="00DA7400"/>
    <w:pPr>
      <w:numPr>
        <w:numId w:val="11"/>
      </w:numPr>
      <w:contextualSpacing/>
    </w:pPr>
    <w:rPr>
      <w:rFonts w:eastAsiaTheme="minorEastAsia"/>
    </w:rPr>
  </w:style>
  <w:style w:type="paragraph" w:styleId="a">
    <w:name w:val="List Number"/>
    <w:basedOn w:val="a1"/>
    <w:uiPriority w:val="99"/>
    <w:unhideWhenUsed/>
    <w:rsid w:val="00DA7400"/>
    <w:pPr>
      <w:numPr>
        <w:numId w:val="13"/>
      </w:numPr>
      <w:contextualSpacing/>
    </w:pPr>
    <w:rPr>
      <w:rFonts w:eastAsiaTheme="minorEastAsia"/>
    </w:rPr>
  </w:style>
  <w:style w:type="paragraph" w:styleId="2">
    <w:name w:val="List Number 2"/>
    <w:basedOn w:val="a1"/>
    <w:uiPriority w:val="99"/>
    <w:unhideWhenUsed/>
    <w:rsid w:val="00DA7400"/>
    <w:pPr>
      <w:numPr>
        <w:numId w:val="14"/>
      </w:numPr>
      <w:contextualSpacing/>
    </w:pPr>
    <w:rPr>
      <w:rFonts w:eastAsiaTheme="minorEastAsia"/>
    </w:rPr>
  </w:style>
  <w:style w:type="paragraph" w:styleId="3">
    <w:name w:val="List Number 3"/>
    <w:basedOn w:val="a1"/>
    <w:uiPriority w:val="99"/>
    <w:unhideWhenUsed/>
    <w:rsid w:val="00DA7400"/>
    <w:pPr>
      <w:numPr>
        <w:numId w:val="15"/>
      </w:numPr>
      <w:contextualSpacing/>
    </w:pPr>
    <w:rPr>
      <w:rFonts w:eastAsiaTheme="minorEastAsia"/>
    </w:rPr>
  </w:style>
  <w:style w:type="paragraph" w:styleId="af8">
    <w:name w:val="List Continue"/>
    <w:basedOn w:val="a1"/>
    <w:uiPriority w:val="99"/>
    <w:unhideWhenUsed/>
    <w:rsid w:val="00DA7400"/>
    <w:pPr>
      <w:spacing w:after="120"/>
      <w:ind w:left="360"/>
      <w:contextualSpacing/>
    </w:pPr>
    <w:rPr>
      <w:rFonts w:eastAsiaTheme="minorEastAsia"/>
    </w:rPr>
  </w:style>
  <w:style w:type="paragraph" w:styleId="26">
    <w:name w:val="List Continue 2"/>
    <w:basedOn w:val="a1"/>
    <w:uiPriority w:val="99"/>
    <w:unhideWhenUsed/>
    <w:rsid w:val="00DA7400"/>
    <w:pPr>
      <w:spacing w:after="120"/>
      <w:ind w:left="720"/>
      <w:contextualSpacing/>
    </w:pPr>
    <w:rPr>
      <w:rFonts w:eastAsiaTheme="minorEastAsia"/>
    </w:rPr>
  </w:style>
  <w:style w:type="paragraph" w:styleId="36">
    <w:name w:val="List Continue 3"/>
    <w:basedOn w:val="a1"/>
    <w:uiPriority w:val="99"/>
    <w:unhideWhenUsed/>
    <w:rsid w:val="00DA7400"/>
    <w:pPr>
      <w:spacing w:after="120"/>
      <w:ind w:left="1080"/>
      <w:contextualSpacing/>
    </w:pPr>
    <w:rPr>
      <w:rFonts w:eastAsiaTheme="minorEastAsia"/>
    </w:rPr>
  </w:style>
  <w:style w:type="paragraph" w:styleId="af9">
    <w:name w:val="macro"/>
    <w:link w:val="afa"/>
    <w:uiPriority w:val="99"/>
    <w:unhideWhenUsed/>
    <w:rsid w:val="00DA7400"/>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sz w:val="20"/>
      <w:szCs w:val="20"/>
      <w:lang w:val="en-US"/>
    </w:rPr>
  </w:style>
  <w:style w:type="character" w:customStyle="1" w:styleId="afa">
    <w:name w:val="Текст макроса Знак"/>
    <w:basedOn w:val="a2"/>
    <w:link w:val="af9"/>
    <w:uiPriority w:val="99"/>
    <w:rsid w:val="00DA7400"/>
    <w:rPr>
      <w:rFonts w:ascii="Courier" w:eastAsiaTheme="minorEastAsia" w:hAnsi="Courier"/>
      <w:sz w:val="20"/>
      <w:szCs w:val="20"/>
      <w:lang w:val="en-US"/>
    </w:rPr>
  </w:style>
  <w:style w:type="paragraph" w:styleId="27">
    <w:name w:val="Quote"/>
    <w:basedOn w:val="a1"/>
    <w:next w:val="a1"/>
    <w:link w:val="28"/>
    <w:uiPriority w:val="29"/>
    <w:qFormat/>
    <w:rsid w:val="00DA7400"/>
    <w:rPr>
      <w:rFonts w:eastAsiaTheme="minorEastAsia"/>
      <w:i/>
      <w:iCs/>
      <w:color w:val="000000" w:themeColor="text1"/>
    </w:rPr>
  </w:style>
  <w:style w:type="character" w:customStyle="1" w:styleId="28">
    <w:name w:val="Цитата 2 Знак"/>
    <w:basedOn w:val="a2"/>
    <w:link w:val="27"/>
    <w:uiPriority w:val="29"/>
    <w:rsid w:val="00DA7400"/>
    <w:rPr>
      <w:rFonts w:eastAsiaTheme="minorEastAsia"/>
      <w:i/>
      <w:iCs/>
      <w:color w:val="000000" w:themeColor="text1"/>
      <w:lang w:val="en-US"/>
    </w:rPr>
  </w:style>
  <w:style w:type="character" w:styleId="afb">
    <w:name w:val="Strong"/>
    <w:basedOn w:val="a2"/>
    <w:uiPriority w:val="22"/>
    <w:qFormat/>
    <w:rsid w:val="00DA7400"/>
    <w:rPr>
      <w:b/>
      <w:bCs/>
    </w:rPr>
  </w:style>
  <w:style w:type="paragraph" w:styleId="afc">
    <w:name w:val="Intense Quote"/>
    <w:basedOn w:val="a1"/>
    <w:next w:val="a1"/>
    <w:link w:val="afd"/>
    <w:uiPriority w:val="30"/>
    <w:qFormat/>
    <w:rsid w:val="00DA7400"/>
    <w:pPr>
      <w:pBdr>
        <w:bottom w:val="single" w:sz="4" w:space="4" w:color="5B9BD5" w:themeColor="accent1"/>
      </w:pBdr>
      <w:spacing w:before="200" w:after="280"/>
      <w:ind w:left="936" w:right="936"/>
    </w:pPr>
    <w:rPr>
      <w:rFonts w:eastAsiaTheme="minorEastAsia"/>
      <w:b/>
      <w:bCs/>
      <w:i/>
      <w:iCs/>
      <w:color w:val="5B9BD5" w:themeColor="accent1"/>
    </w:rPr>
  </w:style>
  <w:style w:type="character" w:customStyle="1" w:styleId="afd">
    <w:name w:val="Выделенная цитата Знак"/>
    <w:basedOn w:val="a2"/>
    <w:link w:val="afc"/>
    <w:uiPriority w:val="30"/>
    <w:rsid w:val="00DA7400"/>
    <w:rPr>
      <w:rFonts w:eastAsiaTheme="minorEastAsia"/>
      <w:b/>
      <w:bCs/>
      <w:i/>
      <w:iCs/>
      <w:color w:val="5B9BD5" w:themeColor="accent1"/>
      <w:lang w:val="en-US"/>
    </w:rPr>
  </w:style>
  <w:style w:type="character" w:styleId="afe">
    <w:name w:val="Subtle Emphasis"/>
    <w:basedOn w:val="a2"/>
    <w:uiPriority w:val="19"/>
    <w:qFormat/>
    <w:rsid w:val="00DA7400"/>
    <w:rPr>
      <w:i/>
      <w:iCs/>
      <w:color w:val="808080" w:themeColor="text1" w:themeTint="7F"/>
    </w:rPr>
  </w:style>
  <w:style w:type="character" w:styleId="aff">
    <w:name w:val="Intense Emphasis"/>
    <w:basedOn w:val="a2"/>
    <w:uiPriority w:val="21"/>
    <w:qFormat/>
    <w:rsid w:val="00DA7400"/>
    <w:rPr>
      <w:b/>
      <w:bCs/>
      <w:i/>
      <w:iCs/>
      <w:color w:val="5B9BD5" w:themeColor="accent1"/>
    </w:rPr>
  </w:style>
  <w:style w:type="character" w:styleId="aff0">
    <w:name w:val="Subtle Reference"/>
    <w:basedOn w:val="a2"/>
    <w:uiPriority w:val="31"/>
    <w:qFormat/>
    <w:rsid w:val="00DA7400"/>
    <w:rPr>
      <w:smallCaps/>
      <w:color w:val="ED7D31" w:themeColor="accent2"/>
      <w:u w:val="single"/>
    </w:rPr>
  </w:style>
  <w:style w:type="character" w:styleId="aff1">
    <w:name w:val="Intense Reference"/>
    <w:basedOn w:val="a2"/>
    <w:uiPriority w:val="32"/>
    <w:qFormat/>
    <w:rsid w:val="00DA7400"/>
    <w:rPr>
      <w:b/>
      <w:bCs/>
      <w:smallCaps/>
      <w:color w:val="ED7D31" w:themeColor="accent2"/>
      <w:spacing w:val="5"/>
      <w:u w:val="single"/>
    </w:rPr>
  </w:style>
  <w:style w:type="character" w:styleId="aff2">
    <w:name w:val="Book Title"/>
    <w:basedOn w:val="a2"/>
    <w:uiPriority w:val="33"/>
    <w:qFormat/>
    <w:rsid w:val="00DA7400"/>
    <w:rPr>
      <w:b/>
      <w:bCs/>
      <w:smallCaps/>
      <w:spacing w:val="5"/>
    </w:rPr>
  </w:style>
  <w:style w:type="paragraph" w:styleId="aff3">
    <w:name w:val="TOC Heading"/>
    <w:basedOn w:val="1"/>
    <w:next w:val="a1"/>
    <w:uiPriority w:val="39"/>
    <w:semiHidden/>
    <w:unhideWhenUsed/>
    <w:qFormat/>
    <w:rsid w:val="00DA7400"/>
    <w:pPr>
      <w:spacing w:after="0"/>
      <w:outlineLvl w:val="9"/>
    </w:pPr>
  </w:style>
  <w:style w:type="table" w:styleId="aff4">
    <w:name w:val="Light Shading"/>
    <w:basedOn w:val="a3"/>
    <w:uiPriority w:val="60"/>
    <w:rsid w:val="00DA7400"/>
    <w:pPr>
      <w:spacing w:after="0" w:line="240" w:lineRule="auto"/>
    </w:pPr>
    <w:rPr>
      <w:rFonts w:eastAsiaTheme="minorEastAsia"/>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DA7400"/>
    <w:pPr>
      <w:spacing w:after="0" w:line="240" w:lineRule="auto"/>
    </w:pPr>
    <w:rPr>
      <w:rFonts w:eastAsiaTheme="minorEastAsia"/>
      <w:color w:val="2E74B5" w:themeColor="accent1" w:themeShade="BF"/>
      <w:lang w:val="en-US"/>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
    <w:name w:val="Light Shading Accent 2"/>
    <w:basedOn w:val="a3"/>
    <w:uiPriority w:val="60"/>
    <w:rsid w:val="00DA7400"/>
    <w:pPr>
      <w:spacing w:after="0" w:line="240" w:lineRule="auto"/>
    </w:pPr>
    <w:rPr>
      <w:rFonts w:eastAsiaTheme="minorEastAsia"/>
      <w:color w:val="C45911" w:themeColor="accent2" w:themeShade="BF"/>
      <w:lang w:val="en-US"/>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
    <w:name w:val="Light Shading Accent 3"/>
    <w:basedOn w:val="a3"/>
    <w:uiPriority w:val="60"/>
    <w:rsid w:val="00DA7400"/>
    <w:pPr>
      <w:spacing w:after="0" w:line="240" w:lineRule="auto"/>
    </w:pPr>
    <w:rPr>
      <w:rFonts w:eastAsiaTheme="minorEastAsia"/>
      <w:color w:val="7B7B7B" w:themeColor="accent3" w:themeShade="BF"/>
      <w:lang w:val="en-US"/>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
    <w:name w:val="Light Shading Accent 4"/>
    <w:basedOn w:val="a3"/>
    <w:uiPriority w:val="60"/>
    <w:rsid w:val="00DA7400"/>
    <w:pPr>
      <w:spacing w:after="0" w:line="240" w:lineRule="auto"/>
    </w:pPr>
    <w:rPr>
      <w:rFonts w:eastAsiaTheme="minorEastAsia"/>
      <w:color w:val="BF8F00" w:themeColor="accent4" w:themeShade="BF"/>
      <w:lang w:val="en-US"/>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3"/>
    <w:uiPriority w:val="60"/>
    <w:rsid w:val="00DA7400"/>
    <w:pPr>
      <w:spacing w:after="0" w:line="240" w:lineRule="auto"/>
    </w:pPr>
    <w:rPr>
      <w:rFonts w:eastAsiaTheme="minorEastAsia"/>
      <w:color w:val="2F5496" w:themeColor="accent5" w:themeShade="BF"/>
      <w:lang w:val="en-US"/>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3"/>
    <w:uiPriority w:val="60"/>
    <w:rsid w:val="00DA7400"/>
    <w:pPr>
      <w:spacing w:after="0" w:line="240" w:lineRule="auto"/>
    </w:pPr>
    <w:rPr>
      <w:rFonts w:eastAsiaTheme="minorEastAsia"/>
      <w:color w:val="538135" w:themeColor="accent6" w:themeShade="BF"/>
      <w:lang w:val="en-US"/>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aff5">
    <w:name w:val="Light List"/>
    <w:basedOn w:val="a3"/>
    <w:uiPriority w:val="61"/>
    <w:rsid w:val="00DA7400"/>
    <w:pPr>
      <w:spacing w:after="0" w:line="240" w:lineRule="auto"/>
    </w:pPr>
    <w:rPr>
      <w:rFonts w:eastAsiaTheme="minorEastAsia"/>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DA7400"/>
    <w:pPr>
      <w:spacing w:after="0" w:line="240" w:lineRule="auto"/>
    </w:pPr>
    <w:rPr>
      <w:rFonts w:eastAsiaTheme="minorEastAsia"/>
      <w:lang w:val="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0">
    <w:name w:val="Light List Accent 2"/>
    <w:basedOn w:val="a3"/>
    <w:uiPriority w:val="61"/>
    <w:rsid w:val="00DA7400"/>
    <w:pPr>
      <w:spacing w:after="0" w:line="240" w:lineRule="auto"/>
    </w:pPr>
    <w:rPr>
      <w:rFonts w:eastAsiaTheme="minorEastAsia"/>
      <w:lang w:val="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0">
    <w:name w:val="Light List Accent 3"/>
    <w:basedOn w:val="a3"/>
    <w:uiPriority w:val="61"/>
    <w:rsid w:val="00DA7400"/>
    <w:pPr>
      <w:spacing w:after="0" w:line="240" w:lineRule="auto"/>
    </w:pPr>
    <w:rPr>
      <w:rFonts w:eastAsiaTheme="minorEastAsia"/>
      <w:lang w:val="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0">
    <w:name w:val="Light List Accent 4"/>
    <w:basedOn w:val="a3"/>
    <w:uiPriority w:val="61"/>
    <w:rsid w:val="00DA7400"/>
    <w:pPr>
      <w:spacing w:after="0" w:line="240" w:lineRule="auto"/>
    </w:pPr>
    <w:rPr>
      <w:rFonts w:eastAsiaTheme="minorEastAsia"/>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0">
    <w:name w:val="Light List Accent 5"/>
    <w:basedOn w:val="a3"/>
    <w:uiPriority w:val="61"/>
    <w:rsid w:val="00DA7400"/>
    <w:pPr>
      <w:spacing w:after="0" w:line="240" w:lineRule="auto"/>
    </w:pPr>
    <w:rPr>
      <w:rFonts w:eastAsiaTheme="minorEastAsia"/>
      <w:lang w:val="en-U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0">
    <w:name w:val="Light List Accent 6"/>
    <w:basedOn w:val="a3"/>
    <w:uiPriority w:val="61"/>
    <w:rsid w:val="00DA7400"/>
    <w:pPr>
      <w:spacing w:after="0" w:line="240" w:lineRule="auto"/>
    </w:pPr>
    <w:rPr>
      <w:rFonts w:eastAsiaTheme="minorEastAsia"/>
      <w:lang w:val="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aff6">
    <w:name w:val="Light Grid"/>
    <w:basedOn w:val="a3"/>
    <w:uiPriority w:val="62"/>
    <w:rsid w:val="00DA7400"/>
    <w:pPr>
      <w:spacing w:after="0" w:line="240" w:lineRule="auto"/>
    </w:pPr>
    <w:rPr>
      <w:rFonts w:eastAsiaTheme="minorEastAsia"/>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DA7400"/>
    <w:pPr>
      <w:spacing w:after="0" w:line="240" w:lineRule="auto"/>
    </w:pPr>
    <w:rPr>
      <w:rFonts w:eastAsiaTheme="minorEastAsia"/>
      <w:lang w:val="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1">
    <w:name w:val="Light Grid Accent 2"/>
    <w:basedOn w:val="a3"/>
    <w:uiPriority w:val="62"/>
    <w:rsid w:val="00DA7400"/>
    <w:pPr>
      <w:spacing w:after="0" w:line="240" w:lineRule="auto"/>
    </w:pPr>
    <w:rPr>
      <w:rFonts w:eastAsiaTheme="minorEastAsia"/>
      <w:lang w:val="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1">
    <w:name w:val="Light Grid Accent 3"/>
    <w:basedOn w:val="a3"/>
    <w:uiPriority w:val="62"/>
    <w:rsid w:val="00DA7400"/>
    <w:pPr>
      <w:spacing w:after="0" w:line="240" w:lineRule="auto"/>
    </w:pPr>
    <w:rPr>
      <w:rFonts w:eastAsiaTheme="minorEastAsia"/>
      <w:lang w:val="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1">
    <w:name w:val="Light Grid Accent 4"/>
    <w:basedOn w:val="a3"/>
    <w:uiPriority w:val="62"/>
    <w:rsid w:val="00DA7400"/>
    <w:pPr>
      <w:spacing w:after="0" w:line="240" w:lineRule="auto"/>
    </w:pPr>
    <w:rPr>
      <w:rFonts w:eastAsiaTheme="minorEastAsia"/>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1">
    <w:name w:val="Light Grid Accent 5"/>
    <w:basedOn w:val="a3"/>
    <w:uiPriority w:val="62"/>
    <w:rsid w:val="00DA7400"/>
    <w:pPr>
      <w:spacing w:after="0" w:line="240" w:lineRule="auto"/>
    </w:pPr>
    <w:rPr>
      <w:rFonts w:eastAsiaTheme="minorEastAsia"/>
      <w:lang w:val="en-U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1">
    <w:name w:val="Light Grid Accent 6"/>
    <w:basedOn w:val="a3"/>
    <w:uiPriority w:val="62"/>
    <w:rsid w:val="00DA7400"/>
    <w:pPr>
      <w:spacing w:after="0" w:line="240" w:lineRule="auto"/>
    </w:pPr>
    <w:rPr>
      <w:rFonts w:eastAsiaTheme="minorEastAsia"/>
      <w:lang w:val="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1">
    <w:name w:val="Medium Shading 1"/>
    <w:basedOn w:val="a3"/>
    <w:uiPriority w:val="63"/>
    <w:rsid w:val="00DA7400"/>
    <w:pPr>
      <w:spacing w:after="0" w:line="240" w:lineRule="auto"/>
    </w:pPr>
    <w:rPr>
      <w:rFonts w:eastAsiaTheme="minorEastAsia"/>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DA7400"/>
    <w:pPr>
      <w:spacing w:after="0" w:line="240" w:lineRule="auto"/>
    </w:pPr>
    <w:rPr>
      <w:rFonts w:eastAsiaTheme="minorEastAsia"/>
      <w:lang w:val="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DA7400"/>
    <w:pPr>
      <w:spacing w:after="0" w:line="240" w:lineRule="auto"/>
    </w:pPr>
    <w:rPr>
      <w:rFonts w:eastAsiaTheme="minorEastAsia"/>
      <w:lang w:val="en-US"/>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DA7400"/>
    <w:pPr>
      <w:spacing w:after="0" w:line="240" w:lineRule="auto"/>
    </w:pPr>
    <w:rPr>
      <w:rFonts w:eastAsiaTheme="minorEastAsia"/>
      <w:lang w:val="en-US"/>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DA7400"/>
    <w:pPr>
      <w:spacing w:after="0" w:line="240" w:lineRule="auto"/>
    </w:pPr>
    <w:rPr>
      <w:rFonts w:eastAsiaTheme="minorEastAsia"/>
      <w:lang w:val="en-US"/>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DA7400"/>
    <w:pPr>
      <w:spacing w:after="0" w:line="240" w:lineRule="auto"/>
    </w:pPr>
    <w:rPr>
      <w:rFonts w:eastAsiaTheme="minorEastAsia"/>
      <w:lang w:val="en-US"/>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DA7400"/>
    <w:pPr>
      <w:spacing w:after="0" w:line="240" w:lineRule="auto"/>
    </w:pPr>
    <w:rPr>
      <w:rFonts w:eastAsiaTheme="minorEastAsia"/>
      <w:lang w:val="en-US"/>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DA7400"/>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DA7400"/>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DA7400"/>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DA7400"/>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DA7400"/>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DA7400"/>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DA7400"/>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DA7400"/>
    <w:pPr>
      <w:spacing w:after="0" w:line="240" w:lineRule="auto"/>
    </w:pPr>
    <w:rPr>
      <w:rFonts w:eastAsiaTheme="minorEastAsia"/>
      <w:color w:val="000000" w:themeColor="text1"/>
      <w:lang w:val="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DA7400"/>
    <w:pPr>
      <w:spacing w:after="0" w:line="240" w:lineRule="auto"/>
    </w:pPr>
    <w:rPr>
      <w:rFonts w:eastAsiaTheme="minorEastAsia"/>
      <w:color w:val="000000" w:themeColor="text1"/>
      <w:lang w:val="en-US"/>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3"/>
    <w:uiPriority w:val="65"/>
    <w:rsid w:val="00DA7400"/>
    <w:pPr>
      <w:spacing w:after="0" w:line="240" w:lineRule="auto"/>
    </w:pPr>
    <w:rPr>
      <w:rFonts w:eastAsiaTheme="minorEastAsia"/>
      <w:color w:val="000000" w:themeColor="text1"/>
      <w:lang w:val="en-US"/>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3"/>
    <w:uiPriority w:val="65"/>
    <w:rsid w:val="00DA7400"/>
    <w:pPr>
      <w:spacing w:after="0" w:line="240" w:lineRule="auto"/>
    </w:pPr>
    <w:rPr>
      <w:rFonts w:eastAsiaTheme="minorEastAsia"/>
      <w:color w:val="000000" w:themeColor="text1"/>
      <w:lang w:val="en-US"/>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3"/>
    <w:uiPriority w:val="65"/>
    <w:rsid w:val="00DA7400"/>
    <w:pPr>
      <w:spacing w:after="0" w:line="240" w:lineRule="auto"/>
    </w:pPr>
    <w:rPr>
      <w:rFonts w:eastAsiaTheme="minorEastAsia"/>
      <w:color w:val="000000" w:themeColor="text1"/>
      <w:lang w:val="en-US"/>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3"/>
    <w:uiPriority w:val="65"/>
    <w:rsid w:val="00DA7400"/>
    <w:pPr>
      <w:spacing w:after="0" w:line="240" w:lineRule="auto"/>
    </w:pPr>
    <w:rPr>
      <w:rFonts w:eastAsiaTheme="minorEastAsia"/>
      <w:color w:val="000000" w:themeColor="text1"/>
      <w:lang w:val="en-US"/>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3"/>
    <w:uiPriority w:val="65"/>
    <w:rsid w:val="00DA7400"/>
    <w:pPr>
      <w:spacing w:after="0" w:line="240" w:lineRule="auto"/>
    </w:pPr>
    <w:rPr>
      <w:rFonts w:eastAsiaTheme="minorEastAsia"/>
      <w:color w:val="000000" w:themeColor="text1"/>
      <w:lang w:val="en-US"/>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a">
    <w:name w:val="Medium List 2"/>
    <w:basedOn w:val="a3"/>
    <w:uiPriority w:val="66"/>
    <w:rsid w:val="00DA7400"/>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DA7400"/>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DA7400"/>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DA7400"/>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DA7400"/>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DA7400"/>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DA7400"/>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DA7400"/>
    <w:pPr>
      <w:spacing w:after="0" w:line="240" w:lineRule="auto"/>
    </w:pPr>
    <w:rPr>
      <w:rFonts w:eastAsiaTheme="minorEastAsia"/>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DA7400"/>
    <w:pPr>
      <w:spacing w:after="0" w:line="240" w:lineRule="auto"/>
    </w:pPr>
    <w:rPr>
      <w:rFonts w:eastAsiaTheme="minorEastAsia"/>
      <w:lang w:val="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21">
    <w:name w:val="Medium Grid 1 Accent 2"/>
    <w:basedOn w:val="a3"/>
    <w:uiPriority w:val="67"/>
    <w:rsid w:val="00DA7400"/>
    <w:pPr>
      <w:spacing w:after="0" w:line="240" w:lineRule="auto"/>
    </w:pPr>
    <w:rPr>
      <w:rFonts w:eastAsiaTheme="minorEastAsia"/>
      <w:lang w:val="en-US"/>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3"/>
    <w:uiPriority w:val="67"/>
    <w:rsid w:val="00DA7400"/>
    <w:pPr>
      <w:spacing w:after="0" w:line="240" w:lineRule="auto"/>
    </w:pPr>
    <w:rPr>
      <w:rFonts w:eastAsiaTheme="minorEastAsia"/>
      <w:lang w:val="en-US"/>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3"/>
    <w:uiPriority w:val="67"/>
    <w:rsid w:val="00DA7400"/>
    <w:pPr>
      <w:spacing w:after="0" w:line="240" w:lineRule="auto"/>
    </w:pPr>
    <w:rPr>
      <w:rFonts w:eastAsiaTheme="minorEastAsia"/>
      <w:lang w:val="en-US"/>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3"/>
    <w:uiPriority w:val="67"/>
    <w:rsid w:val="00DA7400"/>
    <w:pPr>
      <w:spacing w:after="0" w:line="240" w:lineRule="auto"/>
    </w:pPr>
    <w:rPr>
      <w:rFonts w:eastAsiaTheme="minorEastAsia"/>
      <w:lang w:val="en-US"/>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3"/>
    <w:uiPriority w:val="67"/>
    <w:rsid w:val="00DA7400"/>
    <w:pPr>
      <w:spacing w:after="0" w:line="240" w:lineRule="auto"/>
    </w:pPr>
    <w:rPr>
      <w:rFonts w:eastAsiaTheme="minorEastAsia"/>
      <w:lang w:val="en-US"/>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b">
    <w:name w:val="Medium Grid 2"/>
    <w:basedOn w:val="a3"/>
    <w:uiPriority w:val="68"/>
    <w:rsid w:val="00DA7400"/>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DA7400"/>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DA7400"/>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DA7400"/>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DA7400"/>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DA7400"/>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DA7400"/>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7">
    <w:name w:val="Medium Grid 3"/>
    <w:basedOn w:val="a3"/>
    <w:uiPriority w:val="69"/>
    <w:rsid w:val="00DA7400"/>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DA7400"/>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3"/>
    <w:uiPriority w:val="69"/>
    <w:rsid w:val="00DA7400"/>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3"/>
    <w:uiPriority w:val="69"/>
    <w:rsid w:val="00DA7400"/>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3"/>
    <w:uiPriority w:val="69"/>
    <w:rsid w:val="00DA7400"/>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3"/>
    <w:uiPriority w:val="69"/>
    <w:rsid w:val="00DA7400"/>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3"/>
    <w:uiPriority w:val="69"/>
    <w:rsid w:val="00DA7400"/>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7">
    <w:name w:val="Dark List"/>
    <w:basedOn w:val="a3"/>
    <w:uiPriority w:val="70"/>
    <w:rsid w:val="00DA7400"/>
    <w:pPr>
      <w:spacing w:after="0" w:line="240" w:lineRule="auto"/>
    </w:pPr>
    <w:rPr>
      <w:rFonts w:eastAsiaTheme="minorEastAsia"/>
      <w:color w:val="FFFFFF" w:themeColor="background1"/>
      <w:lang w:val="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DA7400"/>
    <w:pPr>
      <w:spacing w:after="0" w:line="240" w:lineRule="auto"/>
    </w:pPr>
    <w:rPr>
      <w:rFonts w:eastAsiaTheme="minorEastAsia"/>
      <w:color w:val="FFFFFF" w:themeColor="background1"/>
      <w:lang w:val="en-US"/>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2">
    <w:name w:val="Dark List Accent 2"/>
    <w:basedOn w:val="a3"/>
    <w:uiPriority w:val="70"/>
    <w:rsid w:val="00DA7400"/>
    <w:pPr>
      <w:spacing w:after="0" w:line="240" w:lineRule="auto"/>
    </w:pPr>
    <w:rPr>
      <w:rFonts w:eastAsiaTheme="minorEastAsia"/>
      <w:color w:val="FFFFFF" w:themeColor="background1"/>
      <w:lang w:val="en-US"/>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2">
    <w:name w:val="Dark List Accent 3"/>
    <w:basedOn w:val="a3"/>
    <w:uiPriority w:val="70"/>
    <w:rsid w:val="00DA7400"/>
    <w:pPr>
      <w:spacing w:after="0" w:line="240" w:lineRule="auto"/>
    </w:pPr>
    <w:rPr>
      <w:rFonts w:eastAsiaTheme="minorEastAsia"/>
      <w:color w:val="FFFFFF" w:themeColor="background1"/>
      <w:lang w:val="en-US"/>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2">
    <w:name w:val="Dark List Accent 4"/>
    <w:basedOn w:val="a3"/>
    <w:uiPriority w:val="70"/>
    <w:rsid w:val="00DA7400"/>
    <w:pPr>
      <w:spacing w:after="0" w:line="240" w:lineRule="auto"/>
    </w:pPr>
    <w:rPr>
      <w:rFonts w:eastAsiaTheme="minorEastAsia"/>
      <w:color w:val="FFFFFF" w:themeColor="background1"/>
      <w:lang w:val="en-US"/>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3"/>
    <w:uiPriority w:val="70"/>
    <w:rsid w:val="00DA7400"/>
    <w:pPr>
      <w:spacing w:after="0" w:line="240" w:lineRule="auto"/>
    </w:pPr>
    <w:rPr>
      <w:rFonts w:eastAsiaTheme="minorEastAsia"/>
      <w:color w:val="FFFFFF" w:themeColor="background1"/>
      <w:lang w:val="en-US"/>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2">
    <w:name w:val="Dark List Accent 6"/>
    <w:basedOn w:val="a3"/>
    <w:uiPriority w:val="70"/>
    <w:rsid w:val="00DA7400"/>
    <w:pPr>
      <w:spacing w:after="0" w:line="240" w:lineRule="auto"/>
    </w:pPr>
    <w:rPr>
      <w:rFonts w:eastAsiaTheme="minorEastAsia"/>
      <w:color w:val="FFFFFF" w:themeColor="background1"/>
      <w:lang w:val="en-US"/>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aff8">
    <w:name w:val="Colorful Shading"/>
    <w:basedOn w:val="a3"/>
    <w:uiPriority w:val="71"/>
    <w:rsid w:val="00DA7400"/>
    <w:pPr>
      <w:spacing w:after="0" w:line="240" w:lineRule="auto"/>
    </w:pPr>
    <w:rPr>
      <w:rFonts w:eastAsiaTheme="minorEastAsia"/>
      <w:color w:val="000000" w:themeColor="text1"/>
      <w:lang w:val="en-US"/>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DA7400"/>
    <w:pPr>
      <w:spacing w:after="0" w:line="240" w:lineRule="auto"/>
    </w:pPr>
    <w:rPr>
      <w:rFonts w:eastAsiaTheme="minorEastAsia"/>
      <w:color w:val="000000" w:themeColor="text1"/>
      <w:lang w:val="en-US"/>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DA7400"/>
    <w:pPr>
      <w:spacing w:after="0" w:line="240" w:lineRule="auto"/>
    </w:pPr>
    <w:rPr>
      <w:rFonts w:eastAsiaTheme="minorEastAsia"/>
      <w:color w:val="000000" w:themeColor="text1"/>
      <w:lang w:val="en-US"/>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DA7400"/>
    <w:pPr>
      <w:spacing w:after="0" w:line="240" w:lineRule="auto"/>
    </w:pPr>
    <w:rPr>
      <w:rFonts w:eastAsiaTheme="minorEastAsia"/>
      <w:color w:val="000000" w:themeColor="text1"/>
      <w:lang w:val="en-US"/>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3">
    <w:name w:val="Colorful Shading Accent 4"/>
    <w:basedOn w:val="a3"/>
    <w:uiPriority w:val="71"/>
    <w:rsid w:val="00DA7400"/>
    <w:pPr>
      <w:spacing w:after="0" w:line="240" w:lineRule="auto"/>
    </w:pPr>
    <w:rPr>
      <w:rFonts w:eastAsiaTheme="minorEastAsia"/>
      <w:color w:val="000000" w:themeColor="text1"/>
      <w:lang w:val="en-US"/>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DA7400"/>
    <w:pPr>
      <w:spacing w:after="0" w:line="240" w:lineRule="auto"/>
    </w:pPr>
    <w:rPr>
      <w:rFonts w:eastAsiaTheme="minorEastAsia"/>
      <w:color w:val="000000" w:themeColor="text1"/>
      <w:lang w:val="en-US"/>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DA7400"/>
    <w:pPr>
      <w:spacing w:after="0" w:line="240" w:lineRule="auto"/>
    </w:pPr>
    <w:rPr>
      <w:rFonts w:eastAsiaTheme="minorEastAsia"/>
      <w:color w:val="000000" w:themeColor="text1"/>
      <w:lang w:val="en-US"/>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aff9">
    <w:name w:val="Colorful List"/>
    <w:basedOn w:val="a3"/>
    <w:uiPriority w:val="72"/>
    <w:rsid w:val="00DA7400"/>
    <w:pPr>
      <w:spacing w:after="0" w:line="240" w:lineRule="auto"/>
    </w:pPr>
    <w:rPr>
      <w:rFonts w:eastAsiaTheme="minorEastAsia"/>
      <w:color w:val="000000" w:themeColor="text1"/>
      <w:lang w:val="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DA7400"/>
    <w:pPr>
      <w:spacing w:after="0" w:line="240" w:lineRule="auto"/>
    </w:pPr>
    <w:rPr>
      <w:rFonts w:eastAsiaTheme="minorEastAsia"/>
      <w:color w:val="000000" w:themeColor="text1"/>
      <w:lang w:val="en-US"/>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4">
    <w:name w:val="Colorful List Accent 2"/>
    <w:basedOn w:val="a3"/>
    <w:uiPriority w:val="72"/>
    <w:rsid w:val="00DA7400"/>
    <w:pPr>
      <w:spacing w:after="0" w:line="240" w:lineRule="auto"/>
    </w:pPr>
    <w:rPr>
      <w:rFonts w:eastAsiaTheme="minorEastAsia"/>
      <w:color w:val="000000" w:themeColor="text1"/>
      <w:lang w:val="en-US"/>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4">
    <w:name w:val="Colorful List Accent 3"/>
    <w:basedOn w:val="a3"/>
    <w:uiPriority w:val="72"/>
    <w:rsid w:val="00DA7400"/>
    <w:pPr>
      <w:spacing w:after="0" w:line="240" w:lineRule="auto"/>
    </w:pPr>
    <w:rPr>
      <w:rFonts w:eastAsiaTheme="minorEastAsia"/>
      <w:color w:val="000000" w:themeColor="text1"/>
      <w:lang w:val="en-US"/>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4">
    <w:name w:val="Colorful List Accent 4"/>
    <w:basedOn w:val="a3"/>
    <w:uiPriority w:val="72"/>
    <w:rsid w:val="00DA7400"/>
    <w:pPr>
      <w:spacing w:after="0" w:line="240" w:lineRule="auto"/>
    </w:pPr>
    <w:rPr>
      <w:rFonts w:eastAsiaTheme="minorEastAsia"/>
      <w:color w:val="000000" w:themeColor="text1"/>
      <w:lang w:val="en-US"/>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4">
    <w:name w:val="Colorful List Accent 5"/>
    <w:basedOn w:val="a3"/>
    <w:uiPriority w:val="72"/>
    <w:rsid w:val="00DA7400"/>
    <w:pPr>
      <w:spacing w:after="0" w:line="240" w:lineRule="auto"/>
    </w:pPr>
    <w:rPr>
      <w:rFonts w:eastAsiaTheme="minorEastAsia"/>
      <w:color w:val="000000" w:themeColor="text1"/>
      <w:lang w:val="en-U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4">
    <w:name w:val="Colorful List Accent 6"/>
    <w:basedOn w:val="a3"/>
    <w:uiPriority w:val="72"/>
    <w:rsid w:val="00DA7400"/>
    <w:pPr>
      <w:spacing w:after="0" w:line="240" w:lineRule="auto"/>
    </w:pPr>
    <w:rPr>
      <w:rFonts w:eastAsiaTheme="minorEastAsia"/>
      <w:color w:val="000000" w:themeColor="text1"/>
      <w:lang w:val="en-US"/>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affa">
    <w:name w:val="Colorful Grid"/>
    <w:basedOn w:val="a3"/>
    <w:uiPriority w:val="73"/>
    <w:rsid w:val="00DA7400"/>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DA7400"/>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5">
    <w:name w:val="Colorful Grid Accent 2"/>
    <w:basedOn w:val="a3"/>
    <w:uiPriority w:val="73"/>
    <w:rsid w:val="00DA7400"/>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5">
    <w:name w:val="Colorful Grid Accent 3"/>
    <w:basedOn w:val="a3"/>
    <w:uiPriority w:val="73"/>
    <w:rsid w:val="00DA7400"/>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5">
    <w:name w:val="Colorful Grid Accent 4"/>
    <w:basedOn w:val="a3"/>
    <w:uiPriority w:val="73"/>
    <w:rsid w:val="00DA7400"/>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3"/>
    <w:uiPriority w:val="73"/>
    <w:rsid w:val="00DA7400"/>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5">
    <w:name w:val="Colorful Grid Accent 6"/>
    <w:basedOn w:val="a3"/>
    <w:uiPriority w:val="73"/>
    <w:rsid w:val="00DA7400"/>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ducation.yandex.ru" TargetMode="External"/><Relationship Id="rId671" Type="http://schemas.openxmlformats.org/officeDocument/2006/relationships/hyperlink" Target="https://uchi.ru" TargetMode="External"/><Relationship Id="rId21" Type="http://schemas.openxmlformats.org/officeDocument/2006/relationships/hyperlink" Target="https://uchi.ru" TargetMode="External"/><Relationship Id="rId324" Type="http://schemas.openxmlformats.org/officeDocument/2006/relationships/hyperlink" Target="https://uchi.ru" TargetMode="External"/><Relationship Id="rId531" Type="http://schemas.openxmlformats.org/officeDocument/2006/relationships/hyperlink" Target="https://education.yandex.ru" TargetMode="External"/><Relationship Id="rId629" Type="http://schemas.openxmlformats.org/officeDocument/2006/relationships/hyperlink" Target="https://uchi.ru" TargetMode="External"/><Relationship Id="rId170" Type="http://schemas.openxmlformats.org/officeDocument/2006/relationships/hyperlink" Target="https://uchi.ru" TargetMode="External"/><Relationship Id="rId268" Type="http://schemas.openxmlformats.org/officeDocument/2006/relationships/hyperlink" Target="https://uchi.ru" TargetMode="External"/><Relationship Id="rId475" Type="http://schemas.openxmlformats.org/officeDocument/2006/relationships/hyperlink" Target="https://uchi.ru" TargetMode="External"/><Relationship Id="rId682" Type="http://schemas.openxmlformats.org/officeDocument/2006/relationships/hyperlink" Target="https://education.yandex.ru" TargetMode="External"/><Relationship Id="rId32" Type="http://schemas.openxmlformats.org/officeDocument/2006/relationships/hyperlink" Target="https://education.yandex.ru" TargetMode="External"/><Relationship Id="rId128" Type="http://schemas.openxmlformats.org/officeDocument/2006/relationships/hyperlink" Target="https://uchi.ru" TargetMode="External"/><Relationship Id="rId335" Type="http://schemas.openxmlformats.org/officeDocument/2006/relationships/hyperlink" Target="https://education.yandex.ru" TargetMode="External"/><Relationship Id="rId542" Type="http://schemas.openxmlformats.org/officeDocument/2006/relationships/hyperlink" Target="https://education.yandex.ru" TargetMode="External"/><Relationship Id="rId181" Type="http://schemas.openxmlformats.org/officeDocument/2006/relationships/hyperlink" Target="https://education.yandex.ru" TargetMode="External"/><Relationship Id="rId402" Type="http://schemas.openxmlformats.org/officeDocument/2006/relationships/hyperlink" Target="https://m.edsoo.ru/c4e129e6" TargetMode="External"/><Relationship Id="rId279" Type="http://schemas.openxmlformats.org/officeDocument/2006/relationships/hyperlink" Target="https://education.yandex.ru" TargetMode="External"/><Relationship Id="rId486" Type="http://schemas.openxmlformats.org/officeDocument/2006/relationships/hyperlink" Target="https://education.yandex.ru" TargetMode="External"/><Relationship Id="rId693" Type="http://schemas.openxmlformats.org/officeDocument/2006/relationships/hyperlink" Target="https://education.yandex.ru" TargetMode="External"/><Relationship Id="rId707" Type="http://schemas.openxmlformats.org/officeDocument/2006/relationships/hyperlink" Target="https://uchi.ru" TargetMode="External"/><Relationship Id="rId43" Type="http://schemas.openxmlformats.org/officeDocument/2006/relationships/hyperlink" Target="https://uchi.ru" TargetMode="External"/><Relationship Id="rId139" Type="http://schemas.openxmlformats.org/officeDocument/2006/relationships/hyperlink" Target="https://education.yandex.ru" TargetMode="External"/><Relationship Id="rId346" Type="http://schemas.openxmlformats.org/officeDocument/2006/relationships/hyperlink" Target="https://m.edsoo.ru/c4e0f200" TargetMode="External"/><Relationship Id="rId553" Type="http://schemas.openxmlformats.org/officeDocument/2006/relationships/hyperlink" Target="https://education.yandex.ru" TargetMode="External"/><Relationship Id="rId192" Type="http://schemas.openxmlformats.org/officeDocument/2006/relationships/hyperlink" Target="https://uchi.ru" TargetMode="External"/><Relationship Id="rId206" Type="http://schemas.openxmlformats.org/officeDocument/2006/relationships/hyperlink" Target="https://uchi.ru" TargetMode="External"/><Relationship Id="rId413" Type="http://schemas.openxmlformats.org/officeDocument/2006/relationships/hyperlink" Target="https://education.yandex.ru" TargetMode="External"/><Relationship Id="rId497" Type="http://schemas.openxmlformats.org/officeDocument/2006/relationships/hyperlink" Target="https://uchi.ru" TargetMode="External"/><Relationship Id="rId620" Type="http://schemas.openxmlformats.org/officeDocument/2006/relationships/hyperlink" Target="https://education.yandex.ru" TargetMode="External"/><Relationship Id="rId718" Type="http://schemas.openxmlformats.org/officeDocument/2006/relationships/hyperlink" Target="https://m.edsoo.ru/c4e25154" TargetMode="External"/><Relationship Id="rId357" Type="http://schemas.openxmlformats.org/officeDocument/2006/relationships/hyperlink" Target="https://m.edsoo.ru/c4e0ea08" TargetMode="External"/><Relationship Id="rId54" Type="http://schemas.openxmlformats.org/officeDocument/2006/relationships/hyperlink" Target="https://m.edsoo.ru/7f4110fe" TargetMode="External"/><Relationship Id="rId217" Type="http://schemas.openxmlformats.org/officeDocument/2006/relationships/hyperlink" Target="https://education.yandex.ru" TargetMode="External"/><Relationship Id="rId564" Type="http://schemas.openxmlformats.org/officeDocument/2006/relationships/hyperlink" Target="https://uchi.ru" TargetMode="External"/><Relationship Id="rId424" Type="http://schemas.openxmlformats.org/officeDocument/2006/relationships/hyperlink" Target="https://m.edsoo.ru/c4e12266" TargetMode="External"/><Relationship Id="rId631" Type="http://schemas.openxmlformats.org/officeDocument/2006/relationships/hyperlink" Target="https://uchi.ru" TargetMode="External"/><Relationship Id="rId270" Type="http://schemas.openxmlformats.org/officeDocument/2006/relationships/hyperlink" Target="https://uchi.ru" TargetMode="External"/><Relationship Id="rId65" Type="http://schemas.openxmlformats.org/officeDocument/2006/relationships/hyperlink" Target="https://m.edsoo.ru/7f411f36" TargetMode="External"/><Relationship Id="rId130" Type="http://schemas.openxmlformats.org/officeDocument/2006/relationships/hyperlink" Target="https://uchi.ru" TargetMode="External"/><Relationship Id="rId368" Type="http://schemas.openxmlformats.org/officeDocument/2006/relationships/hyperlink" Target="https://m.edsoo.ru/c4e11708" TargetMode="External"/><Relationship Id="rId575" Type="http://schemas.openxmlformats.org/officeDocument/2006/relationships/hyperlink" Target="https://education.yandex.ru" TargetMode="External"/><Relationship Id="rId228" Type="http://schemas.openxmlformats.org/officeDocument/2006/relationships/hyperlink" Target="https://uchi.ru" TargetMode="External"/><Relationship Id="rId435" Type="http://schemas.openxmlformats.org/officeDocument/2006/relationships/hyperlink" Target="https://m.edsoo.ru/c4e0baf6" TargetMode="External"/><Relationship Id="rId642" Type="http://schemas.openxmlformats.org/officeDocument/2006/relationships/hyperlink" Target="https://uchi.ru" TargetMode="External"/><Relationship Id="rId281" Type="http://schemas.openxmlformats.org/officeDocument/2006/relationships/hyperlink" Target="https://education.yandex.ru" TargetMode="External"/><Relationship Id="rId502" Type="http://schemas.openxmlformats.org/officeDocument/2006/relationships/hyperlink" Target="https://m.edsoo.ru/c4e1858a" TargetMode="External"/><Relationship Id="rId76" Type="http://schemas.openxmlformats.org/officeDocument/2006/relationships/hyperlink" Target="https://uchi.ru" TargetMode="External"/><Relationship Id="rId141" Type="http://schemas.openxmlformats.org/officeDocument/2006/relationships/hyperlink" Target="https://education.yandex.ru" TargetMode="External"/><Relationship Id="rId379" Type="http://schemas.openxmlformats.org/officeDocument/2006/relationships/hyperlink" Target="https://m.edsoo.ru/c4e0ade0" TargetMode="External"/><Relationship Id="rId586" Type="http://schemas.openxmlformats.org/officeDocument/2006/relationships/hyperlink" Target="https://education.yandex.ru" TargetMode="External"/><Relationship Id="rId7" Type="http://schemas.openxmlformats.org/officeDocument/2006/relationships/hyperlink" Target="https://uchi.ru" TargetMode="External"/><Relationship Id="rId239" Type="http://schemas.openxmlformats.org/officeDocument/2006/relationships/hyperlink" Target="https://education.yandex.ru" TargetMode="External"/><Relationship Id="rId446" Type="http://schemas.openxmlformats.org/officeDocument/2006/relationships/hyperlink" Target="https://m.edsoo.ru/c4e120e0" TargetMode="External"/><Relationship Id="rId653" Type="http://schemas.openxmlformats.org/officeDocument/2006/relationships/hyperlink" Target="https://m.edsoo.ru/c4e2597e" TargetMode="External"/><Relationship Id="rId292" Type="http://schemas.openxmlformats.org/officeDocument/2006/relationships/hyperlink" Target="https://uchi.ru" TargetMode="External"/><Relationship Id="rId306" Type="http://schemas.openxmlformats.org/officeDocument/2006/relationships/hyperlink" Target="https://uchi.ru" TargetMode="External"/><Relationship Id="rId87" Type="http://schemas.openxmlformats.org/officeDocument/2006/relationships/hyperlink" Target="https://education.yandex.ru" TargetMode="External"/><Relationship Id="rId513" Type="http://schemas.openxmlformats.org/officeDocument/2006/relationships/hyperlink" Target="https://education.yandex.ru" TargetMode="External"/><Relationship Id="rId597" Type="http://schemas.openxmlformats.org/officeDocument/2006/relationships/hyperlink" Target="https://education.yandex.ru" TargetMode="External"/><Relationship Id="rId720" Type="http://schemas.openxmlformats.org/officeDocument/2006/relationships/hyperlink" Target="https://m.edsoo.ru/c4e299ca" TargetMode="External"/><Relationship Id="rId152" Type="http://schemas.openxmlformats.org/officeDocument/2006/relationships/hyperlink" Target="https://uchi.ru" TargetMode="External"/><Relationship Id="rId457" Type="http://schemas.openxmlformats.org/officeDocument/2006/relationships/hyperlink" Target="https://m.edsoo.ru/c4e14e62" TargetMode="External"/><Relationship Id="rId664" Type="http://schemas.openxmlformats.org/officeDocument/2006/relationships/hyperlink" Target="https://uchi.ru" TargetMode="External"/><Relationship Id="rId14" Type="http://schemas.openxmlformats.org/officeDocument/2006/relationships/hyperlink" Target="https://education.yandex.ru" TargetMode="External"/><Relationship Id="rId317" Type="http://schemas.openxmlformats.org/officeDocument/2006/relationships/hyperlink" Target="https://education.yandex.ru" TargetMode="External"/><Relationship Id="rId524" Type="http://schemas.openxmlformats.org/officeDocument/2006/relationships/hyperlink" Target="https://education.yandex.ru" TargetMode="External"/><Relationship Id="rId98" Type="http://schemas.openxmlformats.org/officeDocument/2006/relationships/hyperlink" Target="https://uchi.ru" TargetMode="External"/><Relationship Id="rId163" Type="http://schemas.openxmlformats.org/officeDocument/2006/relationships/hyperlink" Target="https://education.yandex.ru" TargetMode="External"/><Relationship Id="rId370" Type="http://schemas.openxmlformats.org/officeDocument/2006/relationships/hyperlink" Target="https://uchi.ru" TargetMode="External"/><Relationship Id="rId230" Type="http://schemas.openxmlformats.org/officeDocument/2006/relationships/hyperlink" Target="https://uchi.ru" TargetMode="External"/><Relationship Id="rId468" Type="http://schemas.openxmlformats.org/officeDocument/2006/relationships/hyperlink" Target="https://m.edsoo.ru/c4e0820c" TargetMode="External"/><Relationship Id="rId675" Type="http://schemas.openxmlformats.org/officeDocument/2006/relationships/hyperlink" Target="https://uchi.ru" TargetMode="External"/><Relationship Id="rId25" Type="http://schemas.openxmlformats.org/officeDocument/2006/relationships/hyperlink" Target="https://uchi.ru" TargetMode="External"/><Relationship Id="rId328" Type="http://schemas.openxmlformats.org/officeDocument/2006/relationships/hyperlink" Target="https://uchi.ru" TargetMode="External"/><Relationship Id="rId535" Type="http://schemas.openxmlformats.org/officeDocument/2006/relationships/hyperlink" Target="https://education.yandex.ru" TargetMode="External"/><Relationship Id="rId174" Type="http://schemas.openxmlformats.org/officeDocument/2006/relationships/hyperlink" Target="https://uchi.ru" TargetMode="External"/><Relationship Id="rId381" Type="http://schemas.openxmlformats.org/officeDocument/2006/relationships/hyperlink" Target="https://uchi.ru" TargetMode="External"/><Relationship Id="rId602" Type="http://schemas.openxmlformats.org/officeDocument/2006/relationships/hyperlink" Target="https://uchi.ru" TargetMode="External"/><Relationship Id="rId241" Type="http://schemas.openxmlformats.org/officeDocument/2006/relationships/hyperlink" Target="https://education.yandex.ru" TargetMode="External"/><Relationship Id="rId479" Type="http://schemas.openxmlformats.org/officeDocument/2006/relationships/hyperlink" Target="https://m.edsoo.ru/c4e0ca46" TargetMode="External"/><Relationship Id="rId686" Type="http://schemas.openxmlformats.org/officeDocument/2006/relationships/hyperlink" Target="https://m.edsoo.ru/c4e2529e" TargetMode="External"/><Relationship Id="rId36" Type="http://schemas.openxmlformats.org/officeDocument/2006/relationships/hyperlink" Target="https://education.yandex.ru" TargetMode="External"/><Relationship Id="rId339" Type="http://schemas.openxmlformats.org/officeDocument/2006/relationships/hyperlink" Target="https://education.yandex.ru" TargetMode="External"/><Relationship Id="rId546" Type="http://schemas.openxmlformats.org/officeDocument/2006/relationships/hyperlink" Target="https://education.yandex.ru" TargetMode="External"/><Relationship Id="rId101" Type="http://schemas.openxmlformats.org/officeDocument/2006/relationships/hyperlink" Target="https://education.yandex.ru" TargetMode="External"/><Relationship Id="rId185" Type="http://schemas.openxmlformats.org/officeDocument/2006/relationships/hyperlink" Target="https://education.yandex.ru" TargetMode="External"/><Relationship Id="rId406" Type="http://schemas.openxmlformats.org/officeDocument/2006/relationships/hyperlink" Target="https://m.edsoo.ru/c4e146ce" TargetMode="External"/><Relationship Id="rId392" Type="http://schemas.openxmlformats.org/officeDocument/2006/relationships/hyperlink" Target="https://m.edsoo.ru/c4e0afb6" TargetMode="External"/><Relationship Id="rId613" Type="http://schemas.openxmlformats.org/officeDocument/2006/relationships/hyperlink" Target="https://m.edsoo.ru/c4e22abc" TargetMode="External"/><Relationship Id="rId697" Type="http://schemas.openxmlformats.org/officeDocument/2006/relationships/hyperlink" Target="https://uchi.ru" TargetMode="External"/><Relationship Id="rId252" Type="http://schemas.openxmlformats.org/officeDocument/2006/relationships/hyperlink" Target="https://uchi.ru" TargetMode="External"/><Relationship Id="rId47" Type="http://schemas.openxmlformats.org/officeDocument/2006/relationships/hyperlink" Target="https://uchi.ru" TargetMode="External"/><Relationship Id="rId112" Type="http://schemas.openxmlformats.org/officeDocument/2006/relationships/hyperlink" Target="https://uchi.ru" TargetMode="External"/><Relationship Id="rId557" Type="http://schemas.openxmlformats.org/officeDocument/2006/relationships/hyperlink" Target="https://m.edsoo.ru/c4e1b2f8" TargetMode="External"/><Relationship Id="rId196" Type="http://schemas.openxmlformats.org/officeDocument/2006/relationships/hyperlink" Target="https://uchi.ru" TargetMode="External"/><Relationship Id="rId417" Type="http://schemas.openxmlformats.org/officeDocument/2006/relationships/hyperlink" Target="https://m.edsoo.ru/c4e0ebc0" TargetMode="External"/><Relationship Id="rId624" Type="http://schemas.openxmlformats.org/officeDocument/2006/relationships/hyperlink" Target="https://uchi.ru" TargetMode="External"/><Relationship Id="rId263" Type="http://schemas.openxmlformats.org/officeDocument/2006/relationships/hyperlink" Target="https://education.yandex.ru" TargetMode="External"/><Relationship Id="rId470" Type="http://schemas.openxmlformats.org/officeDocument/2006/relationships/hyperlink" Target="https://education.yandex.ru" TargetMode="External"/><Relationship Id="rId58" Type="http://schemas.openxmlformats.org/officeDocument/2006/relationships/hyperlink" Target="https://m.edsoo.ru/7f4110fe" TargetMode="External"/><Relationship Id="rId123" Type="http://schemas.openxmlformats.org/officeDocument/2006/relationships/hyperlink" Target="https://education.yandex.ru" TargetMode="External"/><Relationship Id="rId330" Type="http://schemas.openxmlformats.org/officeDocument/2006/relationships/hyperlink" Target="https://uchi.ru" TargetMode="External"/><Relationship Id="rId568" Type="http://schemas.openxmlformats.org/officeDocument/2006/relationships/hyperlink" Target="https://education.yandex.ru" TargetMode="External"/><Relationship Id="rId428" Type="http://schemas.openxmlformats.org/officeDocument/2006/relationships/hyperlink" Target="https://m.edsoo.ru/c4e0a1f6" TargetMode="External"/><Relationship Id="rId635" Type="http://schemas.openxmlformats.org/officeDocument/2006/relationships/hyperlink" Target="https://uchi.ru" TargetMode="External"/><Relationship Id="rId274" Type="http://schemas.openxmlformats.org/officeDocument/2006/relationships/hyperlink" Target="https://uchi.ru" TargetMode="External"/><Relationship Id="rId481" Type="http://schemas.openxmlformats.org/officeDocument/2006/relationships/hyperlink" Target="https://m.edsoo.ru/c4e16c6c" TargetMode="External"/><Relationship Id="rId702" Type="http://schemas.openxmlformats.org/officeDocument/2006/relationships/hyperlink" Target="https://m.edsoo.ru/c4e22968" TargetMode="External"/><Relationship Id="rId69" Type="http://schemas.openxmlformats.org/officeDocument/2006/relationships/hyperlink" Target="https://m.edsoo.ru/7f411f36" TargetMode="External"/><Relationship Id="rId134" Type="http://schemas.openxmlformats.org/officeDocument/2006/relationships/hyperlink" Target="https://uchi.ru" TargetMode="External"/><Relationship Id="rId579" Type="http://schemas.openxmlformats.org/officeDocument/2006/relationships/hyperlink" Target="https://education.yandex.ru" TargetMode="External"/><Relationship Id="rId341" Type="http://schemas.openxmlformats.org/officeDocument/2006/relationships/hyperlink" Target="https://education.yandex.ru" TargetMode="External"/><Relationship Id="rId439" Type="http://schemas.openxmlformats.org/officeDocument/2006/relationships/hyperlink" Target="https://uchi.ru" TargetMode="External"/><Relationship Id="rId646" Type="http://schemas.openxmlformats.org/officeDocument/2006/relationships/hyperlink" Target="https://uchi.ru" TargetMode="External"/><Relationship Id="rId201" Type="http://schemas.openxmlformats.org/officeDocument/2006/relationships/hyperlink" Target="https://education.yandex.ru" TargetMode="External"/><Relationship Id="rId285" Type="http://schemas.openxmlformats.org/officeDocument/2006/relationships/hyperlink" Target="https://education.yandex.ru" TargetMode="External"/><Relationship Id="rId506" Type="http://schemas.openxmlformats.org/officeDocument/2006/relationships/hyperlink" Target="https://uchi.ru" TargetMode="External"/><Relationship Id="rId492" Type="http://schemas.openxmlformats.org/officeDocument/2006/relationships/hyperlink" Target="https://uchi.ru" TargetMode="External"/><Relationship Id="rId713" Type="http://schemas.openxmlformats.org/officeDocument/2006/relationships/hyperlink" Target="https://m.edsoo.ru/c4e2911e" TargetMode="External"/><Relationship Id="rId145" Type="http://schemas.openxmlformats.org/officeDocument/2006/relationships/hyperlink" Target="https://education.yandex.ru" TargetMode="External"/><Relationship Id="rId352" Type="http://schemas.openxmlformats.org/officeDocument/2006/relationships/hyperlink" Target="https://uchi.ru" TargetMode="External"/><Relationship Id="rId212" Type="http://schemas.openxmlformats.org/officeDocument/2006/relationships/hyperlink" Target="https://uchi.ru" TargetMode="External"/><Relationship Id="rId657" Type="http://schemas.openxmlformats.org/officeDocument/2006/relationships/hyperlink" Target="https://education.yandex.ru" TargetMode="External"/><Relationship Id="rId296" Type="http://schemas.openxmlformats.org/officeDocument/2006/relationships/hyperlink" Target="https://uchi.ru" TargetMode="External"/><Relationship Id="rId517" Type="http://schemas.openxmlformats.org/officeDocument/2006/relationships/hyperlink" Target="https://education.yandex.ru" TargetMode="External"/><Relationship Id="rId60" Type="http://schemas.openxmlformats.org/officeDocument/2006/relationships/hyperlink" Target="https://m.edsoo.ru/7f4110fe" TargetMode="External"/><Relationship Id="rId156" Type="http://schemas.openxmlformats.org/officeDocument/2006/relationships/hyperlink" Target="https://uchi.ru" TargetMode="External"/><Relationship Id="rId363" Type="http://schemas.openxmlformats.org/officeDocument/2006/relationships/hyperlink" Target="https://m.edsoo.ru/c4e0a3cc" TargetMode="External"/><Relationship Id="rId570" Type="http://schemas.openxmlformats.org/officeDocument/2006/relationships/hyperlink" Target="https://education.yandex.ru" TargetMode="External"/><Relationship Id="rId223" Type="http://schemas.openxmlformats.org/officeDocument/2006/relationships/hyperlink" Target="https://education.yandex.ru" TargetMode="External"/><Relationship Id="rId430" Type="http://schemas.openxmlformats.org/officeDocument/2006/relationships/hyperlink" Target="https://uchi.ru" TargetMode="External"/><Relationship Id="rId668" Type="http://schemas.openxmlformats.org/officeDocument/2006/relationships/hyperlink" Target="https://education.yandex.ru" TargetMode="External"/><Relationship Id="rId18" Type="http://schemas.openxmlformats.org/officeDocument/2006/relationships/hyperlink" Target="https://education.yandex.ru" TargetMode="External"/><Relationship Id="rId528" Type="http://schemas.openxmlformats.org/officeDocument/2006/relationships/hyperlink" Target="https://education.yandex.ru" TargetMode="External"/><Relationship Id="rId167" Type="http://schemas.openxmlformats.org/officeDocument/2006/relationships/hyperlink" Target="https://education.yandex.ru" TargetMode="External"/><Relationship Id="rId374" Type="http://schemas.openxmlformats.org/officeDocument/2006/relationships/hyperlink" Target="https://education.yandex.ru" TargetMode="External"/><Relationship Id="rId581" Type="http://schemas.openxmlformats.org/officeDocument/2006/relationships/hyperlink" Target="https://m.edsoo.ru/c4e1c022" TargetMode="External"/><Relationship Id="rId71" Type="http://schemas.openxmlformats.org/officeDocument/2006/relationships/hyperlink" Target="https://m.edsoo.ru/7f411f36" TargetMode="External"/><Relationship Id="rId234" Type="http://schemas.openxmlformats.org/officeDocument/2006/relationships/hyperlink" Target="https://uchi.ru" TargetMode="External"/><Relationship Id="rId679" Type="http://schemas.openxmlformats.org/officeDocument/2006/relationships/hyperlink" Target="https://m.edsoo.ru/c4e25410" TargetMode="External"/><Relationship Id="rId2" Type="http://schemas.openxmlformats.org/officeDocument/2006/relationships/styles" Target="styles.xml"/><Relationship Id="rId29" Type="http://schemas.openxmlformats.org/officeDocument/2006/relationships/hyperlink" Target="https://uchi.ru" TargetMode="External"/><Relationship Id="rId441" Type="http://schemas.openxmlformats.org/officeDocument/2006/relationships/hyperlink" Target="https://m.edsoo.ru/c4e10d4e" TargetMode="External"/><Relationship Id="rId539" Type="http://schemas.openxmlformats.org/officeDocument/2006/relationships/hyperlink" Target="https://uchi.ru" TargetMode="External"/><Relationship Id="rId178" Type="http://schemas.openxmlformats.org/officeDocument/2006/relationships/hyperlink" Target="https://uchi.ru" TargetMode="External"/><Relationship Id="rId301" Type="http://schemas.openxmlformats.org/officeDocument/2006/relationships/hyperlink" Target="https://education.yandex.ru" TargetMode="External"/><Relationship Id="rId82" Type="http://schemas.openxmlformats.org/officeDocument/2006/relationships/hyperlink" Target="https://uchi.ru" TargetMode="External"/><Relationship Id="rId203" Type="http://schemas.openxmlformats.org/officeDocument/2006/relationships/hyperlink" Target="https://education.yandex.ru" TargetMode="External"/><Relationship Id="rId385" Type="http://schemas.openxmlformats.org/officeDocument/2006/relationships/hyperlink" Target="https://uchi.ru" TargetMode="External"/><Relationship Id="rId592" Type="http://schemas.openxmlformats.org/officeDocument/2006/relationships/hyperlink" Target="https://uchi.ru" TargetMode="External"/><Relationship Id="rId606" Type="http://schemas.openxmlformats.org/officeDocument/2006/relationships/hyperlink" Target="https://education.yandex.ru" TargetMode="External"/><Relationship Id="rId648" Type="http://schemas.openxmlformats.org/officeDocument/2006/relationships/hyperlink" Target="https://uchi.ru" TargetMode="External"/><Relationship Id="rId245" Type="http://schemas.openxmlformats.org/officeDocument/2006/relationships/hyperlink" Target="https://education.yandex.ru" TargetMode="External"/><Relationship Id="rId287" Type="http://schemas.openxmlformats.org/officeDocument/2006/relationships/hyperlink" Target="https://education.yandex.ru" TargetMode="External"/><Relationship Id="rId410" Type="http://schemas.openxmlformats.org/officeDocument/2006/relationships/hyperlink" Target="https://m.edsoo.ru/c4e0b358" TargetMode="External"/><Relationship Id="rId452" Type="http://schemas.openxmlformats.org/officeDocument/2006/relationships/hyperlink" Target="https://m.edsoo.ru/c4e0be8e" TargetMode="External"/><Relationship Id="rId494" Type="http://schemas.openxmlformats.org/officeDocument/2006/relationships/hyperlink" Target="https://m.edsoo.ru/c4e17220" TargetMode="External"/><Relationship Id="rId508" Type="http://schemas.openxmlformats.org/officeDocument/2006/relationships/hyperlink" Target="https://uchi.ru" TargetMode="External"/><Relationship Id="rId715" Type="http://schemas.openxmlformats.org/officeDocument/2006/relationships/hyperlink" Target="https://m.edsoo.ru/c4e20b40" TargetMode="External"/><Relationship Id="rId105" Type="http://schemas.openxmlformats.org/officeDocument/2006/relationships/hyperlink" Target="https://education.yandex.ru" TargetMode="External"/><Relationship Id="rId147" Type="http://schemas.openxmlformats.org/officeDocument/2006/relationships/hyperlink" Target="https://education.yandex.ru" TargetMode="External"/><Relationship Id="rId312" Type="http://schemas.openxmlformats.org/officeDocument/2006/relationships/hyperlink" Target="https://uchi.ru" TargetMode="External"/><Relationship Id="rId354" Type="http://schemas.openxmlformats.org/officeDocument/2006/relationships/hyperlink" Target="https://m.edsoo.ru/c4e15ec0" TargetMode="External"/><Relationship Id="rId51" Type="http://schemas.openxmlformats.org/officeDocument/2006/relationships/hyperlink" Target="https://uchi.ru" TargetMode="External"/><Relationship Id="rId93" Type="http://schemas.openxmlformats.org/officeDocument/2006/relationships/hyperlink" Target="https://education.yandex.ru" TargetMode="External"/><Relationship Id="rId189" Type="http://schemas.openxmlformats.org/officeDocument/2006/relationships/hyperlink" Target="https://education.yandex.ru" TargetMode="External"/><Relationship Id="rId396" Type="http://schemas.openxmlformats.org/officeDocument/2006/relationships/hyperlink" Target="https://m.edsoo.ru/c4e08cc0" TargetMode="External"/><Relationship Id="rId561" Type="http://schemas.openxmlformats.org/officeDocument/2006/relationships/hyperlink" Target="https://education.yandex.ru" TargetMode="External"/><Relationship Id="rId617" Type="http://schemas.openxmlformats.org/officeDocument/2006/relationships/hyperlink" Target="https://uchi.ru" TargetMode="External"/><Relationship Id="rId659" Type="http://schemas.openxmlformats.org/officeDocument/2006/relationships/hyperlink" Target="https://m.edsoo.ru/c4e2226a" TargetMode="External"/><Relationship Id="rId214" Type="http://schemas.openxmlformats.org/officeDocument/2006/relationships/hyperlink" Target="https://uchi.ru" TargetMode="External"/><Relationship Id="rId256" Type="http://schemas.openxmlformats.org/officeDocument/2006/relationships/hyperlink" Target="https://uchi.ru" TargetMode="External"/><Relationship Id="rId298" Type="http://schemas.openxmlformats.org/officeDocument/2006/relationships/hyperlink" Target="https://uchi.ru" TargetMode="External"/><Relationship Id="rId421" Type="http://schemas.openxmlformats.org/officeDocument/2006/relationships/hyperlink" Target="https://m.edsoo.ru/c4e0b678" TargetMode="External"/><Relationship Id="rId463" Type="http://schemas.openxmlformats.org/officeDocument/2006/relationships/hyperlink" Target="https://education.yandex.ru" TargetMode="External"/><Relationship Id="rId519" Type="http://schemas.openxmlformats.org/officeDocument/2006/relationships/hyperlink" Target="https://education.yandex.ru" TargetMode="External"/><Relationship Id="rId670" Type="http://schemas.openxmlformats.org/officeDocument/2006/relationships/hyperlink" Target="https://education.yandex.ru" TargetMode="External"/><Relationship Id="rId116" Type="http://schemas.openxmlformats.org/officeDocument/2006/relationships/hyperlink" Target="https://uchi.ru" TargetMode="External"/><Relationship Id="rId158" Type="http://schemas.openxmlformats.org/officeDocument/2006/relationships/hyperlink" Target="https://uchi.ru" TargetMode="External"/><Relationship Id="rId323" Type="http://schemas.openxmlformats.org/officeDocument/2006/relationships/hyperlink" Target="https://education.yandex.ru" TargetMode="External"/><Relationship Id="rId530" Type="http://schemas.openxmlformats.org/officeDocument/2006/relationships/hyperlink" Target="https://m.edsoo.ru/c4e19444" TargetMode="External"/><Relationship Id="rId20" Type="http://schemas.openxmlformats.org/officeDocument/2006/relationships/hyperlink" Target="https://education.yandex.ru" TargetMode="External"/><Relationship Id="rId62" Type="http://schemas.openxmlformats.org/officeDocument/2006/relationships/hyperlink" Target="https://m.edsoo.ru/7f4110fe" TargetMode="External"/><Relationship Id="rId365" Type="http://schemas.openxmlformats.org/officeDocument/2006/relationships/hyperlink" Target="https://m.edsoo.ru/c4e1338c" TargetMode="External"/><Relationship Id="rId572" Type="http://schemas.openxmlformats.org/officeDocument/2006/relationships/hyperlink" Target="https://m.edsoo.ru/c4e1be92" TargetMode="External"/><Relationship Id="rId628" Type="http://schemas.openxmlformats.org/officeDocument/2006/relationships/hyperlink" Target="https://education.yandex.ru" TargetMode="External"/><Relationship Id="rId225" Type="http://schemas.openxmlformats.org/officeDocument/2006/relationships/hyperlink" Target="https://education.yandex.ru" TargetMode="External"/><Relationship Id="rId267" Type="http://schemas.openxmlformats.org/officeDocument/2006/relationships/hyperlink" Target="https://education.yandex.ru" TargetMode="External"/><Relationship Id="rId432" Type="http://schemas.openxmlformats.org/officeDocument/2006/relationships/hyperlink" Target="https://m.edsoo.ru/c4e0974c" TargetMode="External"/><Relationship Id="rId474" Type="http://schemas.openxmlformats.org/officeDocument/2006/relationships/hyperlink" Target="https://education.yandex.ru" TargetMode="External"/><Relationship Id="rId127" Type="http://schemas.openxmlformats.org/officeDocument/2006/relationships/hyperlink" Target="https://education.yandex.ru" TargetMode="External"/><Relationship Id="rId681" Type="http://schemas.openxmlformats.org/officeDocument/2006/relationships/hyperlink" Target="https://uchi.ru" TargetMode="External"/><Relationship Id="rId31" Type="http://schemas.openxmlformats.org/officeDocument/2006/relationships/hyperlink" Target="https://uchi.ru" TargetMode="External"/><Relationship Id="rId73" Type="http://schemas.openxmlformats.org/officeDocument/2006/relationships/hyperlink" Target="https://education.yandex.ru" TargetMode="External"/><Relationship Id="rId169" Type="http://schemas.openxmlformats.org/officeDocument/2006/relationships/hyperlink" Target="https://education.yandex.ru" TargetMode="External"/><Relationship Id="rId334" Type="http://schemas.openxmlformats.org/officeDocument/2006/relationships/hyperlink" Target="https://uchi.ru" TargetMode="External"/><Relationship Id="rId376" Type="http://schemas.openxmlformats.org/officeDocument/2006/relationships/hyperlink" Target="https://m.edsoo.ru/c4e08658" TargetMode="External"/><Relationship Id="rId541" Type="http://schemas.openxmlformats.org/officeDocument/2006/relationships/hyperlink" Target="https://m.edsoo.ru/c4e1973c" TargetMode="External"/><Relationship Id="rId583" Type="http://schemas.openxmlformats.org/officeDocument/2006/relationships/hyperlink" Target="https://uchi.ru" TargetMode="External"/><Relationship Id="rId639" Type="http://schemas.openxmlformats.org/officeDocument/2006/relationships/hyperlink" Target="https://education.yandex.ru" TargetMode="External"/><Relationship Id="rId4" Type="http://schemas.openxmlformats.org/officeDocument/2006/relationships/webSettings" Target="webSettings.xml"/><Relationship Id="rId180" Type="http://schemas.openxmlformats.org/officeDocument/2006/relationships/hyperlink" Target="https://uchi.ru" TargetMode="External"/><Relationship Id="rId236" Type="http://schemas.openxmlformats.org/officeDocument/2006/relationships/hyperlink" Target="https://uchi.ru" TargetMode="External"/><Relationship Id="rId278" Type="http://schemas.openxmlformats.org/officeDocument/2006/relationships/hyperlink" Target="https://uchi.ru" TargetMode="External"/><Relationship Id="rId401" Type="http://schemas.openxmlformats.org/officeDocument/2006/relationships/hyperlink" Target="https://m.edsoo.ru/c4e12c66" TargetMode="External"/><Relationship Id="rId443" Type="http://schemas.openxmlformats.org/officeDocument/2006/relationships/hyperlink" Target="https://uchi.ru" TargetMode="External"/><Relationship Id="rId650" Type="http://schemas.openxmlformats.org/officeDocument/2006/relationships/hyperlink" Target="https://uchi.ru" TargetMode="External"/><Relationship Id="rId303" Type="http://schemas.openxmlformats.org/officeDocument/2006/relationships/hyperlink" Target="https://education.yandex.ru" TargetMode="External"/><Relationship Id="rId485" Type="http://schemas.openxmlformats.org/officeDocument/2006/relationships/hyperlink" Target="https://uchi.ru" TargetMode="External"/><Relationship Id="rId692" Type="http://schemas.openxmlformats.org/officeDocument/2006/relationships/hyperlink" Target="https://uchi.ru" TargetMode="External"/><Relationship Id="rId706" Type="http://schemas.openxmlformats.org/officeDocument/2006/relationships/hyperlink" Target="https://education.yandex.ru" TargetMode="External"/><Relationship Id="rId42" Type="http://schemas.openxmlformats.org/officeDocument/2006/relationships/hyperlink" Target="https://education.yandex.ru" TargetMode="External"/><Relationship Id="rId84" Type="http://schemas.openxmlformats.org/officeDocument/2006/relationships/hyperlink" Target="https://uchi.ru" TargetMode="External"/><Relationship Id="rId138" Type="http://schemas.openxmlformats.org/officeDocument/2006/relationships/hyperlink" Target="https://uchi.ru" TargetMode="External"/><Relationship Id="rId345" Type="http://schemas.openxmlformats.org/officeDocument/2006/relationships/hyperlink" Target="https://m.edsoo.ru/c4e0a58e" TargetMode="External"/><Relationship Id="rId387" Type="http://schemas.openxmlformats.org/officeDocument/2006/relationships/hyperlink" Target="https://m.edsoo.ru/c4e175ae" TargetMode="External"/><Relationship Id="rId510" Type="http://schemas.openxmlformats.org/officeDocument/2006/relationships/hyperlink" Target="https://uchi.ru" TargetMode="External"/><Relationship Id="rId552" Type="http://schemas.openxmlformats.org/officeDocument/2006/relationships/hyperlink" Target="https://uchi.ru" TargetMode="External"/><Relationship Id="rId594" Type="http://schemas.openxmlformats.org/officeDocument/2006/relationships/hyperlink" Target="https://uchi.ru" TargetMode="External"/><Relationship Id="rId608" Type="http://schemas.openxmlformats.org/officeDocument/2006/relationships/hyperlink" Target="https://education.yandex.ru" TargetMode="External"/><Relationship Id="rId191" Type="http://schemas.openxmlformats.org/officeDocument/2006/relationships/hyperlink" Target="https://education.yandex.ru" TargetMode="External"/><Relationship Id="rId205" Type="http://schemas.openxmlformats.org/officeDocument/2006/relationships/hyperlink" Target="https://education.yandex.ru" TargetMode="External"/><Relationship Id="rId247" Type="http://schemas.openxmlformats.org/officeDocument/2006/relationships/hyperlink" Target="https://education.yandex.ru" TargetMode="External"/><Relationship Id="rId412" Type="http://schemas.openxmlformats.org/officeDocument/2006/relationships/hyperlink" Target="https://m.edsoo.ru/c4e12df6" TargetMode="External"/><Relationship Id="rId107" Type="http://schemas.openxmlformats.org/officeDocument/2006/relationships/hyperlink" Target="https://education.yandex.ru" TargetMode="External"/><Relationship Id="rId289" Type="http://schemas.openxmlformats.org/officeDocument/2006/relationships/hyperlink" Target="https://education.yandex.ru" TargetMode="External"/><Relationship Id="rId454" Type="http://schemas.openxmlformats.org/officeDocument/2006/relationships/hyperlink" Target="https://m.edsoo.ru/c4e0c3f2" TargetMode="External"/><Relationship Id="rId496" Type="http://schemas.openxmlformats.org/officeDocument/2006/relationships/hyperlink" Target="https://education.yandex.ru" TargetMode="External"/><Relationship Id="rId661" Type="http://schemas.openxmlformats.org/officeDocument/2006/relationships/hyperlink" Target="https://uchi.ru" TargetMode="External"/><Relationship Id="rId717" Type="http://schemas.openxmlformats.org/officeDocument/2006/relationships/hyperlink" Target="https://m.edsoo.ru/c4e244a2" TargetMode="External"/><Relationship Id="rId11" Type="http://schemas.openxmlformats.org/officeDocument/2006/relationships/hyperlink" Target="https://uchi.ru" TargetMode="External"/><Relationship Id="rId53" Type="http://schemas.openxmlformats.org/officeDocument/2006/relationships/hyperlink" Target="https://m.edsoo.ru/7f4110fe" TargetMode="External"/><Relationship Id="rId149" Type="http://schemas.openxmlformats.org/officeDocument/2006/relationships/hyperlink" Target="https://education.yandex.ru" TargetMode="External"/><Relationship Id="rId314" Type="http://schemas.openxmlformats.org/officeDocument/2006/relationships/hyperlink" Target="https://uchi.ru" TargetMode="External"/><Relationship Id="rId356" Type="http://schemas.openxmlformats.org/officeDocument/2006/relationships/hyperlink" Target="https://m.edsoo.ru/c4e15cea" TargetMode="External"/><Relationship Id="rId398" Type="http://schemas.openxmlformats.org/officeDocument/2006/relationships/hyperlink" Target="https://m.edsoo.ru/c4e09e4a" TargetMode="External"/><Relationship Id="rId521" Type="http://schemas.openxmlformats.org/officeDocument/2006/relationships/hyperlink" Target="https://education.yandex.ru" TargetMode="External"/><Relationship Id="rId563" Type="http://schemas.openxmlformats.org/officeDocument/2006/relationships/hyperlink" Target="https://education.yandex.ru" TargetMode="External"/><Relationship Id="rId619" Type="http://schemas.openxmlformats.org/officeDocument/2006/relationships/hyperlink" Target="https://uchi.ru" TargetMode="External"/><Relationship Id="rId95" Type="http://schemas.openxmlformats.org/officeDocument/2006/relationships/hyperlink" Target="https://education.yandex.ru" TargetMode="External"/><Relationship Id="rId160" Type="http://schemas.openxmlformats.org/officeDocument/2006/relationships/hyperlink" Target="https://uchi.ru" TargetMode="External"/><Relationship Id="rId216" Type="http://schemas.openxmlformats.org/officeDocument/2006/relationships/hyperlink" Target="https://uchi.ru" TargetMode="External"/><Relationship Id="rId423" Type="http://schemas.openxmlformats.org/officeDocument/2006/relationships/hyperlink" Target="https://m.edsoo.ru/c4e148e0" TargetMode="External"/><Relationship Id="rId258" Type="http://schemas.openxmlformats.org/officeDocument/2006/relationships/hyperlink" Target="https://uchi.ru" TargetMode="External"/><Relationship Id="rId465" Type="http://schemas.openxmlformats.org/officeDocument/2006/relationships/hyperlink" Target="https://m.edsoo.ru/c4e07208" TargetMode="External"/><Relationship Id="rId630" Type="http://schemas.openxmlformats.org/officeDocument/2006/relationships/hyperlink" Target="https://education.yandex.ru" TargetMode="External"/><Relationship Id="rId672" Type="http://schemas.openxmlformats.org/officeDocument/2006/relationships/hyperlink" Target="https://education.yandex.ru" TargetMode="External"/><Relationship Id="rId22" Type="http://schemas.openxmlformats.org/officeDocument/2006/relationships/hyperlink" Target="https://education.yandex.ru" TargetMode="External"/><Relationship Id="rId64" Type="http://schemas.openxmlformats.org/officeDocument/2006/relationships/hyperlink" Target="https://m.edsoo.ru/7f411f36" TargetMode="External"/><Relationship Id="rId118" Type="http://schemas.openxmlformats.org/officeDocument/2006/relationships/hyperlink" Target="https://uchi.ru" TargetMode="External"/><Relationship Id="rId325" Type="http://schemas.openxmlformats.org/officeDocument/2006/relationships/hyperlink" Target="https://education.yandex.ru" TargetMode="External"/><Relationship Id="rId367" Type="http://schemas.openxmlformats.org/officeDocument/2006/relationships/hyperlink" Target="https://m.edsoo.ru/c4e0944a" TargetMode="External"/><Relationship Id="rId532" Type="http://schemas.openxmlformats.org/officeDocument/2006/relationships/hyperlink" Target="https://uchi.ru" TargetMode="External"/><Relationship Id="rId574" Type="http://schemas.openxmlformats.org/officeDocument/2006/relationships/hyperlink" Target="https://m.edsoo.ru/c4e1b168" TargetMode="External"/><Relationship Id="rId171" Type="http://schemas.openxmlformats.org/officeDocument/2006/relationships/hyperlink" Target="https://education.yandex.ru" TargetMode="External"/><Relationship Id="rId227" Type="http://schemas.openxmlformats.org/officeDocument/2006/relationships/hyperlink" Target="https://education.yandex.ru" TargetMode="External"/><Relationship Id="rId269" Type="http://schemas.openxmlformats.org/officeDocument/2006/relationships/hyperlink" Target="https://education.yandex.ru" TargetMode="External"/><Relationship Id="rId434" Type="http://schemas.openxmlformats.org/officeDocument/2006/relationships/hyperlink" Target="https://m.edsoo.ru/c4e0a020" TargetMode="External"/><Relationship Id="rId476" Type="http://schemas.openxmlformats.org/officeDocument/2006/relationships/hyperlink" Target="https://m.edsoo.ru/c4e09bde" TargetMode="External"/><Relationship Id="rId641" Type="http://schemas.openxmlformats.org/officeDocument/2006/relationships/hyperlink" Target="https://education.yandex.ru" TargetMode="External"/><Relationship Id="rId683" Type="http://schemas.openxmlformats.org/officeDocument/2006/relationships/hyperlink" Target="https://uchi.ru" TargetMode="External"/><Relationship Id="rId33" Type="http://schemas.openxmlformats.org/officeDocument/2006/relationships/hyperlink" Target="https://uchi.ru" TargetMode="External"/><Relationship Id="rId129" Type="http://schemas.openxmlformats.org/officeDocument/2006/relationships/hyperlink" Target="https://education.yandex.ru" TargetMode="External"/><Relationship Id="rId280" Type="http://schemas.openxmlformats.org/officeDocument/2006/relationships/hyperlink" Target="https://uchi.ru" TargetMode="External"/><Relationship Id="rId336" Type="http://schemas.openxmlformats.org/officeDocument/2006/relationships/hyperlink" Target="https://uchi.ru" TargetMode="External"/><Relationship Id="rId501" Type="http://schemas.openxmlformats.org/officeDocument/2006/relationships/hyperlink" Target="https://m.edsoo.ru/c4e17c7a" TargetMode="External"/><Relationship Id="rId543" Type="http://schemas.openxmlformats.org/officeDocument/2006/relationships/hyperlink" Target="https://uchi.ru" TargetMode="External"/><Relationship Id="rId75" Type="http://schemas.openxmlformats.org/officeDocument/2006/relationships/hyperlink" Target="https://education.yandex.ru" TargetMode="External"/><Relationship Id="rId140" Type="http://schemas.openxmlformats.org/officeDocument/2006/relationships/hyperlink" Target="https://uchi.ru" TargetMode="External"/><Relationship Id="rId182" Type="http://schemas.openxmlformats.org/officeDocument/2006/relationships/hyperlink" Target="https://uchi.ru" TargetMode="External"/><Relationship Id="rId378" Type="http://schemas.openxmlformats.org/officeDocument/2006/relationships/hyperlink" Target="https://uchi.ru" TargetMode="External"/><Relationship Id="rId403" Type="http://schemas.openxmlformats.org/officeDocument/2006/relationships/hyperlink" Target="https://education.yandex.ru" TargetMode="External"/><Relationship Id="rId585" Type="http://schemas.openxmlformats.org/officeDocument/2006/relationships/hyperlink" Target="https://uchi.ru" TargetMode="External"/><Relationship Id="rId6" Type="http://schemas.openxmlformats.org/officeDocument/2006/relationships/hyperlink" Target="https://education.yandex.ru" TargetMode="External"/><Relationship Id="rId238" Type="http://schemas.openxmlformats.org/officeDocument/2006/relationships/hyperlink" Target="https://uchi.ru" TargetMode="External"/><Relationship Id="rId445" Type="http://schemas.openxmlformats.org/officeDocument/2006/relationships/hyperlink" Target="https://uchi.ru" TargetMode="External"/><Relationship Id="rId487" Type="http://schemas.openxmlformats.org/officeDocument/2006/relationships/hyperlink" Target="https://uchi.ru" TargetMode="External"/><Relationship Id="rId610" Type="http://schemas.openxmlformats.org/officeDocument/2006/relationships/hyperlink" Target="https://education.yandex.ru" TargetMode="External"/><Relationship Id="rId652" Type="http://schemas.openxmlformats.org/officeDocument/2006/relationships/hyperlink" Target="https://m.edsoo.ru/c4e215ea" TargetMode="External"/><Relationship Id="rId694" Type="http://schemas.openxmlformats.org/officeDocument/2006/relationships/hyperlink" Target="https://uchi.ru" TargetMode="External"/><Relationship Id="rId708" Type="http://schemas.openxmlformats.org/officeDocument/2006/relationships/hyperlink" Target="https://education.yandex.ru" TargetMode="External"/><Relationship Id="rId291" Type="http://schemas.openxmlformats.org/officeDocument/2006/relationships/hyperlink" Target="https://education.yandex.ru" TargetMode="External"/><Relationship Id="rId305" Type="http://schemas.openxmlformats.org/officeDocument/2006/relationships/hyperlink" Target="https://education.yandex.ru" TargetMode="External"/><Relationship Id="rId347" Type="http://schemas.openxmlformats.org/officeDocument/2006/relationships/hyperlink" Target="https://m.edsoo.ru/c4e0d5cc" TargetMode="External"/><Relationship Id="rId512" Type="http://schemas.openxmlformats.org/officeDocument/2006/relationships/hyperlink" Target="https://uchi.ru" TargetMode="External"/><Relationship Id="rId44" Type="http://schemas.openxmlformats.org/officeDocument/2006/relationships/hyperlink" Target="https://education.yandex.ru" TargetMode="External"/><Relationship Id="rId86" Type="http://schemas.openxmlformats.org/officeDocument/2006/relationships/hyperlink" Target="https://uchi.ru" TargetMode="External"/><Relationship Id="rId151" Type="http://schemas.openxmlformats.org/officeDocument/2006/relationships/hyperlink" Target="https://education.yandex.ru" TargetMode="External"/><Relationship Id="rId389" Type="http://schemas.openxmlformats.org/officeDocument/2006/relationships/hyperlink" Target="https://uchi.ru" TargetMode="External"/><Relationship Id="rId554" Type="http://schemas.openxmlformats.org/officeDocument/2006/relationships/hyperlink" Target="https://uchi.ru" TargetMode="External"/><Relationship Id="rId596" Type="http://schemas.openxmlformats.org/officeDocument/2006/relationships/hyperlink" Target="https://m.edsoo.ru/c4e1f7c2" TargetMode="External"/><Relationship Id="rId193" Type="http://schemas.openxmlformats.org/officeDocument/2006/relationships/hyperlink" Target="https://education.yandex.ru" TargetMode="External"/><Relationship Id="rId207" Type="http://schemas.openxmlformats.org/officeDocument/2006/relationships/hyperlink" Target="https://education.yandex.ru" TargetMode="External"/><Relationship Id="rId249" Type="http://schemas.openxmlformats.org/officeDocument/2006/relationships/hyperlink" Target="https://education.yandex.ru" TargetMode="External"/><Relationship Id="rId414" Type="http://schemas.openxmlformats.org/officeDocument/2006/relationships/hyperlink" Target="https://uchi.ru" TargetMode="External"/><Relationship Id="rId456" Type="http://schemas.openxmlformats.org/officeDocument/2006/relationships/hyperlink" Target="https://m.edsoo.ru/c4e14c8c" TargetMode="External"/><Relationship Id="rId498" Type="http://schemas.openxmlformats.org/officeDocument/2006/relationships/hyperlink" Target="https://m.edsoo.ru/c4e1043e" TargetMode="External"/><Relationship Id="rId621" Type="http://schemas.openxmlformats.org/officeDocument/2006/relationships/hyperlink" Target="https://uchi.ru" TargetMode="External"/><Relationship Id="rId663" Type="http://schemas.openxmlformats.org/officeDocument/2006/relationships/hyperlink" Target="https://education.yandex.ru" TargetMode="External"/><Relationship Id="rId13" Type="http://schemas.openxmlformats.org/officeDocument/2006/relationships/hyperlink" Target="https://uchi.ru" TargetMode="External"/><Relationship Id="rId109" Type="http://schemas.openxmlformats.org/officeDocument/2006/relationships/hyperlink" Target="https://education.yandex.ru" TargetMode="External"/><Relationship Id="rId260" Type="http://schemas.openxmlformats.org/officeDocument/2006/relationships/hyperlink" Target="https://uchi.ru" TargetMode="External"/><Relationship Id="rId316" Type="http://schemas.openxmlformats.org/officeDocument/2006/relationships/hyperlink" Target="https://uchi.ru" TargetMode="External"/><Relationship Id="rId523" Type="http://schemas.openxmlformats.org/officeDocument/2006/relationships/hyperlink" Target="https://m.edsoo.ru/c4e27670" TargetMode="External"/><Relationship Id="rId719" Type="http://schemas.openxmlformats.org/officeDocument/2006/relationships/hyperlink" Target="https://m.edsoo.ru/c4e288ea" TargetMode="External"/><Relationship Id="rId55" Type="http://schemas.openxmlformats.org/officeDocument/2006/relationships/hyperlink" Target="https://m.edsoo.ru/7f4110fe" TargetMode="External"/><Relationship Id="rId97" Type="http://schemas.openxmlformats.org/officeDocument/2006/relationships/hyperlink" Target="https://education.yandex.ru" TargetMode="External"/><Relationship Id="rId120" Type="http://schemas.openxmlformats.org/officeDocument/2006/relationships/hyperlink" Target="https://uchi.ru" TargetMode="External"/><Relationship Id="rId358" Type="http://schemas.openxmlformats.org/officeDocument/2006/relationships/hyperlink" Target="https://education.yandex.ru" TargetMode="External"/><Relationship Id="rId565" Type="http://schemas.openxmlformats.org/officeDocument/2006/relationships/hyperlink" Target="https://m.edsoo.ru/c4e1a89e" TargetMode="External"/><Relationship Id="rId162" Type="http://schemas.openxmlformats.org/officeDocument/2006/relationships/hyperlink" Target="https://uchi.ru" TargetMode="External"/><Relationship Id="rId218" Type="http://schemas.openxmlformats.org/officeDocument/2006/relationships/hyperlink" Target="https://uchi.ru" TargetMode="External"/><Relationship Id="rId425" Type="http://schemas.openxmlformats.org/officeDocument/2006/relationships/hyperlink" Target="https://m.edsoo.ru/c4e0d18a" TargetMode="External"/><Relationship Id="rId467" Type="http://schemas.openxmlformats.org/officeDocument/2006/relationships/hyperlink" Target="https://uchi.ru" TargetMode="External"/><Relationship Id="rId632" Type="http://schemas.openxmlformats.org/officeDocument/2006/relationships/hyperlink" Target="https://m.edsoo.ru/c4e1f970" TargetMode="External"/><Relationship Id="rId271" Type="http://schemas.openxmlformats.org/officeDocument/2006/relationships/hyperlink" Target="https://education.yandex.ru" TargetMode="External"/><Relationship Id="rId674" Type="http://schemas.openxmlformats.org/officeDocument/2006/relationships/hyperlink" Target="https://education.yandex.ru" TargetMode="External"/><Relationship Id="rId24" Type="http://schemas.openxmlformats.org/officeDocument/2006/relationships/hyperlink" Target="https://education.yandex.ru" TargetMode="External"/><Relationship Id="rId66" Type="http://schemas.openxmlformats.org/officeDocument/2006/relationships/hyperlink" Target="https://m.edsoo.ru/7f411f36" TargetMode="External"/><Relationship Id="rId131" Type="http://schemas.openxmlformats.org/officeDocument/2006/relationships/hyperlink" Target="https://education.yandex.ru" TargetMode="External"/><Relationship Id="rId327" Type="http://schemas.openxmlformats.org/officeDocument/2006/relationships/hyperlink" Target="https://education.yandex.ru" TargetMode="External"/><Relationship Id="rId369" Type="http://schemas.openxmlformats.org/officeDocument/2006/relationships/hyperlink" Target="https://education.yandex.ru" TargetMode="External"/><Relationship Id="rId534" Type="http://schemas.openxmlformats.org/officeDocument/2006/relationships/hyperlink" Target="https://uchi.ru" TargetMode="External"/><Relationship Id="rId576" Type="http://schemas.openxmlformats.org/officeDocument/2006/relationships/hyperlink" Target="https://uchi.ru" TargetMode="External"/><Relationship Id="rId173" Type="http://schemas.openxmlformats.org/officeDocument/2006/relationships/hyperlink" Target="https://education.yandex.ru" TargetMode="External"/><Relationship Id="rId229" Type="http://schemas.openxmlformats.org/officeDocument/2006/relationships/hyperlink" Target="https://education.yandex.ru" TargetMode="External"/><Relationship Id="rId380" Type="http://schemas.openxmlformats.org/officeDocument/2006/relationships/hyperlink" Target="https://education.yandex.ru" TargetMode="External"/><Relationship Id="rId436" Type="http://schemas.openxmlformats.org/officeDocument/2006/relationships/hyperlink" Target="https://education.yandex.ru" TargetMode="External"/><Relationship Id="rId601" Type="http://schemas.openxmlformats.org/officeDocument/2006/relationships/hyperlink" Target="https://education.yandex.ru" TargetMode="External"/><Relationship Id="rId643" Type="http://schemas.openxmlformats.org/officeDocument/2006/relationships/hyperlink" Target="https://education.yandex.ru" TargetMode="External"/><Relationship Id="rId240" Type="http://schemas.openxmlformats.org/officeDocument/2006/relationships/hyperlink" Target="https://uchi.ru" TargetMode="External"/><Relationship Id="rId478" Type="http://schemas.openxmlformats.org/officeDocument/2006/relationships/hyperlink" Target="https://uchi.ru" TargetMode="External"/><Relationship Id="rId685" Type="http://schemas.openxmlformats.org/officeDocument/2006/relationships/hyperlink" Target="https://uchi.ru" TargetMode="External"/><Relationship Id="rId35" Type="http://schemas.openxmlformats.org/officeDocument/2006/relationships/hyperlink" Target="https://uchi.ru" TargetMode="External"/><Relationship Id="rId77" Type="http://schemas.openxmlformats.org/officeDocument/2006/relationships/hyperlink" Target="https://education.yandex.ru" TargetMode="External"/><Relationship Id="rId100" Type="http://schemas.openxmlformats.org/officeDocument/2006/relationships/hyperlink" Target="https://uchi.ru" TargetMode="External"/><Relationship Id="rId282" Type="http://schemas.openxmlformats.org/officeDocument/2006/relationships/hyperlink" Target="https://uchi.ru" TargetMode="External"/><Relationship Id="rId338" Type="http://schemas.openxmlformats.org/officeDocument/2006/relationships/hyperlink" Target="https://uchi.ru" TargetMode="External"/><Relationship Id="rId503" Type="http://schemas.openxmlformats.org/officeDocument/2006/relationships/hyperlink" Target="https://m.edsoo.ru/c4e18b70" TargetMode="External"/><Relationship Id="rId545" Type="http://schemas.openxmlformats.org/officeDocument/2006/relationships/hyperlink" Target="https://m.edsoo.ru/c4e19de0" TargetMode="External"/><Relationship Id="rId587" Type="http://schemas.openxmlformats.org/officeDocument/2006/relationships/hyperlink" Target="https://uchi.ru" TargetMode="External"/><Relationship Id="rId710" Type="http://schemas.openxmlformats.org/officeDocument/2006/relationships/hyperlink" Target="https://m.edsoo.ru/c4e296aa" TargetMode="External"/><Relationship Id="rId8" Type="http://schemas.openxmlformats.org/officeDocument/2006/relationships/hyperlink" Target="https://education.yandex.ru" TargetMode="External"/><Relationship Id="rId142" Type="http://schemas.openxmlformats.org/officeDocument/2006/relationships/hyperlink" Target="https://uchi.ru" TargetMode="External"/><Relationship Id="rId184" Type="http://schemas.openxmlformats.org/officeDocument/2006/relationships/hyperlink" Target="https://uchi.ru" TargetMode="External"/><Relationship Id="rId391" Type="http://schemas.openxmlformats.org/officeDocument/2006/relationships/hyperlink" Target="https://uchi.ru" TargetMode="External"/><Relationship Id="rId405" Type="http://schemas.openxmlformats.org/officeDocument/2006/relationships/hyperlink" Target="https://m.edsoo.ru/c4e13f6c" TargetMode="External"/><Relationship Id="rId447" Type="http://schemas.openxmlformats.org/officeDocument/2006/relationships/hyperlink" Target="https://m.edsoo.ru/c4e0d400" TargetMode="External"/><Relationship Id="rId612" Type="http://schemas.openxmlformats.org/officeDocument/2006/relationships/hyperlink" Target="https://m.edsoo.ru/c4e212de" TargetMode="External"/><Relationship Id="rId251" Type="http://schemas.openxmlformats.org/officeDocument/2006/relationships/hyperlink" Target="https://education.yandex.ru" TargetMode="External"/><Relationship Id="rId489" Type="http://schemas.openxmlformats.org/officeDocument/2006/relationships/hyperlink" Target="https://education.yandex.ru" TargetMode="External"/><Relationship Id="rId654" Type="http://schemas.openxmlformats.org/officeDocument/2006/relationships/hyperlink" Target="https://m.edsoo.ru/c4e22abc" TargetMode="External"/><Relationship Id="rId696" Type="http://schemas.openxmlformats.org/officeDocument/2006/relationships/hyperlink" Target="https://education.yandex.ru" TargetMode="External"/><Relationship Id="rId46" Type="http://schemas.openxmlformats.org/officeDocument/2006/relationships/hyperlink" Target="https://education.yandex.ru" TargetMode="External"/><Relationship Id="rId293" Type="http://schemas.openxmlformats.org/officeDocument/2006/relationships/hyperlink" Target="https://education.yandex.ru" TargetMode="External"/><Relationship Id="rId307" Type="http://schemas.openxmlformats.org/officeDocument/2006/relationships/hyperlink" Target="https://education.yandex.ru" TargetMode="External"/><Relationship Id="rId349" Type="http://schemas.openxmlformats.org/officeDocument/2006/relationships/hyperlink" Target="https://m.edsoo.ru/c4e0f3d6" TargetMode="External"/><Relationship Id="rId514" Type="http://schemas.openxmlformats.org/officeDocument/2006/relationships/hyperlink" Target="https://uchi.ru" TargetMode="External"/><Relationship Id="rId556" Type="http://schemas.openxmlformats.org/officeDocument/2006/relationships/hyperlink" Target="https://uchi.ru" TargetMode="External"/><Relationship Id="rId721" Type="http://schemas.openxmlformats.org/officeDocument/2006/relationships/fontTable" Target="fontTable.xml"/><Relationship Id="rId88" Type="http://schemas.openxmlformats.org/officeDocument/2006/relationships/hyperlink" Target="https://uchi.ru" TargetMode="External"/><Relationship Id="rId111" Type="http://schemas.openxmlformats.org/officeDocument/2006/relationships/hyperlink" Target="https://education.yandex.ru" TargetMode="External"/><Relationship Id="rId153" Type="http://schemas.openxmlformats.org/officeDocument/2006/relationships/hyperlink" Target="https://education.yandex.ru" TargetMode="External"/><Relationship Id="rId195" Type="http://schemas.openxmlformats.org/officeDocument/2006/relationships/hyperlink" Target="https://education.yandex.ru" TargetMode="External"/><Relationship Id="rId209" Type="http://schemas.openxmlformats.org/officeDocument/2006/relationships/hyperlink" Target="https://education.yandex.ru" TargetMode="External"/><Relationship Id="rId360" Type="http://schemas.openxmlformats.org/officeDocument/2006/relationships/hyperlink" Target="https://m.edsoo.ru/c4e10ed4" TargetMode="External"/><Relationship Id="rId416" Type="http://schemas.openxmlformats.org/officeDocument/2006/relationships/hyperlink" Target="https://m.edsoo.ru/c4e11a00" TargetMode="External"/><Relationship Id="rId598" Type="http://schemas.openxmlformats.org/officeDocument/2006/relationships/hyperlink" Target="https://uchi.ru" TargetMode="External"/><Relationship Id="rId220" Type="http://schemas.openxmlformats.org/officeDocument/2006/relationships/hyperlink" Target="https://uchi.ru" TargetMode="External"/><Relationship Id="rId458" Type="http://schemas.openxmlformats.org/officeDocument/2006/relationships/hyperlink" Target="https://m.edsoo.ru/c4e16078" TargetMode="External"/><Relationship Id="rId623" Type="http://schemas.openxmlformats.org/officeDocument/2006/relationships/hyperlink" Target="https://education.yandex.ru" TargetMode="External"/><Relationship Id="rId665" Type="http://schemas.openxmlformats.org/officeDocument/2006/relationships/hyperlink" Target="https://m.edsoo.ru/c4e24736" TargetMode="External"/><Relationship Id="rId15" Type="http://schemas.openxmlformats.org/officeDocument/2006/relationships/hyperlink" Target="https://uchi.ru" TargetMode="External"/><Relationship Id="rId57" Type="http://schemas.openxmlformats.org/officeDocument/2006/relationships/hyperlink" Target="https://m.edsoo.ru/7f4110fe" TargetMode="External"/><Relationship Id="rId262" Type="http://schemas.openxmlformats.org/officeDocument/2006/relationships/hyperlink" Target="https://uchi.ru" TargetMode="External"/><Relationship Id="rId318" Type="http://schemas.openxmlformats.org/officeDocument/2006/relationships/hyperlink" Target="https://uchi.ru" TargetMode="External"/><Relationship Id="rId525" Type="http://schemas.openxmlformats.org/officeDocument/2006/relationships/hyperlink" Target="https://uchi.ru" TargetMode="External"/><Relationship Id="rId567" Type="http://schemas.openxmlformats.org/officeDocument/2006/relationships/hyperlink" Target="https://m.edsoo.ru/c4e1afe2" TargetMode="External"/><Relationship Id="rId99" Type="http://schemas.openxmlformats.org/officeDocument/2006/relationships/hyperlink" Target="https://education.yandex.ru" TargetMode="External"/><Relationship Id="rId122" Type="http://schemas.openxmlformats.org/officeDocument/2006/relationships/hyperlink" Target="https://uchi.ru" TargetMode="External"/><Relationship Id="rId164" Type="http://schemas.openxmlformats.org/officeDocument/2006/relationships/hyperlink" Target="https://uchi.ru" TargetMode="External"/><Relationship Id="rId371" Type="http://schemas.openxmlformats.org/officeDocument/2006/relationships/hyperlink" Target="https://m.edsoo.ru/c4e0f034" TargetMode="External"/><Relationship Id="rId427" Type="http://schemas.openxmlformats.org/officeDocument/2006/relationships/hyperlink" Target="https://m.edsoo.ru/c4e12586" TargetMode="External"/><Relationship Id="rId469" Type="http://schemas.openxmlformats.org/officeDocument/2006/relationships/hyperlink" Target="https://m.edsoo.ru/c4e17aea" TargetMode="External"/><Relationship Id="rId634" Type="http://schemas.openxmlformats.org/officeDocument/2006/relationships/hyperlink" Target="https://education.yandex.ru" TargetMode="External"/><Relationship Id="rId676" Type="http://schemas.openxmlformats.org/officeDocument/2006/relationships/hyperlink" Target="https://education.yandex.ru" TargetMode="External"/><Relationship Id="rId26" Type="http://schemas.openxmlformats.org/officeDocument/2006/relationships/hyperlink" Target="https://education.yandex.ru" TargetMode="External"/><Relationship Id="rId231" Type="http://schemas.openxmlformats.org/officeDocument/2006/relationships/hyperlink" Target="https://education.yandex.ru" TargetMode="External"/><Relationship Id="rId273" Type="http://schemas.openxmlformats.org/officeDocument/2006/relationships/hyperlink" Target="https://education.yandex.ru" TargetMode="External"/><Relationship Id="rId329" Type="http://schemas.openxmlformats.org/officeDocument/2006/relationships/hyperlink" Target="https://education.yandex.ru" TargetMode="External"/><Relationship Id="rId480" Type="http://schemas.openxmlformats.org/officeDocument/2006/relationships/hyperlink" Target="https://m.edsoo.ru/c4e0cc1c" TargetMode="External"/><Relationship Id="rId536" Type="http://schemas.openxmlformats.org/officeDocument/2006/relationships/hyperlink" Target="https://uchi.ru" TargetMode="External"/><Relationship Id="rId701" Type="http://schemas.openxmlformats.org/officeDocument/2006/relationships/hyperlink" Target="https://m.edsoo.ru/c4e241f0" TargetMode="External"/><Relationship Id="rId68" Type="http://schemas.openxmlformats.org/officeDocument/2006/relationships/hyperlink" Target="https://m.edsoo.ru/7f411f36" TargetMode="External"/><Relationship Id="rId133" Type="http://schemas.openxmlformats.org/officeDocument/2006/relationships/hyperlink" Target="https://education.yandex.ru" TargetMode="External"/><Relationship Id="rId175" Type="http://schemas.openxmlformats.org/officeDocument/2006/relationships/hyperlink" Target="https://education.yandex.ru" TargetMode="External"/><Relationship Id="rId340" Type="http://schemas.openxmlformats.org/officeDocument/2006/relationships/hyperlink" Target="https://uchi.ru" TargetMode="External"/><Relationship Id="rId578" Type="http://schemas.openxmlformats.org/officeDocument/2006/relationships/hyperlink" Target="https://uchi.ru" TargetMode="External"/><Relationship Id="rId200" Type="http://schemas.openxmlformats.org/officeDocument/2006/relationships/hyperlink" Target="https://uchi.ru" TargetMode="External"/><Relationship Id="rId382" Type="http://schemas.openxmlformats.org/officeDocument/2006/relationships/hyperlink" Target="https://m.edsoo.ru/c4e11d02" TargetMode="External"/><Relationship Id="rId438" Type="http://schemas.openxmlformats.org/officeDocument/2006/relationships/hyperlink" Target="https://education.yandex.ru" TargetMode="External"/><Relationship Id="rId603" Type="http://schemas.openxmlformats.org/officeDocument/2006/relationships/hyperlink" Target="https://education.yandex.ru" TargetMode="External"/><Relationship Id="rId645" Type="http://schemas.openxmlformats.org/officeDocument/2006/relationships/hyperlink" Target="https://education.yandex.ru" TargetMode="External"/><Relationship Id="rId687" Type="http://schemas.openxmlformats.org/officeDocument/2006/relationships/hyperlink" Target="https://education.yandex.ru" TargetMode="External"/><Relationship Id="rId242" Type="http://schemas.openxmlformats.org/officeDocument/2006/relationships/hyperlink" Target="https://uchi.ru" TargetMode="External"/><Relationship Id="rId284" Type="http://schemas.openxmlformats.org/officeDocument/2006/relationships/hyperlink" Target="https://uchi.ru" TargetMode="External"/><Relationship Id="rId491" Type="http://schemas.openxmlformats.org/officeDocument/2006/relationships/hyperlink" Target="https://education.yandex.ru" TargetMode="External"/><Relationship Id="rId505" Type="http://schemas.openxmlformats.org/officeDocument/2006/relationships/hyperlink" Target="https://education.yandex.ru" TargetMode="External"/><Relationship Id="rId712" Type="http://schemas.openxmlformats.org/officeDocument/2006/relationships/hyperlink" Target="https://uchi.ru" TargetMode="External"/><Relationship Id="rId37" Type="http://schemas.openxmlformats.org/officeDocument/2006/relationships/hyperlink" Target="https://uchi.ru" TargetMode="External"/><Relationship Id="rId79" Type="http://schemas.openxmlformats.org/officeDocument/2006/relationships/hyperlink" Target="https://education.yandex.ru" TargetMode="External"/><Relationship Id="rId102" Type="http://schemas.openxmlformats.org/officeDocument/2006/relationships/hyperlink" Target="https://uchi.ru" TargetMode="External"/><Relationship Id="rId144" Type="http://schemas.openxmlformats.org/officeDocument/2006/relationships/hyperlink" Target="https://uchi.ru" TargetMode="External"/><Relationship Id="rId547" Type="http://schemas.openxmlformats.org/officeDocument/2006/relationships/hyperlink" Target="https://uchi.ru" TargetMode="External"/><Relationship Id="rId589" Type="http://schemas.openxmlformats.org/officeDocument/2006/relationships/hyperlink" Target="https://education.yandex.ru" TargetMode="External"/><Relationship Id="rId90" Type="http://schemas.openxmlformats.org/officeDocument/2006/relationships/hyperlink" Target="https://uchi.ru" TargetMode="External"/><Relationship Id="rId186" Type="http://schemas.openxmlformats.org/officeDocument/2006/relationships/hyperlink" Target="https://uchi.ru" TargetMode="External"/><Relationship Id="rId351" Type="http://schemas.openxmlformats.org/officeDocument/2006/relationships/hyperlink" Target="https://education.yandex.ru" TargetMode="External"/><Relationship Id="rId393" Type="http://schemas.openxmlformats.org/officeDocument/2006/relationships/hyperlink" Target="https://m.edsoo.ru/c4e15b14" TargetMode="External"/><Relationship Id="rId407" Type="http://schemas.openxmlformats.org/officeDocument/2006/relationships/hyperlink" Target="https://m.edsoo.ru/c4e13daa" TargetMode="External"/><Relationship Id="rId449" Type="http://schemas.openxmlformats.org/officeDocument/2006/relationships/hyperlink" Target="https://m.edsoo.ru/c4e0e634" TargetMode="External"/><Relationship Id="rId614" Type="http://schemas.openxmlformats.org/officeDocument/2006/relationships/hyperlink" Target="https://education.yandex.ru" TargetMode="External"/><Relationship Id="rId656" Type="http://schemas.openxmlformats.org/officeDocument/2006/relationships/hyperlink" Target="https://uchi.ru" TargetMode="External"/><Relationship Id="rId211" Type="http://schemas.openxmlformats.org/officeDocument/2006/relationships/hyperlink" Target="https://education.yandex.ru" TargetMode="External"/><Relationship Id="rId253" Type="http://schemas.openxmlformats.org/officeDocument/2006/relationships/hyperlink" Target="https://education.yandex.ru" TargetMode="External"/><Relationship Id="rId295" Type="http://schemas.openxmlformats.org/officeDocument/2006/relationships/hyperlink" Target="https://education.yandex.ru" TargetMode="External"/><Relationship Id="rId309" Type="http://schemas.openxmlformats.org/officeDocument/2006/relationships/hyperlink" Target="https://education.yandex.ru" TargetMode="External"/><Relationship Id="rId460" Type="http://schemas.openxmlformats.org/officeDocument/2006/relationships/hyperlink" Target="https://m.edsoo.ru/c4e14ab6" TargetMode="External"/><Relationship Id="rId516" Type="http://schemas.openxmlformats.org/officeDocument/2006/relationships/hyperlink" Target="https://uchi.ru" TargetMode="External"/><Relationship Id="rId698" Type="http://schemas.openxmlformats.org/officeDocument/2006/relationships/hyperlink" Target="https://m.edsoo.ru/c4e1d544" TargetMode="External"/><Relationship Id="rId48" Type="http://schemas.openxmlformats.org/officeDocument/2006/relationships/hyperlink" Target="https://education.yandex.ru" TargetMode="External"/><Relationship Id="rId113" Type="http://schemas.openxmlformats.org/officeDocument/2006/relationships/hyperlink" Target="https://education.yandex.ru" TargetMode="External"/><Relationship Id="rId320" Type="http://schemas.openxmlformats.org/officeDocument/2006/relationships/hyperlink" Target="https://uchi.ru" TargetMode="External"/><Relationship Id="rId558" Type="http://schemas.openxmlformats.org/officeDocument/2006/relationships/hyperlink" Target="https://m.edsoo.ru/c4e1b488" TargetMode="External"/><Relationship Id="rId155" Type="http://schemas.openxmlformats.org/officeDocument/2006/relationships/hyperlink" Target="https://education.yandex.ru" TargetMode="External"/><Relationship Id="rId197" Type="http://schemas.openxmlformats.org/officeDocument/2006/relationships/hyperlink" Target="https://education.yandex.ru" TargetMode="External"/><Relationship Id="rId362" Type="http://schemas.openxmlformats.org/officeDocument/2006/relationships/hyperlink" Target="https://uchi.ru" TargetMode="External"/><Relationship Id="rId418" Type="http://schemas.openxmlformats.org/officeDocument/2006/relationships/hyperlink" Target="https://m.edsoo.ru/c4e18d3c" TargetMode="External"/><Relationship Id="rId625" Type="http://schemas.openxmlformats.org/officeDocument/2006/relationships/hyperlink" Target="https://m.edsoo.ru/c4e1c4aa" TargetMode="External"/><Relationship Id="rId222" Type="http://schemas.openxmlformats.org/officeDocument/2006/relationships/hyperlink" Target="https://uchi.ru" TargetMode="External"/><Relationship Id="rId264" Type="http://schemas.openxmlformats.org/officeDocument/2006/relationships/hyperlink" Target="https://uchi.ru" TargetMode="External"/><Relationship Id="rId471" Type="http://schemas.openxmlformats.org/officeDocument/2006/relationships/hyperlink" Target="https://uchi.ru" TargetMode="External"/><Relationship Id="rId667" Type="http://schemas.openxmlformats.org/officeDocument/2006/relationships/hyperlink" Target="https://uchi.ru" TargetMode="External"/><Relationship Id="rId17" Type="http://schemas.openxmlformats.org/officeDocument/2006/relationships/hyperlink" Target="https://uchi.ru" TargetMode="External"/><Relationship Id="rId59" Type="http://schemas.openxmlformats.org/officeDocument/2006/relationships/hyperlink" Target="https://m.edsoo.ru/7f4110fe" TargetMode="External"/><Relationship Id="rId124" Type="http://schemas.openxmlformats.org/officeDocument/2006/relationships/hyperlink" Target="https://uchi.ru" TargetMode="External"/><Relationship Id="rId527" Type="http://schemas.openxmlformats.org/officeDocument/2006/relationships/hyperlink" Target="https://uchi.ru" TargetMode="External"/><Relationship Id="rId569" Type="http://schemas.openxmlformats.org/officeDocument/2006/relationships/hyperlink" Target="https://uchi.ru" TargetMode="External"/><Relationship Id="rId70" Type="http://schemas.openxmlformats.org/officeDocument/2006/relationships/hyperlink" Target="https://m.edsoo.ru/7f411f36" TargetMode="External"/><Relationship Id="rId166" Type="http://schemas.openxmlformats.org/officeDocument/2006/relationships/hyperlink" Target="https://uchi.ru" TargetMode="External"/><Relationship Id="rId331" Type="http://schemas.openxmlformats.org/officeDocument/2006/relationships/hyperlink" Target="https://education.yandex.ru" TargetMode="External"/><Relationship Id="rId373" Type="http://schemas.openxmlformats.org/officeDocument/2006/relationships/hyperlink" Target="https://uchi.ru" TargetMode="External"/><Relationship Id="rId429" Type="http://schemas.openxmlformats.org/officeDocument/2006/relationships/hyperlink" Target="https://education.yandex.ru" TargetMode="External"/><Relationship Id="rId580" Type="http://schemas.openxmlformats.org/officeDocument/2006/relationships/hyperlink" Target="https://uchi.ru" TargetMode="External"/><Relationship Id="rId636" Type="http://schemas.openxmlformats.org/officeDocument/2006/relationships/hyperlink" Target="https://education.yandex.ru" TargetMode="External"/><Relationship Id="rId1" Type="http://schemas.openxmlformats.org/officeDocument/2006/relationships/numbering" Target="numbering.xml"/><Relationship Id="rId233" Type="http://schemas.openxmlformats.org/officeDocument/2006/relationships/hyperlink" Target="https://education.yandex.ru" TargetMode="External"/><Relationship Id="rId440" Type="http://schemas.openxmlformats.org/officeDocument/2006/relationships/hyperlink" Target="https://m.edsoo.ru/c4e0bcc2" TargetMode="External"/><Relationship Id="rId678" Type="http://schemas.openxmlformats.org/officeDocument/2006/relationships/hyperlink" Target="https://m.edsoo.ru/c4e1c6f8" TargetMode="External"/><Relationship Id="rId28" Type="http://schemas.openxmlformats.org/officeDocument/2006/relationships/hyperlink" Target="https://education.yandex.ru" TargetMode="External"/><Relationship Id="rId275" Type="http://schemas.openxmlformats.org/officeDocument/2006/relationships/hyperlink" Target="https://education.yandex.ru" TargetMode="External"/><Relationship Id="rId300" Type="http://schemas.openxmlformats.org/officeDocument/2006/relationships/hyperlink" Target="https://uchi.ru" TargetMode="External"/><Relationship Id="rId482" Type="http://schemas.openxmlformats.org/officeDocument/2006/relationships/hyperlink" Target="https://education.yandex.ru" TargetMode="External"/><Relationship Id="rId538" Type="http://schemas.openxmlformats.org/officeDocument/2006/relationships/hyperlink" Target="https://education.yandex.ru" TargetMode="External"/><Relationship Id="rId703" Type="http://schemas.openxmlformats.org/officeDocument/2006/relationships/hyperlink" Target="https://education.yandex.ru" TargetMode="External"/><Relationship Id="rId81" Type="http://schemas.openxmlformats.org/officeDocument/2006/relationships/hyperlink" Target="https://education.yandex.ru" TargetMode="External"/><Relationship Id="rId135" Type="http://schemas.openxmlformats.org/officeDocument/2006/relationships/hyperlink" Target="https://education.yandex.ru" TargetMode="External"/><Relationship Id="rId177" Type="http://schemas.openxmlformats.org/officeDocument/2006/relationships/hyperlink" Target="https://education.yandex.ru" TargetMode="External"/><Relationship Id="rId342" Type="http://schemas.openxmlformats.org/officeDocument/2006/relationships/hyperlink" Target="https://uchi.ru" TargetMode="External"/><Relationship Id="rId384" Type="http://schemas.openxmlformats.org/officeDocument/2006/relationships/hyperlink" Target="https://education.yandex.ru" TargetMode="External"/><Relationship Id="rId591" Type="http://schemas.openxmlformats.org/officeDocument/2006/relationships/hyperlink" Target="https://education.yandex.ru" TargetMode="External"/><Relationship Id="rId605" Type="http://schemas.openxmlformats.org/officeDocument/2006/relationships/hyperlink" Target="https://m.edsoo.ru/c4e21482" TargetMode="External"/><Relationship Id="rId202" Type="http://schemas.openxmlformats.org/officeDocument/2006/relationships/hyperlink" Target="https://uchi.ru" TargetMode="External"/><Relationship Id="rId244" Type="http://schemas.openxmlformats.org/officeDocument/2006/relationships/hyperlink" Target="https://uchi.ru" TargetMode="External"/><Relationship Id="rId647" Type="http://schemas.openxmlformats.org/officeDocument/2006/relationships/hyperlink" Target="https://education.yandex.ru" TargetMode="External"/><Relationship Id="rId689" Type="http://schemas.openxmlformats.org/officeDocument/2006/relationships/hyperlink" Target="https://education.yandex.ru" TargetMode="External"/><Relationship Id="rId39" Type="http://schemas.openxmlformats.org/officeDocument/2006/relationships/hyperlink" Target="https://uchi.ru" TargetMode="External"/><Relationship Id="rId286" Type="http://schemas.openxmlformats.org/officeDocument/2006/relationships/hyperlink" Target="https://uchi.ru" TargetMode="External"/><Relationship Id="rId451" Type="http://schemas.openxmlformats.org/officeDocument/2006/relationships/hyperlink" Target="https://uchi.ru" TargetMode="External"/><Relationship Id="rId493" Type="http://schemas.openxmlformats.org/officeDocument/2006/relationships/hyperlink" Target="https://m.edsoo.ru/c4e0dd2e" TargetMode="External"/><Relationship Id="rId507" Type="http://schemas.openxmlformats.org/officeDocument/2006/relationships/hyperlink" Target="https://education.yandex.ru" TargetMode="External"/><Relationship Id="rId549" Type="http://schemas.openxmlformats.org/officeDocument/2006/relationships/hyperlink" Target="https://education.yandex.ru" TargetMode="External"/><Relationship Id="rId714" Type="http://schemas.openxmlformats.org/officeDocument/2006/relationships/hyperlink" Target="https://m.edsoo.ru/c4e29510" TargetMode="External"/><Relationship Id="rId50" Type="http://schemas.openxmlformats.org/officeDocument/2006/relationships/hyperlink" Target="https://education.yandex.ru" TargetMode="External"/><Relationship Id="rId104" Type="http://schemas.openxmlformats.org/officeDocument/2006/relationships/hyperlink" Target="https://uchi.ru" TargetMode="External"/><Relationship Id="rId146" Type="http://schemas.openxmlformats.org/officeDocument/2006/relationships/hyperlink" Target="https://uchi.ru" TargetMode="External"/><Relationship Id="rId188" Type="http://schemas.openxmlformats.org/officeDocument/2006/relationships/hyperlink" Target="https://uchi.ru" TargetMode="External"/><Relationship Id="rId311" Type="http://schemas.openxmlformats.org/officeDocument/2006/relationships/hyperlink" Target="https://education.yandex.ru" TargetMode="External"/><Relationship Id="rId353" Type="http://schemas.openxmlformats.org/officeDocument/2006/relationships/hyperlink" Target="https://m.edsoo.ru/c4e10588" TargetMode="External"/><Relationship Id="rId395" Type="http://schemas.openxmlformats.org/officeDocument/2006/relationships/hyperlink" Target="https://uchi.ru" TargetMode="External"/><Relationship Id="rId409" Type="http://schemas.openxmlformats.org/officeDocument/2006/relationships/hyperlink" Target="https://m.edsoo.ru/c4e0b4de" TargetMode="External"/><Relationship Id="rId560" Type="http://schemas.openxmlformats.org/officeDocument/2006/relationships/hyperlink" Target="https://m.edsoo.ru/c4e1b78a" TargetMode="External"/><Relationship Id="rId92" Type="http://schemas.openxmlformats.org/officeDocument/2006/relationships/hyperlink" Target="https://uchi.ru" TargetMode="External"/><Relationship Id="rId213" Type="http://schemas.openxmlformats.org/officeDocument/2006/relationships/hyperlink" Target="https://education.yandex.ru" TargetMode="External"/><Relationship Id="rId420" Type="http://schemas.openxmlformats.org/officeDocument/2006/relationships/hyperlink" Target="https://m.edsoo.ru/c4e0cdf2" TargetMode="External"/><Relationship Id="rId616" Type="http://schemas.openxmlformats.org/officeDocument/2006/relationships/hyperlink" Target="https://education.yandex.ru" TargetMode="External"/><Relationship Id="rId658" Type="http://schemas.openxmlformats.org/officeDocument/2006/relationships/hyperlink" Target="https://uchi.ru" TargetMode="External"/><Relationship Id="rId255" Type="http://schemas.openxmlformats.org/officeDocument/2006/relationships/hyperlink" Target="https://education.yandex.ru" TargetMode="External"/><Relationship Id="rId297" Type="http://schemas.openxmlformats.org/officeDocument/2006/relationships/hyperlink" Target="https://education.yandex.ru" TargetMode="External"/><Relationship Id="rId462" Type="http://schemas.openxmlformats.org/officeDocument/2006/relationships/hyperlink" Target="https://uchi.ru" TargetMode="External"/><Relationship Id="rId518" Type="http://schemas.openxmlformats.org/officeDocument/2006/relationships/hyperlink" Target="https://uchi.ru" TargetMode="External"/><Relationship Id="rId115" Type="http://schemas.openxmlformats.org/officeDocument/2006/relationships/hyperlink" Target="https://education.yandex.ru" TargetMode="External"/><Relationship Id="rId157" Type="http://schemas.openxmlformats.org/officeDocument/2006/relationships/hyperlink" Target="https://education.yandex.ru" TargetMode="External"/><Relationship Id="rId322" Type="http://schemas.openxmlformats.org/officeDocument/2006/relationships/hyperlink" Target="https://uchi.ru" TargetMode="External"/><Relationship Id="rId364" Type="http://schemas.openxmlformats.org/officeDocument/2006/relationships/hyperlink" Target="https://m.edsoo.ru/c4e08eb4" TargetMode="External"/><Relationship Id="rId61" Type="http://schemas.openxmlformats.org/officeDocument/2006/relationships/hyperlink" Target="https://m.edsoo.ru/7f4110fe" TargetMode="External"/><Relationship Id="rId199" Type="http://schemas.openxmlformats.org/officeDocument/2006/relationships/hyperlink" Target="https://education.yandex.ru" TargetMode="External"/><Relationship Id="rId571" Type="http://schemas.openxmlformats.org/officeDocument/2006/relationships/hyperlink" Target="https://uchi.ru" TargetMode="External"/><Relationship Id="rId627" Type="http://schemas.openxmlformats.org/officeDocument/2006/relationships/hyperlink" Target="https://uchi.ru" TargetMode="External"/><Relationship Id="rId669" Type="http://schemas.openxmlformats.org/officeDocument/2006/relationships/hyperlink" Target="https://uchi.ru" TargetMode="External"/><Relationship Id="rId19" Type="http://schemas.openxmlformats.org/officeDocument/2006/relationships/hyperlink" Target="https://uchi.ru" TargetMode="External"/><Relationship Id="rId224" Type="http://schemas.openxmlformats.org/officeDocument/2006/relationships/hyperlink" Target="https://uchi.ru" TargetMode="External"/><Relationship Id="rId266" Type="http://schemas.openxmlformats.org/officeDocument/2006/relationships/hyperlink" Target="https://uchi.ru" TargetMode="External"/><Relationship Id="rId431" Type="http://schemas.openxmlformats.org/officeDocument/2006/relationships/hyperlink" Target="https://m.edsoo.ru/c4e095bc" TargetMode="External"/><Relationship Id="rId473" Type="http://schemas.openxmlformats.org/officeDocument/2006/relationships/hyperlink" Target="https://m.edsoo.ru/c4e09116" TargetMode="External"/><Relationship Id="rId529" Type="http://schemas.openxmlformats.org/officeDocument/2006/relationships/hyperlink" Target="https://uchi.ru" TargetMode="External"/><Relationship Id="rId680" Type="http://schemas.openxmlformats.org/officeDocument/2006/relationships/hyperlink" Target="https://education.yandex.ru" TargetMode="External"/><Relationship Id="rId30" Type="http://schemas.openxmlformats.org/officeDocument/2006/relationships/hyperlink" Target="https://education.yandex.ru" TargetMode="External"/><Relationship Id="rId126" Type="http://schemas.openxmlformats.org/officeDocument/2006/relationships/hyperlink" Target="https://uchi.ru" TargetMode="External"/><Relationship Id="rId168" Type="http://schemas.openxmlformats.org/officeDocument/2006/relationships/hyperlink" Target="https://uchi.ru" TargetMode="External"/><Relationship Id="rId333" Type="http://schemas.openxmlformats.org/officeDocument/2006/relationships/hyperlink" Target="https://education.yandex.ru" TargetMode="External"/><Relationship Id="rId540" Type="http://schemas.openxmlformats.org/officeDocument/2006/relationships/hyperlink" Target="https://m.edsoo.ru/c4e195ca" TargetMode="External"/><Relationship Id="rId72" Type="http://schemas.openxmlformats.org/officeDocument/2006/relationships/hyperlink" Target="https://m.edsoo.ru/7f411f36" TargetMode="External"/><Relationship Id="rId375" Type="http://schemas.openxmlformats.org/officeDocument/2006/relationships/hyperlink" Target="https://uchi.ru" TargetMode="External"/><Relationship Id="rId582" Type="http://schemas.openxmlformats.org/officeDocument/2006/relationships/hyperlink" Target="https://education.yandex.ru" TargetMode="External"/><Relationship Id="rId638" Type="http://schemas.openxmlformats.org/officeDocument/2006/relationships/hyperlink" Target="https://m.edsoo.ru/c4e1cf90" TargetMode="External"/><Relationship Id="rId3" Type="http://schemas.openxmlformats.org/officeDocument/2006/relationships/settings" Target="settings.xml"/><Relationship Id="rId235" Type="http://schemas.openxmlformats.org/officeDocument/2006/relationships/hyperlink" Target="https://education.yandex.ru" TargetMode="External"/><Relationship Id="rId277" Type="http://schemas.openxmlformats.org/officeDocument/2006/relationships/hyperlink" Target="https://education.yandex.ru" TargetMode="External"/><Relationship Id="rId400" Type="http://schemas.openxmlformats.org/officeDocument/2006/relationships/hyperlink" Target="https://m.edsoo.ru/c4e139fe" TargetMode="External"/><Relationship Id="rId442" Type="http://schemas.openxmlformats.org/officeDocument/2006/relationships/hyperlink" Target="https://education.yandex.ru" TargetMode="External"/><Relationship Id="rId484" Type="http://schemas.openxmlformats.org/officeDocument/2006/relationships/hyperlink" Target="https://education.yandex.ru" TargetMode="External"/><Relationship Id="rId705" Type="http://schemas.openxmlformats.org/officeDocument/2006/relationships/hyperlink" Target="https://m.edsoo.ru/c4e2433a" TargetMode="External"/><Relationship Id="rId137" Type="http://schemas.openxmlformats.org/officeDocument/2006/relationships/hyperlink" Target="https://education.yandex.ru" TargetMode="External"/><Relationship Id="rId302" Type="http://schemas.openxmlformats.org/officeDocument/2006/relationships/hyperlink" Target="https://uchi.ru" TargetMode="External"/><Relationship Id="rId344" Type="http://schemas.openxmlformats.org/officeDocument/2006/relationships/hyperlink" Target="https://uchi.ru" TargetMode="External"/><Relationship Id="rId691" Type="http://schemas.openxmlformats.org/officeDocument/2006/relationships/hyperlink" Target="https://education.yandex.ru" TargetMode="External"/><Relationship Id="rId41" Type="http://schemas.openxmlformats.org/officeDocument/2006/relationships/hyperlink" Target="https://uchi.ru" TargetMode="External"/><Relationship Id="rId83" Type="http://schemas.openxmlformats.org/officeDocument/2006/relationships/hyperlink" Target="https://education.yandex.ru" TargetMode="External"/><Relationship Id="rId179" Type="http://schemas.openxmlformats.org/officeDocument/2006/relationships/hyperlink" Target="https://education.yandex.ru" TargetMode="External"/><Relationship Id="rId386" Type="http://schemas.openxmlformats.org/officeDocument/2006/relationships/hyperlink" Target="https://m.edsoo.ru/c4e173e2" TargetMode="External"/><Relationship Id="rId551" Type="http://schemas.openxmlformats.org/officeDocument/2006/relationships/hyperlink" Target="https://education.yandex.ru" TargetMode="External"/><Relationship Id="rId593" Type="http://schemas.openxmlformats.org/officeDocument/2006/relationships/hyperlink" Target="https://education.yandex.ru" TargetMode="External"/><Relationship Id="rId607" Type="http://schemas.openxmlformats.org/officeDocument/2006/relationships/hyperlink" Target="https://uchi.ru" TargetMode="External"/><Relationship Id="rId649" Type="http://schemas.openxmlformats.org/officeDocument/2006/relationships/hyperlink" Target="https://education.yandex.ru" TargetMode="External"/><Relationship Id="rId190" Type="http://schemas.openxmlformats.org/officeDocument/2006/relationships/hyperlink" Target="https://uchi.ru" TargetMode="External"/><Relationship Id="rId204" Type="http://schemas.openxmlformats.org/officeDocument/2006/relationships/hyperlink" Target="https://uchi.ru" TargetMode="External"/><Relationship Id="rId246" Type="http://schemas.openxmlformats.org/officeDocument/2006/relationships/hyperlink" Target="https://uchi.ru" TargetMode="External"/><Relationship Id="rId288" Type="http://schemas.openxmlformats.org/officeDocument/2006/relationships/hyperlink" Target="https://uchi.ru" TargetMode="External"/><Relationship Id="rId411" Type="http://schemas.openxmlformats.org/officeDocument/2006/relationships/hyperlink" Target="https://m.edsoo.ru/c4e16640" TargetMode="External"/><Relationship Id="rId453" Type="http://schemas.openxmlformats.org/officeDocument/2006/relationships/hyperlink" Target="https://m.edsoo.ru/c4e0c212" TargetMode="External"/><Relationship Id="rId509" Type="http://schemas.openxmlformats.org/officeDocument/2006/relationships/hyperlink" Target="https://education.yandex.ru" TargetMode="External"/><Relationship Id="rId660" Type="http://schemas.openxmlformats.org/officeDocument/2006/relationships/hyperlink" Target="https://education.yandex.ru" TargetMode="External"/><Relationship Id="rId106" Type="http://schemas.openxmlformats.org/officeDocument/2006/relationships/hyperlink" Target="https://uchi.ru" TargetMode="External"/><Relationship Id="rId313" Type="http://schemas.openxmlformats.org/officeDocument/2006/relationships/hyperlink" Target="https://education.yandex.ru" TargetMode="External"/><Relationship Id="rId495" Type="http://schemas.openxmlformats.org/officeDocument/2006/relationships/hyperlink" Target="https://m.edsoo.ru/c4e18120" TargetMode="External"/><Relationship Id="rId716" Type="http://schemas.openxmlformats.org/officeDocument/2006/relationships/hyperlink" Target="https://m.edsoo.ru/c4e20cee" TargetMode="External"/><Relationship Id="rId10" Type="http://schemas.openxmlformats.org/officeDocument/2006/relationships/hyperlink" Target="https://education.yandex.ru" TargetMode="External"/><Relationship Id="rId52" Type="http://schemas.openxmlformats.org/officeDocument/2006/relationships/hyperlink" Target="https://m.edsoo.ru/7f4110fe" TargetMode="External"/><Relationship Id="rId94" Type="http://schemas.openxmlformats.org/officeDocument/2006/relationships/hyperlink" Target="https://uchi.ru" TargetMode="External"/><Relationship Id="rId148" Type="http://schemas.openxmlformats.org/officeDocument/2006/relationships/hyperlink" Target="https://uchi.ru" TargetMode="External"/><Relationship Id="rId355" Type="http://schemas.openxmlformats.org/officeDocument/2006/relationships/hyperlink" Target="https://m.edsoo.ru/c4e17068" TargetMode="External"/><Relationship Id="rId397" Type="http://schemas.openxmlformats.org/officeDocument/2006/relationships/hyperlink" Target="https://m.edsoo.ru/c4e087e8" TargetMode="External"/><Relationship Id="rId520" Type="http://schemas.openxmlformats.org/officeDocument/2006/relationships/hyperlink" Target="https://uchi.ru" TargetMode="External"/><Relationship Id="rId562" Type="http://schemas.openxmlformats.org/officeDocument/2006/relationships/hyperlink" Target="https://uchi.ru" TargetMode="External"/><Relationship Id="rId618" Type="http://schemas.openxmlformats.org/officeDocument/2006/relationships/hyperlink" Target="https://education.yandex.ru" TargetMode="External"/><Relationship Id="rId215" Type="http://schemas.openxmlformats.org/officeDocument/2006/relationships/hyperlink" Target="https://education.yandex.ru" TargetMode="External"/><Relationship Id="rId257" Type="http://schemas.openxmlformats.org/officeDocument/2006/relationships/hyperlink" Target="https://education.yandex.ru" TargetMode="External"/><Relationship Id="rId422" Type="http://schemas.openxmlformats.org/officeDocument/2006/relationships/hyperlink" Target="https://m.edsoo.ru/c4e0cfc8" TargetMode="External"/><Relationship Id="rId464" Type="http://schemas.openxmlformats.org/officeDocument/2006/relationships/hyperlink" Target="https://uchi.ru" TargetMode="External"/><Relationship Id="rId299" Type="http://schemas.openxmlformats.org/officeDocument/2006/relationships/hyperlink" Target="https://education.yandex.ru" TargetMode="External"/><Relationship Id="rId63" Type="http://schemas.openxmlformats.org/officeDocument/2006/relationships/hyperlink" Target="https://m.edsoo.ru/7f411f36" TargetMode="External"/><Relationship Id="rId159" Type="http://schemas.openxmlformats.org/officeDocument/2006/relationships/hyperlink" Target="https://education.yandex.ru" TargetMode="External"/><Relationship Id="rId366" Type="http://schemas.openxmlformats.org/officeDocument/2006/relationships/hyperlink" Target="https://m.edsoo.ru/c4e1158c" TargetMode="External"/><Relationship Id="rId573" Type="http://schemas.openxmlformats.org/officeDocument/2006/relationships/hyperlink" Target="https://m.edsoo.ru/c4e1a704" TargetMode="External"/><Relationship Id="rId226" Type="http://schemas.openxmlformats.org/officeDocument/2006/relationships/hyperlink" Target="https://uchi.ru" TargetMode="External"/><Relationship Id="rId433" Type="http://schemas.openxmlformats.org/officeDocument/2006/relationships/hyperlink" Target="https://m.edsoo.ru/c4e0999a" TargetMode="External"/><Relationship Id="rId640" Type="http://schemas.openxmlformats.org/officeDocument/2006/relationships/hyperlink" Target="https://uchi.ru" TargetMode="External"/><Relationship Id="rId74" Type="http://schemas.openxmlformats.org/officeDocument/2006/relationships/hyperlink" Target="https://uchi.ru" TargetMode="External"/><Relationship Id="rId377" Type="http://schemas.openxmlformats.org/officeDocument/2006/relationships/hyperlink" Target="https://education.yandex.ru" TargetMode="External"/><Relationship Id="rId500" Type="http://schemas.openxmlformats.org/officeDocument/2006/relationships/hyperlink" Target="https://m.edsoo.ru/c4e0e81e" TargetMode="External"/><Relationship Id="rId584" Type="http://schemas.openxmlformats.org/officeDocument/2006/relationships/hyperlink" Target="https://education.yandex.ru" TargetMode="External"/><Relationship Id="rId5" Type="http://schemas.openxmlformats.org/officeDocument/2006/relationships/image" Target="media/image1.jpeg"/><Relationship Id="rId237" Type="http://schemas.openxmlformats.org/officeDocument/2006/relationships/hyperlink" Target="https://education.yandex.ru" TargetMode="External"/><Relationship Id="rId444" Type="http://schemas.openxmlformats.org/officeDocument/2006/relationships/hyperlink" Target="https://education.yandex.ru" TargetMode="External"/><Relationship Id="rId651" Type="http://schemas.openxmlformats.org/officeDocument/2006/relationships/hyperlink" Target="https://m.edsoo.ru/c4e2358e" TargetMode="External"/><Relationship Id="rId290" Type="http://schemas.openxmlformats.org/officeDocument/2006/relationships/hyperlink" Target="https://uchi.ru" TargetMode="External"/><Relationship Id="rId304" Type="http://schemas.openxmlformats.org/officeDocument/2006/relationships/hyperlink" Target="https://uchi.ru" TargetMode="External"/><Relationship Id="rId388" Type="http://schemas.openxmlformats.org/officeDocument/2006/relationships/hyperlink" Target="https://education.yandex.ru" TargetMode="External"/><Relationship Id="rId511" Type="http://schemas.openxmlformats.org/officeDocument/2006/relationships/hyperlink" Target="https://education.yandex.ru" TargetMode="External"/><Relationship Id="rId609" Type="http://schemas.openxmlformats.org/officeDocument/2006/relationships/hyperlink" Target="https://uchi.ru" TargetMode="External"/><Relationship Id="rId85" Type="http://schemas.openxmlformats.org/officeDocument/2006/relationships/hyperlink" Target="https://education.yandex.ru" TargetMode="External"/><Relationship Id="rId150" Type="http://schemas.openxmlformats.org/officeDocument/2006/relationships/hyperlink" Target="https://uchi.ru" TargetMode="External"/><Relationship Id="rId595" Type="http://schemas.openxmlformats.org/officeDocument/2006/relationships/hyperlink" Target="https://m.edsoo.ru/c4e1f61e" TargetMode="External"/><Relationship Id="rId248" Type="http://schemas.openxmlformats.org/officeDocument/2006/relationships/hyperlink" Target="https://uchi.ru" TargetMode="External"/><Relationship Id="rId455" Type="http://schemas.openxmlformats.org/officeDocument/2006/relationships/hyperlink" Target="https://m.edsoo.ru/c4e13666" TargetMode="External"/><Relationship Id="rId662" Type="http://schemas.openxmlformats.org/officeDocument/2006/relationships/hyperlink" Target="https://m.edsoo.ru/c4e25e42" TargetMode="External"/><Relationship Id="rId12" Type="http://schemas.openxmlformats.org/officeDocument/2006/relationships/hyperlink" Target="https://education.yandex.ru" TargetMode="External"/><Relationship Id="rId108" Type="http://schemas.openxmlformats.org/officeDocument/2006/relationships/hyperlink" Target="https://uchi.ru" TargetMode="External"/><Relationship Id="rId315" Type="http://schemas.openxmlformats.org/officeDocument/2006/relationships/hyperlink" Target="https://education.yandex.ru" TargetMode="External"/><Relationship Id="rId522" Type="http://schemas.openxmlformats.org/officeDocument/2006/relationships/hyperlink" Target="https://uchi.ru" TargetMode="External"/><Relationship Id="rId96" Type="http://schemas.openxmlformats.org/officeDocument/2006/relationships/hyperlink" Target="https://uchi.ru" TargetMode="External"/><Relationship Id="rId161" Type="http://schemas.openxmlformats.org/officeDocument/2006/relationships/hyperlink" Target="https://education.yandex.ru" TargetMode="External"/><Relationship Id="rId399" Type="http://schemas.openxmlformats.org/officeDocument/2006/relationships/hyperlink" Target="https://m.edsoo.ru/c4e13bca" TargetMode="External"/><Relationship Id="rId259" Type="http://schemas.openxmlformats.org/officeDocument/2006/relationships/hyperlink" Target="https://education.yandex.ru" TargetMode="External"/><Relationship Id="rId466" Type="http://schemas.openxmlformats.org/officeDocument/2006/relationships/hyperlink" Target="https://education.yandex.ru" TargetMode="External"/><Relationship Id="rId673" Type="http://schemas.openxmlformats.org/officeDocument/2006/relationships/hyperlink" Target="https://uchi.ru" TargetMode="External"/><Relationship Id="rId23" Type="http://schemas.openxmlformats.org/officeDocument/2006/relationships/hyperlink" Target="https://uchi.ru" TargetMode="External"/><Relationship Id="rId119" Type="http://schemas.openxmlformats.org/officeDocument/2006/relationships/hyperlink" Target="https://education.yandex.ru" TargetMode="External"/><Relationship Id="rId326" Type="http://schemas.openxmlformats.org/officeDocument/2006/relationships/hyperlink" Target="https://uchi.ru" TargetMode="External"/><Relationship Id="rId533" Type="http://schemas.openxmlformats.org/officeDocument/2006/relationships/hyperlink" Target="https://education.yandex.ru" TargetMode="External"/><Relationship Id="rId172" Type="http://schemas.openxmlformats.org/officeDocument/2006/relationships/hyperlink" Target="https://uchi.ru" TargetMode="External"/><Relationship Id="rId477" Type="http://schemas.openxmlformats.org/officeDocument/2006/relationships/hyperlink" Target="https://education.yandex.ru" TargetMode="External"/><Relationship Id="rId600" Type="http://schemas.openxmlformats.org/officeDocument/2006/relationships/hyperlink" Target="https://uchi.ru" TargetMode="External"/><Relationship Id="rId684" Type="http://schemas.openxmlformats.org/officeDocument/2006/relationships/hyperlink" Target="https://education.yandex.ru" TargetMode="External"/><Relationship Id="rId337" Type="http://schemas.openxmlformats.org/officeDocument/2006/relationships/hyperlink" Target="https://education.yandex.ru" TargetMode="External"/><Relationship Id="rId34" Type="http://schemas.openxmlformats.org/officeDocument/2006/relationships/hyperlink" Target="https://education.yandex.ru" TargetMode="External"/><Relationship Id="rId544" Type="http://schemas.openxmlformats.org/officeDocument/2006/relationships/hyperlink" Target="https://m.edsoo.ru/c4e1989a" TargetMode="External"/><Relationship Id="rId183" Type="http://schemas.openxmlformats.org/officeDocument/2006/relationships/hyperlink" Target="https://education.yandex.ru" TargetMode="External"/><Relationship Id="rId390" Type="http://schemas.openxmlformats.org/officeDocument/2006/relationships/hyperlink" Target="https://education.yandex.ru" TargetMode="External"/><Relationship Id="rId404" Type="http://schemas.openxmlformats.org/officeDocument/2006/relationships/hyperlink" Target="https://uchi.ru" TargetMode="External"/><Relationship Id="rId611" Type="http://schemas.openxmlformats.org/officeDocument/2006/relationships/hyperlink" Target="https://uchi.ru" TargetMode="External"/><Relationship Id="rId250" Type="http://schemas.openxmlformats.org/officeDocument/2006/relationships/hyperlink" Target="https://uchi.ru" TargetMode="External"/><Relationship Id="rId488" Type="http://schemas.openxmlformats.org/officeDocument/2006/relationships/hyperlink" Target="https://m.edsoo.ru/c4e0defa" TargetMode="External"/><Relationship Id="rId695" Type="http://schemas.openxmlformats.org/officeDocument/2006/relationships/hyperlink" Target="https://m.edsoo.ru/c4e2316a" TargetMode="External"/><Relationship Id="rId709" Type="http://schemas.openxmlformats.org/officeDocument/2006/relationships/hyperlink" Target="https://uchi.ru" TargetMode="External"/><Relationship Id="rId45" Type="http://schemas.openxmlformats.org/officeDocument/2006/relationships/hyperlink" Target="https://uchi.ru" TargetMode="External"/><Relationship Id="rId110" Type="http://schemas.openxmlformats.org/officeDocument/2006/relationships/hyperlink" Target="https://uchi.ru" TargetMode="External"/><Relationship Id="rId348" Type="http://schemas.openxmlformats.org/officeDocument/2006/relationships/hyperlink" Target="https://m.edsoo.ru/c4e0896e" TargetMode="External"/><Relationship Id="rId555" Type="http://schemas.openxmlformats.org/officeDocument/2006/relationships/hyperlink" Target="https://education.yandex.ru" TargetMode="External"/><Relationship Id="rId194" Type="http://schemas.openxmlformats.org/officeDocument/2006/relationships/hyperlink" Target="https://uchi.ru" TargetMode="External"/><Relationship Id="rId208" Type="http://schemas.openxmlformats.org/officeDocument/2006/relationships/hyperlink" Target="https://uchi.ru" TargetMode="External"/><Relationship Id="rId415" Type="http://schemas.openxmlformats.org/officeDocument/2006/relationships/hyperlink" Target="https://m.edsoo.ru/c4e11884" TargetMode="External"/><Relationship Id="rId622" Type="http://schemas.openxmlformats.org/officeDocument/2006/relationships/hyperlink" Target="https://m.edsoo.ru/c4e25582" TargetMode="External"/><Relationship Id="rId261" Type="http://schemas.openxmlformats.org/officeDocument/2006/relationships/hyperlink" Target="https://education.yandex.ru" TargetMode="External"/><Relationship Id="rId499" Type="http://schemas.openxmlformats.org/officeDocument/2006/relationships/hyperlink" Target="https://m.edsoo.ru/c4e102b8" TargetMode="External"/><Relationship Id="rId56" Type="http://schemas.openxmlformats.org/officeDocument/2006/relationships/hyperlink" Target="https://m.edsoo.ru/7f4110fe" TargetMode="External"/><Relationship Id="rId359" Type="http://schemas.openxmlformats.org/officeDocument/2006/relationships/hyperlink" Target="https://uchi.ru" TargetMode="External"/><Relationship Id="rId566" Type="http://schemas.openxmlformats.org/officeDocument/2006/relationships/hyperlink" Target="https://m.edsoo.ru/c4e1ae2a" TargetMode="External"/><Relationship Id="rId121" Type="http://schemas.openxmlformats.org/officeDocument/2006/relationships/hyperlink" Target="https://education.yandex.ru" TargetMode="External"/><Relationship Id="rId219" Type="http://schemas.openxmlformats.org/officeDocument/2006/relationships/hyperlink" Target="https://education.yandex.ru" TargetMode="External"/><Relationship Id="rId426" Type="http://schemas.openxmlformats.org/officeDocument/2006/relationships/hyperlink" Target="https://m.edsoo.ru/c4e12400" TargetMode="External"/><Relationship Id="rId633" Type="http://schemas.openxmlformats.org/officeDocument/2006/relationships/hyperlink" Target="https://m.edsoo.ru/c4e1fb1e" TargetMode="External"/><Relationship Id="rId67" Type="http://schemas.openxmlformats.org/officeDocument/2006/relationships/hyperlink" Target="https://m.edsoo.ru/7f411f36" TargetMode="External"/><Relationship Id="rId272" Type="http://schemas.openxmlformats.org/officeDocument/2006/relationships/hyperlink" Target="https://uchi.ru" TargetMode="External"/><Relationship Id="rId577" Type="http://schemas.openxmlformats.org/officeDocument/2006/relationships/hyperlink" Target="https://education.yandex.ru" TargetMode="External"/><Relationship Id="rId700" Type="http://schemas.openxmlformats.org/officeDocument/2006/relationships/hyperlink" Target="https://uchi.ru" TargetMode="External"/><Relationship Id="rId132" Type="http://schemas.openxmlformats.org/officeDocument/2006/relationships/hyperlink" Target="https://uchi.ru" TargetMode="External"/><Relationship Id="rId437" Type="http://schemas.openxmlformats.org/officeDocument/2006/relationships/hyperlink" Target="https://uchi.ru" TargetMode="External"/><Relationship Id="rId644" Type="http://schemas.openxmlformats.org/officeDocument/2006/relationships/hyperlink" Target="https://uchi.ru" TargetMode="External"/><Relationship Id="rId283" Type="http://schemas.openxmlformats.org/officeDocument/2006/relationships/hyperlink" Target="https://education.yandex.ru" TargetMode="External"/><Relationship Id="rId490" Type="http://schemas.openxmlformats.org/officeDocument/2006/relationships/hyperlink" Target="https://uchi.ru" TargetMode="External"/><Relationship Id="rId504" Type="http://schemas.openxmlformats.org/officeDocument/2006/relationships/hyperlink" Target="https://m.edsoo.ru/c4e16eb0" TargetMode="External"/><Relationship Id="rId711" Type="http://schemas.openxmlformats.org/officeDocument/2006/relationships/hyperlink" Target="https://education.yandex.ru" TargetMode="External"/><Relationship Id="rId78" Type="http://schemas.openxmlformats.org/officeDocument/2006/relationships/hyperlink" Target="https://uchi.ru" TargetMode="External"/><Relationship Id="rId143" Type="http://schemas.openxmlformats.org/officeDocument/2006/relationships/hyperlink" Target="https://education.yandex.ru" TargetMode="External"/><Relationship Id="rId350" Type="http://schemas.openxmlformats.org/officeDocument/2006/relationships/hyperlink" Target="https://m.edsoo.ru/c4e0ee40" TargetMode="External"/><Relationship Id="rId588" Type="http://schemas.openxmlformats.org/officeDocument/2006/relationships/hyperlink" Target="https://m.edsoo.ru/c4e1c1b2" TargetMode="External"/><Relationship Id="rId9" Type="http://schemas.openxmlformats.org/officeDocument/2006/relationships/hyperlink" Target="https://uchi.ru" TargetMode="External"/><Relationship Id="rId210" Type="http://schemas.openxmlformats.org/officeDocument/2006/relationships/hyperlink" Target="https://uchi.ru" TargetMode="External"/><Relationship Id="rId448" Type="http://schemas.openxmlformats.org/officeDocument/2006/relationships/hyperlink" Target="https://m.edsoo.ru/c4e0b8ee" TargetMode="External"/><Relationship Id="rId655" Type="http://schemas.openxmlformats.org/officeDocument/2006/relationships/hyperlink" Target="https://education.yandex.ru" TargetMode="External"/><Relationship Id="rId294" Type="http://schemas.openxmlformats.org/officeDocument/2006/relationships/hyperlink" Target="https://uchi.ru" TargetMode="External"/><Relationship Id="rId308" Type="http://schemas.openxmlformats.org/officeDocument/2006/relationships/hyperlink" Target="https://uchi.ru" TargetMode="External"/><Relationship Id="rId515" Type="http://schemas.openxmlformats.org/officeDocument/2006/relationships/hyperlink" Target="https://education.yandex.ru" TargetMode="External"/><Relationship Id="rId722" Type="http://schemas.openxmlformats.org/officeDocument/2006/relationships/theme" Target="theme/theme1.xml"/><Relationship Id="rId89" Type="http://schemas.openxmlformats.org/officeDocument/2006/relationships/hyperlink" Target="https://education.yandex.ru" TargetMode="External"/><Relationship Id="rId154" Type="http://schemas.openxmlformats.org/officeDocument/2006/relationships/hyperlink" Target="https://uchi.ru" TargetMode="External"/><Relationship Id="rId361" Type="http://schemas.openxmlformats.org/officeDocument/2006/relationships/hyperlink" Target="https://education.yandex.ru" TargetMode="External"/><Relationship Id="rId599" Type="http://schemas.openxmlformats.org/officeDocument/2006/relationships/hyperlink" Target="https://education.yandex.ru" TargetMode="External"/><Relationship Id="rId459" Type="http://schemas.openxmlformats.org/officeDocument/2006/relationships/hyperlink" Target="https://m.edsoo.ru/c4e092c4" TargetMode="External"/><Relationship Id="rId666" Type="http://schemas.openxmlformats.org/officeDocument/2006/relationships/hyperlink" Target="https://education.yandex.ru" TargetMode="External"/><Relationship Id="rId16" Type="http://schemas.openxmlformats.org/officeDocument/2006/relationships/hyperlink" Target="https://education.yandex.ru" TargetMode="External"/><Relationship Id="rId221" Type="http://schemas.openxmlformats.org/officeDocument/2006/relationships/hyperlink" Target="https://education.yandex.ru" TargetMode="External"/><Relationship Id="rId319" Type="http://schemas.openxmlformats.org/officeDocument/2006/relationships/hyperlink" Target="https://education.yandex.ru" TargetMode="External"/><Relationship Id="rId526" Type="http://schemas.openxmlformats.org/officeDocument/2006/relationships/hyperlink" Target="https://education.yandex.ru" TargetMode="External"/><Relationship Id="rId165" Type="http://schemas.openxmlformats.org/officeDocument/2006/relationships/hyperlink" Target="https://education.yandex.ru" TargetMode="External"/><Relationship Id="rId372" Type="http://schemas.openxmlformats.org/officeDocument/2006/relationships/hyperlink" Target="https://education.yandex.ru" TargetMode="External"/><Relationship Id="rId677" Type="http://schemas.openxmlformats.org/officeDocument/2006/relationships/hyperlink" Target="https://uchi.ru" TargetMode="External"/><Relationship Id="rId232" Type="http://schemas.openxmlformats.org/officeDocument/2006/relationships/hyperlink" Target="https://uchi.ru" TargetMode="External"/><Relationship Id="rId27" Type="http://schemas.openxmlformats.org/officeDocument/2006/relationships/hyperlink" Target="https://uchi.ru" TargetMode="External"/><Relationship Id="rId537" Type="http://schemas.openxmlformats.org/officeDocument/2006/relationships/hyperlink" Target="https://m.edsoo.ru/c4e1925a" TargetMode="External"/><Relationship Id="rId80" Type="http://schemas.openxmlformats.org/officeDocument/2006/relationships/hyperlink" Target="https://uchi.ru" TargetMode="External"/><Relationship Id="rId176" Type="http://schemas.openxmlformats.org/officeDocument/2006/relationships/hyperlink" Target="https://uchi.ru" TargetMode="External"/><Relationship Id="rId383" Type="http://schemas.openxmlformats.org/officeDocument/2006/relationships/hyperlink" Target="https://m.edsoo.ru/c4e11f3c" TargetMode="External"/><Relationship Id="rId590" Type="http://schemas.openxmlformats.org/officeDocument/2006/relationships/hyperlink" Target="https://uchi.ru" TargetMode="External"/><Relationship Id="rId604" Type="http://schemas.openxmlformats.org/officeDocument/2006/relationships/hyperlink" Target="https://uchi.ru" TargetMode="External"/><Relationship Id="rId243" Type="http://schemas.openxmlformats.org/officeDocument/2006/relationships/hyperlink" Target="https://education.yandex.ru" TargetMode="External"/><Relationship Id="rId450" Type="http://schemas.openxmlformats.org/officeDocument/2006/relationships/hyperlink" Target="https://education.yandex.ru" TargetMode="External"/><Relationship Id="rId688" Type="http://schemas.openxmlformats.org/officeDocument/2006/relationships/hyperlink" Target="https://uchi.ru" TargetMode="External"/><Relationship Id="rId38" Type="http://schemas.openxmlformats.org/officeDocument/2006/relationships/hyperlink" Target="https://education.yandex.ru" TargetMode="External"/><Relationship Id="rId103" Type="http://schemas.openxmlformats.org/officeDocument/2006/relationships/hyperlink" Target="https://education.yandex.ru" TargetMode="External"/><Relationship Id="rId310" Type="http://schemas.openxmlformats.org/officeDocument/2006/relationships/hyperlink" Target="https://uchi.ru" TargetMode="External"/><Relationship Id="rId548" Type="http://schemas.openxmlformats.org/officeDocument/2006/relationships/hyperlink" Target="https://m.edsoo.ru/c4e1a40c" TargetMode="External"/><Relationship Id="rId91" Type="http://schemas.openxmlformats.org/officeDocument/2006/relationships/hyperlink" Target="https://education.yandex.ru" TargetMode="External"/><Relationship Id="rId187" Type="http://schemas.openxmlformats.org/officeDocument/2006/relationships/hyperlink" Target="https://education.yandex.ru" TargetMode="External"/><Relationship Id="rId394" Type="http://schemas.openxmlformats.org/officeDocument/2006/relationships/hyperlink" Target="https://education.yandex.ru" TargetMode="External"/><Relationship Id="rId408" Type="http://schemas.openxmlformats.org/officeDocument/2006/relationships/hyperlink" Target="https://m.edsoo.ru/c4e0b18c" TargetMode="External"/><Relationship Id="rId615" Type="http://schemas.openxmlformats.org/officeDocument/2006/relationships/hyperlink" Target="https://uchi.ru" TargetMode="External"/><Relationship Id="rId254" Type="http://schemas.openxmlformats.org/officeDocument/2006/relationships/hyperlink" Target="https://uchi.ru" TargetMode="External"/><Relationship Id="rId699" Type="http://schemas.openxmlformats.org/officeDocument/2006/relationships/hyperlink" Target="https://education.yandex.ru" TargetMode="External"/><Relationship Id="rId49" Type="http://schemas.openxmlformats.org/officeDocument/2006/relationships/hyperlink" Target="https://uchi.ru" TargetMode="External"/><Relationship Id="rId114" Type="http://schemas.openxmlformats.org/officeDocument/2006/relationships/hyperlink" Target="https://uchi.ru" TargetMode="External"/><Relationship Id="rId461" Type="http://schemas.openxmlformats.org/officeDocument/2006/relationships/hyperlink" Target="https://education.yandex.ru" TargetMode="External"/><Relationship Id="rId559" Type="http://schemas.openxmlformats.org/officeDocument/2006/relationships/hyperlink" Target="https://m.edsoo.ru/c4e1b60e" TargetMode="External"/><Relationship Id="rId198" Type="http://schemas.openxmlformats.org/officeDocument/2006/relationships/hyperlink" Target="https://uchi.ru" TargetMode="External"/><Relationship Id="rId321" Type="http://schemas.openxmlformats.org/officeDocument/2006/relationships/hyperlink" Target="https://education.yandex.ru" TargetMode="External"/><Relationship Id="rId419" Type="http://schemas.openxmlformats.org/officeDocument/2006/relationships/hyperlink" Target="https://m.edsoo.ru/c4e14142" TargetMode="External"/><Relationship Id="rId626" Type="http://schemas.openxmlformats.org/officeDocument/2006/relationships/hyperlink" Target="https://education.yandex.ru" TargetMode="External"/><Relationship Id="rId265" Type="http://schemas.openxmlformats.org/officeDocument/2006/relationships/hyperlink" Target="https://education.yandex.ru" TargetMode="External"/><Relationship Id="rId472" Type="http://schemas.openxmlformats.org/officeDocument/2006/relationships/hyperlink" Target="https://m.edsoo.ru/c4e07ff0" TargetMode="External"/><Relationship Id="rId125" Type="http://schemas.openxmlformats.org/officeDocument/2006/relationships/hyperlink" Target="https://education.yandex.ru" TargetMode="External"/><Relationship Id="rId332" Type="http://schemas.openxmlformats.org/officeDocument/2006/relationships/hyperlink" Target="https://uchi.ru" TargetMode="External"/><Relationship Id="rId637" Type="http://schemas.openxmlformats.org/officeDocument/2006/relationships/hyperlink" Target="https://uchi.ru" TargetMode="External"/><Relationship Id="rId276" Type="http://schemas.openxmlformats.org/officeDocument/2006/relationships/hyperlink" Target="https://uchi.ru" TargetMode="External"/><Relationship Id="rId483" Type="http://schemas.openxmlformats.org/officeDocument/2006/relationships/hyperlink" Target="https://uchi.ru" TargetMode="External"/><Relationship Id="rId690" Type="http://schemas.openxmlformats.org/officeDocument/2006/relationships/hyperlink" Target="https://uchi.ru" TargetMode="External"/><Relationship Id="rId704" Type="http://schemas.openxmlformats.org/officeDocument/2006/relationships/hyperlink" Target="https://uchi.ru" TargetMode="External"/><Relationship Id="rId40" Type="http://schemas.openxmlformats.org/officeDocument/2006/relationships/hyperlink" Target="https://education.yandex.ru" TargetMode="External"/><Relationship Id="rId136" Type="http://schemas.openxmlformats.org/officeDocument/2006/relationships/hyperlink" Target="https://uchi.ru" TargetMode="External"/><Relationship Id="rId343" Type="http://schemas.openxmlformats.org/officeDocument/2006/relationships/hyperlink" Target="https://education.yandex.ru" TargetMode="External"/><Relationship Id="rId550" Type="http://schemas.openxmlformats.org/officeDocument/2006/relationships/hyperlink" Target="https://uch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96</Pages>
  <Words>30193</Words>
  <Characters>172106</Characters>
  <Application>Microsoft Office Word</Application>
  <DocSecurity>0</DocSecurity>
  <Lines>1434</Lines>
  <Paragraphs>403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Оксана</cp:lastModifiedBy>
  <cp:revision>10</cp:revision>
  <dcterms:created xsi:type="dcterms:W3CDTF">2023-09-17T18:04:00Z</dcterms:created>
  <dcterms:modified xsi:type="dcterms:W3CDTF">2023-10-03T15:53:00Z</dcterms:modified>
</cp:coreProperties>
</file>