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C5EF8" w14:textId="0EF79549" w:rsidR="00F94D6D" w:rsidRDefault="00F94D6D" w:rsidP="00F94D6D">
      <w:pPr>
        <w:tabs>
          <w:tab w:val="left" w:pos="709"/>
        </w:tabs>
        <w:suppressAutoHyphens/>
        <w:spacing w:after="0" w:line="240" w:lineRule="auto"/>
        <w:jc w:val="center"/>
        <w:rPr>
          <w:rFonts w:ascii="Times New Roman" w:eastAsia="Times New Roman" w:hAnsi="Times New Roman"/>
          <w:b/>
          <w:color w:val="000000"/>
          <w:sz w:val="24"/>
        </w:rPr>
      </w:pPr>
      <w:r>
        <w:rPr>
          <w:noProof/>
        </w:rPr>
        <w:drawing>
          <wp:inline distT="0" distB="0" distL="0" distR="0" wp14:anchorId="6AC0D254" wp14:editId="20B1C610">
            <wp:extent cx="6645910" cy="9668510"/>
            <wp:effectExtent l="0" t="0" r="254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9668510"/>
                    </a:xfrm>
                    <a:prstGeom prst="rect">
                      <a:avLst/>
                    </a:prstGeom>
                    <a:noFill/>
                    <a:ln>
                      <a:noFill/>
                    </a:ln>
                  </pic:spPr>
                </pic:pic>
              </a:graphicData>
            </a:graphic>
          </wp:inline>
        </w:drawing>
      </w:r>
    </w:p>
    <w:p w14:paraId="626EE8C9" w14:textId="5F081DB1" w:rsidR="003074FB" w:rsidRDefault="003074FB" w:rsidP="00BF0F28">
      <w:pPr>
        <w:autoSpaceDE w:val="0"/>
        <w:autoSpaceDN w:val="0"/>
        <w:spacing w:after="0" w:line="230" w:lineRule="auto"/>
        <w:ind w:left="-284"/>
        <w:jc w:val="center"/>
        <w:rPr>
          <w:rFonts w:ascii="Times New Roman" w:eastAsia="Times New Roman" w:hAnsi="Times New Roman"/>
          <w:b/>
          <w:color w:val="000000"/>
          <w:sz w:val="24"/>
        </w:rPr>
      </w:pPr>
    </w:p>
    <w:p w14:paraId="31FD7DA1" w14:textId="01E251F6" w:rsidR="00ED2A21" w:rsidRDefault="00ED2A21" w:rsidP="00BF0F28">
      <w:pPr>
        <w:autoSpaceDE w:val="0"/>
        <w:autoSpaceDN w:val="0"/>
        <w:spacing w:after="0" w:line="230" w:lineRule="auto"/>
        <w:ind w:left="-284"/>
        <w:jc w:val="center"/>
      </w:pPr>
      <w:r>
        <w:rPr>
          <w:rFonts w:ascii="Times New Roman" w:eastAsia="Times New Roman" w:hAnsi="Times New Roman"/>
          <w:b/>
          <w:color w:val="000000"/>
          <w:sz w:val="24"/>
        </w:rPr>
        <w:t>ПОЯСНИТЕЛЬНАЯ ЗАПИСКА</w:t>
      </w:r>
    </w:p>
    <w:p w14:paraId="64C95F6E" w14:textId="77777777" w:rsidR="00ED2A21" w:rsidRPr="003B4F80" w:rsidRDefault="00ED2A21" w:rsidP="00BF0F28">
      <w:pPr>
        <w:autoSpaceDE w:val="0"/>
        <w:autoSpaceDN w:val="0"/>
        <w:spacing w:after="0" w:line="286" w:lineRule="auto"/>
        <w:ind w:left="-284" w:firstLine="180"/>
        <w:jc w:val="both"/>
      </w:pPr>
      <w:r w:rsidRPr="003B4F80">
        <w:rPr>
          <w:rFonts w:ascii="Times New Roman" w:eastAsia="Times New Roman" w:hAnsi="Times New Roman"/>
          <w:color w:val="000000"/>
          <w:sz w:val="24"/>
        </w:rPr>
        <w:t xml:space="preserve">Рабочая программа по родному языку (русскому)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3B4F80">
        <w:rPr>
          <w:rFonts w:ascii="Times New Roman" w:eastAsia="Times New Roman" w:hAnsi="Times New Roman"/>
          <w:color w:val="000000"/>
          <w:sz w:val="24"/>
        </w:rPr>
        <w:t>Минпросвещения</w:t>
      </w:r>
      <w:proofErr w:type="spellEnd"/>
      <w:r w:rsidRPr="003B4F80">
        <w:rPr>
          <w:rFonts w:ascii="Times New Roman" w:eastAsia="Times New Roman" w:hAnsi="Times New Roman"/>
          <w:color w:val="000000"/>
          <w:sz w:val="24"/>
        </w:rPr>
        <w:t xml:space="preserve"> России от 31.05.2021 г. № 287, зарегистрирован Министерством юстиции Российской Федерации 05.07.2021 г., № 64101) (далее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C5EE5EA" w14:textId="77777777" w:rsidR="00ED2A21" w:rsidRPr="003B4F80" w:rsidRDefault="00ED2A21" w:rsidP="00BF0F28">
      <w:pPr>
        <w:autoSpaceDE w:val="0"/>
        <w:autoSpaceDN w:val="0"/>
        <w:spacing w:after="0" w:line="230" w:lineRule="auto"/>
        <w:ind w:left="-284"/>
        <w:jc w:val="both"/>
      </w:pPr>
      <w:r w:rsidRPr="003B4F80">
        <w:rPr>
          <w:rFonts w:ascii="Times New Roman" w:eastAsia="Times New Roman" w:hAnsi="Times New Roman"/>
          <w:b/>
          <w:color w:val="000000"/>
          <w:sz w:val="24"/>
        </w:rPr>
        <w:t>ОБЩАЯ ХАРАКТЕРИСТИКА УЧЕБНОГО ПРЕДМЕТА «РОДНОЙ ЯЗЫК (РУССКИЙ)»</w:t>
      </w:r>
    </w:p>
    <w:p w14:paraId="7FA70B82" w14:textId="77777777" w:rsidR="00ED2A21" w:rsidRPr="003B4F80" w:rsidRDefault="00ED2A21" w:rsidP="00BF0F28">
      <w:pPr>
        <w:autoSpaceDE w:val="0"/>
        <w:autoSpaceDN w:val="0"/>
        <w:spacing w:after="0" w:line="286" w:lineRule="auto"/>
        <w:ind w:left="-284" w:firstLine="180"/>
        <w:jc w:val="both"/>
      </w:pPr>
      <w:r w:rsidRPr="003B4F80">
        <w:rPr>
          <w:rFonts w:ascii="Times New Roman" w:eastAsia="Times New Roman" w:hAnsi="Times New Roman"/>
          <w:color w:val="000000"/>
          <w:sz w:val="24"/>
        </w:rPr>
        <w:t xml:space="preserve">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w:t>
      </w:r>
      <w:r w:rsidRPr="003B4F80">
        <w:br/>
      </w:r>
      <w:r w:rsidRPr="003B4F80">
        <w:rPr>
          <w:rFonts w:ascii="Times New Roman" w:eastAsia="Times New Roman" w:hAnsi="Times New Roman"/>
          <w:color w:val="000000"/>
          <w:sz w:val="24"/>
        </w:rPr>
        <w:t>государственным образовательным стандартом основного общего образования к предметной области</w:t>
      </w: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467181B2" w14:textId="77777777" w:rsidR="00ED2A21" w:rsidRPr="003B4F80" w:rsidRDefault="00ED2A21" w:rsidP="00BF0F28">
      <w:pPr>
        <w:autoSpaceDE w:val="0"/>
        <w:autoSpaceDN w:val="0"/>
        <w:spacing w:after="0" w:line="281" w:lineRule="auto"/>
        <w:ind w:left="-284" w:firstLine="180"/>
        <w:jc w:val="both"/>
      </w:pPr>
      <w:r w:rsidRPr="003B4F80">
        <w:rPr>
          <w:rFonts w:ascii="Times New Roman" w:eastAsia="Times New Roman" w:hAnsi="Times New Roman"/>
          <w:color w:val="000000"/>
          <w:sz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0B897317" w14:textId="77777777" w:rsidR="00ED2A21" w:rsidRPr="003B4F80" w:rsidRDefault="00ED2A21" w:rsidP="00BF0F28">
      <w:pPr>
        <w:autoSpaceDE w:val="0"/>
        <w:autoSpaceDN w:val="0"/>
        <w:spacing w:after="0" w:line="281" w:lineRule="auto"/>
        <w:ind w:left="-284" w:firstLine="180"/>
        <w:jc w:val="both"/>
      </w:pPr>
      <w:r w:rsidRPr="003B4F80">
        <w:rPr>
          <w:rFonts w:ascii="Times New Roman" w:eastAsia="Times New Roman" w:hAnsi="Times New Roman"/>
          <w:color w:val="000000"/>
          <w:sz w:val="24"/>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331102A3" w14:textId="77777777" w:rsidR="00ED2A21" w:rsidRPr="003B4F80" w:rsidRDefault="00ED2A21" w:rsidP="00BF0F28">
      <w:pPr>
        <w:autoSpaceDE w:val="0"/>
        <w:autoSpaceDN w:val="0"/>
        <w:spacing w:after="0" w:line="230" w:lineRule="auto"/>
        <w:ind w:left="-284"/>
        <w:jc w:val="both"/>
      </w:pPr>
      <w:r w:rsidRPr="003B4F80">
        <w:rPr>
          <w:rFonts w:ascii="Times New Roman" w:eastAsia="Times New Roman" w:hAnsi="Times New Roman"/>
          <w:b/>
          <w:color w:val="000000"/>
          <w:sz w:val="24"/>
        </w:rPr>
        <w:t>ЦЕЛИ ИЗУЧЕНИЯ УЧЕБНОГО ПРЕДМЕТА «РОДНОЙ ЯЗЫК (РУССКИЙ)»</w:t>
      </w:r>
    </w:p>
    <w:p w14:paraId="2E9EF36B" w14:textId="77777777" w:rsidR="00ED2A21" w:rsidRPr="003B4F80" w:rsidRDefault="00ED2A21" w:rsidP="00BF0F28">
      <w:pPr>
        <w:tabs>
          <w:tab w:val="left" w:pos="180"/>
        </w:tabs>
        <w:autoSpaceDE w:val="0"/>
        <w:autoSpaceDN w:val="0"/>
        <w:spacing w:after="0" w:line="262" w:lineRule="auto"/>
        <w:ind w:left="-284"/>
        <w:jc w:val="both"/>
      </w:pPr>
      <w:r w:rsidRPr="003B4F80">
        <w:tab/>
      </w:r>
      <w:r w:rsidRPr="003B4F80">
        <w:rPr>
          <w:rFonts w:ascii="Times New Roman" w:eastAsia="Times New Roman" w:hAnsi="Times New Roman"/>
          <w:color w:val="000000"/>
          <w:sz w:val="24"/>
        </w:rPr>
        <w:t>Целями изучения родного языка (русского) по программам основного общего образования являются:</w:t>
      </w:r>
    </w:p>
    <w:p w14:paraId="22ED1F4C" w14:textId="77777777" w:rsidR="00ED2A21" w:rsidRPr="003B4F80" w:rsidRDefault="00ED2A21" w:rsidP="00BF0F28">
      <w:pPr>
        <w:autoSpaceDE w:val="0"/>
        <w:autoSpaceDN w:val="0"/>
        <w:spacing w:after="0" w:line="286" w:lineRule="auto"/>
        <w:ind w:left="-284"/>
        <w:jc w:val="both"/>
      </w:pPr>
      <w:r w:rsidRPr="003B4F80">
        <w:rPr>
          <w:rFonts w:ascii="Times New Roman" w:eastAsia="Times New Roman" w:hAnsi="Times New Roman"/>
          <w:color w:val="000000"/>
          <w:sz w:val="24"/>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7DD66EC3" w14:textId="77777777" w:rsidR="00ED2A21" w:rsidRPr="003B4F80" w:rsidRDefault="00ED2A21" w:rsidP="00BF0F28">
      <w:pPr>
        <w:autoSpaceDE w:val="0"/>
        <w:autoSpaceDN w:val="0"/>
        <w:spacing w:after="0" w:line="281" w:lineRule="auto"/>
        <w:ind w:left="-284"/>
        <w:jc w:val="both"/>
      </w:pPr>
      <w:r w:rsidRPr="003B4F80">
        <w:rPr>
          <w:rFonts w:ascii="Times New Roman" w:eastAsia="Times New Roman" w:hAnsi="Times New Roman"/>
          <w:color w:val="000000"/>
          <w:sz w:val="24"/>
        </w:rPr>
        <w:t>—  расширение  знаний  о  национальной  специфике  русского языка и языковых единицах,</w:t>
      </w:r>
      <w:r w:rsidRPr="00ED2A21">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6642BF9" w14:textId="77777777" w:rsidR="00ED2A21" w:rsidRPr="003B4F80" w:rsidRDefault="00ED2A21" w:rsidP="00BF0F28">
      <w:pPr>
        <w:autoSpaceDE w:val="0"/>
        <w:autoSpaceDN w:val="0"/>
        <w:spacing w:after="0" w:line="281" w:lineRule="auto"/>
        <w:ind w:left="-284"/>
        <w:jc w:val="both"/>
      </w:pPr>
      <w:r w:rsidRPr="003B4F80">
        <w:rPr>
          <w:rFonts w:ascii="Times New Roman" w:eastAsia="Times New Roman" w:hAnsi="Times New Roman"/>
          <w:color w:val="000000"/>
          <w:sz w:val="24"/>
        </w:rP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w:t>
      </w:r>
      <w:r w:rsidRPr="003B4F80">
        <w:rPr>
          <w:rFonts w:ascii="Times New Roman" w:eastAsia="Times New Roman" w:hAnsi="Times New Roman"/>
          <w:color w:val="000000"/>
          <w:sz w:val="24"/>
        </w:rPr>
        <w:lastRenderedPageBreak/>
        <w:t>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6BF7B01E" w14:textId="77777777" w:rsidR="00ED2A21" w:rsidRPr="003B4F80" w:rsidRDefault="00ED2A21" w:rsidP="00BF0F28">
      <w:pPr>
        <w:autoSpaceDE w:val="0"/>
        <w:autoSpaceDN w:val="0"/>
        <w:spacing w:after="0" w:line="271" w:lineRule="auto"/>
        <w:ind w:left="-284"/>
        <w:jc w:val="both"/>
      </w:pPr>
      <w:r w:rsidRPr="003B4F80">
        <w:rPr>
          <w:rFonts w:ascii="Times New Roman" w:eastAsia="Times New Roman" w:hAnsi="Times New Roman"/>
          <w:color w:val="000000"/>
          <w:sz w:val="24"/>
        </w:rP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182C65BD" w14:textId="77777777" w:rsidR="00ED2A21" w:rsidRPr="003B4F80" w:rsidRDefault="00ED2A21" w:rsidP="00BF0F28">
      <w:pPr>
        <w:autoSpaceDE w:val="0"/>
        <w:autoSpaceDN w:val="0"/>
        <w:spacing w:after="0"/>
        <w:ind w:left="-284"/>
        <w:jc w:val="both"/>
      </w:pPr>
      <w:r w:rsidRPr="003B4F80">
        <w:rPr>
          <w:rFonts w:ascii="Times New Roman" w:eastAsia="Times New Roman" w:hAnsi="Times New Roman"/>
          <w:color w:val="000000"/>
          <w:sz w:val="24"/>
        </w:rPr>
        <w:t>—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14:paraId="7A47BA6E" w14:textId="77777777" w:rsidR="00ED2A21" w:rsidRPr="003B4F80" w:rsidRDefault="00ED2A21" w:rsidP="00BF0F28">
      <w:pPr>
        <w:autoSpaceDE w:val="0"/>
        <w:autoSpaceDN w:val="0"/>
        <w:spacing w:after="0" w:line="271" w:lineRule="auto"/>
        <w:ind w:left="-284"/>
        <w:jc w:val="both"/>
      </w:pPr>
      <w:r w:rsidRPr="003B4F80">
        <w:rPr>
          <w:rFonts w:ascii="Times New Roman" w:eastAsia="Times New Roman" w:hAnsi="Times New Roman"/>
          <w:color w:val="000000"/>
          <w:sz w:val="24"/>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2CC805B3" w14:textId="77777777" w:rsidR="00ED2A21" w:rsidRPr="003B4F80" w:rsidRDefault="00ED2A21" w:rsidP="00BF0F28">
      <w:pPr>
        <w:autoSpaceDE w:val="0"/>
        <w:autoSpaceDN w:val="0"/>
        <w:spacing w:after="0" w:line="262" w:lineRule="auto"/>
        <w:ind w:left="-284"/>
        <w:jc w:val="both"/>
      </w:pPr>
      <w:r w:rsidRPr="003B4F80">
        <w:rPr>
          <w:rFonts w:ascii="Times New Roman" w:eastAsia="Times New Roman" w:hAnsi="Times New Roman"/>
          <w:b/>
          <w:color w:val="000000"/>
          <w:sz w:val="24"/>
        </w:rPr>
        <w:t xml:space="preserve">ОСНОВНЫЕ СОДЕРЖАТЕЛЬНЫЕ ЛИНИИ ПРОГРАММЫ </w:t>
      </w:r>
      <w:proofErr w:type="gramStart"/>
      <w:r w:rsidRPr="003B4F80">
        <w:rPr>
          <w:rFonts w:ascii="Times New Roman" w:eastAsia="Times New Roman" w:hAnsi="Times New Roman"/>
          <w:b/>
          <w:color w:val="000000"/>
          <w:sz w:val="24"/>
        </w:rPr>
        <w:t>УЧЕБНОГО  ПРЕДМЕТА</w:t>
      </w:r>
      <w:proofErr w:type="gramEnd"/>
      <w:r w:rsidRPr="003B4F80">
        <w:rPr>
          <w:rFonts w:ascii="Times New Roman" w:eastAsia="Times New Roman" w:hAnsi="Times New Roman"/>
          <w:b/>
          <w:color w:val="000000"/>
          <w:sz w:val="24"/>
        </w:rPr>
        <w:t>«РУССКИЙ РОДНОЙ ЯЗЫК»</w:t>
      </w:r>
    </w:p>
    <w:p w14:paraId="108F61B2" w14:textId="77777777" w:rsidR="00ED2A21" w:rsidRPr="003B4F80" w:rsidRDefault="00ED2A21" w:rsidP="00BF0F28">
      <w:pPr>
        <w:autoSpaceDE w:val="0"/>
        <w:autoSpaceDN w:val="0"/>
        <w:spacing w:after="0" w:line="271" w:lineRule="auto"/>
        <w:ind w:left="-284" w:firstLine="180"/>
        <w:jc w:val="both"/>
      </w:pPr>
      <w:r w:rsidRPr="003B4F80">
        <w:rPr>
          <w:rFonts w:ascii="Times New Roman" w:eastAsia="Times New Roman" w:hAnsi="Times New Roman"/>
          <w:color w:val="000000"/>
          <w:sz w:val="24"/>
        </w:rPr>
        <w:t xml:space="preserve">Как курс, имеющий частный характер, школьный курс родного русского языка опирается на содержание основного </w:t>
      </w:r>
      <w:proofErr w:type="spellStart"/>
      <w:proofErr w:type="gramStart"/>
      <w:r w:rsidRPr="003B4F80">
        <w:rPr>
          <w:rFonts w:ascii="Times New Roman" w:eastAsia="Times New Roman" w:hAnsi="Times New Roman"/>
          <w:color w:val="000000"/>
          <w:sz w:val="24"/>
        </w:rPr>
        <w:t>курса,представленного</w:t>
      </w:r>
      <w:proofErr w:type="spellEnd"/>
      <w:proofErr w:type="gramEnd"/>
      <w:r w:rsidRPr="003B4F80">
        <w:rPr>
          <w:rFonts w:ascii="Times New Roman" w:eastAsia="Times New Roman" w:hAnsi="Times New Roman"/>
          <w:color w:val="000000"/>
          <w:sz w:val="24"/>
        </w:rPr>
        <w:t xml:space="preserve"> в образовательной области «Русский язык и литература», сопровождает и поддерживает его.</w:t>
      </w:r>
    </w:p>
    <w:p w14:paraId="67A3AFF2" w14:textId="77777777" w:rsidR="00ED2A21" w:rsidRPr="003B4F80" w:rsidRDefault="00ED2A21" w:rsidP="00BF0F28">
      <w:pPr>
        <w:autoSpaceDE w:val="0"/>
        <w:autoSpaceDN w:val="0"/>
        <w:spacing w:after="0"/>
        <w:ind w:left="-284" w:firstLine="180"/>
        <w:jc w:val="both"/>
      </w:pPr>
      <w:r w:rsidRPr="003B4F80">
        <w:rPr>
          <w:rFonts w:ascii="Times New Roman" w:eastAsia="Times New Roman" w:hAnsi="Times New Roman"/>
          <w:color w:val="000000"/>
          <w:sz w:val="24"/>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w:t>
      </w:r>
      <w:r w:rsidRPr="003B4F80">
        <w:br/>
      </w:r>
      <w:r w:rsidRPr="003B4F80">
        <w:rPr>
          <w:rFonts w:ascii="Times New Roman" w:eastAsia="Times New Roman" w:hAnsi="Times New Roman"/>
          <w:color w:val="000000"/>
          <w:sz w:val="24"/>
        </w:rPr>
        <w:t>ориентированный характер.</w:t>
      </w:r>
    </w:p>
    <w:p w14:paraId="0DA1BF4B" w14:textId="77777777" w:rsidR="00ED2A21" w:rsidRPr="003B4F80" w:rsidRDefault="00ED2A21" w:rsidP="00BF0F28">
      <w:pPr>
        <w:autoSpaceDE w:val="0"/>
        <w:autoSpaceDN w:val="0"/>
        <w:spacing w:after="0" w:line="230" w:lineRule="auto"/>
        <w:ind w:left="-284"/>
        <w:jc w:val="both"/>
      </w:pPr>
      <w:r w:rsidRPr="003B4F80">
        <w:rPr>
          <w:rFonts w:ascii="Times New Roman" w:eastAsia="Times New Roman" w:hAnsi="Times New Roman"/>
          <w:color w:val="000000"/>
          <w:sz w:val="24"/>
        </w:rPr>
        <w:t>В соответствии с этим в программе выделяются следующие блоки.</w:t>
      </w:r>
    </w:p>
    <w:p w14:paraId="113454B3" w14:textId="77777777" w:rsidR="00ED2A21" w:rsidRPr="003B4F80" w:rsidRDefault="00ED2A21" w:rsidP="00BF0F28">
      <w:pPr>
        <w:autoSpaceDE w:val="0"/>
        <w:autoSpaceDN w:val="0"/>
        <w:spacing w:after="0" w:line="281" w:lineRule="auto"/>
        <w:ind w:left="-284" w:firstLine="180"/>
        <w:jc w:val="both"/>
      </w:pPr>
      <w:r w:rsidRPr="003B4F80">
        <w:rPr>
          <w:rFonts w:ascii="Times New Roman" w:eastAsia="Times New Roman" w:hAnsi="Times New Roman"/>
          <w:color w:val="000000"/>
          <w:sz w:val="24"/>
        </w:rP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1FA21033" w14:textId="77777777" w:rsidR="00257A5C" w:rsidRPr="003B4F80" w:rsidRDefault="00ED2A21" w:rsidP="00BF0F28">
      <w:pPr>
        <w:autoSpaceDE w:val="0"/>
        <w:autoSpaceDN w:val="0"/>
        <w:spacing w:after="0" w:line="281" w:lineRule="auto"/>
        <w:ind w:left="-284" w:right="-1"/>
        <w:jc w:val="both"/>
      </w:pPr>
      <w:r w:rsidRPr="003B4F80">
        <w:tab/>
      </w:r>
      <w:r w:rsidRPr="003B4F80">
        <w:rPr>
          <w:rFonts w:ascii="Times New Roman" w:eastAsia="Times New Roman" w:hAnsi="Times New Roman"/>
          <w:color w:val="000000"/>
          <w:sz w:val="24"/>
        </w:rPr>
        <w:t xml:space="preserve">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w:t>
      </w:r>
      <w:r w:rsidR="00257A5C">
        <w:t xml:space="preserve"> </w:t>
      </w:r>
      <w:r w:rsidRPr="003B4F80">
        <w:rPr>
          <w:rFonts w:ascii="Times New Roman" w:eastAsia="Times New Roman" w:hAnsi="Times New Roman"/>
          <w:color w:val="000000"/>
          <w:sz w:val="24"/>
        </w:rPr>
        <w:t>сознательного использования норм русского литературного языка в устной и письменной</w:t>
      </w:r>
      <w:r w:rsidR="00257A5C">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форме с учётом требований уместности, точности, логичности, чистоты, богатства и выразительности; понимание вариа</w:t>
      </w:r>
      <w:r w:rsidR="00257A5C">
        <w:rPr>
          <w:rFonts w:ascii="Times New Roman" w:eastAsia="Times New Roman" w:hAnsi="Times New Roman"/>
          <w:color w:val="000000"/>
          <w:sz w:val="24"/>
        </w:rPr>
        <w:t xml:space="preserve">нтов норм; развитие потребности </w:t>
      </w:r>
      <w:r w:rsidRPr="003B4F80">
        <w:rPr>
          <w:rFonts w:ascii="Times New Roman" w:eastAsia="Times New Roman" w:hAnsi="Times New Roman"/>
          <w:color w:val="000000"/>
          <w:sz w:val="24"/>
        </w:rPr>
        <w:t>об</w:t>
      </w:r>
      <w:r w:rsidR="00257A5C">
        <w:rPr>
          <w:rFonts w:ascii="Times New Roman" w:eastAsia="Times New Roman" w:hAnsi="Times New Roman"/>
          <w:color w:val="000000"/>
          <w:sz w:val="24"/>
        </w:rPr>
        <w:t xml:space="preserve">ращаться к нормативным словарям </w:t>
      </w:r>
      <w:r w:rsidRPr="003B4F80">
        <w:rPr>
          <w:rFonts w:ascii="Times New Roman" w:eastAsia="Times New Roman" w:hAnsi="Times New Roman"/>
          <w:color w:val="000000"/>
          <w:sz w:val="24"/>
        </w:rPr>
        <w:t xml:space="preserve">современного русского литературного языка и совершенствование умений пользоваться ими. </w:t>
      </w:r>
      <w:r w:rsidRPr="003B4F80">
        <w:tab/>
      </w:r>
      <w:r w:rsidRPr="003B4F80">
        <w:rPr>
          <w:rFonts w:ascii="Times New Roman" w:eastAsia="Times New Roman" w:hAnsi="Times New Roman"/>
          <w:color w:val="000000"/>
          <w:sz w:val="24"/>
        </w:rPr>
        <w:t>В третьем блоке — «Речь. Речевая деятельность. Текст» — представлено содержание, направленное</w:t>
      </w:r>
      <w:r w:rsidR="00257A5C">
        <w:rPr>
          <w:rFonts w:ascii="Times New Roman" w:eastAsia="Times New Roman" w:hAnsi="Times New Roman"/>
          <w:color w:val="000000"/>
          <w:sz w:val="24"/>
        </w:rPr>
        <w:t xml:space="preserve"> </w:t>
      </w:r>
      <w:r w:rsidR="00257A5C" w:rsidRPr="003B4F80">
        <w:rPr>
          <w:rFonts w:ascii="Times New Roman" w:eastAsia="Times New Roman" w:hAnsi="Times New Roman"/>
          <w:color w:val="000000"/>
          <w:sz w:val="24"/>
        </w:rPr>
        <w:t xml:space="preserve">на совершенствование видов речевой деятельности в их взаимосвязи и культуры устной и </w:t>
      </w:r>
      <w:r w:rsidR="00257A5C" w:rsidRPr="003B4F80">
        <w:br/>
      </w:r>
      <w:r w:rsidR="00257A5C" w:rsidRPr="003B4F80">
        <w:rPr>
          <w:rFonts w:ascii="Times New Roman" w:eastAsia="Times New Roman" w:hAnsi="Times New Roman"/>
          <w:color w:val="000000"/>
          <w:sz w:val="24"/>
        </w:rPr>
        <w:t>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27543EB5"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color w:val="000000"/>
          <w:sz w:val="24"/>
        </w:rPr>
        <w:t>МЕСТО УЧЕБНОГО ПРЕДМЕТА «РОДНОЙ ЯЗЫК (РУССКИЙ)» В УЧЕБНОМ ПЛАНЕ</w:t>
      </w:r>
    </w:p>
    <w:p w14:paraId="65F678D9"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3B870788"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5 классе в объеме 34 часов.</w:t>
      </w:r>
    </w:p>
    <w:p w14:paraId="4638B90F"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color w:val="000000"/>
          <w:sz w:val="24"/>
        </w:rPr>
        <w:t xml:space="preserve">СОДЕРЖАНИЕ УЧЕБНОГО ПРЕДМЕТА </w:t>
      </w:r>
    </w:p>
    <w:p w14:paraId="09204753"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color w:val="000000"/>
          <w:sz w:val="24"/>
        </w:rPr>
        <w:t>Раздел 1. Язык и культура</w:t>
      </w:r>
    </w:p>
    <w:p w14:paraId="365CEA95"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lastRenderedPageBreak/>
        <w:t>Русский язык — национальный язык русского народа. Роль родного языка в жизни человека.</w:t>
      </w:r>
    </w:p>
    <w:p w14:paraId="25A02F25"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D3D7031"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Краткая история русской письменности. Создание славянского алфавита.</w:t>
      </w:r>
    </w:p>
    <w:p w14:paraId="0905C1CD" w14:textId="77777777" w:rsidR="00257A5C" w:rsidRPr="003B4F80" w:rsidRDefault="00257A5C" w:rsidP="00BF0F28">
      <w:pPr>
        <w:autoSpaceDE w:val="0"/>
        <w:autoSpaceDN w:val="0"/>
        <w:spacing w:after="0" w:line="283" w:lineRule="auto"/>
        <w:ind w:left="-284"/>
        <w:jc w:val="both"/>
      </w:pPr>
      <w:r w:rsidRPr="003B4F80">
        <w:rPr>
          <w:rFonts w:ascii="Times New Roman" w:eastAsia="Times New Roman" w:hAnsi="Times New Roman"/>
          <w:color w:val="000000"/>
          <w:sz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w:t>
      </w:r>
      <w:proofErr w:type="gramStart"/>
      <w:r w:rsidRPr="003B4F80">
        <w:rPr>
          <w:rFonts w:ascii="Times New Roman" w:eastAsia="Times New Roman" w:hAnsi="Times New Roman"/>
          <w:color w:val="000000"/>
          <w:sz w:val="24"/>
        </w:rPr>
        <w:t>народно-поэтические</w:t>
      </w:r>
      <w:proofErr w:type="gramEnd"/>
      <w:r w:rsidRPr="003B4F80">
        <w:rPr>
          <w:rFonts w:ascii="Times New Roman" w:eastAsia="Times New Roman" w:hAnsi="Times New Roman"/>
          <w:color w:val="000000"/>
          <w:sz w:val="24"/>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3CE87937"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3D7EFF1C"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C0D9DA1"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xml:space="preserve">Слова со специфическим оценочно-характеризующим значением. Связь определённых </w:t>
      </w:r>
      <w:r w:rsidRPr="003B4F80">
        <w:br/>
      </w:r>
      <w:r w:rsidRPr="003B4F80">
        <w:rPr>
          <w:rFonts w:ascii="Times New Roman" w:eastAsia="Times New Roman" w:hAnsi="Times New Roman"/>
          <w:color w:val="000000"/>
          <w:sz w:val="24"/>
        </w:rPr>
        <w:t>наименований с некоторыми качествами, эмоциональными состояниями и т. п. человека (</w:t>
      </w:r>
      <w:r w:rsidRPr="003B4F80">
        <w:rPr>
          <w:rFonts w:ascii="Times New Roman" w:eastAsia="Times New Roman" w:hAnsi="Times New Roman"/>
          <w:i/>
          <w:color w:val="000000"/>
          <w:sz w:val="24"/>
        </w:rPr>
        <w:t>барышня —об изнеженной, избалованной девушке; сухарь — о сухом, неотзывчивом  человеке;  сорока  —  о болтливой  женщине</w:t>
      </w:r>
      <w:r w:rsidRPr="003B4F80">
        <w:rPr>
          <w:rFonts w:ascii="Times New Roman" w:eastAsia="Times New Roman" w:hAnsi="Times New Roman"/>
          <w:color w:val="000000"/>
          <w:sz w:val="24"/>
        </w:rPr>
        <w:t xml:space="preserve"> и т. п.).</w:t>
      </w:r>
    </w:p>
    <w:p w14:paraId="4164F5C4"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59353698" w14:textId="77777777" w:rsidR="00257A5C" w:rsidRPr="003B4F80" w:rsidRDefault="00257A5C" w:rsidP="00BF0F28">
      <w:pPr>
        <w:autoSpaceDE w:val="0"/>
        <w:autoSpaceDN w:val="0"/>
        <w:spacing w:after="0" w:line="278" w:lineRule="auto"/>
        <w:ind w:left="-284"/>
        <w:jc w:val="both"/>
      </w:pPr>
      <w:r w:rsidRPr="003B4F80">
        <w:rPr>
          <w:rFonts w:ascii="Times New Roman" w:eastAsia="Times New Roman" w:hAnsi="Times New Roman"/>
          <w:color w:val="000000"/>
          <w:sz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97C4F9D"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Общеизвестные старинные русские города. Происхождение их названий.</w:t>
      </w:r>
    </w:p>
    <w:p w14:paraId="6107378A"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Ознакомление с историей и этимологией некоторых слов.</w:t>
      </w:r>
    </w:p>
    <w:p w14:paraId="6CEA8C7C"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color w:val="000000"/>
          <w:sz w:val="24"/>
        </w:rPr>
        <w:t>Раздел 2. Культура речи</w:t>
      </w:r>
    </w:p>
    <w:p w14:paraId="7D1C6BB3"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465CBF91" w14:textId="77777777" w:rsidR="00257A5C" w:rsidRPr="003B4F80" w:rsidRDefault="00257A5C" w:rsidP="00BF0F28">
      <w:pPr>
        <w:tabs>
          <w:tab w:val="left" w:pos="180"/>
        </w:tabs>
        <w:autoSpaceDE w:val="0"/>
        <w:autoSpaceDN w:val="0"/>
        <w:spacing w:after="0" w:line="262" w:lineRule="auto"/>
        <w:ind w:left="-284"/>
        <w:jc w:val="both"/>
      </w:pPr>
      <w:r w:rsidRPr="003B4F80">
        <w:tab/>
      </w:r>
      <w:r w:rsidRPr="003B4F80">
        <w:rPr>
          <w:rFonts w:ascii="Times New Roman" w:eastAsia="Times New Roman" w:hAnsi="Times New Roman"/>
          <w:color w:val="000000"/>
          <w:sz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6F2DFC28" w14:textId="77777777" w:rsidR="00ED2A21" w:rsidRPr="003B4F80" w:rsidRDefault="00257A5C" w:rsidP="00BF0F28">
      <w:pPr>
        <w:tabs>
          <w:tab w:val="left" w:pos="180"/>
        </w:tabs>
        <w:autoSpaceDE w:val="0"/>
        <w:autoSpaceDN w:val="0"/>
        <w:spacing w:after="0" w:line="286" w:lineRule="auto"/>
        <w:ind w:left="-284"/>
        <w:jc w:val="both"/>
      </w:pPr>
      <w:r w:rsidRPr="003B4F80">
        <w:rPr>
          <w:rFonts w:ascii="Times New Roman" w:eastAsia="Times New Roman" w:hAnsi="Times New Roman"/>
          <w:color w:val="000000"/>
          <w:sz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w:t>
      </w:r>
      <w:r w:rsidRPr="003B4F80">
        <w:br/>
      </w:r>
      <w:r w:rsidRPr="003B4F80">
        <w:rPr>
          <w:rFonts w:ascii="Times New Roman" w:eastAsia="Times New Roman" w:hAnsi="Times New Roman"/>
          <w:color w:val="000000"/>
          <w:sz w:val="24"/>
        </w:rPr>
        <w:t>общеупотребительный‚ разговорный и просторечный) употребления имён существительных,</w:t>
      </w:r>
    </w:p>
    <w:p w14:paraId="522F8C9B" w14:textId="77777777" w:rsidR="00257A5C" w:rsidRPr="003B4F80" w:rsidRDefault="00257A5C" w:rsidP="00BF0F28">
      <w:pPr>
        <w:tabs>
          <w:tab w:val="left" w:pos="9498"/>
        </w:tabs>
        <w:autoSpaceDE w:val="0"/>
        <w:autoSpaceDN w:val="0"/>
        <w:spacing w:after="0" w:line="271" w:lineRule="auto"/>
        <w:ind w:left="-284" w:right="-1"/>
        <w:jc w:val="both"/>
      </w:pPr>
      <w:r w:rsidRPr="003B4F80">
        <w:rPr>
          <w:rFonts w:ascii="Times New Roman" w:eastAsia="Times New Roman" w:hAnsi="Times New Roman"/>
          <w:color w:val="000000"/>
          <w:sz w:val="24"/>
        </w:rPr>
        <w:t>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0531FCBD" w14:textId="77777777" w:rsidR="00257A5C" w:rsidRPr="003B4F80" w:rsidRDefault="00257A5C" w:rsidP="00BF0F28">
      <w:pPr>
        <w:tabs>
          <w:tab w:val="left" w:pos="9498"/>
        </w:tabs>
        <w:autoSpaceDE w:val="0"/>
        <w:autoSpaceDN w:val="0"/>
        <w:spacing w:after="0" w:line="281" w:lineRule="auto"/>
        <w:ind w:left="-284" w:right="-1"/>
        <w:jc w:val="both"/>
      </w:pPr>
      <w:r w:rsidRPr="003B4F80">
        <w:rPr>
          <w:rFonts w:ascii="Times New Roman" w:eastAsia="Times New Roman" w:hAnsi="Times New Roman"/>
          <w:color w:val="000000"/>
          <w:sz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B4F80">
        <w:rPr>
          <w:rFonts w:ascii="Times New Roman" w:eastAsia="Times New Roman" w:hAnsi="Times New Roman"/>
          <w:i/>
          <w:color w:val="000000"/>
          <w:sz w:val="24"/>
        </w:rPr>
        <w:t>-а(-я), -ы(-</w:t>
      </w:r>
      <w:proofErr w:type="gramStart"/>
      <w:r w:rsidRPr="003B4F80">
        <w:rPr>
          <w:rFonts w:ascii="Times New Roman" w:eastAsia="Times New Roman" w:hAnsi="Times New Roman"/>
          <w:i/>
          <w:color w:val="000000"/>
          <w:sz w:val="24"/>
        </w:rPr>
        <w:t>и)</w:t>
      </w:r>
      <w:r w:rsidRPr="003B4F80">
        <w:rPr>
          <w:rFonts w:ascii="Times New Roman" w:eastAsia="Times New Roman" w:hAnsi="Times New Roman"/>
          <w:color w:val="000000"/>
          <w:sz w:val="24"/>
        </w:rPr>
        <w:t>‚</w:t>
      </w:r>
      <w:proofErr w:type="gramEnd"/>
      <w:r w:rsidRPr="003B4F80">
        <w:rPr>
          <w:rFonts w:ascii="Times New Roman" w:eastAsia="Times New Roman" w:hAnsi="Times New Roman"/>
          <w:color w:val="000000"/>
          <w:sz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w:t>
      </w:r>
      <w:r>
        <w:t xml:space="preserve"> </w:t>
      </w:r>
      <w:r w:rsidRPr="003B4F80">
        <w:rPr>
          <w:rFonts w:ascii="Times New Roman" w:eastAsia="Times New Roman" w:hAnsi="Times New Roman"/>
          <w:color w:val="000000"/>
          <w:sz w:val="24"/>
        </w:rPr>
        <w:t>существительных мужского рода.</w:t>
      </w:r>
    </w:p>
    <w:p w14:paraId="69B99DBF"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Правила речевого этикета: нормы и традиции. Устойчивые формулы речевого этикета в общении.</w:t>
      </w:r>
    </w:p>
    <w:p w14:paraId="10E5A658"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Обращение в русском речевом этикете. История этикетной формулы обращения в русском языке.</w:t>
      </w:r>
    </w:p>
    <w:p w14:paraId="552B3E68" w14:textId="77777777" w:rsidR="00257A5C" w:rsidRPr="003B4F80" w:rsidRDefault="00257A5C" w:rsidP="00BF0F28">
      <w:pPr>
        <w:tabs>
          <w:tab w:val="left" w:pos="9498"/>
        </w:tabs>
        <w:autoSpaceDE w:val="0"/>
        <w:autoSpaceDN w:val="0"/>
        <w:spacing w:after="0" w:line="281" w:lineRule="auto"/>
        <w:ind w:left="-284" w:right="-1"/>
        <w:jc w:val="both"/>
      </w:pPr>
      <w:r w:rsidRPr="003B4F80">
        <w:rPr>
          <w:rFonts w:ascii="Times New Roman" w:eastAsia="Times New Roman" w:hAnsi="Times New Roman"/>
          <w:color w:val="000000"/>
          <w:sz w:val="24"/>
        </w:rPr>
        <w:lastRenderedPageBreak/>
        <w:t>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705FDB6"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b/>
          <w:color w:val="000000"/>
          <w:sz w:val="24"/>
        </w:rPr>
        <w:t>Раздел 3. Речь. Речевая деятельность. Текст</w:t>
      </w:r>
    </w:p>
    <w:p w14:paraId="3BE31878" w14:textId="77777777" w:rsidR="00257A5C" w:rsidRPr="003B4F80" w:rsidRDefault="00257A5C" w:rsidP="00BF0F28">
      <w:pPr>
        <w:tabs>
          <w:tab w:val="left" w:pos="180"/>
          <w:tab w:val="left" w:pos="9498"/>
        </w:tabs>
        <w:autoSpaceDE w:val="0"/>
        <w:autoSpaceDN w:val="0"/>
        <w:spacing w:after="0" w:line="262" w:lineRule="auto"/>
        <w:ind w:left="-284" w:right="-1"/>
        <w:jc w:val="both"/>
      </w:pPr>
      <w:r w:rsidRPr="003B4F80">
        <w:rPr>
          <w:rFonts w:ascii="Times New Roman" w:eastAsia="Times New Roman" w:hAnsi="Times New Roman"/>
          <w:color w:val="000000"/>
          <w:sz w:val="24"/>
        </w:rPr>
        <w:t>Язык и речь. Средства выразительной устной речи (тон, тембр, темп), способы тренировки (скороговорки). Интонация и жесты.</w:t>
      </w:r>
    </w:p>
    <w:p w14:paraId="122E760F"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Текст. Композиционные формы описания, повествования, рассуждения.</w:t>
      </w:r>
    </w:p>
    <w:p w14:paraId="1B73D559" w14:textId="77777777" w:rsidR="00257A5C" w:rsidRPr="003B4F80" w:rsidRDefault="00257A5C" w:rsidP="00BF0F28">
      <w:pPr>
        <w:tabs>
          <w:tab w:val="left" w:pos="180"/>
          <w:tab w:val="left" w:pos="9498"/>
        </w:tabs>
        <w:autoSpaceDE w:val="0"/>
        <w:autoSpaceDN w:val="0"/>
        <w:spacing w:after="0" w:line="262" w:lineRule="auto"/>
        <w:ind w:left="-284" w:right="-1"/>
        <w:jc w:val="both"/>
      </w:pPr>
      <w:r w:rsidRPr="003B4F80">
        <w:rPr>
          <w:rFonts w:ascii="Times New Roman" w:eastAsia="Times New Roman" w:hAnsi="Times New Roman"/>
          <w:color w:val="000000"/>
          <w:sz w:val="24"/>
        </w:rPr>
        <w:t>Функциональные разновидности языка. Разговорная речь. Просьба, извинение как жанры разговорной речи.</w:t>
      </w:r>
    </w:p>
    <w:p w14:paraId="45CC7E24"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Официально-деловой стиль. Объявление (устное и письменное).</w:t>
      </w:r>
    </w:p>
    <w:p w14:paraId="510FF781"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Учебно-научный стиль. План ответа на уроке, план текста.</w:t>
      </w:r>
    </w:p>
    <w:p w14:paraId="6C96F431"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Публицистический стиль. Устное выступление. Девиз, слоган.</w:t>
      </w:r>
    </w:p>
    <w:p w14:paraId="7622DDF4" w14:textId="77777777" w:rsidR="00257A5C" w:rsidRPr="003B4F80" w:rsidRDefault="00257A5C" w:rsidP="00BF0F28">
      <w:pPr>
        <w:tabs>
          <w:tab w:val="left" w:pos="9498"/>
        </w:tabs>
        <w:autoSpaceDE w:val="0"/>
        <w:autoSpaceDN w:val="0"/>
        <w:spacing w:after="0" w:line="230" w:lineRule="auto"/>
        <w:ind w:left="-284" w:right="-1"/>
        <w:jc w:val="both"/>
      </w:pPr>
      <w:r w:rsidRPr="003B4F80">
        <w:rPr>
          <w:rFonts w:ascii="Times New Roman" w:eastAsia="Times New Roman" w:hAnsi="Times New Roman"/>
          <w:color w:val="000000"/>
          <w:sz w:val="24"/>
        </w:rPr>
        <w:t>Язык художественной  литературы. Литературная  сказка. Рассказ.</w:t>
      </w:r>
    </w:p>
    <w:p w14:paraId="32A9D80C" w14:textId="77777777" w:rsidR="00ED2A21" w:rsidRDefault="00257A5C" w:rsidP="00BF0F28">
      <w:pPr>
        <w:tabs>
          <w:tab w:val="left" w:pos="9498"/>
        </w:tabs>
        <w:spacing w:after="0"/>
        <w:ind w:left="-284" w:right="-1"/>
        <w:jc w:val="both"/>
        <w:rPr>
          <w:rFonts w:ascii="Times New Roman" w:eastAsia="Times New Roman" w:hAnsi="Times New Roman"/>
          <w:color w:val="000000"/>
          <w:sz w:val="24"/>
        </w:rPr>
      </w:pPr>
      <w:r w:rsidRPr="003B4F80">
        <w:rPr>
          <w:rFonts w:ascii="Times New Roman" w:eastAsia="Times New Roman" w:hAnsi="Times New Roman"/>
          <w:color w:val="000000"/>
          <w:sz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38D20852" w14:textId="77777777" w:rsidR="00257A5C" w:rsidRPr="003B4F80" w:rsidRDefault="00257A5C" w:rsidP="00BF0F28">
      <w:pPr>
        <w:tabs>
          <w:tab w:val="left" w:pos="-284"/>
        </w:tabs>
        <w:autoSpaceDE w:val="0"/>
        <w:autoSpaceDN w:val="0"/>
        <w:spacing w:after="0" w:line="230" w:lineRule="auto"/>
        <w:ind w:left="-284"/>
        <w:jc w:val="both"/>
      </w:pPr>
      <w:r w:rsidRPr="003B4F80">
        <w:rPr>
          <w:rFonts w:ascii="Times New Roman" w:eastAsia="Times New Roman" w:hAnsi="Times New Roman"/>
          <w:b/>
          <w:color w:val="000000"/>
          <w:sz w:val="24"/>
        </w:rPr>
        <w:t>ПЛАНИРУЕМЫЕ ОБРАЗОВАТЕЛЬНЫЕ РЕЗУЛЬТАТЫ</w:t>
      </w:r>
    </w:p>
    <w:p w14:paraId="6C9601F6" w14:textId="77777777" w:rsidR="00257A5C" w:rsidRPr="003B4F80" w:rsidRDefault="00257A5C" w:rsidP="00BF0F28">
      <w:pPr>
        <w:tabs>
          <w:tab w:val="left" w:pos="-284"/>
          <w:tab w:val="left" w:pos="180"/>
        </w:tabs>
        <w:autoSpaceDE w:val="0"/>
        <w:autoSpaceDN w:val="0"/>
        <w:spacing w:after="0" w:line="262" w:lineRule="auto"/>
        <w:ind w:left="-284"/>
        <w:jc w:val="both"/>
      </w:pPr>
      <w:r w:rsidRPr="003B4F80">
        <w:tab/>
      </w:r>
      <w:r w:rsidRPr="003B4F80">
        <w:rPr>
          <w:rFonts w:ascii="Times New Roman" w:eastAsia="Times New Roman" w:hAnsi="Times New Roman"/>
          <w:color w:val="000000"/>
          <w:sz w:val="24"/>
        </w:rPr>
        <w:t>Изучение учебного предмета «Родной язык (русский)» в 5 классе направлено на достижение обучающимися следующих личностных, метапредметных и предметных результатов.</w:t>
      </w:r>
    </w:p>
    <w:p w14:paraId="51D621D8" w14:textId="77777777" w:rsidR="00257A5C" w:rsidRPr="003B4F80" w:rsidRDefault="00257A5C" w:rsidP="00BF0F28">
      <w:pPr>
        <w:tabs>
          <w:tab w:val="left" w:pos="-284"/>
        </w:tabs>
        <w:autoSpaceDE w:val="0"/>
        <w:autoSpaceDN w:val="0"/>
        <w:spacing w:after="0" w:line="230" w:lineRule="auto"/>
        <w:ind w:left="-284"/>
        <w:jc w:val="both"/>
      </w:pPr>
      <w:r w:rsidRPr="003B4F80">
        <w:rPr>
          <w:rFonts w:ascii="Times New Roman" w:eastAsia="Times New Roman" w:hAnsi="Times New Roman"/>
          <w:b/>
          <w:color w:val="000000"/>
          <w:sz w:val="24"/>
        </w:rPr>
        <w:t>ЛИЧНОСТНЫЕ РЕЗУЛЬТАТЫ</w:t>
      </w:r>
    </w:p>
    <w:p w14:paraId="1EDD2F77" w14:textId="77777777" w:rsidR="00257A5C" w:rsidRPr="003B4F80" w:rsidRDefault="00257A5C" w:rsidP="00BF0F28">
      <w:pPr>
        <w:tabs>
          <w:tab w:val="left" w:pos="-284"/>
        </w:tabs>
        <w:autoSpaceDE w:val="0"/>
        <w:autoSpaceDN w:val="0"/>
        <w:spacing w:after="0" w:line="281" w:lineRule="auto"/>
        <w:ind w:left="-284"/>
        <w:jc w:val="both"/>
      </w:pPr>
      <w:r w:rsidRPr="003B4F80">
        <w:rPr>
          <w:rFonts w:ascii="Times New Roman" w:eastAsia="Times New Roman" w:hAnsi="Times New Roman"/>
          <w:color w:val="000000"/>
          <w:sz w:val="24"/>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672B376" w14:textId="77777777" w:rsidR="00257A5C" w:rsidRDefault="00257A5C" w:rsidP="00BF0F28">
      <w:pPr>
        <w:tabs>
          <w:tab w:val="left" w:pos="-284"/>
          <w:tab w:val="left" w:pos="180"/>
        </w:tabs>
        <w:autoSpaceDE w:val="0"/>
        <w:autoSpaceDN w:val="0"/>
        <w:spacing w:after="0" w:line="281" w:lineRule="auto"/>
        <w:ind w:left="-284"/>
        <w:jc w:val="both"/>
      </w:pPr>
      <w:r w:rsidRPr="003B4F80">
        <w:tab/>
      </w:r>
      <w:r w:rsidRPr="003B4F80">
        <w:rPr>
          <w:rFonts w:ascii="Times New Roman" w:eastAsia="Times New Roman" w:hAnsi="Times New Roman"/>
          <w:color w:val="000000"/>
          <w:sz w:val="24"/>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w:t>
      </w:r>
      <w:r>
        <w:rPr>
          <w:rFonts w:ascii="Times New Roman" w:eastAsia="Times New Roman" w:hAnsi="Times New Roman"/>
          <w:color w:val="000000"/>
          <w:sz w:val="24"/>
        </w:rPr>
        <w:t xml:space="preserve">х ориентаций и расширение опыта </w:t>
      </w:r>
      <w:r w:rsidRPr="003B4F80">
        <w:rPr>
          <w:rFonts w:ascii="Times New Roman" w:eastAsia="Times New Roman" w:hAnsi="Times New Roman"/>
          <w:color w:val="000000"/>
          <w:sz w:val="24"/>
        </w:rPr>
        <w:t>деятельности на её основе и в процессе реализации осно</w:t>
      </w:r>
      <w:r>
        <w:rPr>
          <w:rFonts w:ascii="Times New Roman" w:eastAsia="Times New Roman" w:hAnsi="Times New Roman"/>
          <w:color w:val="000000"/>
          <w:sz w:val="24"/>
        </w:rPr>
        <w:t xml:space="preserve">вных направлений воспитательной </w:t>
      </w:r>
      <w:r w:rsidRPr="003B4F80">
        <w:rPr>
          <w:rFonts w:ascii="Times New Roman" w:eastAsia="Times New Roman" w:hAnsi="Times New Roman"/>
          <w:color w:val="000000"/>
          <w:sz w:val="24"/>
        </w:rPr>
        <w:t xml:space="preserve">деятельности, в том числе в части: </w:t>
      </w:r>
    </w:p>
    <w:p w14:paraId="195B776F" w14:textId="77777777" w:rsidR="00257A5C" w:rsidRPr="003B4F80" w:rsidRDefault="00257A5C" w:rsidP="00BF0F28">
      <w:pPr>
        <w:tabs>
          <w:tab w:val="left" w:pos="-284"/>
          <w:tab w:val="left" w:pos="180"/>
        </w:tabs>
        <w:autoSpaceDE w:val="0"/>
        <w:autoSpaceDN w:val="0"/>
        <w:spacing w:after="0" w:line="281" w:lineRule="auto"/>
        <w:ind w:left="-284"/>
        <w:jc w:val="both"/>
      </w:pPr>
      <w:r w:rsidRPr="003B4F80">
        <w:rPr>
          <w:rFonts w:ascii="Times New Roman" w:eastAsia="Times New Roman" w:hAnsi="Times New Roman"/>
          <w:b/>
          <w:i/>
          <w:color w:val="000000"/>
          <w:sz w:val="24"/>
        </w:rPr>
        <w:t>гражданского воспитания:</w:t>
      </w:r>
    </w:p>
    <w:p w14:paraId="65018E53" w14:textId="77777777" w:rsidR="00257A5C" w:rsidRPr="003B4F80" w:rsidRDefault="00257A5C" w:rsidP="00BF0F28">
      <w:pPr>
        <w:tabs>
          <w:tab w:val="left" w:pos="-284"/>
        </w:tabs>
        <w:autoSpaceDE w:val="0"/>
        <w:autoSpaceDN w:val="0"/>
        <w:spacing w:after="0" w:line="262" w:lineRule="auto"/>
        <w:ind w:left="-284"/>
        <w:jc w:val="both"/>
      </w:pPr>
      <w:r w:rsidRPr="003B4F80">
        <w:rPr>
          <w:rFonts w:ascii="Times New Roman" w:eastAsia="Times New Roman" w:hAnsi="Times New Roman"/>
          <w:color w:val="000000"/>
          <w:sz w:val="24"/>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07BDFE6A" w14:textId="77777777" w:rsidR="00257A5C" w:rsidRPr="003B4F80" w:rsidRDefault="00257A5C" w:rsidP="00BF0F28">
      <w:pPr>
        <w:tabs>
          <w:tab w:val="left" w:pos="-284"/>
        </w:tabs>
        <w:autoSpaceDE w:val="0"/>
        <w:autoSpaceDN w:val="0"/>
        <w:spacing w:after="0" w:line="271" w:lineRule="auto"/>
        <w:ind w:left="-284"/>
        <w:jc w:val="both"/>
      </w:pPr>
      <w:r w:rsidRPr="003B4F80">
        <w:rPr>
          <w:rFonts w:ascii="Times New Roman" w:eastAsia="Times New Roman" w:hAnsi="Times New Roman"/>
          <w:color w:val="000000"/>
          <w:sz w:val="24"/>
        </w:rPr>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14:paraId="1ED5F071" w14:textId="77777777" w:rsidR="00257A5C" w:rsidRPr="003B4F80" w:rsidRDefault="00257A5C" w:rsidP="00BF0F28">
      <w:pPr>
        <w:tabs>
          <w:tab w:val="left" w:pos="-284"/>
        </w:tabs>
        <w:autoSpaceDE w:val="0"/>
        <w:autoSpaceDN w:val="0"/>
        <w:spacing w:after="0" w:line="230" w:lineRule="auto"/>
        <w:ind w:left="-284"/>
        <w:jc w:val="both"/>
      </w:pPr>
      <w:r w:rsidRPr="003B4F80">
        <w:rPr>
          <w:rFonts w:ascii="Times New Roman" w:eastAsia="Times New Roman" w:hAnsi="Times New Roman"/>
          <w:color w:val="000000"/>
          <w:sz w:val="24"/>
        </w:rPr>
        <w:t xml:space="preserve">—  неприятие любых форм экстремизма, дискриминации; </w:t>
      </w:r>
    </w:p>
    <w:p w14:paraId="1075E0EA" w14:textId="77777777" w:rsidR="00257A5C" w:rsidRPr="003B4F80" w:rsidRDefault="00257A5C" w:rsidP="00BF0F28">
      <w:pPr>
        <w:tabs>
          <w:tab w:val="left" w:pos="-284"/>
        </w:tabs>
        <w:autoSpaceDE w:val="0"/>
        <w:autoSpaceDN w:val="0"/>
        <w:spacing w:after="0" w:line="230" w:lineRule="auto"/>
        <w:ind w:left="-284"/>
        <w:jc w:val="both"/>
      </w:pPr>
      <w:r w:rsidRPr="003B4F80">
        <w:rPr>
          <w:rFonts w:ascii="Times New Roman" w:eastAsia="Times New Roman" w:hAnsi="Times New Roman"/>
          <w:color w:val="000000"/>
          <w:sz w:val="24"/>
        </w:rPr>
        <w:t xml:space="preserve">—   понимание роли различных социальных институтов в жизни человека; </w:t>
      </w:r>
    </w:p>
    <w:p w14:paraId="15423DE3" w14:textId="77777777" w:rsidR="00257A5C" w:rsidRPr="003B4F80" w:rsidRDefault="00257A5C" w:rsidP="00BF0F28">
      <w:pPr>
        <w:tabs>
          <w:tab w:val="left" w:pos="-284"/>
        </w:tabs>
        <w:autoSpaceDE w:val="0"/>
        <w:autoSpaceDN w:val="0"/>
        <w:spacing w:after="0"/>
        <w:ind w:left="-284"/>
        <w:jc w:val="both"/>
      </w:pPr>
      <w:r w:rsidRPr="003B4F80">
        <w:rPr>
          <w:rFonts w:ascii="Times New Roman" w:eastAsia="Times New Roman" w:hAnsi="Times New Roman"/>
          <w:color w:val="000000"/>
          <w:sz w:val="24"/>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14:paraId="294CEEE1" w14:textId="77777777" w:rsidR="00257A5C" w:rsidRPr="003B4F80" w:rsidRDefault="00257A5C" w:rsidP="00BF0F28">
      <w:pPr>
        <w:tabs>
          <w:tab w:val="left" w:pos="-284"/>
        </w:tabs>
        <w:autoSpaceDE w:val="0"/>
        <w:autoSpaceDN w:val="0"/>
        <w:spacing w:after="0" w:line="262" w:lineRule="auto"/>
        <w:ind w:left="-284"/>
        <w:jc w:val="both"/>
      </w:pPr>
      <w:r w:rsidRPr="003B4F80">
        <w:rPr>
          <w:rFonts w:ascii="Times New Roman" w:eastAsia="Times New Roman" w:hAnsi="Times New Roman"/>
          <w:color w:val="000000"/>
          <w:sz w:val="24"/>
        </w:rPr>
        <w:t xml:space="preserve">—  готовность к разнообразной совместной деятельности, стремление к взаимопониманию и взаимопомощи; </w:t>
      </w:r>
    </w:p>
    <w:p w14:paraId="0774F72C" w14:textId="77777777" w:rsidR="00257A5C" w:rsidRPr="003B4F80" w:rsidRDefault="00257A5C" w:rsidP="00BF0F28">
      <w:pPr>
        <w:tabs>
          <w:tab w:val="left" w:pos="-284"/>
        </w:tabs>
        <w:autoSpaceDE w:val="0"/>
        <w:autoSpaceDN w:val="0"/>
        <w:spacing w:after="0" w:line="230" w:lineRule="auto"/>
        <w:ind w:left="-284"/>
        <w:jc w:val="both"/>
      </w:pPr>
      <w:r w:rsidRPr="003B4F80">
        <w:rPr>
          <w:rFonts w:ascii="Times New Roman" w:eastAsia="Times New Roman" w:hAnsi="Times New Roman"/>
          <w:color w:val="000000"/>
          <w:sz w:val="24"/>
        </w:rPr>
        <w:t xml:space="preserve">—  активное участие в школьном самоуправлении; </w:t>
      </w:r>
    </w:p>
    <w:p w14:paraId="2D3B06C3" w14:textId="77777777" w:rsidR="00257A5C" w:rsidRPr="003B4F80" w:rsidRDefault="00257A5C" w:rsidP="00BF0F28">
      <w:pPr>
        <w:tabs>
          <w:tab w:val="left" w:pos="-284"/>
        </w:tabs>
        <w:autoSpaceDE w:val="0"/>
        <w:autoSpaceDN w:val="0"/>
        <w:spacing w:after="0" w:line="262" w:lineRule="auto"/>
        <w:ind w:left="-284"/>
        <w:jc w:val="both"/>
      </w:pPr>
      <w:r w:rsidRPr="003B4F80">
        <w:rPr>
          <w:rFonts w:ascii="Times New Roman" w:eastAsia="Times New Roman" w:hAnsi="Times New Roman"/>
          <w:color w:val="000000"/>
          <w:sz w:val="24"/>
        </w:rPr>
        <w:t xml:space="preserve">—  готовность к участию в гуманитарной деятельности (помощь людям, нуждающимся в ней; </w:t>
      </w:r>
      <w:proofErr w:type="spellStart"/>
      <w:r w:rsidRPr="003B4F80">
        <w:rPr>
          <w:rFonts w:ascii="Times New Roman" w:eastAsia="Times New Roman" w:hAnsi="Times New Roman"/>
          <w:color w:val="000000"/>
          <w:sz w:val="24"/>
        </w:rPr>
        <w:t>волонтёрство</w:t>
      </w:r>
      <w:proofErr w:type="spellEnd"/>
      <w:r w:rsidRPr="003B4F80">
        <w:rPr>
          <w:rFonts w:ascii="Times New Roman" w:eastAsia="Times New Roman" w:hAnsi="Times New Roman"/>
          <w:color w:val="000000"/>
          <w:sz w:val="24"/>
        </w:rPr>
        <w:t>);</w:t>
      </w:r>
    </w:p>
    <w:p w14:paraId="4C7F2E05" w14:textId="77777777" w:rsidR="00257A5C" w:rsidRPr="003B4F80" w:rsidRDefault="00257A5C" w:rsidP="00BF0F28">
      <w:pPr>
        <w:tabs>
          <w:tab w:val="left" w:pos="-284"/>
        </w:tabs>
        <w:autoSpaceDE w:val="0"/>
        <w:autoSpaceDN w:val="0"/>
        <w:spacing w:after="0" w:line="230" w:lineRule="auto"/>
        <w:ind w:left="-284"/>
        <w:jc w:val="both"/>
      </w:pPr>
      <w:r w:rsidRPr="003B4F80">
        <w:rPr>
          <w:rFonts w:ascii="Times New Roman" w:eastAsia="Times New Roman" w:hAnsi="Times New Roman"/>
          <w:b/>
          <w:i/>
          <w:color w:val="000000"/>
          <w:sz w:val="24"/>
        </w:rPr>
        <w:t>патриотического воспитания:</w:t>
      </w:r>
    </w:p>
    <w:p w14:paraId="46156516" w14:textId="77777777" w:rsidR="00257A5C" w:rsidRPr="003B4F80" w:rsidRDefault="00257A5C" w:rsidP="00BF0F28">
      <w:pPr>
        <w:tabs>
          <w:tab w:val="left" w:pos="-284"/>
        </w:tabs>
        <w:autoSpaceDE w:val="0"/>
        <w:autoSpaceDN w:val="0"/>
        <w:spacing w:after="0" w:line="271" w:lineRule="auto"/>
        <w:ind w:left="-284"/>
        <w:jc w:val="both"/>
      </w:pPr>
      <w:r w:rsidRPr="003B4F80">
        <w:rPr>
          <w:rFonts w:ascii="Times New Roman" w:eastAsia="Times New Roman" w:hAnsi="Times New Roman"/>
          <w:color w:val="000000"/>
          <w:sz w:val="24"/>
        </w:rPr>
        <w:t xml:space="preserve">—  осознание российской гражданской идентичности в поликультурном и </w:t>
      </w:r>
      <w:r w:rsidRPr="003B4F80">
        <w:br/>
      </w:r>
      <w:r w:rsidRPr="003B4F80">
        <w:rPr>
          <w:rFonts w:ascii="Times New Roman" w:eastAsia="Times New Roman" w:hAnsi="Times New Roman"/>
          <w:color w:val="000000"/>
          <w:sz w:val="24"/>
        </w:rP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14:paraId="3DD3CCB7" w14:textId="77777777" w:rsidR="00257A5C" w:rsidRPr="003B4F80" w:rsidRDefault="00257A5C" w:rsidP="00BF0F28">
      <w:pPr>
        <w:tabs>
          <w:tab w:val="left" w:pos="-284"/>
        </w:tabs>
        <w:autoSpaceDE w:val="0"/>
        <w:autoSpaceDN w:val="0"/>
        <w:spacing w:after="0" w:line="271" w:lineRule="auto"/>
        <w:ind w:left="-284"/>
        <w:jc w:val="both"/>
      </w:pPr>
      <w:r w:rsidRPr="003B4F80">
        <w:rPr>
          <w:rFonts w:ascii="Times New Roman" w:eastAsia="Times New Roman" w:hAnsi="Times New Roman"/>
          <w:color w:val="000000"/>
          <w:sz w:val="24"/>
        </w:rPr>
        <w:lastRenderedPageBreak/>
        <w:t xml:space="preserve">—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14:paraId="01616C84" w14:textId="77777777" w:rsidR="00257A5C" w:rsidRDefault="00257A5C" w:rsidP="00BF0F28">
      <w:pPr>
        <w:tabs>
          <w:tab w:val="left" w:pos="-284"/>
          <w:tab w:val="left" w:pos="9498"/>
        </w:tabs>
        <w:spacing w:after="0"/>
        <w:ind w:left="-284"/>
        <w:jc w:val="both"/>
        <w:rPr>
          <w:rFonts w:ascii="Times New Roman" w:eastAsia="Times New Roman" w:hAnsi="Times New Roman"/>
          <w:color w:val="000000"/>
          <w:sz w:val="24"/>
        </w:rPr>
      </w:pPr>
      <w:r w:rsidRPr="003B4F80">
        <w:rPr>
          <w:rFonts w:ascii="Times New Roman" w:eastAsia="Times New Roman" w:hAnsi="Times New Roman"/>
          <w:color w:val="000000"/>
          <w:sz w:val="24"/>
        </w:rPr>
        <w:t>—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14:paraId="118CA3E0"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B778A63"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i/>
          <w:color w:val="000000"/>
          <w:sz w:val="24"/>
        </w:rPr>
        <w:t>духовно-нравственного воспитания:</w:t>
      </w:r>
    </w:p>
    <w:p w14:paraId="1404DE48"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xml:space="preserve">—  ориентация на моральные ценности и нормы в ситуациях нравственного выбора; </w:t>
      </w:r>
    </w:p>
    <w:p w14:paraId="19D037F1"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14:paraId="63FECC79"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xml:space="preserve">—  активное неприятие асоциальных поступков; </w:t>
      </w:r>
    </w:p>
    <w:p w14:paraId="40F73970"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свобода и ответственность личности в условиях индивидуального и общественного пространства;</w:t>
      </w:r>
    </w:p>
    <w:p w14:paraId="676364B6"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i/>
          <w:color w:val="000000"/>
          <w:sz w:val="24"/>
        </w:rPr>
        <w:t>эстетического воспитания:</w:t>
      </w:r>
    </w:p>
    <w:p w14:paraId="6B1B90F3"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xml:space="preserve">—  восприимчивость к разным видам искусства, традициям и творчеству своего и других народов; </w:t>
      </w:r>
    </w:p>
    <w:p w14:paraId="1B94BDA1"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xml:space="preserve">—  понимание эмоционального воздействия искусства; </w:t>
      </w:r>
    </w:p>
    <w:p w14:paraId="343B8D00"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xml:space="preserve">—  осознание важности художественной культуры как средства коммуникации и самовыражения; </w:t>
      </w:r>
    </w:p>
    <w:p w14:paraId="6B9D05B9"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xml:space="preserve">—  осознание важности русского языка как средства коммуникации и самовыражения; </w:t>
      </w:r>
    </w:p>
    <w:p w14:paraId="01F18A6A"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xml:space="preserve">—  понимание ценности отечественного и мирового искусства, роли этнических культурных традиций и народного творчества; </w:t>
      </w:r>
    </w:p>
    <w:p w14:paraId="2A57AFE5"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стремление к самовыражению в разных видах искусства;</w:t>
      </w:r>
    </w:p>
    <w:p w14:paraId="01039E31"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i/>
          <w:color w:val="000000"/>
          <w:sz w:val="24"/>
        </w:rPr>
        <w:t>физического воспитания, формирования культуры здоровья и эмоционального благополучия:</w:t>
      </w:r>
    </w:p>
    <w:p w14:paraId="02D8788C" w14:textId="77777777" w:rsidR="00257A5C" w:rsidRPr="003B4F80" w:rsidRDefault="00257A5C" w:rsidP="00BF0F28">
      <w:pPr>
        <w:autoSpaceDE w:val="0"/>
        <w:autoSpaceDN w:val="0"/>
        <w:spacing w:after="0" w:line="286" w:lineRule="auto"/>
        <w:ind w:left="-284" w:right="-1"/>
        <w:jc w:val="both"/>
      </w:pPr>
      <w:r w:rsidRPr="003B4F80">
        <w:rPr>
          <w:rFonts w:ascii="Times New Roman" w:eastAsia="Times New Roman" w:hAnsi="Times New Roman"/>
          <w:color w:val="000000"/>
          <w:sz w:val="24"/>
        </w:rP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w:t>
      </w:r>
      <w:r w:rsidRPr="003B4F80">
        <w:br/>
      </w:r>
      <w:r w:rsidRPr="003B4F80">
        <w:rPr>
          <w:rFonts w:ascii="Times New Roman" w:eastAsia="Times New Roman" w:hAnsi="Times New Roman"/>
          <w:color w:val="000000"/>
          <w:sz w:val="24"/>
        </w:rPr>
        <w:t>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59555EC"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умение принимать себя и других не осуждая;</w:t>
      </w:r>
    </w:p>
    <w:p w14:paraId="0D0E1384" w14:textId="77777777" w:rsidR="00257A5C" w:rsidRPr="003B4F80" w:rsidRDefault="00257A5C" w:rsidP="00BF0F28">
      <w:pPr>
        <w:autoSpaceDE w:val="0"/>
        <w:autoSpaceDN w:val="0"/>
        <w:spacing w:after="0" w:line="281" w:lineRule="auto"/>
        <w:ind w:left="-284" w:right="-1"/>
        <w:jc w:val="both"/>
      </w:pPr>
      <w:r w:rsidRPr="003B4F80">
        <w:rPr>
          <w:rFonts w:ascii="Times New Roman" w:eastAsia="Times New Roman" w:hAnsi="Times New Roman"/>
          <w:color w:val="000000"/>
          <w:sz w:val="24"/>
        </w:rPr>
        <w:t>—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00F72D6"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i/>
          <w:color w:val="000000"/>
          <w:sz w:val="24"/>
        </w:rPr>
        <w:t>трудового воспитания:</w:t>
      </w:r>
    </w:p>
    <w:p w14:paraId="1BB56B50"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E2A160" w14:textId="77777777" w:rsidR="00257A5C" w:rsidRPr="003B4F80" w:rsidRDefault="00257A5C" w:rsidP="00BF0F28">
      <w:pPr>
        <w:autoSpaceDE w:val="0"/>
        <w:autoSpaceDN w:val="0"/>
        <w:spacing w:after="0" w:line="281" w:lineRule="auto"/>
        <w:ind w:left="-284"/>
        <w:jc w:val="both"/>
      </w:pPr>
      <w:r w:rsidRPr="003B4F80">
        <w:rPr>
          <w:rFonts w:ascii="Times New Roman" w:eastAsia="Times New Roman" w:hAnsi="Times New Roman"/>
          <w:color w:val="000000"/>
          <w:sz w:val="24"/>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6559407"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экологического воспитания:</w:t>
      </w:r>
    </w:p>
    <w:p w14:paraId="3C1C9434"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xml:space="preserve">—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w:t>
      </w:r>
      <w:r w:rsidRPr="003B4F80">
        <w:br/>
      </w:r>
      <w:r w:rsidRPr="003B4F80">
        <w:rPr>
          <w:rFonts w:ascii="Times New Roman" w:eastAsia="Times New Roman" w:hAnsi="Times New Roman"/>
          <w:color w:val="000000"/>
          <w:sz w:val="24"/>
        </w:rPr>
        <w:t>последствий для окружающей среды; умение точно, логично выражать свою точку зрения на экологические проблемы;</w:t>
      </w:r>
    </w:p>
    <w:p w14:paraId="2F6E698E" w14:textId="77777777" w:rsidR="00257A5C" w:rsidRPr="003B4F80" w:rsidRDefault="00257A5C" w:rsidP="00BF0F28">
      <w:pPr>
        <w:autoSpaceDE w:val="0"/>
        <w:autoSpaceDN w:val="0"/>
        <w:spacing w:after="0" w:line="283" w:lineRule="auto"/>
        <w:ind w:left="-284"/>
        <w:jc w:val="both"/>
      </w:pPr>
      <w:r>
        <w:rPr>
          <w:rFonts w:ascii="Times New Roman" w:eastAsia="Times New Roman" w:hAnsi="Times New Roman"/>
          <w:color w:val="000000"/>
          <w:sz w:val="24"/>
        </w:rPr>
        <w:lastRenderedPageBreak/>
        <w:t>—</w:t>
      </w:r>
      <w:r w:rsidRPr="003B4F80">
        <w:rPr>
          <w:rFonts w:ascii="Times New Roman" w:eastAsia="Times New Roman" w:hAnsi="Times New Roman"/>
          <w:color w:val="000000"/>
          <w:sz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3B4F80">
        <w:br/>
      </w:r>
      <w:r w:rsidRPr="003B4F80">
        <w:rPr>
          <w:rFonts w:ascii="Times New Roman" w:eastAsia="Times New Roman" w:hAnsi="Times New Roman"/>
          <w:color w:val="000000"/>
          <w:sz w:val="24"/>
        </w:rPr>
        <w:t xml:space="preserve">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w:t>
      </w:r>
      <w:r w:rsidRPr="003B4F80">
        <w:br/>
      </w:r>
      <w:r w:rsidRPr="003B4F80">
        <w:rPr>
          <w:rFonts w:ascii="Times New Roman" w:eastAsia="Times New Roman" w:hAnsi="Times New Roman"/>
          <w:color w:val="000000"/>
          <w:sz w:val="24"/>
        </w:rPr>
        <w:t>деятельности экологической направленности;</w:t>
      </w:r>
    </w:p>
    <w:p w14:paraId="39D43E2F"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ценности научного познания:</w:t>
      </w:r>
    </w:p>
    <w:p w14:paraId="1E62637F" w14:textId="77777777" w:rsidR="00257A5C" w:rsidRPr="003B4F80" w:rsidRDefault="00257A5C" w:rsidP="00BF0F28">
      <w:pPr>
        <w:autoSpaceDE w:val="0"/>
        <w:autoSpaceDN w:val="0"/>
        <w:spacing w:after="0" w:line="271" w:lineRule="auto"/>
        <w:ind w:left="-284"/>
        <w:jc w:val="both"/>
      </w:pP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14:paraId="3F8FD17C"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xml:space="preserve">—  овладение языковой и читательской культурой, навыками чтения как средства познания мира; </w:t>
      </w:r>
    </w:p>
    <w:p w14:paraId="0B644D6E"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xml:space="preserve">—  овладение основными навыками исследовательской деятельности с учётом специфики школьного языкового образования; </w:t>
      </w:r>
    </w:p>
    <w:p w14:paraId="21FB1E19"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BE7435" w14:textId="77777777" w:rsidR="00257A5C" w:rsidRPr="003B4F80" w:rsidRDefault="00257A5C" w:rsidP="00BF0F28">
      <w:pPr>
        <w:tabs>
          <w:tab w:val="left" w:pos="180"/>
        </w:tabs>
        <w:autoSpaceDE w:val="0"/>
        <w:autoSpaceDN w:val="0"/>
        <w:spacing w:after="0" w:line="262" w:lineRule="auto"/>
        <w:ind w:left="-284"/>
        <w:jc w:val="both"/>
      </w:pPr>
      <w:r w:rsidRPr="003B4F80">
        <w:tab/>
      </w:r>
      <w:r w:rsidRPr="003B4F80">
        <w:rPr>
          <w:rFonts w:ascii="Times New Roman" w:eastAsia="Times New Roman" w:hAnsi="Times New Roman"/>
          <w:color w:val="000000"/>
          <w:sz w:val="24"/>
        </w:rPr>
        <w:t xml:space="preserve">Личностные результаты, обеспечивающие </w:t>
      </w:r>
      <w:r w:rsidRPr="003B4F80">
        <w:rPr>
          <w:rFonts w:ascii="Times New Roman" w:eastAsia="Times New Roman" w:hAnsi="Times New Roman"/>
          <w:b/>
          <w:i/>
          <w:color w:val="000000"/>
          <w:sz w:val="24"/>
        </w:rPr>
        <w:t>адаптацию обучающегося</w:t>
      </w:r>
      <w:r w:rsidRPr="003B4F80">
        <w:rPr>
          <w:rFonts w:ascii="Times New Roman" w:eastAsia="Times New Roman" w:hAnsi="Times New Roman"/>
          <w:color w:val="000000"/>
          <w:sz w:val="24"/>
        </w:rPr>
        <w:t xml:space="preserve"> к изменяющимся условиям социальной и природной среды:</w:t>
      </w:r>
    </w:p>
    <w:p w14:paraId="5A7CE7E6"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D949CF" w14:textId="77777777" w:rsidR="00257A5C" w:rsidRPr="003B4F80" w:rsidRDefault="00257A5C" w:rsidP="00BF0F28">
      <w:pPr>
        <w:autoSpaceDE w:val="0"/>
        <w:autoSpaceDN w:val="0"/>
        <w:spacing w:after="0" w:line="281" w:lineRule="auto"/>
        <w:ind w:left="-284"/>
        <w:jc w:val="both"/>
      </w:pPr>
      <w:r w:rsidRPr="003B4F80">
        <w:rPr>
          <w:rFonts w:ascii="Times New Roman" w:eastAsia="Times New Roman" w:hAnsi="Times New Roman"/>
          <w:color w:val="000000"/>
          <w:sz w:val="24"/>
        </w:rP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EF14937" w14:textId="77777777" w:rsidR="00257A5C" w:rsidRDefault="00257A5C" w:rsidP="00BF0F28">
      <w:pPr>
        <w:autoSpaceDE w:val="0"/>
        <w:autoSpaceDN w:val="0"/>
        <w:spacing w:after="0" w:line="271" w:lineRule="auto"/>
        <w:ind w:left="-284"/>
        <w:jc w:val="both"/>
        <w:rPr>
          <w:rFonts w:ascii="Times New Roman" w:eastAsia="Times New Roman" w:hAnsi="Times New Roman"/>
          <w:color w:val="000000"/>
          <w:sz w:val="24"/>
        </w:rPr>
      </w:pPr>
      <w:r w:rsidRPr="003B4F80">
        <w:rPr>
          <w:rFonts w:ascii="Times New Roman" w:eastAsia="Times New Roman" w:hAnsi="Times New Roman"/>
          <w:color w:val="000000"/>
          <w:sz w:val="24"/>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2992939B"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73565DD" w14:textId="77777777" w:rsidR="00257A5C" w:rsidRPr="003B4F80" w:rsidRDefault="00257A5C" w:rsidP="00BF0F28">
      <w:pPr>
        <w:autoSpaceDE w:val="0"/>
        <w:autoSpaceDN w:val="0"/>
        <w:spacing w:after="0" w:line="281" w:lineRule="auto"/>
        <w:ind w:left="-284"/>
        <w:jc w:val="both"/>
      </w:pPr>
      <w:r w:rsidRPr="003B4F80">
        <w:rPr>
          <w:rFonts w:ascii="Times New Roman" w:eastAsia="Times New Roman" w:hAnsi="Times New Roman"/>
          <w:color w:val="000000"/>
          <w:sz w:val="24"/>
        </w:rPr>
        <w:t xml:space="preserve">—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w:t>
      </w:r>
      <w:r w:rsidRPr="003B4F80">
        <w:br/>
      </w:r>
      <w:r w:rsidRPr="003B4F80">
        <w:rPr>
          <w:rFonts w:ascii="Times New Roman" w:eastAsia="Times New Roman" w:hAnsi="Times New Roman"/>
          <w:color w:val="000000"/>
          <w:sz w:val="24"/>
        </w:rPr>
        <w:t>формировать опыт, уметь находить позитивное в сложившейся ситуации; быть готовым действовать в отсутствие гарантий успеха.</w:t>
      </w:r>
    </w:p>
    <w:p w14:paraId="5691D734"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color w:val="000000"/>
          <w:sz w:val="24"/>
        </w:rPr>
        <w:t>МЕТАПРЕДМЕТНЫЕ РЕЗУЛЬТАТЫ</w:t>
      </w:r>
    </w:p>
    <w:p w14:paraId="33F9D2EA"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xml:space="preserve">Овладение универсальными учебными </w:t>
      </w:r>
      <w:r w:rsidRPr="003B4F80">
        <w:rPr>
          <w:rFonts w:ascii="Times New Roman" w:eastAsia="Times New Roman" w:hAnsi="Times New Roman"/>
          <w:b/>
          <w:color w:val="000000"/>
          <w:sz w:val="24"/>
        </w:rPr>
        <w:t>познавательными действиями.</w:t>
      </w:r>
    </w:p>
    <w:p w14:paraId="121D1980"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Базовые логические действия:</w:t>
      </w:r>
    </w:p>
    <w:p w14:paraId="016809B6"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выявлять и характеризовать существенные признаки языковых единиц, языковых явлений и процессов;</w:t>
      </w:r>
    </w:p>
    <w:p w14:paraId="0F49462A"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091571D5"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6BCBCAE"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lastRenderedPageBreak/>
        <w:t>—  выявлять дефицит информации, необходимой для решения поставленной учебной задачи;</w:t>
      </w:r>
    </w:p>
    <w:p w14:paraId="619F1532"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EFD0747"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C0D045D"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Базовые исследовательские действия:</w:t>
      </w:r>
    </w:p>
    <w:p w14:paraId="5A6D27E5"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использовать вопросы как исследовательский инструмент познания в языковом образовании;</w:t>
      </w:r>
    </w:p>
    <w:p w14:paraId="28A05A4E"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AB51B35"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формировать гипотезу об истинности собственных суждений и суждений других, аргументировать свою позицию, мнение;</w:t>
      </w:r>
    </w:p>
    <w:p w14:paraId="00E194ED"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составлять алгоритм действий и использовать его для решения учебных задач;</w:t>
      </w:r>
    </w:p>
    <w:p w14:paraId="691B0550"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CA7B743"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оценивать на применимость и достоверность информацию, полученную в ходе лингвистического исследования (эксперимента);</w:t>
      </w:r>
    </w:p>
    <w:p w14:paraId="592E6B8A"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самостоятельно формулировать обобщения и выводы по результатам проведённого</w:t>
      </w: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наблюдения, исследования; владеть инструментами оценки достоверности полученных выводов и обобщений;</w:t>
      </w:r>
    </w:p>
    <w:p w14:paraId="64E0840B"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4367DF4"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i/>
          <w:color w:val="000000"/>
          <w:sz w:val="24"/>
        </w:rPr>
        <w:t>Работа с информацией:</w:t>
      </w:r>
    </w:p>
    <w:p w14:paraId="098AB8F5"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применять различные методы, инструменты и запросы при поиске и отборе информации с учётом предложенной учебной задачи и заданных критериев;</w:t>
      </w:r>
    </w:p>
    <w:p w14:paraId="29E65523"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выбирать, анализировать, интерпретировать, обобщать и систематизировать информацию, представленную в текстах, таблицах, схемах;</w:t>
      </w:r>
    </w:p>
    <w:p w14:paraId="045CFA28"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7DF58D38"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037A27E"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находить сходные аргументы (подтверждающие или опровергающие одну и ту же идею, версию) в различных информационных источниках;</w:t>
      </w:r>
    </w:p>
    <w:p w14:paraId="01618D13"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xml:space="preserve">—  самостоятельно выбирать оптимальную форму представления информации (текст, </w:t>
      </w:r>
      <w:r w:rsidRPr="003B4F80">
        <w:br/>
      </w:r>
      <w:r w:rsidRPr="003B4F80">
        <w:rPr>
          <w:rFonts w:ascii="Times New Roman" w:eastAsia="Times New Roman" w:hAnsi="Times New Roman"/>
          <w:color w:val="000000"/>
          <w:sz w:val="24"/>
        </w:rP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66DC874"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оценивать надёжность информации по критериям, предложенным учителем или сформулированным самостоятельно;</w:t>
      </w:r>
    </w:p>
    <w:p w14:paraId="0CAFC69D"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эффективно запоминать и систематизировать информацию.</w:t>
      </w:r>
    </w:p>
    <w:p w14:paraId="4E63240D"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xml:space="preserve">Овладение универсальными учебными </w:t>
      </w:r>
      <w:r w:rsidRPr="003B4F80">
        <w:rPr>
          <w:rFonts w:ascii="Times New Roman" w:eastAsia="Times New Roman" w:hAnsi="Times New Roman"/>
          <w:b/>
          <w:color w:val="000000"/>
          <w:sz w:val="24"/>
        </w:rPr>
        <w:t>коммуникативными действиями.</w:t>
      </w:r>
    </w:p>
    <w:p w14:paraId="4C6AF2F5"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i/>
          <w:color w:val="000000"/>
          <w:sz w:val="24"/>
        </w:rPr>
        <w:t>Общение:</w:t>
      </w:r>
    </w:p>
    <w:p w14:paraId="3DF77646"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xml:space="preserve">—  воспринимать и формулировать суждения, выражать эмоции в соответствии с условиями и целями общения; </w:t>
      </w:r>
    </w:p>
    <w:p w14:paraId="59812A07"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выражать себя (свою точку зрения) в диалогах и дискуссиях, в устной монологической речи и в письменных текстах;</w:t>
      </w:r>
    </w:p>
    <w:p w14:paraId="4B363D23"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распознавать невербальные средства общения, понимать значение социальных знаков;</w:t>
      </w:r>
    </w:p>
    <w:p w14:paraId="7AD44572"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знать и распознавать предпосылки конфликтных ситуаций и смягчать конфликты, вести переговоры;</w:t>
      </w:r>
    </w:p>
    <w:p w14:paraId="3C792F89"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lastRenderedPageBreak/>
        <w:t>—  понимать намерения других, проявлять уважительное отношение к собеседнику и в корректной форме формулировать свои возражения;</w:t>
      </w:r>
    </w:p>
    <w:p w14:paraId="10215DD5"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B197DA8"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сопоставлять свои суждения с суждениями других участников диалога, обнаруживать различие и сходство позиций;</w:t>
      </w:r>
    </w:p>
    <w:p w14:paraId="4BF68899"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публично представлять результаты проведённого языкового анализа, выполненного</w:t>
      </w:r>
      <w:r>
        <w:rPr>
          <w:rFonts w:ascii="Times New Roman" w:eastAsia="Times New Roman" w:hAnsi="Times New Roman"/>
          <w:color w:val="000000"/>
          <w:sz w:val="24"/>
        </w:rPr>
        <w:t xml:space="preserve"> </w:t>
      </w:r>
      <w:r w:rsidRPr="003B4F80">
        <w:rPr>
          <w:rFonts w:ascii="Times New Roman" w:eastAsia="Times New Roman" w:hAnsi="Times New Roman"/>
          <w:color w:val="000000"/>
          <w:sz w:val="24"/>
        </w:rPr>
        <w:t>лингвистического эксперимента, исследования, проекта;</w:t>
      </w:r>
    </w:p>
    <w:p w14:paraId="4BE32515"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641265C0"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Совместная деятельность:</w:t>
      </w:r>
    </w:p>
    <w:p w14:paraId="30D66FC3"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w:t>
      </w:r>
      <w:r w:rsidRPr="003B4F80">
        <w:br/>
      </w:r>
      <w:r w:rsidRPr="003B4F80">
        <w:rPr>
          <w:rFonts w:ascii="Times New Roman" w:eastAsia="Times New Roman" w:hAnsi="Times New Roman"/>
          <w:color w:val="000000"/>
          <w:sz w:val="24"/>
        </w:rPr>
        <w:t>взаимодействия при решении поставленной задачи;</w:t>
      </w:r>
    </w:p>
    <w:p w14:paraId="2D8A4CBB"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DAE60F3"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5CA1AE7"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0576D47B" w14:textId="77777777" w:rsidR="00257A5C" w:rsidRPr="003B4F80" w:rsidRDefault="00257A5C" w:rsidP="00BF0F28">
      <w:pPr>
        <w:autoSpaceDE w:val="0"/>
        <w:autoSpaceDN w:val="0"/>
        <w:spacing w:after="0"/>
        <w:ind w:left="-284"/>
        <w:jc w:val="both"/>
      </w:pPr>
      <w:r w:rsidRPr="003B4F80">
        <w:rPr>
          <w:rFonts w:ascii="Times New Roman" w:eastAsia="Times New Roman" w:hAnsi="Times New Roman"/>
          <w:color w:val="000000"/>
          <w:sz w:val="24"/>
        </w:rPr>
        <w:t xml:space="preserve">—  оценивать качество своего вклада в общий продукт по критериям, самостоятельно </w:t>
      </w:r>
      <w:r w:rsidRPr="003B4F80">
        <w:br/>
      </w:r>
      <w:r w:rsidRPr="003B4F80">
        <w:rPr>
          <w:rFonts w:ascii="Times New Roman" w:eastAsia="Times New Roman" w:hAnsi="Times New Roman"/>
          <w:color w:val="000000"/>
          <w:sz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3AC22DE1"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xml:space="preserve">Овладение универсальными учебными </w:t>
      </w:r>
      <w:r w:rsidRPr="003B4F80">
        <w:rPr>
          <w:rFonts w:ascii="Times New Roman" w:eastAsia="Times New Roman" w:hAnsi="Times New Roman"/>
          <w:b/>
          <w:color w:val="000000"/>
          <w:sz w:val="24"/>
        </w:rPr>
        <w:t>регулятивными действиями.</w:t>
      </w:r>
    </w:p>
    <w:p w14:paraId="4666D73F"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Самоорганизация:</w:t>
      </w:r>
    </w:p>
    <w:p w14:paraId="725C62CD"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выявлять проблемы для решения в учебных и жизненных ситуациях;</w:t>
      </w:r>
    </w:p>
    <w:p w14:paraId="5D474749"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ориентироваться в различных подходах к принятию решений (индивидуальное, принятие решения в группе, принятие решения группой);</w:t>
      </w:r>
    </w:p>
    <w:p w14:paraId="12869C41" w14:textId="77777777" w:rsidR="00257A5C" w:rsidRPr="003B4F80" w:rsidRDefault="00257A5C" w:rsidP="00BF0F28">
      <w:pPr>
        <w:autoSpaceDE w:val="0"/>
        <w:autoSpaceDN w:val="0"/>
        <w:spacing w:after="0" w:line="271" w:lineRule="auto"/>
        <w:ind w:left="-284"/>
        <w:jc w:val="both"/>
      </w:pPr>
      <w:r w:rsidRPr="003B4F80">
        <w:rPr>
          <w:rFonts w:ascii="Times New Roman" w:eastAsia="Times New Roman" w:hAnsi="Times New Roman"/>
          <w:color w:val="000000"/>
          <w:sz w:val="24"/>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1253032"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самостоятельно составлять план действий, вносить необходимые коррективы в ходе его реализации;</w:t>
      </w:r>
    </w:p>
    <w:p w14:paraId="1AB6CC0D"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делать выбор и брать ответственность за решение.</w:t>
      </w:r>
    </w:p>
    <w:p w14:paraId="71BED90C"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b/>
          <w:i/>
          <w:color w:val="000000"/>
          <w:sz w:val="24"/>
        </w:rPr>
        <w:t>Самоконтроль:</w:t>
      </w:r>
    </w:p>
    <w:p w14:paraId="4199A8C1" w14:textId="77777777" w:rsidR="00257A5C" w:rsidRPr="003B4F80" w:rsidRDefault="00257A5C" w:rsidP="00BF0F28">
      <w:pPr>
        <w:autoSpaceDE w:val="0"/>
        <w:autoSpaceDN w:val="0"/>
        <w:spacing w:after="0" w:line="262" w:lineRule="auto"/>
        <w:ind w:left="-284"/>
        <w:jc w:val="both"/>
      </w:pPr>
      <w:r w:rsidRPr="003B4F80">
        <w:rPr>
          <w:rFonts w:ascii="Times New Roman" w:eastAsia="Times New Roman" w:hAnsi="Times New Roman"/>
          <w:color w:val="000000"/>
          <w:sz w:val="24"/>
        </w:rPr>
        <w:t xml:space="preserve">—  владеть разными способами самоконтроля (в том числе речевого), </w:t>
      </w:r>
      <w:proofErr w:type="spellStart"/>
      <w:r w:rsidRPr="003B4F80">
        <w:rPr>
          <w:rFonts w:ascii="Times New Roman" w:eastAsia="Times New Roman" w:hAnsi="Times New Roman"/>
          <w:color w:val="000000"/>
          <w:sz w:val="24"/>
        </w:rPr>
        <w:t>самомотивации</w:t>
      </w:r>
      <w:proofErr w:type="spellEnd"/>
      <w:r w:rsidRPr="003B4F80">
        <w:rPr>
          <w:rFonts w:ascii="Times New Roman" w:eastAsia="Times New Roman" w:hAnsi="Times New Roman"/>
          <w:color w:val="000000"/>
          <w:sz w:val="24"/>
        </w:rPr>
        <w:t xml:space="preserve"> и рефлексии;</w:t>
      </w:r>
    </w:p>
    <w:p w14:paraId="3EEBD6A5" w14:textId="77777777" w:rsidR="00257A5C" w:rsidRPr="003B4F80" w:rsidRDefault="00257A5C" w:rsidP="00BF0F28">
      <w:pPr>
        <w:autoSpaceDE w:val="0"/>
        <w:autoSpaceDN w:val="0"/>
        <w:spacing w:after="0" w:line="230" w:lineRule="auto"/>
        <w:ind w:left="-284"/>
        <w:jc w:val="both"/>
      </w:pPr>
      <w:r w:rsidRPr="003B4F80">
        <w:rPr>
          <w:rFonts w:ascii="Times New Roman" w:eastAsia="Times New Roman" w:hAnsi="Times New Roman"/>
          <w:color w:val="000000"/>
          <w:sz w:val="24"/>
        </w:rPr>
        <w:t>—  давать адекватную оценку учебной ситуации и предлагать план её изменения;</w:t>
      </w:r>
    </w:p>
    <w:p w14:paraId="78964C4F" w14:textId="77777777" w:rsidR="00257A5C" w:rsidRDefault="00257A5C" w:rsidP="00BF0F28">
      <w:pPr>
        <w:autoSpaceDE w:val="0"/>
        <w:autoSpaceDN w:val="0"/>
        <w:spacing w:after="0" w:line="262" w:lineRule="auto"/>
        <w:ind w:left="-284"/>
        <w:jc w:val="both"/>
        <w:rPr>
          <w:rFonts w:ascii="Times New Roman" w:eastAsia="Times New Roman" w:hAnsi="Times New Roman"/>
          <w:color w:val="000000"/>
          <w:sz w:val="24"/>
        </w:rPr>
      </w:pPr>
      <w:r w:rsidRPr="003B4F80">
        <w:rPr>
          <w:rFonts w:ascii="Times New Roman" w:eastAsia="Times New Roman" w:hAnsi="Times New Roman"/>
          <w:color w:val="000000"/>
          <w:sz w:val="24"/>
        </w:rPr>
        <w:t>—  предвидеть трудности, которые могут возникнуть при решении учебной задачи, и адаптировать решение к меняющимся обстоятельствам;</w:t>
      </w:r>
    </w:p>
    <w:p w14:paraId="38FA60C5"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785F38F5"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color w:val="000000"/>
          <w:sz w:val="24"/>
        </w:rPr>
        <w:t>Культура речи:</w:t>
      </w:r>
    </w:p>
    <w:p w14:paraId="78191592"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иметь общее представление о современном русском литературном языке;</w:t>
      </w:r>
    </w:p>
    <w:p w14:paraId="755D8AEE"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иметь общее представление о показателях хорошей и правильной речи;</w:t>
      </w:r>
    </w:p>
    <w:p w14:paraId="20A7C745"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иметь общее представление о роли А. С. Пушкина в развитии современного русского литературного языка (в рамках изученного);</w:t>
      </w:r>
    </w:p>
    <w:p w14:paraId="5F9470D0"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lastRenderedPageBreak/>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5CB8D818" w14:textId="77777777" w:rsidR="00257A5C" w:rsidRPr="003B4F80" w:rsidRDefault="00257A5C" w:rsidP="00BF0F28">
      <w:pPr>
        <w:autoSpaceDE w:val="0"/>
        <w:autoSpaceDN w:val="0"/>
        <w:spacing w:after="0" w:line="281" w:lineRule="auto"/>
        <w:ind w:left="-284" w:right="-1"/>
        <w:jc w:val="both"/>
      </w:pPr>
      <w:r w:rsidRPr="003B4F80">
        <w:rPr>
          <w:rFonts w:ascii="Times New Roman" w:eastAsia="Times New Roman" w:hAnsi="Times New Roman"/>
          <w:color w:val="000000"/>
          <w:sz w:val="24"/>
        </w:rP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3A46E636" w14:textId="77777777" w:rsidR="00257A5C" w:rsidRPr="003B4F80" w:rsidRDefault="00257A5C" w:rsidP="00BF0F28">
      <w:pPr>
        <w:autoSpaceDE w:val="0"/>
        <w:autoSpaceDN w:val="0"/>
        <w:spacing w:after="0"/>
        <w:ind w:left="-284" w:right="-1"/>
        <w:jc w:val="both"/>
      </w:pPr>
      <w:r w:rsidRPr="003B4F80">
        <w:rPr>
          <w:rFonts w:ascii="Times New Roman" w:eastAsia="Times New Roman" w:hAnsi="Times New Roman"/>
          <w:color w:val="000000"/>
          <w:sz w:val="24"/>
        </w:rP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4CFA891F"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426B4C7E" w14:textId="77777777" w:rsidR="00257A5C" w:rsidRPr="003B4F80" w:rsidRDefault="00257A5C" w:rsidP="00BF0F28">
      <w:pPr>
        <w:autoSpaceDE w:val="0"/>
        <w:autoSpaceDN w:val="0"/>
        <w:spacing w:after="0"/>
        <w:ind w:left="-284" w:right="-1"/>
        <w:jc w:val="both"/>
      </w:pPr>
      <w:r w:rsidRPr="003B4F80">
        <w:rPr>
          <w:rFonts w:ascii="Times New Roman" w:eastAsia="Times New Roman" w:hAnsi="Times New Roman"/>
          <w:color w:val="000000"/>
          <w:sz w:val="24"/>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29625CA2"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D888B0B"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b/>
          <w:color w:val="000000"/>
          <w:sz w:val="24"/>
        </w:rPr>
        <w:t>Речь. Речевая деятельность. Текст:</w:t>
      </w:r>
    </w:p>
    <w:p w14:paraId="3A4AF6D2" w14:textId="77777777" w:rsidR="00257A5C" w:rsidRPr="003B4F80" w:rsidRDefault="00257A5C" w:rsidP="00BF0F28">
      <w:pPr>
        <w:autoSpaceDE w:val="0"/>
        <w:autoSpaceDN w:val="0"/>
        <w:spacing w:after="0"/>
        <w:ind w:left="-284" w:right="-1"/>
        <w:jc w:val="both"/>
      </w:pPr>
      <w:r w:rsidRPr="003B4F80">
        <w:rPr>
          <w:rFonts w:ascii="Times New Roman" w:eastAsia="Times New Roman" w:hAnsi="Times New Roman"/>
          <w:color w:val="000000"/>
          <w:sz w:val="24"/>
        </w:rP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68EB9740" w14:textId="77777777" w:rsidR="00257A5C" w:rsidRPr="003B4F80" w:rsidRDefault="00257A5C" w:rsidP="00BF0F28">
      <w:pPr>
        <w:autoSpaceDE w:val="0"/>
        <w:autoSpaceDN w:val="0"/>
        <w:spacing w:after="0" w:line="271" w:lineRule="auto"/>
        <w:ind w:left="-284" w:right="-1"/>
        <w:jc w:val="both"/>
      </w:pPr>
      <w:r w:rsidRPr="003B4F80">
        <w:rPr>
          <w:rFonts w:ascii="Times New Roman" w:eastAsia="Times New Roman" w:hAnsi="Times New Roman"/>
          <w:color w:val="000000"/>
          <w:sz w:val="24"/>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31165E99"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создавать объявления (в устной и письменной форме) с учётом речевой ситуации;</w:t>
      </w:r>
    </w:p>
    <w:p w14:paraId="4237E016" w14:textId="77777777" w:rsidR="00257A5C" w:rsidRPr="003B4F80" w:rsidRDefault="00257A5C" w:rsidP="00BF0F28">
      <w:pPr>
        <w:autoSpaceDE w:val="0"/>
        <w:autoSpaceDN w:val="0"/>
        <w:spacing w:after="0" w:line="230" w:lineRule="auto"/>
        <w:ind w:left="-284" w:right="-1"/>
        <w:jc w:val="both"/>
      </w:pPr>
      <w:r w:rsidRPr="003B4F80">
        <w:rPr>
          <w:rFonts w:ascii="Times New Roman" w:eastAsia="Times New Roman" w:hAnsi="Times New Roman"/>
          <w:color w:val="000000"/>
          <w:sz w:val="24"/>
        </w:rPr>
        <w:t>—  распознавать и создавать тексты публицистических жанров (девиз, слоган);</w:t>
      </w:r>
    </w:p>
    <w:p w14:paraId="749C70EC" w14:textId="77777777" w:rsidR="00257A5C"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30A51222" w14:textId="77777777" w:rsidR="00257A5C" w:rsidRPr="003B4F80" w:rsidRDefault="00257A5C" w:rsidP="00BF0F28">
      <w:pPr>
        <w:autoSpaceDE w:val="0"/>
        <w:autoSpaceDN w:val="0"/>
        <w:spacing w:after="0" w:line="262" w:lineRule="auto"/>
        <w:ind w:left="-284" w:right="-1"/>
        <w:jc w:val="both"/>
      </w:pPr>
      <w:r w:rsidRPr="003B4F80">
        <w:rPr>
          <w:rFonts w:ascii="Times New Roman" w:eastAsia="Times New Roman" w:hAnsi="Times New Roman"/>
          <w:color w:val="000000"/>
          <w:sz w:val="24"/>
        </w:rPr>
        <w:t>—  редактировать собственные тексты с целью со</w:t>
      </w:r>
      <w:r>
        <w:rPr>
          <w:rFonts w:ascii="Times New Roman" w:eastAsia="Times New Roman" w:hAnsi="Times New Roman"/>
          <w:color w:val="000000"/>
          <w:sz w:val="24"/>
        </w:rPr>
        <w:t xml:space="preserve">вершенствования их содержания и </w:t>
      </w:r>
      <w:r w:rsidRPr="003B4F80">
        <w:rPr>
          <w:rFonts w:ascii="Times New Roman" w:eastAsia="Times New Roman" w:hAnsi="Times New Roman"/>
          <w:color w:val="000000"/>
          <w:sz w:val="24"/>
        </w:rPr>
        <w:t>формы; сопоставлять черновой и отредактированный тексты;</w:t>
      </w:r>
    </w:p>
    <w:p w14:paraId="36CC8873" w14:textId="32D6A35B" w:rsidR="00257A5C" w:rsidRDefault="00257A5C" w:rsidP="00BF0F28">
      <w:pPr>
        <w:autoSpaceDE w:val="0"/>
        <w:autoSpaceDN w:val="0"/>
        <w:spacing w:after="0" w:line="230" w:lineRule="auto"/>
        <w:ind w:left="-284" w:right="-1"/>
        <w:jc w:val="center"/>
      </w:pPr>
      <w:r w:rsidRPr="003B4F80">
        <w:rPr>
          <w:rFonts w:ascii="Times New Roman" w:eastAsia="Times New Roman" w:hAnsi="Times New Roman"/>
          <w:color w:val="000000"/>
          <w:sz w:val="24"/>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1BE076B6" w14:textId="77777777" w:rsidR="00257A5C" w:rsidRDefault="00257A5C" w:rsidP="00875E3E">
      <w:pPr>
        <w:tabs>
          <w:tab w:val="left" w:pos="-284"/>
          <w:tab w:val="left" w:pos="9498"/>
        </w:tabs>
        <w:ind w:left="-284"/>
        <w:jc w:val="center"/>
        <w:sectPr w:rsidR="00257A5C" w:rsidSect="003074FB">
          <w:pgSz w:w="11906" w:h="16838"/>
          <w:pgMar w:top="720" w:right="720" w:bottom="720" w:left="720" w:header="708" w:footer="708" w:gutter="0"/>
          <w:cols w:space="708"/>
          <w:docGrid w:linePitch="360"/>
        </w:sectPr>
      </w:pPr>
    </w:p>
    <w:p w14:paraId="0782B618" w14:textId="77777777" w:rsidR="00986AE1" w:rsidRDefault="00986AE1" w:rsidP="00257A5C">
      <w:pPr>
        <w:tabs>
          <w:tab w:val="left" w:pos="-284"/>
          <w:tab w:val="left" w:pos="9498"/>
        </w:tabs>
        <w:ind w:left="-284"/>
        <w:jc w:val="both"/>
      </w:pPr>
    </w:p>
    <w:p w14:paraId="53EA5AE5" w14:textId="751B5BAF" w:rsidR="00BD61FD" w:rsidRPr="00BD61FD" w:rsidRDefault="00BD61FD" w:rsidP="00BD61FD">
      <w:pPr>
        <w:autoSpaceDE w:val="0"/>
        <w:autoSpaceDN w:val="0"/>
        <w:spacing w:after="666" w:line="233" w:lineRule="auto"/>
        <w:jc w:val="center"/>
        <w:rPr>
          <w:rFonts w:ascii="Cambria" w:eastAsia="MS Mincho" w:hAnsi="Cambria" w:cs="Times New Roman"/>
          <w:lang w:val="en-US"/>
        </w:rPr>
      </w:pPr>
      <w:r w:rsidRPr="00BD61FD">
        <w:rPr>
          <w:rFonts w:ascii="Times New Roman" w:eastAsia="Times New Roman" w:hAnsi="Times New Roman" w:cs="Times New Roman"/>
          <w:b/>
          <w:color w:val="000000"/>
          <w:w w:val="101"/>
          <w:sz w:val="19"/>
          <w:lang w:val="en-US"/>
        </w:rPr>
        <w:t>ТЕМАТИЧЕСКОЕ ПЛАНИРОВАНИЕ</w:t>
      </w:r>
    </w:p>
    <w:tbl>
      <w:tblPr>
        <w:tblW w:w="0" w:type="auto"/>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993"/>
      </w:tblGrid>
      <w:tr w:rsidR="00BD61FD" w:rsidRPr="00BD61FD" w14:paraId="38254712" w14:textId="77777777" w:rsidTr="005B59C2">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0ADEC9D" w14:textId="77777777" w:rsidR="00BD61FD" w:rsidRPr="00BD61FD" w:rsidRDefault="00BD61FD" w:rsidP="00BD61FD">
            <w:pPr>
              <w:autoSpaceDE w:val="0"/>
              <w:autoSpaceDN w:val="0"/>
              <w:spacing w:before="78" w:after="0" w:line="245" w:lineRule="auto"/>
              <w:ind w:right="144"/>
              <w:jc w:val="center"/>
              <w:rPr>
                <w:rFonts w:ascii="Cambria" w:eastAsia="MS Mincho" w:hAnsi="Cambria" w:cs="Times New Roman"/>
                <w:lang w:val="en-US"/>
              </w:rPr>
            </w:pPr>
            <w:r w:rsidRPr="00BD61FD">
              <w:rPr>
                <w:rFonts w:ascii="Times New Roman" w:eastAsia="Times New Roman" w:hAnsi="Times New Roman" w:cs="Times New Roman"/>
                <w:b/>
                <w:color w:val="000000"/>
                <w:w w:val="97"/>
                <w:sz w:val="16"/>
                <w:lang w:val="en-US"/>
              </w:rPr>
              <w:t>№</w:t>
            </w:r>
            <w:r w:rsidRPr="00BD61FD">
              <w:rPr>
                <w:rFonts w:ascii="Cambria" w:eastAsia="MS Mincho" w:hAnsi="Cambria" w:cs="Times New Roman"/>
                <w:lang w:val="en-US"/>
              </w:rPr>
              <w:br/>
            </w:r>
            <w:r w:rsidRPr="00BD61FD">
              <w:rPr>
                <w:rFonts w:ascii="Times New Roman" w:eastAsia="Times New Roman" w:hAnsi="Times New Roman" w:cs="Times New Roman"/>
                <w:b/>
                <w:color w:val="000000"/>
                <w:w w:val="97"/>
                <w:sz w:val="16"/>
                <w:lang w:val="en-US"/>
              </w:rPr>
              <w:t>п/п</w:t>
            </w:r>
          </w:p>
        </w:tc>
        <w:tc>
          <w:tcPr>
            <w:tcW w:w="17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B5B32AF" w14:textId="77777777" w:rsidR="00BD61FD" w:rsidRPr="00BD61FD" w:rsidRDefault="00BD61FD" w:rsidP="00BD61FD">
            <w:pPr>
              <w:autoSpaceDE w:val="0"/>
              <w:autoSpaceDN w:val="0"/>
              <w:spacing w:before="78" w:after="0" w:line="247" w:lineRule="auto"/>
              <w:ind w:left="72" w:right="576"/>
              <w:jc w:val="both"/>
              <w:rPr>
                <w:rFonts w:ascii="Cambria" w:eastAsia="MS Mincho" w:hAnsi="Cambria" w:cs="Times New Roman"/>
              </w:rPr>
            </w:pPr>
            <w:r w:rsidRPr="00BD61FD">
              <w:rPr>
                <w:rFonts w:ascii="Times New Roman" w:eastAsia="Times New Roman" w:hAnsi="Times New Roman" w:cs="Times New Roman"/>
                <w:b/>
                <w:color w:val="000000"/>
                <w:w w:val="97"/>
                <w:sz w:val="16"/>
              </w:rPr>
              <w:t>Наименование разделов и тем программы</w:t>
            </w:r>
          </w:p>
        </w:tc>
        <w:tc>
          <w:tcPr>
            <w:tcW w:w="165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4B4096A"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Количество</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часов</w:t>
            </w:r>
            <w:proofErr w:type="spellEnd"/>
          </w:p>
        </w:tc>
        <w:tc>
          <w:tcPr>
            <w:tcW w:w="8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9D9F6EE" w14:textId="77777777" w:rsidR="00BD61FD" w:rsidRPr="00BD61FD" w:rsidRDefault="00BD61FD" w:rsidP="00BD61FD">
            <w:pPr>
              <w:autoSpaceDE w:val="0"/>
              <w:autoSpaceDN w:val="0"/>
              <w:spacing w:before="78" w:after="0" w:line="245"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Дата</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изучения</w:t>
            </w:r>
            <w:proofErr w:type="spellEnd"/>
          </w:p>
        </w:tc>
        <w:tc>
          <w:tcPr>
            <w:tcW w:w="812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9E2F6FB"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Виды</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деятельности</w:t>
            </w:r>
            <w:proofErr w:type="spellEnd"/>
          </w:p>
        </w:tc>
        <w:tc>
          <w:tcPr>
            <w:tcW w:w="12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329D1F4" w14:textId="77777777" w:rsidR="00BD61FD" w:rsidRPr="00BD61FD" w:rsidRDefault="00BD61FD" w:rsidP="00BD61FD">
            <w:pPr>
              <w:autoSpaceDE w:val="0"/>
              <w:autoSpaceDN w:val="0"/>
              <w:spacing w:before="78" w:after="0" w:line="245"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Виды</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формы</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контроля</w:t>
            </w:r>
            <w:proofErr w:type="spellEnd"/>
          </w:p>
        </w:tc>
        <w:tc>
          <w:tcPr>
            <w:tcW w:w="98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6683E28" w14:textId="77777777" w:rsidR="00BD61FD" w:rsidRPr="00BD61FD" w:rsidRDefault="00BD61FD" w:rsidP="00BD61FD">
            <w:pPr>
              <w:autoSpaceDE w:val="0"/>
              <w:autoSpaceDN w:val="0"/>
              <w:spacing w:before="78" w:after="0" w:line="245" w:lineRule="auto"/>
              <w:ind w:left="72" w:right="1008"/>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Электронные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цифровые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образовательные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ресурсы</w:t>
            </w:r>
            <w:proofErr w:type="spellEnd"/>
          </w:p>
        </w:tc>
      </w:tr>
      <w:tr w:rsidR="00BD61FD" w:rsidRPr="00BD61FD" w14:paraId="2E920BF8" w14:textId="77777777" w:rsidTr="005B59C2">
        <w:trPr>
          <w:trHeight w:hRule="exact" w:val="540"/>
        </w:trPr>
        <w:tc>
          <w:tcPr>
            <w:tcW w:w="468" w:type="dxa"/>
            <w:vMerge/>
            <w:tcBorders>
              <w:top w:val="single" w:sz="4" w:space="0" w:color="000000"/>
              <w:left w:val="single" w:sz="4" w:space="0" w:color="000000"/>
              <w:bottom w:val="single" w:sz="4" w:space="0" w:color="000000"/>
              <w:right w:val="single" w:sz="4" w:space="0" w:color="000000"/>
            </w:tcBorders>
          </w:tcPr>
          <w:p w14:paraId="09243C68" w14:textId="77777777" w:rsidR="00BD61FD" w:rsidRPr="00BD61FD" w:rsidRDefault="00BD61FD" w:rsidP="00BD61FD">
            <w:pPr>
              <w:rPr>
                <w:rFonts w:ascii="Cambria" w:eastAsia="MS Mincho" w:hAnsi="Cambria" w:cs="Times New Roman"/>
                <w:lang w:val="en-US"/>
              </w:rPr>
            </w:pPr>
          </w:p>
        </w:tc>
        <w:tc>
          <w:tcPr>
            <w:tcW w:w="1706" w:type="dxa"/>
            <w:vMerge/>
            <w:tcBorders>
              <w:top w:val="single" w:sz="4" w:space="0" w:color="000000"/>
              <w:left w:val="single" w:sz="4" w:space="0" w:color="000000"/>
              <w:bottom w:val="single" w:sz="4" w:space="0" w:color="000000"/>
              <w:right w:val="single" w:sz="4" w:space="0" w:color="000000"/>
            </w:tcBorders>
          </w:tcPr>
          <w:p w14:paraId="4E2E2478" w14:textId="77777777" w:rsidR="00BD61FD" w:rsidRPr="00BD61FD" w:rsidRDefault="00BD61FD" w:rsidP="00BD61FD">
            <w:pPr>
              <w:rPr>
                <w:rFonts w:ascii="Cambria" w:eastAsia="MS Mincho" w:hAnsi="Cambria" w:cs="Times New Roman"/>
                <w:lang w:val="en-US"/>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39DC65"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всего</w:t>
            </w:r>
            <w:proofErr w:type="spellEnd"/>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5C8EF7F" w14:textId="77777777" w:rsidR="00BD61FD" w:rsidRPr="00BD61FD" w:rsidRDefault="00BD61FD" w:rsidP="00BD61FD">
            <w:pPr>
              <w:autoSpaceDE w:val="0"/>
              <w:autoSpaceDN w:val="0"/>
              <w:spacing w:before="78" w:after="0" w:line="245"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контрольные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работы</w:t>
            </w:r>
            <w:proofErr w:type="spellEnd"/>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898CF0E" w14:textId="77777777" w:rsidR="00BD61FD" w:rsidRPr="00BD61FD" w:rsidRDefault="00BD61FD" w:rsidP="00BD61FD">
            <w:pPr>
              <w:autoSpaceDE w:val="0"/>
              <w:autoSpaceDN w:val="0"/>
              <w:spacing w:before="78" w:after="0" w:line="245"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практические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работы</w:t>
            </w:r>
            <w:proofErr w:type="spellEnd"/>
          </w:p>
        </w:tc>
        <w:tc>
          <w:tcPr>
            <w:tcW w:w="806" w:type="dxa"/>
            <w:vMerge/>
            <w:tcBorders>
              <w:top w:val="single" w:sz="4" w:space="0" w:color="000000"/>
              <w:left w:val="single" w:sz="4" w:space="0" w:color="000000"/>
              <w:bottom w:val="single" w:sz="4" w:space="0" w:color="000000"/>
              <w:right w:val="single" w:sz="4" w:space="0" w:color="000000"/>
            </w:tcBorders>
          </w:tcPr>
          <w:p w14:paraId="394BFF7D" w14:textId="77777777" w:rsidR="00BD61FD" w:rsidRPr="00BD61FD" w:rsidRDefault="00BD61FD" w:rsidP="00BD61FD">
            <w:pPr>
              <w:rPr>
                <w:rFonts w:ascii="Cambria" w:eastAsia="MS Mincho" w:hAnsi="Cambria" w:cs="Times New Roman"/>
                <w:lang w:val="en-US"/>
              </w:rPr>
            </w:pPr>
          </w:p>
        </w:tc>
        <w:tc>
          <w:tcPr>
            <w:tcW w:w="8124" w:type="dxa"/>
            <w:vMerge/>
            <w:tcBorders>
              <w:top w:val="single" w:sz="4" w:space="0" w:color="000000"/>
              <w:left w:val="single" w:sz="4" w:space="0" w:color="000000"/>
              <w:bottom w:val="single" w:sz="4" w:space="0" w:color="000000"/>
              <w:right w:val="single" w:sz="4" w:space="0" w:color="000000"/>
            </w:tcBorders>
          </w:tcPr>
          <w:p w14:paraId="3395291D" w14:textId="77777777" w:rsidR="00BD61FD" w:rsidRPr="00BD61FD" w:rsidRDefault="00BD61FD" w:rsidP="00BD61FD">
            <w:pPr>
              <w:rPr>
                <w:rFonts w:ascii="Cambria" w:eastAsia="MS Mincho" w:hAnsi="Cambria" w:cs="Times New Roman"/>
                <w:lang w:val="en-US"/>
              </w:rPr>
            </w:pPr>
          </w:p>
        </w:tc>
        <w:tc>
          <w:tcPr>
            <w:tcW w:w="1238" w:type="dxa"/>
            <w:vMerge/>
            <w:tcBorders>
              <w:top w:val="single" w:sz="4" w:space="0" w:color="000000"/>
              <w:left w:val="single" w:sz="4" w:space="0" w:color="000000"/>
              <w:bottom w:val="single" w:sz="4" w:space="0" w:color="000000"/>
              <w:right w:val="single" w:sz="4" w:space="0" w:color="000000"/>
            </w:tcBorders>
          </w:tcPr>
          <w:p w14:paraId="7C571B0B" w14:textId="77777777" w:rsidR="00BD61FD" w:rsidRPr="00BD61FD" w:rsidRDefault="00BD61FD" w:rsidP="00BD61FD">
            <w:pPr>
              <w:rPr>
                <w:rFonts w:ascii="Cambria" w:eastAsia="MS Mincho" w:hAnsi="Cambria" w:cs="Times New Roman"/>
                <w:lang w:val="en-US"/>
              </w:rPr>
            </w:pPr>
          </w:p>
        </w:tc>
        <w:tc>
          <w:tcPr>
            <w:tcW w:w="989" w:type="dxa"/>
            <w:vMerge/>
            <w:tcBorders>
              <w:top w:val="single" w:sz="4" w:space="0" w:color="000000"/>
              <w:left w:val="single" w:sz="4" w:space="0" w:color="000000"/>
              <w:bottom w:val="single" w:sz="4" w:space="0" w:color="000000"/>
              <w:right w:val="single" w:sz="4" w:space="0" w:color="000000"/>
            </w:tcBorders>
          </w:tcPr>
          <w:p w14:paraId="34B56936" w14:textId="77777777" w:rsidR="00BD61FD" w:rsidRPr="00BD61FD" w:rsidRDefault="00BD61FD" w:rsidP="00BD61FD">
            <w:pPr>
              <w:rPr>
                <w:rFonts w:ascii="Cambria" w:eastAsia="MS Mincho" w:hAnsi="Cambria" w:cs="Times New Roman"/>
                <w:lang w:val="en-US"/>
              </w:rPr>
            </w:pPr>
          </w:p>
        </w:tc>
      </w:tr>
      <w:tr w:rsidR="00BD61FD" w:rsidRPr="00BD61FD" w14:paraId="7CE5A70A" w14:textId="77777777" w:rsidTr="005B59C2">
        <w:trPr>
          <w:trHeight w:hRule="exact" w:val="350"/>
        </w:trPr>
        <w:tc>
          <w:tcPr>
            <w:tcW w:w="1498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33E1EA48" w14:textId="77777777" w:rsidR="00BD61FD" w:rsidRPr="00BD61FD" w:rsidRDefault="00BD61FD" w:rsidP="00BD61FD">
            <w:pPr>
              <w:autoSpaceDE w:val="0"/>
              <w:autoSpaceDN w:val="0"/>
              <w:spacing w:before="80"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Раздел</w:t>
            </w:r>
            <w:proofErr w:type="spellEnd"/>
            <w:r w:rsidRPr="00BD61FD">
              <w:rPr>
                <w:rFonts w:ascii="Times New Roman" w:eastAsia="Times New Roman" w:hAnsi="Times New Roman" w:cs="Times New Roman"/>
                <w:color w:val="000000"/>
                <w:w w:val="97"/>
                <w:sz w:val="16"/>
                <w:lang w:val="en-US"/>
              </w:rPr>
              <w:t xml:space="preserve"> 1.</w:t>
            </w:r>
            <w:r w:rsidRPr="00BD61FD">
              <w:rPr>
                <w:rFonts w:ascii="Times New Roman" w:eastAsia="Times New Roman" w:hAnsi="Times New Roman" w:cs="Times New Roman"/>
                <w:b/>
                <w:color w:val="000000"/>
                <w:w w:val="97"/>
                <w:sz w:val="16"/>
                <w:lang w:val="en-US"/>
              </w:rPr>
              <w:t xml:space="preserve"> ЯЗЫК И КУЛЬТУРА</w:t>
            </w:r>
          </w:p>
        </w:tc>
      </w:tr>
      <w:tr w:rsidR="00BD61FD" w:rsidRPr="00BD61FD" w14:paraId="052079C4" w14:textId="77777777" w:rsidTr="005B59C2">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463780"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1.1.</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CBEF8F" w14:textId="77777777" w:rsidR="00BD61FD" w:rsidRPr="00BD61FD" w:rsidRDefault="00BD61FD" w:rsidP="00BD61FD">
            <w:pPr>
              <w:autoSpaceDE w:val="0"/>
              <w:autoSpaceDN w:val="0"/>
              <w:spacing w:before="76" w:after="0" w:line="250"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Русский язык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национальный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язык русского народа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B2146C"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C6340D"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BC78EC5"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BCF051"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5C0840"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Характеризовать роль русского родного языка в жизни общества 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государства, в современном мире, в жизни человека;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Приводить примеры, доказывающие, что изучение русского языка позволяет лучше узнать историю и культуру страны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Создавать текст на заданную тему;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приёмы просмотрового и изучающего чтения;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DB55B43"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989" w:type="dxa"/>
            <w:tcBorders>
              <w:top w:val="single" w:sz="4" w:space="0" w:color="000000"/>
              <w:left w:val="single" w:sz="4" w:space="0" w:color="000000"/>
              <w:bottom w:val="single" w:sz="4" w:space="0" w:color="000000"/>
              <w:right w:val="single" w:sz="4" w:space="0" w:color="000000"/>
            </w:tcBorders>
            <w:tcMar>
              <w:left w:w="0" w:type="dxa"/>
              <w:right w:w="0" w:type="dxa"/>
            </w:tcMar>
          </w:tcPr>
          <w:p w14:paraId="217AF547"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1CCC6AF2" w14:textId="77777777" w:rsidTr="005B59C2">
        <w:trPr>
          <w:trHeight w:hRule="exact" w:val="207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EC06EE"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1.2.</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D2B12C" w14:textId="77777777" w:rsidR="00BD61FD" w:rsidRPr="00BD61FD" w:rsidRDefault="00BD61FD" w:rsidP="00BD61FD">
            <w:pPr>
              <w:autoSpaceDE w:val="0"/>
              <w:autoSpaceDN w:val="0"/>
              <w:spacing w:before="78" w:after="0" w:line="247"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Краткая</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история</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русской</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письменности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E3E795"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38300D"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B980C02"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31185CA"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4660C9"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Характеризовать основные факты из истории русской письменности (в рамках изученного) и создания славянского алфавита (на материале прочитанных текстов);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Создавать монологические высказывания на заданную тему, участвовать в диалоге и полилоге на лингвистическую тему;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учебные этимологические словари; грамматические словари и справочники, орфографические словари, справочники по пунктуации (в том числе мультимедийные);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FBE706" w14:textId="77777777" w:rsidR="00BD61FD" w:rsidRPr="00BD61FD" w:rsidRDefault="00BD61FD" w:rsidP="00BD61FD">
            <w:pPr>
              <w:autoSpaceDE w:val="0"/>
              <w:autoSpaceDN w:val="0"/>
              <w:spacing w:before="78" w:after="0" w:line="247"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989" w:type="dxa"/>
            <w:tcBorders>
              <w:top w:val="single" w:sz="4" w:space="0" w:color="000000"/>
              <w:left w:val="single" w:sz="4" w:space="0" w:color="000000"/>
              <w:bottom w:val="single" w:sz="4" w:space="0" w:color="000000"/>
              <w:right w:val="single" w:sz="4" w:space="0" w:color="000000"/>
            </w:tcBorders>
            <w:tcMar>
              <w:left w:w="0" w:type="dxa"/>
              <w:right w:w="0" w:type="dxa"/>
            </w:tcMar>
          </w:tcPr>
          <w:p w14:paraId="2ADA8927"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3161C669" w14:textId="77777777" w:rsidTr="005B59C2">
        <w:trPr>
          <w:trHeight w:hRule="exact" w:val="24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2F8E38"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1.3.</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6FDF0C" w14:textId="77777777" w:rsidR="00BD61FD" w:rsidRPr="00BD61FD" w:rsidRDefault="00BD61FD" w:rsidP="00BD61FD">
            <w:pPr>
              <w:autoSpaceDE w:val="0"/>
              <w:autoSpaceDN w:val="0"/>
              <w:spacing w:before="76" w:after="0" w:line="250" w:lineRule="auto"/>
              <w:ind w:left="72" w:right="288"/>
              <w:rPr>
                <w:rFonts w:ascii="Cambria" w:eastAsia="MS Mincho" w:hAnsi="Cambria" w:cs="Times New Roman"/>
              </w:rPr>
            </w:pPr>
            <w:r w:rsidRPr="00BD61FD">
              <w:rPr>
                <w:rFonts w:ascii="Times New Roman" w:eastAsia="Times New Roman" w:hAnsi="Times New Roman" w:cs="Times New Roman"/>
                <w:b/>
                <w:color w:val="000000"/>
                <w:w w:val="97"/>
                <w:sz w:val="16"/>
              </w:rPr>
              <w:t xml:space="preserve">Язык как зеркало национальной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культуры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ECCADFF"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3BD2EC"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B1785EC"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0796E93"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6D93CDF3"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Распознавать и правильно объяснять значения изученных слов с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национально-культурным компонентом, правильно употреблять их в речи; Распознавать, анализировать и характеризовать слова с живой внутренней формой;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Сравнивать отдельные примеры наименований предметов и явлений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окружающего мира в различных языках, отражающих особенности природы, климатических условий, традиционного быта и т. п.;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учебные этимологические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грамматические словари и справочники, орфографические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справочники по пунктуации (в том числе мультимедийные);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A50C73B"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989" w:type="dxa"/>
            <w:tcBorders>
              <w:top w:val="single" w:sz="4" w:space="0" w:color="000000"/>
              <w:left w:val="single" w:sz="4" w:space="0" w:color="000000"/>
              <w:bottom w:val="single" w:sz="4" w:space="0" w:color="000000"/>
              <w:right w:val="single" w:sz="4" w:space="0" w:color="000000"/>
            </w:tcBorders>
            <w:tcMar>
              <w:left w:w="0" w:type="dxa"/>
              <w:right w:w="0" w:type="dxa"/>
            </w:tcMar>
          </w:tcPr>
          <w:p w14:paraId="67F80842"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bl>
    <w:p w14:paraId="0F057C58"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607FF969" w14:textId="77777777" w:rsidR="00BD61FD" w:rsidRPr="00BD61FD" w:rsidRDefault="00BD61FD" w:rsidP="00BD61FD">
      <w:pPr>
        <w:rPr>
          <w:rFonts w:ascii="Cambria" w:eastAsia="MS Mincho" w:hAnsi="Cambria" w:cs="Times New Roman"/>
          <w:lang w:val="en-US"/>
        </w:rPr>
        <w:sectPr w:rsidR="00BD61FD" w:rsidRPr="00BD61FD">
          <w:pgSz w:w="16840" w:h="11900"/>
          <w:pgMar w:top="282" w:right="640" w:bottom="1440" w:left="666" w:header="720" w:footer="720" w:gutter="0"/>
          <w:cols w:space="720" w:equalWidth="0">
            <w:col w:w="15534" w:space="0"/>
          </w:cols>
          <w:docGrid w:linePitch="360"/>
        </w:sectPr>
      </w:pPr>
    </w:p>
    <w:p w14:paraId="289008E3"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1272"/>
      </w:tblGrid>
      <w:tr w:rsidR="00BD61FD" w:rsidRPr="00BD61FD" w14:paraId="2768F2C4" w14:textId="77777777" w:rsidTr="005B59C2">
        <w:trPr>
          <w:trHeight w:hRule="exact" w:val="323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8B1BAD7"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1.4.</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59A3CC" w14:textId="77777777" w:rsidR="00BD61FD" w:rsidRPr="00BD61FD" w:rsidRDefault="00BD61FD" w:rsidP="00BD61FD">
            <w:pPr>
              <w:autoSpaceDE w:val="0"/>
              <w:autoSpaceDN w:val="0"/>
              <w:spacing w:before="78" w:after="0" w:line="252" w:lineRule="auto"/>
              <w:ind w:left="72" w:right="144"/>
              <w:rPr>
                <w:rFonts w:ascii="Cambria" w:eastAsia="MS Mincho" w:hAnsi="Cambria" w:cs="Times New Roman"/>
              </w:rPr>
            </w:pPr>
            <w:r w:rsidRPr="00BD61FD">
              <w:rPr>
                <w:rFonts w:ascii="Times New Roman" w:eastAsia="Times New Roman" w:hAnsi="Times New Roman" w:cs="Times New Roman"/>
                <w:b/>
                <w:color w:val="000000"/>
                <w:w w:val="97"/>
                <w:sz w:val="16"/>
              </w:rPr>
              <w:t xml:space="preserve">Слово как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хранилище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материальной и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духовной культуры народа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ED8CD9"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4</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76411C19"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ADFDEEC"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977D6AE"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4573ADF9"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Распознавать и правильно объяснять значения изученных слов с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национально-культурным компонентом, правильно употреблять их в речи; Извлекать и анализировать информацию из научно-популярных текстов о предметах и явлениях традиционного русского быта;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словарные статьи «Толкового словаря живого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великорусского языка» В. И. Даля; извлекать сведения о жизни, быте, обычаях русского народа в прошлом;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пословицы русского народа, объяснять их смысл, извлекать информацию о жизни и быте русского народа в прошлом; описывать современные ситуации их употребления;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словари пословиц и поговорок, учебные этимологические словари; грамматические словари и справочники,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орфографические словари, справочники по пунктуации (в том числе мультимедийные);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E5FE5B" w14:textId="77777777" w:rsidR="00BD61FD" w:rsidRPr="00BD61FD" w:rsidRDefault="00BD61FD" w:rsidP="00BD61FD">
            <w:pPr>
              <w:autoSpaceDE w:val="0"/>
              <w:autoSpaceDN w:val="0"/>
              <w:spacing w:before="78" w:after="0" w:line="252"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Устный опрос; 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w w:val="97"/>
                <w:sz w:val="16"/>
              </w:rPr>
              <w:t>использованием«</w:t>
            </w:r>
            <w:proofErr w:type="gramEnd"/>
            <w:r w:rsidRPr="00BD61FD">
              <w:rPr>
                <w:rFonts w:ascii="Times New Roman" w:eastAsia="Times New Roman" w:hAnsi="Times New Roman" w:cs="Times New Roman"/>
                <w:color w:val="000000"/>
                <w:w w:val="97"/>
                <w:sz w:val="16"/>
              </w:rPr>
              <w:t>Оценочного</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листа»;</w:t>
            </w:r>
          </w:p>
        </w:tc>
        <w:tc>
          <w:tcPr>
            <w:tcW w:w="1272" w:type="dxa"/>
            <w:tcBorders>
              <w:top w:val="single" w:sz="4" w:space="0" w:color="000000"/>
              <w:left w:val="single" w:sz="4" w:space="0" w:color="000000"/>
              <w:bottom w:val="single" w:sz="4" w:space="0" w:color="000000"/>
              <w:right w:val="single" w:sz="4" w:space="0" w:color="000000"/>
            </w:tcBorders>
            <w:tcMar>
              <w:left w:w="0" w:type="dxa"/>
              <w:right w:w="0" w:type="dxa"/>
            </w:tcMar>
          </w:tcPr>
          <w:p w14:paraId="6F5B94D0"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4A67EF14" w14:textId="77777777" w:rsidTr="005B59C2">
        <w:trPr>
          <w:trHeight w:hRule="exact" w:val="40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03615B6"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1.5.</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5EB85B0" w14:textId="77777777" w:rsidR="00BD61FD" w:rsidRPr="00BD61FD" w:rsidRDefault="00BD61FD" w:rsidP="00BD61FD">
            <w:pPr>
              <w:autoSpaceDE w:val="0"/>
              <w:autoSpaceDN w:val="0"/>
              <w:spacing w:before="76" w:after="0" w:line="233"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Загадки.</w:t>
            </w:r>
          </w:p>
          <w:p w14:paraId="27748EFA" w14:textId="77777777" w:rsidR="00BD61FD" w:rsidRPr="00BD61FD" w:rsidRDefault="00BD61FD" w:rsidP="00BD61FD">
            <w:pPr>
              <w:autoSpaceDE w:val="0"/>
              <w:autoSpaceDN w:val="0"/>
              <w:spacing w:before="18" w:after="0" w:line="245" w:lineRule="auto"/>
              <w:ind w:right="288"/>
              <w:jc w:val="center"/>
              <w:rPr>
                <w:rFonts w:ascii="Cambria" w:eastAsia="MS Mincho" w:hAnsi="Cambria" w:cs="Times New Roman"/>
              </w:rPr>
            </w:pPr>
            <w:r w:rsidRPr="00BD61FD">
              <w:rPr>
                <w:rFonts w:ascii="Times New Roman" w:eastAsia="Times New Roman" w:hAnsi="Times New Roman" w:cs="Times New Roman"/>
                <w:b/>
                <w:color w:val="000000"/>
                <w:w w:val="97"/>
                <w:sz w:val="16"/>
              </w:rPr>
              <w:t>Метафоричность русской загадки.</w:t>
            </w:r>
          </w:p>
          <w:p w14:paraId="3D9DCD1C" w14:textId="77777777" w:rsidR="00BD61FD" w:rsidRPr="00BD61FD" w:rsidRDefault="00BD61FD" w:rsidP="00BD61FD">
            <w:pPr>
              <w:autoSpaceDE w:val="0"/>
              <w:autoSpaceDN w:val="0"/>
              <w:spacing w:before="20" w:after="0" w:line="252" w:lineRule="auto"/>
              <w:ind w:left="72" w:right="144"/>
              <w:rPr>
                <w:rFonts w:ascii="Cambria" w:eastAsia="MS Mincho" w:hAnsi="Cambria" w:cs="Times New Roman"/>
              </w:rPr>
            </w:pPr>
            <w:r w:rsidRPr="00BD61FD">
              <w:rPr>
                <w:rFonts w:ascii="Times New Roman" w:eastAsia="Times New Roman" w:hAnsi="Times New Roman" w:cs="Times New Roman"/>
                <w:b/>
                <w:color w:val="000000"/>
                <w:w w:val="97"/>
                <w:sz w:val="16"/>
              </w:rPr>
              <w:t xml:space="preserve">Метафоры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общеязыковые и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художественные, их национально-</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культурная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специфика.</w:t>
            </w:r>
          </w:p>
          <w:p w14:paraId="69D27F2A" w14:textId="77777777" w:rsidR="00BD61FD" w:rsidRPr="00BD61FD" w:rsidRDefault="00BD61FD" w:rsidP="00BD61FD">
            <w:pPr>
              <w:autoSpaceDE w:val="0"/>
              <w:autoSpaceDN w:val="0"/>
              <w:spacing w:before="20" w:after="0" w:line="252" w:lineRule="auto"/>
              <w:ind w:left="72" w:right="288"/>
              <w:rPr>
                <w:rFonts w:ascii="Cambria" w:eastAsia="MS Mincho" w:hAnsi="Cambria" w:cs="Times New Roman"/>
              </w:rPr>
            </w:pPr>
            <w:r w:rsidRPr="00BD61FD">
              <w:rPr>
                <w:rFonts w:ascii="Times New Roman" w:eastAsia="Times New Roman" w:hAnsi="Times New Roman" w:cs="Times New Roman"/>
                <w:b/>
                <w:color w:val="000000"/>
                <w:w w:val="97"/>
                <w:sz w:val="16"/>
              </w:rPr>
              <w:t xml:space="preserve">Метафора,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олицетворение,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эпитет как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изобразительные средства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655FD9"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1AEFC3"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36CBCD8"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957C5E"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D0EA15" w14:textId="77777777" w:rsidR="00BD61FD" w:rsidRPr="00BD61FD" w:rsidRDefault="00BD61FD" w:rsidP="00BD61FD">
            <w:pPr>
              <w:autoSpaceDE w:val="0"/>
              <w:autoSpaceDN w:val="0"/>
              <w:spacing w:before="76" w:after="0" w:line="257"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русские загадки с точки зрения языковых средств, которые в них используются для создания образа загаданного слова;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Сравнивать языковые метафоры в русском и других языках, устанавливать признаки, по которым проводится сравнение;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Устанавливать признаки для сравнения прямого и переносного значения слов; определять признак, лежащий в основе переносного значения;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Характеризовать слова со специфическим оценочно-характеризующим значением (переносные наименования животных, растений и т. п.),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особенности их употребления;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Сравнивать слова со специфическим оценочно-характеризующим значением в разных языках, определять признак, лежащий в основе переносных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значений таких слов;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художественные тексты с точки зрения использования в них художественных метафор, олицетворений;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словари пословиц и поговорок, словари эпитетов, метафор и сравнений; учебные этимологические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грамматические словари и справочники, орфографические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справочники по пунктуации (в том числе мультимедийные);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B0E97F" w14:textId="77777777" w:rsidR="00BD61FD" w:rsidRPr="00BD61FD" w:rsidRDefault="00BD61FD" w:rsidP="00BD61FD">
            <w:pPr>
              <w:autoSpaceDE w:val="0"/>
              <w:autoSpaceDN w:val="0"/>
              <w:spacing w:before="76" w:after="0" w:line="245"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Практическая</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работа</w:t>
            </w:r>
            <w:proofErr w:type="spellEnd"/>
            <w:r w:rsidRPr="00BD61FD">
              <w:rPr>
                <w:rFonts w:ascii="Times New Roman" w:eastAsia="Times New Roman" w:hAnsi="Times New Roman" w:cs="Times New Roman"/>
                <w:color w:val="000000"/>
                <w:w w:val="97"/>
                <w:sz w:val="16"/>
                <w:lang w:val="en-US"/>
              </w:rPr>
              <w:t>;</w:t>
            </w:r>
          </w:p>
        </w:tc>
        <w:tc>
          <w:tcPr>
            <w:tcW w:w="12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CFA53A7" w14:textId="77777777" w:rsidR="00BD61FD" w:rsidRPr="00BD61FD" w:rsidRDefault="00BD61FD" w:rsidP="00BD61FD">
            <w:pPr>
              <w:autoSpaceDE w:val="0"/>
              <w:autoSpaceDN w:val="0"/>
              <w:spacing w:before="76" w:after="0" w:line="252" w:lineRule="auto"/>
              <w:ind w:left="72"/>
              <w:rPr>
                <w:rFonts w:ascii="Cambria" w:eastAsia="MS Mincho" w:hAnsi="Cambria" w:cs="Times New Roman"/>
              </w:rPr>
            </w:pPr>
            <w:proofErr w:type="spellStart"/>
            <w:r w:rsidRPr="00BD61FD">
              <w:rPr>
                <w:rFonts w:ascii="Times New Roman" w:eastAsia="Times New Roman" w:hAnsi="Times New Roman" w:cs="Times New Roman"/>
                <w:color w:val="000000"/>
                <w:w w:val="97"/>
                <w:sz w:val="16"/>
              </w:rPr>
              <w:t>Учи.ру</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РЭШ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выразительные средства языка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lang w:val="en-US"/>
              </w:rPr>
              <w:t>https</w:t>
            </w:r>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russkiiyazyk</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ru</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tablitsa</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vyirazitelnyie</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sredstva</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yazyika</w:t>
            </w:r>
            <w:proofErr w:type="spellEnd"/>
          </w:p>
        </w:tc>
      </w:tr>
    </w:tbl>
    <w:p w14:paraId="104BC210" w14:textId="77777777" w:rsidR="00BD61FD" w:rsidRPr="00BD61FD" w:rsidRDefault="00BD61FD" w:rsidP="00BD61FD">
      <w:pPr>
        <w:autoSpaceDE w:val="0"/>
        <w:autoSpaceDN w:val="0"/>
        <w:spacing w:after="0" w:line="14" w:lineRule="exact"/>
        <w:rPr>
          <w:rFonts w:ascii="Cambria" w:eastAsia="MS Mincho" w:hAnsi="Cambria" w:cs="Times New Roman"/>
        </w:rPr>
      </w:pPr>
    </w:p>
    <w:p w14:paraId="45609397" w14:textId="77777777" w:rsidR="00BD61FD" w:rsidRPr="00BD61FD" w:rsidRDefault="00BD61FD" w:rsidP="00BD61FD">
      <w:pPr>
        <w:rPr>
          <w:rFonts w:ascii="Cambria" w:eastAsia="MS Mincho" w:hAnsi="Cambria" w:cs="Times New Roman"/>
        </w:rPr>
        <w:sectPr w:rsidR="00BD61FD" w:rsidRPr="00BD61FD">
          <w:pgSz w:w="16840" w:h="11900"/>
          <w:pgMar w:top="284" w:right="834" w:bottom="1440" w:left="666" w:header="720" w:footer="720" w:gutter="0"/>
          <w:cols w:space="720" w:equalWidth="0">
            <w:col w:w="15340" w:space="0"/>
          </w:cols>
          <w:docGrid w:linePitch="360"/>
        </w:sectPr>
      </w:pPr>
    </w:p>
    <w:p w14:paraId="250ACF0A" w14:textId="77777777" w:rsidR="00BD61FD" w:rsidRPr="00BD61FD" w:rsidRDefault="00BD61FD" w:rsidP="00BD61FD">
      <w:pPr>
        <w:autoSpaceDE w:val="0"/>
        <w:autoSpaceDN w:val="0"/>
        <w:spacing w:after="66" w:line="220" w:lineRule="exact"/>
        <w:rPr>
          <w:rFonts w:ascii="Cambria" w:eastAsia="MS Mincho" w:hAnsi="Cambria" w:cs="Times New Roman"/>
        </w:rPr>
      </w:pPr>
    </w:p>
    <w:tbl>
      <w:tblPr>
        <w:tblW w:w="0" w:type="auto"/>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1272"/>
      </w:tblGrid>
      <w:tr w:rsidR="00BD61FD" w:rsidRPr="00BD61FD" w14:paraId="01144052" w14:textId="77777777" w:rsidTr="005B59C2">
        <w:trPr>
          <w:trHeight w:hRule="exact" w:val="419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B57B8A"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1.6.</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512CDC" w14:textId="77777777" w:rsidR="00BD61FD" w:rsidRPr="00BD61FD" w:rsidRDefault="00BD61FD" w:rsidP="00BD61FD">
            <w:pPr>
              <w:autoSpaceDE w:val="0"/>
              <w:autoSpaceDN w:val="0"/>
              <w:spacing w:before="78" w:after="0" w:line="247"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Национальная</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специфика</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русского</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фольклора</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832B19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D3B424"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3B28B17"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8ECC2C"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183B6D28" w14:textId="77777777" w:rsidR="00BD61FD" w:rsidRPr="00BD61FD" w:rsidRDefault="00BD61FD" w:rsidP="00BD61FD">
            <w:pPr>
              <w:autoSpaceDE w:val="0"/>
              <w:autoSpaceDN w:val="0"/>
              <w:spacing w:before="78"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фрагменты текстов русских народных и литературных сказок, народных песен, былин, художественных произведений с точки зрения использования в них устойчивых оборотов, народно-поэтических символов, народно-поэтических эпитетов;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Распознавать слова с суффиксами субъективной оценки в произведениях устного народного творчества и в произведениях художественной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литературы; характеризовать особенности их употребления как особого средства выразительности;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Распознавать постоянные эпитеты и сравнения, анализировать 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характеризовать особенности употребления в фольклорных текстах, в художественной литературе постоянных эпитетов, сравнений как особых изобразительно-выразительных средств;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Распознавать прецедентные имена и прозвища персонажей сказок, былин, легенд и т. п., понимать и объяснять их значение в современных контекстах, правильно употреблять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словари эпитетов, метафор и сравнений; словари пословиц и поговорок; учебные этимологические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грамматические словари и справочники, орфографические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справочники по пунктуации (в том числе мультимедийные);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AD761B6" w14:textId="77777777" w:rsidR="00BD61FD" w:rsidRPr="00BD61FD" w:rsidRDefault="00BD61FD" w:rsidP="00BD61FD">
            <w:pPr>
              <w:autoSpaceDE w:val="0"/>
              <w:autoSpaceDN w:val="0"/>
              <w:spacing w:before="78" w:after="0" w:line="247"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2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3CC5636"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2539F397" w14:textId="77777777" w:rsidTr="005B59C2">
        <w:trPr>
          <w:trHeight w:hRule="exact" w:val="342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0F43015"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1.7.</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2E54223" w14:textId="77777777" w:rsidR="00BD61FD" w:rsidRPr="00BD61FD" w:rsidRDefault="00BD61FD" w:rsidP="00BD61FD">
            <w:pPr>
              <w:autoSpaceDE w:val="0"/>
              <w:autoSpaceDN w:val="0"/>
              <w:spacing w:before="78" w:after="0" w:line="247"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Крылатые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слова</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пословицы</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поговорки</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0271A02"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71D8F64"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412A430"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A31B81E"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20711DA2"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Распознавать крылатые слова и выражения из русских народных 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литературных сказок, называть их источники, комментировать значение и употребление в современных ситуациях речевого общения, использовать в собственной речевой практике;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Объяснять значения пословиц и поговорок, правильно употреблять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изученные пословицы, поговорки;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Сравнивать русские пословицы с пословицами других народов, определять их сходства и различия;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Характеризовать пословицы и поговорки с точки зрения выражения в них опыта, наблюдений, оценок, народного ума и особенностей национальной культуры народа;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словари пословиц и поговорок, крылатых слов и выражений, словари эпитетов, метафор и сравнений; учебные этимологические словари; орфографические словари, грамматические словари и справочники по пунктуации (в том числе мультимедийные); 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E8A9550" w14:textId="77777777" w:rsidR="00BD61FD" w:rsidRPr="00BD61FD" w:rsidRDefault="00BD61FD" w:rsidP="00BD61FD">
            <w:pPr>
              <w:autoSpaceDE w:val="0"/>
              <w:autoSpaceDN w:val="0"/>
              <w:spacing w:before="78" w:after="0" w:line="252"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Устный опрос; 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w w:val="97"/>
                <w:sz w:val="16"/>
              </w:rPr>
              <w:t>использованием«</w:t>
            </w:r>
            <w:proofErr w:type="gramEnd"/>
            <w:r w:rsidRPr="00BD61FD">
              <w:rPr>
                <w:rFonts w:ascii="Times New Roman" w:eastAsia="Times New Roman" w:hAnsi="Times New Roman" w:cs="Times New Roman"/>
                <w:color w:val="000000"/>
                <w:w w:val="97"/>
                <w:sz w:val="16"/>
              </w:rPr>
              <w:t>Оценочного</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листа»;</w:t>
            </w:r>
          </w:p>
        </w:tc>
        <w:tc>
          <w:tcPr>
            <w:tcW w:w="12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58EE027"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344D6B2A" w14:textId="77777777" w:rsidTr="005B59C2">
        <w:trPr>
          <w:trHeight w:hRule="exact" w:val="26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429CE8"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1.8.</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8A3AD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Русские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имена</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2FFF351"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0264085"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685FCD7"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D41ABBB"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1B6606CB" w14:textId="77777777" w:rsidR="00BD61FD" w:rsidRPr="00BD61FD" w:rsidRDefault="00BD61FD" w:rsidP="00BD61FD">
            <w:pPr>
              <w:autoSpaceDE w:val="0"/>
              <w:autoSpaceDN w:val="0"/>
              <w:spacing w:before="78"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Характеризовать исконно русские (славянские) имена, комментировать их происхождение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Характеризовать стилистическую окраску имён, входящих в состав пословиц и поговорок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Объяснять взаимосвязь происхождения названий старинных русских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городов и истории народа, истории языка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толковые словари, словари пословиц и поговорок; словари крылатых слов и выражений; словари синонимов, антонимов; словари эпитетов, метафор и сравнений; учебные этимологические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грамматические словари и справочники, орфографические словари,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справочники по пунктуации (в том числе мультимедийные);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41F55C4" w14:textId="77777777" w:rsidR="00BD61FD" w:rsidRPr="00BD61FD" w:rsidRDefault="00BD61FD" w:rsidP="00BD61FD">
            <w:pPr>
              <w:autoSpaceDE w:val="0"/>
              <w:autoSpaceDN w:val="0"/>
              <w:spacing w:before="78" w:after="0" w:line="252"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Устный опрос; 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w w:val="97"/>
                <w:sz w:val="16"/>
              </w:rPr>
              <w:t>использованием«</w:t>
            </w:r>
            <w:proofErr w:type="gramEnd"/>
            <w:r w:rsidRPr="00BD61FD">
              <w:rPr>
                <w:rFonts w:ascii="Times New Roman" w:eastAsia="Times New Roman" w:hAnsi="Times New Roman" w:cs="Times New Roman"/>
                <w:color w:val="000000"/>
                <w:w w:val="97"/>
                <w:sz w:val="16"/>
              </w:rPr>
              <w:t>Оценочного</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листа»;</w:t>
            </w:r>
          </w:p>
        </w:tc>
        <w:tc>
          <w:tcPr>
            <w:tcW w:w="12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12A06A3"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bl>
    <w:p w14:paraId="1914FCD5"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5534314C" w14:textId="77777777" w:rsidR="00BD61FD" w:rsidRPr="00BD61FD" w:rsidRDefault="00BD61FD" w:rsidP="00BD61FD">
      <w:pPr>
        <w:rPr>
          <w:rFonts w:ascii="Cambria" w:eastAsia="MS Mincho" w:hAnsi="Cambria" w:cs="Times New Roman"/>
          <w:lang w:val="en-US"/>
        </w:rPr>
        <w:sectPr w:rsidR="00BD61FD" w:rsidRPr="00BD61FD">
          <w:pgSz w:w="16840" w:h="11900"/>
          <w:pgMar w:top="284" w:right="834" w:bottom="526" w:left="666" w:header="720" w:footer="720" w:gutter="0"/>
          <w:cols w:space="720" w:equalWidth="0">
            <w:col w:w="15340" w:space="0"/>
          </w:cols>
          <w:docGrid w:linePitch="360"/>
        </w:sectPr>
      </w:pPr>
    </w:p>
    <w:p w14:paraId="4E541A1C"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1313"/>
      </w:tblGrid>
      <w:tr w:rsidR="00BD61FD" w:rsidRPr="00BD61FD" w14:paraId="0AC5E30D" w14:textId="77777777" w:rsidTr="00ED60EF">
        <w:trPr>
          <w:trHeight w:hRule="exact" w:val="246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7A746C"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1.9.</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3D11B50" w14:textId="77777777" w:rsidR="00BD61FD" w:rsidRPr="00BD61FD" w:rsidRDefault="00BD61FD" w:rsidP="00BD61FD">
            <w:pPr>
              <w:autoSpaceDE w:val="0"/>
              <w:autoSpaceDN w:val="0"/>
              <w:spacing w:before="78" w:after="0" w:line="247" w:lineRule="auto"/>
              <w:ind w:left="72" w:right="288"/>
              <w:rPr>
                <w:rFonts w:ascii="Cambria" w:eastAsia="MS Mincho" w:hAnsi="Cambria" w:cs="Times New Roman"/>
              </w:rPr>
            </w:pPr>
            <w:r w:rsidRPr="00BD61FD">
              <w:rPr>
                <w:rFonts w:ascii="Times New Roman" w:eastAsia="Times New Roman" w:hAnsi="Times New Roman" w:cs="Times New Roman"/>
                <w:b/>
                <w:color w:val="000000"/>
                <w:w w:val="97"/>
                <w:sz w:val="16"/>
              </w:rPr>
              <w:t xml:space="preserve">Язык как зеркало национальной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культуры.</w:t>
            </w:r>
          </w:p>
          <w:p w14:paraId="3811C23A" w14:textId="77777777" w:rsidR="00BD61FD" w:rsidRPr="00BD61FD" w:rsidRDefault="00BD61FD" w:rsidP="00BD61FD">
            <w:pPr>
              <w:autoSpaceDE w:val="0"/>
              <w:autoSpaceDN w:val="0"/>
              <w:spacing w:before="20" w:after="0" w:line="250" w:lineRule="auto"/>
              <w:ind w:left="72" w:right="144"/>
              <w:rPr>
                <w:rFonts w:ascii="Cambria" w:eastAsia="MS Mincho" w:hAnsi="Cambria" w:cs="Times New Roman"/>
              </w:rPr>
            </w:pPr>
            <w:r w:rsidRPr="00BD61FD">
              <w:rPr>
                <w:rFonts w:ascii="Times New Roman" w:eastAsia="Times New Roman" w:hAnsi="Times New Roman" w:cs="Times New Roman"/>
                <w:b/>
                <w:color w:val="000000"/>
                <w:w w:val="97"/>
                <w:sz w:val="16"/>
              </w:rPr>
              <w:t xml:space="preserve">Представление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проектных,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исследовательских работ.</w:t>
            </w:r>
          </w:p>
          <w:p w14:paraId="1C54EFC8" w14:textId="77777777" w:rsidR="00BD61FD" w:rsidRPr="00BD61FD" w:rsidRDefault="00BD61FD" w:rsidP="00BD61FD">
            <w:pPr>
              <w:autoSpaceDE w:val="0"/>
              <w:autoSpaceDN w:val="0"/>
              <w:spacing w:before="20" w:after="0" w:line="245" w:lineRule="auto"/>
              <w:ind w:left="72" w:right="576"/>
              <w:rPr>
                <w:rFonts w:ascii="Cambria" w:eastAsia="MS Mincho" w:hAnsi="Cambria" w:cs="Times New Roman"/>
              </w:rPr>
            </w:pPr>
            <w:r w:rsidRPr="00BD61FD">
              <w:rPr>
                <w:rFonts w:ascii="Times New Roman" w:eastAsia="Times New Roman" w:hAnsi="Times New Roman" w:cs="Times New Roman"/>
                <w:b/>
                <w:color w:val="000000"/>
                <w:w w:val="97"/>
                <w:sz w:val="16"/>
              </w:rPr>
              <w:t>Проверочная работа № 1</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7F94CA"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67BC7A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5A702F9"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329DD5E"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481E253E" w14:textId="77777777" w:rsidR="00BD61FD" w:rsidRPr="00BD61FD" w:rsidRDefault="00BD61FD" w:rsidP="00BD61FD">
            <w:pPr>
              <w:autoSpaceDE w:val="0"/>
              <w:autoSpaceDN w:val="0"/>
              <w:spacing w:before="78"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письменные тексты;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Самостоятельно составлять план действий, вносить необходимые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коррективы в ходе его реализации;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Делать выбор и брать ответственность за решение;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787A5A9" w14:textId="77777777" w:rsidR="00BD61FD" w:rsidRPr="00BD61FD" w:rsidRDefault="00BD61FD" w:rsidP="00BD61FD">
            <w:pPr>
              <w:autoSpaceDE w:val="0"/>
              <w:autoSpaceDN w:val="0"/>
              <w:spacing w:before="78" w:after="0" w:line="252"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Контрольная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работа;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w w:val="97"/>
                <w:sz w:val="16"/>
              </w:rPr>
              <w:t>использованием«</w:t>
            </w:r>
            <w:proofErr w:type="gramEnd"/>
            <w:r w:rsidRPr="00BD61FD">
              <w:rPr>
                <w:rFonts w:ascii="Times New Roman" w:eastAsia="Times New Roman" w:hAnsi="Times New Roman" w:cs="Times New Roman"/>
                <w:color w:val="000000"/>
                <w:w w:val="97"/>
                <w:sz w:val="16"/>
              </w:rPr>
              <w:t>Оценочного</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листа»;</w:t>
            </w:r>
          </w:p>
        </w:tc>
        <w:tc>
          <w:tcPr>
            <w:tcW w:w="1313" w:type="dxa"/>
            <w:tcBorders>
              <w:top w:val="single" w:sz="4" w:space="0" w:color="000000"/>
              <w:left w:val="single" w:sz="4" w:space="0" w:color="000000"/>
              <w:bottom w:val="single" w:sz="4" w:space="0" w:color="000000"/>
              <w:right w:val="single" w:sz="4" w:space="0" w:color="000000"/>
            </w:tcBorders>
            <w:tcMar>
              <w:left w:w="0" w:type="dxa"/>
              <w:right w:w="0" w:type="dxa"/>
            </w:tcMar>
          </w:tcPr>
          <w:p w14:paraId="39EB165E"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3D119160" w14:textId="77777777" w:rsidTr="00ED60EF">
        <w:trPr>
          <w:trHeight w:hRule="exact" w:val="348"/>
        </w:trPr>
        <w:tc>
          <w:tcPr>
            <w:tcW w:w="21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4A42776"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Итого</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по</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8ACD7C"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22</w:t>
            </w:r>
          </w:p>
        </w:tc>
        <w:tc>
          <w:tcPr>
            <w:tcW w:w="12606"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FF9CBF0" w14:textId="77777777" w:rsidR="00BD61FD" w:rsidRPr="00BD61FD" w:rsidRDefault="00BD61FD" w:rsidP="00BD61FD">
            <w:pPr>
              <w:rPr>
                <w:rFonts w:ascii="Cambria" w:eastAsia="MS Mincho" w:hAnsi="Cambria" w:cs="Times New Roman"/>
                <w:lang w:val="en-US"/>
              </w:rPr>
            </w:pPr>
          </w:p>
        </w:tc>
      </w:tr>
      <w:tr w:rsidR="00BD61FD" w:rsidRPr="00BD61FD" w14:paraId="19203F68" w14:textId="77777777" w:rsidTr="00ED60EF">
        <w:trPr>
          <w:trHeight w:hRule="exact" w:val="348"/>
        </w:trPr>
        <w:tc>
          <w:tcPr>
            <w:tcW w:w="1530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6602EBE3"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Раздел</w:t>
            </w:r>
            <w:proofErr w:type="spellEnd"/>
            <w:r w:rsidRPr="00BD61FD">
              <w:rPr>
                <w:rFonts w:ascii="Times New Roman" w:eastAsia="Times New Roman" w:hAnsi="Times New Roman" w:cs="Times New Roman"/>
                <w:color w:val="000000"/>
                <w:w w:val="97"/>
                <w:sz w:val="16"/>
                <w:lang w:val="en-US"/>
              </w:rPr>
              <w:t xml:space="preserve"> 2.</w:t>
            </w:r>
            <w:r w:rsidRPr="00BD61FD">
              <w:rPr>
                <w:rFonts w:ascii="Times New Roman" w:eastAsia="Times New Roman" w:hAnsi="Times New Roman" w:cs="Times New Roman"/>
                <w:b/>
                <w:color w:val="000000"/>
                <w:w w:val="97"/>
                <w:sz w:val="16"/>
                <w:lang w:val="en-US"/>
              </w:rPr>
              <w:t xml:space="preserve"> КУЛЬТУРА РЕЧИ</w:t>
            </w:r>
          </w:p>
        </w:tc>
      </w:tr>
      <w:tr w:rsidR="00BD61FD" w:rsidRPr="00BD61FD" w14:paraId="443CE4BD" w14:textId="77777777" w:rsidTr="00ED60EF">
        <w:trPr>
          <w:trHeight w:hRule="exact" w:val="265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52D2764"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2.1.</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04CDA0E"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Современный</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русский</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литературный</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язык</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F5623CE"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76A84BB5"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16D4F99"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9936956"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3CF065"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Понимать и объяснять различие понятий «национальный русский язык» </w:t>
            </w:r>
            <w:proofErr w:type="spellStart"/>
            <w:r w:rsidRPr="00BD61FD">
              <w:rPr>
                <w:rFonts w:ascii="Times New Roman" w:eastAsia="Times New Roman" w:hAnsi="Times New Roman" w:cs="Times New Roman"/>
                <w:color w:val="000000"/>
                <w:w w:val="97"/>
                <w:sz w:val="16"/>
              </w:rPr>
              <w:t>и«литературный</w:t>
            </w:r>
            <w:proofErr w:type="spellEnd"/>
            <w:r w:rsidRPr="00BD61FD">
              <w:rPr>
                <w:rFonts w:ascii="Times New Roman" w:eastAsia="Times New Roman" w:hAnsi="Times New Roman" w:cs="Times New Roman"/>
                <w:color w:val="000000"/>
                <w:w w:val="97"/>
                <w:sz w:val="16"/>
              </w:rPr>
              <w:t xml:space="preserve"> русский язык» (на уровне общего представления);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примеры речевых высказываний с точки зрения показателей хорошей и правильной речи, соблюдения говорящим норм литературного языка;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Понимать важность соблюдения норм современного русского литературного языка для культурного человека;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Объяснять смысл утверждений, характеризующих роль А. С. Пушкина в создании современного русского литературного языка;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Использовать орфографические словари, грамматические справочники для определения нормативных вариантов написания;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7DF189A"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313" w:type="dxa"/>
            <w:tcBorders>
              <w:top w:val="single" w:sz="4" w:space="0" w:color="000000"/>
              <w:left w:val="single" w:sz="4" w:space="0" w:color="000000"/>
              <w:bottom w:val="single" w:sz="4" w:space="0" w:color="000000"/>
              <w:right w:val="single" w:sz="4" w:space="0" w:color="000000"/>
            </w:tcBorders>
            <w:tcMar>
              <w:left w:w="0" w:type="dxa"/>
              <w:right w:w="0" w:type="dxa"/>
            </w:tcMar>
          </w:tcPr>
          <w:p w14:paraId="04BF917C"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04D4A074" w14:textId="77777777" w:rsidTr="00ED60EF">
        <w:trPr>
          <w:trHeight w:hRule="exact" w:val="322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200451"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2.2.</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A529994" w14:textId="77777777" w:rsidR="00BD61FD" w:rsidRPr="00BD61FD" w:rsidRDefault="00BD61FD" w:rsidP="00BD61FD">
            <w:pPr>
              <w:autoSpaceDE w:val="0"/>
              <w:autoSpaceDN w:val="0"/>
              <w:spacing w:before="76" w:after="0" w:line="233"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Русская орфоэпия.</w:t>
            </w:r>
          </w:p>
          <w:p w14:paraId="0DDA89E0" w14:textId="77777777" w:rsidR="00BD61FD" w:rsidRPr="00BD61FD" w:rsidRDefault="00BD61FD" w:rsidP="00BD61FD">
            <w:pPr>
              <w:autoSpaceDE w:val="0"/>
              <w:autoSpaceDN w:val="0"/>
              <w:spacing w:before="18" w:after="0" w:line="250" w:lineRule="auto"/>
              <w:ind w:left="72" w:right="432"/>
              <w:rPr>
                <w:rFonts w:ascii="Cambria" w:eastAsia="MS Mincho" w:hAnsi="Cambria" w:cs="Times New Roman"/>
              </w:rPr>
            </w:pPr>
            <w:r w:rsidRPr="00BD61FD">
              <w:rPr>
                <w:rFonts w:ascii="Times New Roman" w:eastAsia="Times New Roman" w:hAnsi="Times New Roman" w:cs="Times New Roman"/>
                <w:b/>
                <w:color w:val="000000"/>
                <w:w w:val="97"/>
                <w:sz w:val="16"/>
              </w:rPr>
              <w:t xml:space="preserve">Нормы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произношения и ударения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E81851"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F988E8"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5060FF1"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49E33FE"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3D6DE4"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Различать варианты орфоэпической и акцентологической нормы;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употреблять слова с учётом произносительных вариантов орфоэпической нормы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имён прилагательных, глаголов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смыслоразличительную роль ударения на примере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омографов; корректно употреблять омографы в письменной речи;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Употреблять слова с учётом произносительных вариантов орфоэпической нормы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Использовать орфоэпические, в том числе мультимедийные, словари для определения нормативного произношения слова; вариантов произношения; 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Использовать орфографические словари и справочники по пунктуации;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AD9CC4" w14:textId="77777777" w:rsidR="00BD61FD" w:rsidRPr="00BD61FD" w:rsidRDefault="00BD61FD" w:rsidP="00BD61FD">
            <w:pPr>
              <w:autoSpaceDE w:val="0"/>
              <w:autoSpaceDN w:val="0"/>
              <w:spacing w:before="76" w:after="0" w:line="252"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Устный опрос; Письменный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контроль;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Практическая работа;</w:t>
            </w:r>
          </w:p>
        </w:tc>
        <w:tc>
          <w:tcPr>
            <w:tcW w:w="1313" w:type="dxa"/>
            <w:tcBorders>
              <w:top w:val="single" w:sz="4" w:space="0" w:color="000000"/>
              <w:left w:val="single" w:sz="4" w:space="0" w:color="000000"/>
              <w:bottom w:val="single" w:sz="4" w:space="0" w:color="000000"/>
              <w:right w:val="single" w:sz="4" w:space="0" w:color="000000"/>
            </w:tcBorders>
            <w:tcMar>
              <w:left w:w="0" w:type="dxa"/>
              <w:right w:w="0" w:type="dxa"/>
            </w:tcMar>
          </w:tcPr>
          <w:p w14:paraId="4663FC58"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bl>
    <w:p w14:paraId="6C1C2581"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0ED7BBE1" w14:textId="77777777" w:rsidR="00BD61FD" w:rsidRPr="00BD61FD" w:rsidRDefault="00BD61FD" w:rsidP="00BD61FD">
      <w:pPr>
        <w:rPr>
          <w:rFonts w:ascii="Cambria" w:eastAsia="MS Mincho" w:hAnsi="Cambria" w:cs="Times New Roman"/>
          <w:lang w:val="en-US"/>
        </w:rPr>
        <w:sectPr w:rsidR="00BD61FD" w:rsidRPr="00BD61FD">
          <w:pgSz w:w="16840" w:h="11900"/>
          <w:pgMar w:top="284" w:right="834" w:bottom="1132" w:left="666" w:header="720" w:footer="720" w:gutter="0"/>
          <w:cols w:space="720" w:equalWidth="0">
            <w:col w:w="15340" w:space="0"/>
          </w:cols>
          <w:docGrid w:linePitch="360"/>
        </w:sectPr>
      </w:pPr>
    </w:p>
    <w:p w14:paraId="054F5D84"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15308" w:type="dxa"/>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1313"/>
      </w:tblGrid>
      <w:tr w:rsidR="00BD61FD" w:rsidRPr="00BD61FD" w14:paraId="476C1C49" w14:textId="77777777" w:rsidTr="00ED60EF">
        <w:trPr>
          <w:trHeight w:hRule="exact" w:val="361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0C33BF6"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2.3.</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E0303F" w14:textId="77777777" w:rsidR="00BD61FD" w:rsidRPr="00BD61FD" w:rsidRDefault="00BD61FD" w:rsidP="00BD61FD">
            <w:pPr>
              <w:autoSpaceDE w:val="0"/>
              <w:autoSpaceDN w:val="0"/>
              <w:spacing w:before="78" w:after="0" w:line="245" w:lineRule="auto"/>
              <w:ind w:left="72" w:right="432"/>
              <w:rPr>
                <w:rFonts w:ascii="Cambria" w:eastAsia="MS Mincho" w:hAnsi="Cambria" w:cs="Times New Roman"/>
              </w:rPr>
            </w:pPr>
            <w:r w:rsidRPr="00BD61FD">
              <w:rPr>
                <w:rFonts w:ascii="Times New Roman" w:eastAsia="Times New Roman" w:hAnsi="Times New Roman" w:cs="Times New Roman"/>
                <w:b/>
                <w:color w:val="000000"/>
                <w:w w:val="97"/>
                <w:sz w:val="16"/>
              </w:rPr>
              <w:t xml:space="preserve">Речь точная и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выразительная.</w:t>
            </w:r>
          </w:p>
          <w:p w14:paraId="6FA7BF98" w14:textId="77777777" w:rsidR="00BD61FD" w:rsidRPr="00BD61FD" w:rsidRDefault="00BD61FD" w:rsidP="00BD61FD">
            <w:pPr>
              <w:autoSpaceDE w:val="0"/>
              <w:autoSpaceDN w:val="0"/>
              <w:spacing w:before="20" w:after="0" w:line="252"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 xml:space="preserve">Основные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лексические нормы современного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русского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литературного языка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6E1AD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5</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8085DE1"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4066E4A"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C1AF6E"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73B852" w14:textId="77777777" w:rsidR="00BD61FD" w:rsidRPr="00BD61FD" w:rsidRDefault="00BD61FD" w:rsidP="00BD61FD">
            <w:pPr>
              <w:autoSpaceDE w:val="0"/>
              <w:autoSpaceDN w:val="0"/>
              <w:spacing w:before="78"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Соблюдать нормы употребления синонимов‚ антонимов, омонимов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Употреблять слова в соответствии с их лексическим значением и правилами лексической сочетаемости;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Распознавать слова с различной стилистической окраской;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Употреблять имена существительные, имена прилагательные, глаголы с учётом стилистических норм современного русского языка;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Объяснять примеры употребления в речевых высказываниях имён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существительных, имён прилагательных, глаголов с точки зрения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лексических норм современного русского языка;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частотные примеры речевых ошибок, связанных с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употреблением имён существительных, имён прилагательных, глаголов; Использовать толковые словари, в том числе мультимедийные; словари синонимов, антонимов для уточнения значения слов, стилистической окраски, а также в процессе редактирования текста;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Использовать орфографические словари и справочники по пунктуации;</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5C7305D1" w14:textId="77777777" w:rsidR="00BD61FD" w:rsidRPr="00BD61FD" w:rsidRDefault="00BD61FD" w:rsidP="00BD61FD">
            <w:pPr>
              <w:autoSpaceDE w:val="0"/>
              <w:autoSpaceDN w:val="0"/>
              <w:spacing w:before="78" w:after="0" w:line="247"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313" w:type="dxa"/>
            <w:tcBorders>
              <w:top w:val="single" w:sz="4" w:space="0" w:color="000000"/>
              <w:left w:val="single" w:sz="4" w:space="0" w:color="000000"/>
              <w:bottom w:val="single" w:sz="4" w:space="0" w:color="000000"/>
              <w:right w:val="single" w:sz="4" w:space="0" w:color="000000"/>
            </w:tcBorders>
            <w:tcMar>
              <w:left w:w="0" w:type="dxa"/>
              <w:right w:w="0" w:type="dxa"/>
            </w:tcMar>
          </w:tcPr>
          <w:p w14:paraId="43B30FA6" w14:textId="77777777" w:rsidR="00BD61FD" w:rsidRPr="00BD61FD" w:rsidRDefault="00BD61FD" w:rsidP="00BD61FD">
            <w:pPr>
              <w:autoSpaceDE w:val="0"/>
              <w:autoSpaceDN w:val="0"/>
              <w:spacing w:before="78" w:after="0" w:line="230" w:lineRule="auto"/>
              <w:ind w:left="72"/>
              <w:rPr>
                <w:rFonts w:ascii="Cambria" w:eastAsia="MS Mincho" w:hAnsi="Cambria" w:cs="Times New Roman"/>
              </w:rPr>
            </w:pPr>
            <w:proofErr w:type="spellStart"/>
            <w:r w:rsidRPr="00BD61FD">
              <w:rPr>
                <w:rFonts w:ascii="Times New Roman" w:eastAsia="Times New Roman" w:hAnsi="Times New Roman" w:cs="Times New Roman"/>
                <w:color w:val="000000"/>
                <w:w w:val="97"/>
                <w:sz w:val="16"/>
                <w:lang w:val="en-US"/>
              </w:rPr>
              <w:t>rustxt</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ru</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dict</w:t>
            </w:r>
            <w:proofErr w:type="spellEnd"/>
            <w:r w:rsidRPr="00BD61FD">
              <w:rPr>
                <w:rFonts w:ascii="Times New Roman" w:eastAsia="Times New Roman" w:hAnsi="Times New Roman" w:cs="Times New Roman"/>
                <w:color w:val="000000"/>
                <w:w w:val="97"/>
                <w:sz w:val="16"/>
              </w:rPr>
              <w:t xml:space="preserve"> = Толковый словарь онлайн</w:t>
            </w:r>
          </w:p>
        </w:tc>
      </w:tr>
      <w:tr w:rsidR="00BD61FD" w:rsidRPr="00BD61FD" w14:paraId="19A21051" w14:textId="77777777" w:rsidTr="00ED60EF">
        <w:trPr>
          <w:trHeight w:hRule="exact" w:val="361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985F337"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2.4.</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03E87" w14:textId="77777777" w:rsidR="00BD61FD" w:rsidRPr="00BD61FD" w:rsidRDefault="00BD61FD" w:rsidP="00BD61FD">
            <w:pPr>
              <w:autoSpaceDE w:val="0"/>
              <w:autoSpaceDN w:val="0"/>
              <w:spacing w:before="78" w:after="0" w:line="230"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Речь правильная.</w:t>
            </w:r>
          </w:p>
          <w:p w14:paraId="49FB87B3" w14:textId="77777777" w:rsidR="00BD61FD" w:rsidRPr="00BD61FD" w:rsidRDefault="00BD61FD" w:rsidP="00BD61FD">
            <w:pPr>
              <w:autoSpaceDE w:val="0"/>
              <w:autoSpaceDN w:val="0"/>
              <w:spacing w:before="20" w:after="0" w:line="247" w:lineRule="auto"/>
              <w:ind w:left="72" w:right="432"/>
              <w:rPr>
                <w:rFonts w:ascii="Cambria" w:eastAsia="MS Mincho" w:hAnsi="Cambria" w:cs="Times New Roman"/>
              </w:rPr>
            </w:pPr>
            <w:r w:rsidRPr="00BD61FD">
              <w:rPr>
                <w:rFonts w:ascii="Times New Roman" w:eastAsia="Times New Roman" w:hAnsi="Times New Roman" w:cs="Times New Roman"/>
                <w:b/>
                <w:color w:val="000000"/>
                <w:w w:val="97"/>
                <w:sz w:val="16"/>
              </w:rPr>
              <w:t xml:space="preserve">Основные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грамматические нормы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191C2E1"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FEE1E4F"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D0D9E1B"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7750BF"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6261682E"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и корректно употреблять их в речи (в рамках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Различать типичные грамматические ошибки (в рамках изученного); Выявлять и исправлять грамматические ошибки в тексте, в устной речи; Использовать грамматические словари и справочники для уточнения норм образования формы слова, построения словосочетания и предложения; опознавания вариантов грамматической нормы; в процессе редактирования текста;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Использовать орфографические словари, грамматические справочники для определения нормативных вариантов написания;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E6A0C6" w14:textId="77777777" w:rsidR="00BD61FD" w:rsidRPr="00BD61FD" w:rsidRDefault="00BD61FD" w:rsidP="00BD61FD">
            <w:pPr>
              <w:autoSpaceDE w:val="0"/>
              <w:autoSpaceDN w:val="0"/>
              <w:spacing w:before="78" w:after="0" w:line="247"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Практическая</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работа</w:t>
            </w:r>
            <w:proofErr w:type="spellEnd"/>
            <w:r w:rsidRPr="00BD61FD">
              <w:rPr>
                <w:rFonts w:ascii="Times New Roman" w:eastAsia="Times New Roman" w:hAnsi="Times New Roman" w:cs="Times New Roman"/>
                <w:color w:val="000000"/>
                <w:w w:val="97"/>
                <w:sz w:val="16"/>
                <w:lang w:val="en-US"/>
              </w:rPr>
              <w:t>;</w:t>
            </w:r>
          </w:p>
        </w:tc>
        <w:tc>
          <w:tcPr>
            <w:tcW w:w="1313" w:type="dxa"/>
            <w:tcBorders>
              <w:top w:val="single" w:sz="4" w:space="0" w:color="000000"/>
              <w:left w:val="single" w:sz="4" w:space="0" w:color="000000"/>
              <w:bottom w:val="single" w:sz="4" w:space="0" w:color="000000"/>
              <w:right w:val="single" w:sz="4" w:space="0" w:color="000000"/>
            </w:tcBorders>
            <w:tcMar>
              <w:left w:w="0" w:type="dxa"/>
              <w:right w:w="0" w:type="dxa"/>
            </w:tcMar>
          </w:tcPr>
          <w:p w14:paraId="23B2B3A2"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5B480EDF" w14:textId="77777777" w:rsidTr="00ED60EF">
        <w:trPr>
          <w:trHeight w:hRule="exact" w:val="26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58AB52"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2.5.</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9B155F5" w14:textId="77777777" w:rsidR="00BD61FD" w:rsidRPr="00BD61FD" w:rsidRDefault="00BD61FD" w:rsidP="00BD61FD">
            <w:pPr>
              <w:autoSpaceDE w:val="0"/>
              <w:autoSpaceDN w:val="0"/>
              <w:spacing w:before="78" w:after="0" w:line="245" w:lineRule="auto"/>
              <w:ind w:left="72" w:right="288"/>
              <w:rPr>
                <w:rFonts w:ascii="Cambria" w:eastAsia="MS Mincho" w:hAnsi="Cambria" w:cs="Times New Roman"/>
              </w:rPr>
            </w:pPr>
            <w:r w:rsidRPr="00BD61FD">
              <w:rPr>
                <w:rFonts w:ascii="Times New Roman" w:eastAsia="Times New Roman" w:hAnsi="Times New Roman" w:cs="Times New Roman"/>
                <w:b/>
                <w:color w:val="000000"/>
                <w:w w:val="97"/>
                <w:sz w:val="16"/>
              </w:rPr>
              <w:t xml:space="preserve">Речевой этикет: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нормы и традиции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33B8ADF"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4B51F3"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A938EF3"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9DFEF8C"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F59D95"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этикетные формы и формулы обращения в официальной и неофициальной речевой ситуации; современные формулы обращения к незнакомому человеку;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Корректно употреблять форму «он» в ситуациях диалога и полилога; Участвовать в различных речевых ситуациях, требующих использования этикетных форм и устойчивых формул‚ этикетного общения, лежащего в основе национального речевого этикета;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Соблюдать в диалоге и монологе русскую этикетную вербальную и невербальную манеру общения;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Использовать орфографические словари, грамматические справочники для определения нормативных вариантов написания;</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B4128" w14:textId="77777777" w:rsidR="00BD61FD" w:rsidRPr="00BD61FD" w:rsidRDefault="00BD61FD" w:rsidP="00BD61FD">
            <w:pPr>
              <w:autoSpaceDE w:val="0"/>
              <w:autoSpaceDN w:val="0"/>
              <w:spacing w:before="78" w:after="0" w:line="245"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Зачет</w:t>
            </w:r>
            <w:proofErr w:type="spellEnd"/>
            <w:r w:rsidRPr="00BD61FD">
              <w:rPr>
                <w:rFonts w:ascii="Times New Roman" w:eastAsia="Times New Roman" w:hAnsi="Times New Roman" w:cs="Times New Roman"/>
                <w:color w:val="000000"/>
                <w:w w:val="97"/>
                <w:sz w:val="16"/>
                <w:lang w:val="en-US"/>
              </w:rPr>
              <w:t>;</w:t>
            </w:r>
          </w:p>
        </w:tc>
        <w:tc>
          <w:tcPr>
            <w:tcW w:w="1313" w:type="dxa"/>
            <w:tcBorders>
              <w:top w:val="single" w:sz="4" w:space="0" w:color="000000"/>
              <w:left w:val="single" w:sz="4" w:space="0" w:color="000000"/>
              <w:bottom w:val="single" w:sz="4" w:space="0" w:color="000000"/>
              <w:right w:val="single" w:sz="4" w:space="0" w:color="000000"/>
            </w:tcBorders>
            <w:tcMar>
              <w:left w:w="0" w:type="dxa"/>
              <w:right w:w="0" w:type="dxa"/>
            </w:tcMar>
          </w:tcPr>
          <w:p w14:paraId="17EF882E" w14:textId="77777777" w:rsidR="00BD61FD" w:rsidRPr="00BD61FD" w:rsidRDefault="00BD61FD" w:rsidP="00BD61FD">
            <w:pPr>
              <w:autoSpaceDE w:val="0"/>
              <w:autoSpaceDN w:val="0"/>
              <w:spacing w:before="78" w:after="0" w:line="252" w:lineRule="auto"/>
              <w:ind w:left="72" w:right="432"/>
              <w:rPr>
                <w:rFonts w:ascii="Cambria" w:eastAsia="MS Mincho" w:hAnsi="Cambria" w:cs="Times New Roman"/>
              </w:rPr>
            </w:pPr>
            <w:proofErr w:type="spellStart"/>
            <w:r w:rsidRPr="00BD61FD">
              <w:rPr>
                <w:rFonts w:ascii="Times New Roman" w:eastAsia="Times New Roman" w:hAnsi="Times New Roman" w:cs="Times New Roman"/>
                <w:color w:val="000000"/>
                <w:w w:val="97"/>
                <w:sz w:val="16"/>
              </w:rPr>
              <w:t>Учи.ру</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РЭШ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Правила речевого этикета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lang w:val="en-US"/>
              </w:rPr>
              <w:t>https</w:t>
            </w:r>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etiketclub</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ru</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pravila</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rechevogo</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etiketa</w:t>
            </w:r>
            <w:proofErr w:type="spellEnd"/>
          </w:p>
        </w:tc>
      </w:tr>
    </w:tbl>
    <w:p w14:paraId="766F69C2" w14:textId="77777777" w:rsidR="00BD61FD" w:rsidRPr="00BD61FD" w:rsidRDefault="00BD61FD" w:rsidP="00BD61FD">
      <w:pPr>
        <w:autoSpaceDE w:val="0"/>
        <w:autoSpaceDN w:val="0"/>
        <w:spacing w:after="0" w:line="14" w:lineRule="exact"/>
        <w:rPr>
          <w:rFonts w:ascii="Cambria" w:eastAsia="MS Mincho" w:hAnsi="Cambria" w:cs="Times New Roman"/>
        </w:rPr>
      </w:pPr>
    </w:p>
    <w:p w14:paraId="2B393522" w14:textId="77777777" w:rsidR="00BD61FD" w:rsidRPr="00BD61FD" w:rsidRDefault="00BD61FD" w:rsidP="00BD61FD">
      <w:pPr>
        <w:rPr>
          <w:rFonts w:ascii="Cambria" w:eastAsia="MS Mincho" w:hAnsi="Cambria" w:cs="Times New Roman"/>
        </w:rPr>
        <w:sectPr w:rsidR="00BD61FD" w:rsidRPr="00BD61FD">
          <w:pgSz w:w="16840" w:h="11900"/>
          <w:pgMar w:top="284" w:right="834" w:bottom="718" w:left="666" w:header="720" w:footer="720" w:gutter="0"/>
          <w:cols w:space="720" w:equalWidth="0">
            <w:col w:w="15340" w:space="0"/>
          </w:cols>
          <w:docGrid w:linePitch="360"/>
        </w:sectPr>
      </w:pPr>
    </w:p>
    <w:p w14:paraId="4CB8245B" w14:textId="77777777" w:rsidR="00BD61FD" w:rsidRPr="00BD61FD" w:rsidRDefault="00BD61FD" w:rsidP="00BD61FD">
      <w:pPr>
        <w:autoSpaceDE w:val="0"/>
        <w:autoSpaceDN w:val="0"/>
        <w:spacing w:after="66" w:line="220" w:lineRule="exact"/>
        <w:rPr>
          <w:rFonts w:ascii="Cambria" w:eastAsia="MS Mincho" w:hAnsi="Cambria" w:cs="Times New Roman"/>
        </w:rPr>
      </w:pPr>
    </w:p>
    <w:tbl>
      <w:tblPr>
        <w:tblW w:w="0" w:type="auto"/>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1276"/>
      </w:tblGrid>
      <w:tr w:rsidR="00BD61FD" w:rsidRPr="00BD61FD" w14:paraId="0FB89A52" w14:textId="77777777" w:rsidTr="00ED60EF">
        <w:trPr>
          <w:trHeight w:hRule="exact" w:val="246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578A14"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2.6.</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5904FE" w14:textId="77777777" w:rsidR="00BD61FD" w:rsidRPr="00BD61FD" w:rsidRDefault="00BD61FD" w:rsidP="00BD61FD">
            <w:pPr>
              <w:autoSpaceDE w:val="0"/>
              <w:autoSpaceDN w:val="0"/>
              <w:spacing w:before="78" w:after="0" w:line="230"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«Живой как жизнь».</w:t>
            </w:r>
          </w:p>
          <w:p w14:paraId="2E217B69" w14:textId="77777777" w:rsidR="00BD61FD" w:rsidRPr="00BD61FD" w:rsidRDefault="00BD61FD" w:rsidP="00BD61FD">
            <w:pPr>
              <w:autoSpaceDE w:val="0"/>
              <w:autoSpaceDN w:val="0"/>
              <w:spacing w:before="20" w:after="0" w:line="245" w:lineRule="auto"/>
              <w:ind w:right="720"/>
              <w:jc w:val="center"/>
              <w:rPr>
                <w:rFonts w:ascii="Cambria" w:eastAsia="MS Mincho" w:hAnsi="Cambria" w:cs="Times New Roman"/>
              </w:rPr>
            </w:pPr>
            <w:r w:rsidRPr="00BD61FD">
              <w:rPr>
                <w:rFonts w:ascii="Times New Roman" w:eastAsia="Times New Roman" w:hAnsi="Times New Roman" w:cs="Times New Roman"/>
                <w:b/>
                <w:color w:val="000000"/>
                <w:w w:val="97"/>
                <w:sz w:val="16"/>
              </w:rPr>
              <w:t xml:space="preserve">Норма и её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варианты.</w:t>
            </w:r>
          </w:p>
          <w:p w14:paraId="55883DCA" w14:textId="77777777" w:rsidR="00BD61FD" w:rsidRPr="00BD61FD" w:rsidRDefault="00BD61FD" w:rsidP="00BD61FD">
            <w:pPr>
              <w:autoSpaceDE w:val="0"/>
              <w:autoSpaceDN w:val="0"/>
              <w:spacing w:before="20" w:after="0" w:line="252" w:lineRule="auto"/>
              <w:ind w:left="72" w:right="144"/>
              <w:rPr>
                <w:rFonts w:ascii="Cambria" w:eastAsia="MS Mincho" w:hAnsi="Cambria" w:cs="Times New Roman"/>
              </w:rPr>
            </w:pPr>
            <w:r w:rsidRPr="00BD61FD">
              <w:rPr>
                <w:rFonts w:ascii="Times New Roman" w:eastAsia="Times New Roman" w:hAnsi="Times New Roman" w:cs="Times New Roman"/>
                <w:b/>
                <w:color w:val="000000"/>
                <w:w w:val="97"/>
                <w:sz w:val="16"/>
              </w:rPr>
              <w:t xml:space="preserve">Представление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проектных,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исследовательских работ. Проверочная работа № 2</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6B755A2"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25D0D3B"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6D1610E"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9854103"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581BCB48" w14:textId="77777777" w:rsidR="00BD61FD" w:rsidRPr="00BD61FD" w:rsidRDefault="00BD61FD" w:rsidP="00BD61FD">
            <w:pPr>
              <w:autoSpaceDE w:val="0"/>
              <w:autoSpaceDN w:val="0"/>
              <w:spacing w:before="78"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письменные тексты;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Самостоятельно составлять план действий, вносить необходимые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коррективы в ходе его реализации;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Делать выбор и брать ответственность за решение;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527607" w14:textId="77777777" w:rsidR="00BD61FD" w:rsidRPr="00BD61FD" w:rsidRDefault="00BD61FD" w:rsidP="00BD61FD">
            <w:pPr>
              <w:autoSpaceDE w:val="0"/>
              <w:autoSpaceDN w:val="0"/>
              <w:spacing w:before="78" w:after="0" w:line="252"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Контрольная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работа;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w w:val="97"/>
                <w:sz w:val="16"/>
              </w:rPr>
              <w:t>использованием«</w:t>
            </w:r>
            <w:proofErr w:type="gramEnd"/>
            <w:r w:rsidRPr="00BD61FD">
              <w:rPr>
                <w:rFonts w:ascii="Times New Roman" w:eastAsia="Times New Roman" w:hAnsi="Times New Roman" w:cs="Times New Roman"/>
                <w:color w:val="000000"/>
                <w:w w:val="97"/>
                <w:sz w:val="16"/>
              </w:rPr>
              <w:t>Оценочного</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листа»;</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F86C176"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5A5F8A61" w14:textId="77777777" w:rsidTr="00ED60EF">
        <w:trPr>
          <w:trHeight w:hRule="exact" w:val="348"/>
        </w:trPr>
        <w:tc>
          <w:tcPr>
            <w:tcW w:w="21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804F616"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Итого</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по</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161699C"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16</w:t>
            </w:r>
          </w:p>
        </w:tc>
        <w:tc>
          <w:tcPr>
            <w:tcW w:w="1256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011D4152" w14:textId="77777777" w:rsidR="00BD61FD" w:rsidRPr="00BD61FD" w:rsidRDefault="00BD61FD" w:rsidP="00BD61FD">
            <w:pPr>
              <w:rPr>
                <w:rFonts w:ascii="Cambria" w:eastAsia="MS Mincho" w:hAnsi="Cambria" w:cs="Times New Roman"/>
                <w:lang w:val="en-US"/>
              </w:rPr>
            </w:pPr>
          </w:p>
        </w:tc>
      </w:tr>
      <w:tr w:rsidR="00BD61FD" w:rsidRPr="00BD61FD" w14:paraId="7A353AE8" w14:textId="77777777" w:rsidTr="00ED60EF">
        <w:trPr>
          <w:trHeight w:hRule="exact" w:val="348"/>
        </w:trPr>
        <w:tc>
          <w:tcPr>
            <w:tcW w:w="15270"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E4C8FCC" w14:textId="77777777" w:rsidR="00BD61FD" w:rsidRPr="00BD61FD" w:rsidRDefault="00BD61FD" w:rsidP="00BD61FD">
            <w:pPr>
              <w:autoSpaceDE w:val="0"/>
              <w:autoSpaceDN w:val="0"/>
              <w:spacing w:before="76" w:after="0" w:line="233"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Раздел 3. </w:t>
            </w:r>
            <w:r w:rsidRPr="00BD61FD">
              <w:rPr>
                <w:rFonts w:ascii="Times New Roman" w:eastAsia="Times New Roman" w:hAnsi="Times New Roman" w:cs="Times New Roman"/>
                <w:b/>
                <w:color w:val="000000"/>
                <w:w w:val="97"/>
                <w:sz w:val="16"/>
              </w:rPr>
              <w:t>РЕЧЬ. РЕЧЕВАЯ ДЕЯТЕЛЬНОСТЬ. ТЕКСТ</w:t>
            </w:r>
          </w:p>
        </w:tc>
      </w:tr>
      <w:tr w:rsidR="00BD61FD" w:rsidRPr="00BD61FD" w14:paraId="46E5180B" w14:textId="77777777" w:rsidTr="00ED60EF">
        <w:trPr>
          <w:trHeight w:hRule="exact" w:val="2076"/>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14:paraId="6721C027"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3.1.</w:t>
            </w:r>
          </w:p>
        </w:tc>
        <w:tc>
          <w:tcPr>
            <w:tcW w:w="1706" w:type="dxa"/>
            <w:tcBorders>
              <w:top w:val="single" w:sz="4" w:space="0" w:color="000000"/>
              <w:left w:val="single" w:sz="4" w:space="0" w:color="000000"/>
              <w:bottom w:val="single" w:sz="5" w:space="0" w:color="000000"/>
              <w:right w:val="single" w:sz="4" w:space="0" w:color="000000"/>
            </w:tcBorders>
            <w:tcMar>
              <w:left w:w="0" w:type="dxa"/>
              <w:right w:w="0" w:type="dxa"/>
            </w:tcMar>
          </w:tcPr>
          <w:p w14:paraId="14D58B56" w14:textId="77777777" w:rsidR="00BD61FD" w:rsidRPr="00BD61FD" w:rsidRDefault="00BD61FD" w:rsidP="00BD61FD">
            <w:pPr>
              <w:autoSpaceDE w:val="0"/>
              <w:autoSpaceDN w:val="0"/>
              <w:spacing w:before="76" w:after="0" w:line="233"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Язык и речь.</w:t>
            </w:r>
          </w:p>
          <w:p w14:paraId="5F4F1CAF" w14:textId="77777777" w:rsidR="00BD61FD" w:rsidRPr="00BD61FD" w:rsidRDefault="00BD61FD" w:rsidP="00BD61FD">
            <w:pPr>
              <w:autoSpaceDE w:val="0"/>
              <w:autoSpaceDN w:val="0"/>
              <w:spacing w:before="18" w:after="0" w:line="250" w:lineRule="auto"/>
              <w:ind w:left="72" w:right="288"/>
              <w:rPr>
                <w:rFonts w:ascii="Cambria" w:eastAsia="MS Mincho" w:hAnsi="Cambria" w:cs="Times New Roman"/>
              </w:rPr>
            </w:pPr>
            <w:r w:rsidRPr="00BD61FD">
              <w:rPr>
                <w:rFonts w:ascii="Times New Roman" w:eastAsia="Times New Roman" w:hAnsi="Times New Roman" w:cs="Times New Roman"/>
                <w:b/>
                <w:color w:val="000000"/>
                <w:w w:val="97"/>
                <w:sz w:val="16"/>
              </w:rPr>
              <w:t xml:space="preserve">Средства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выразительности устной речи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14:paraId="790C597C"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4</w:t>
            </w:r>
          </w:p>
        </w:tc>
        <w:tc>
          <w:tcPr>
            <w:tcW w:w="558" w:type="dxa"/>
            <w:tcBorders>
              <w:top w:val="single" w:sz="4" w:space="0" w:color="000000"/>
              <w:left w:val="single" w:sz="4" w:space="0" w:color="000000"/>
              <w:bottom w:val="single" w:sz="5" w:space="0" w:color="000000"/>
              <w:right w:val="single" w:sz="4" w:space="0" w:color="000000"/>
            </w:tcBorders>
            <w:tcMar>
              <w:left w:w="0" w:type="dxa"/>
              <w:right w:w="0" w:type="dxa"/>
            </w:tcMar>
          </w:tcPr>
          <w:p w14:paraId="69D1EA2C"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5" w:space="0" w:color="000000"/>
              <w:right w:val="single" w:sz="4" w:space="0" w:color="000000"/>
            </w:tcBorders>
            <w:tcMar>
              <w:left w:w="0" w:type="dxa"/>
              <w:right w:w="0" w:type="dxa"/>
            </w:tcMar>
          </w:tcPr>
          <w:p w14:paraId="35118B34"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5" w:space="0" w:color="000000"/>
              <w:right w:val="single" w:sz="4" w:space="0" w:color="000000"/>
            </w:tcBorders>
            <w:tcMar>
              <w:left w:w="0" w:type="dxa"/>
              <w:right w:w="0" w:type="dxa"/>
            </w:tcMar>
          </w:tcPr>
          <w:p w14:paraId="7D160EF9"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5" w:space="0" w:color="000000"/>
              <w:right w:val="single" w:sz="4" w:space="0" w:color="000000"/>
            </w:tcBorders>
            <w:tcMar>
              <w:left w:w="0" w:type="dxa"/>
              <w:right w:w="0" w:type="dxa"/>
            </w:tcMar>
          </w:tcPr>
          <w:p w14:paraId="5249526E" w14:textId="77777777" w:rsidR="00BD61FD" w:rsidRPr="00BD61FD" w:rsidRDefault="00BD61FD" w:rsidP="00BD61FD">
            <w:pPr>
              <w:autoSpaceDE w:val="0"/>
              <w:autoSpaceDN w:val="0"/>
              <w:spacing w:before="76"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Использовать разные виды речевой деятельности для решения учебных задач;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Владеть элементами интонации; выразительно читать тексты;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Инициировать диалог и поддерживать его, сохранять инициативу в диалоге, завершать диалог;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5" w:space="0" w:color="000000"/>
              <w:right w:val="single" w:sz="4" w:space="0" w:color="000000"/>
            </w:tcBorders>
            <w:tcMar>
              <w:left w:w="0" w:type="dxa"/>
              <w:right w:w="0" w:type="dxa"/>
            </w:tcMar>
          </w:tcPr>
          <w:p w14:paraId="61EC160F"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276" w:type="dxa"/>
            <w:tcBorders>
              <w:top w:val="single" w:sz="4" w:space="0" w:color="000000"/>
              <w:left w:val="single" w:sz="4" w:space="0" w:color="000000"/>
              <w:bottom w:val="single" w:sz="5" w:space="0" w:color="000000"/>
              <w:right w:val="single" w:sz="4" w:space="0" w:color="000000"/>
            </w:tcBorders>
            <w:tcMar>
              <w:left w:w="0" w:type="dxa"/>
              <w:right w:w="0" w:type="dxa"/>
            </w:tcMar>
          </w:tcPr>
          <w:p w14:paraId="39171DF5"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08D44306" w14:textId="77777777" w:rsidTr="00ED60EF">
        <w:trPr>
          <w:trHeight w:hRule="exact" w:val="150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14:paraId="5DD8483E" w14:textId="77777777" w:rsidR="00BD61FD" w:rsidRPr="00BD61FD" w:rsidRDefault="00BD61FD" w:rsidP="00BD61FD">
            <w:pPr>
              <w:autoSpaceDE w:val="0"/>
              <w:autoSpaceDN w:val="0"/>
              <w:spacing w:before="76"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3.2.</w:t>
            </w:r>
          </w:p>
        </w:tc>
        <w:tc>
          <w:tcPr>
            <w:tcW w:w="1706" w:type="dxa"/>
            <w:tcBorders>
              <w:top w:val="single" w:sz="5" w:space="0" w:color="000000"/>
              <w:left w:val="single" w:sz="4" w:space="0" w:color="000000"/>
              <w:bottom w:val="single" w:sz="4" w:space="0" w:color="000000"/>
              <w:right w:val="single" w:sz="4" w:space="0" w:color="000000"/>
            </w:tcBorders>
            <w:tcMar>
              <w:left w:w="0" w:type="dxa"/>
              <w:right w:w="0" w:type="dxa"/>
            </w:tcMar>
          </w:tcPr>
          <w:p w14:paraId="4D586217" w14:textId="77777777" w:rsidR="00BD61FD" w:rsidRPr="00BD61FD" w:rsidRDefault="00BD61FD" w:rsidP="00BD61FD">
            <w:pPr>
              <w:autoSpaceDE w:val="0"/>
              <w:autoSpaceDN w:val="0"/>
              <w:spacing w:before="76" w:after="0" w:line="252"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 xml:space="preserve">Текст и его строение. Композиционные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особенности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описания,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повествования,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рассуждения</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14:paraId="52B7F7F4" w14:textId="77777777" w:rsidR="00BD61FD" w:rsidRPr="00BD61FD" w:rsidRDefault="00BD61FD" w:rsidP="00BD61FD">
            <w:pPr>
              <w:autoSpaceDE w:val="0"/>
              <w:autoSpaceDN w:val="0"/>
              <w:spacing w:before="76"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7</w:t>
            </w:r>
          </w:p>
        </w:tc>
        <w:tc>
          <w:tcPr>
            <w:tcW w:w="558" w:type="dxa"/>
            <w:tcBorders>
              <w:top w:val="single" w:sz="5" w:space="0" w:color="000000"/>
              <w:left w:val="single" w:sz="4" w:space="0" w:color="000000"/>
              <w:bottom w:val="single" w:sz="4" w:space="0" w:color="000000"/>
              <w:right w:val="single" w:sz="4" w:space="0" w:color="000000"/>
            </w:tcBorders>
            <w:tcMar>
              <w:left w:w="0" w:type="dxa"/>
              <w:right w:w="0" w:type="dxa"/>
            </w:tcMar>
          </w:tcPr>
          <w:p w14:paraId="76B01F2F" w14:textId="77777777" w:rsidR="00BD61FD" w:rsidRPr="00BD61FD" w:rsidRDefault="00BD61FD" w:rsidP="00BD61FD">
            <w:pPr>
              <w:rPr>
                <w:rFonts w:ascii="Cambria" w:eastAsia="MS Mincho" w:hAnsi="Cambria" w:cs="Times New Roman"/>
                <w:lang w:val="en-US"/>
              </w:rPr>
            </w:pPr>
          </w:p>
        </w:tc>
        <w:tc>
          <w:tcPr>
            <w:tcW w:w="567" w:type="dxa"/>
            <w:tcBorders>
              <w:top w:val="single" w:sz="5" w:space="0" w:color="000000"/>
              <w:left w:val="single" w:sz="4" w:space="0" w:color="000000"/>
              <w:bottom w:val="single" w:sz="4" w:space="0" w:color="000000"/>
              <w:right w:val="single" w:sz="4" w:space="0" w:color="000000"/>
            </w:tcBorders>
            <w:tcMar>
              <w:left w:w="0" w:type="dxa"/>
              <w:right w:w="0" w:type="dxa"/>
            </w:tcMar>
          </w:tcPr>
          <w:p w14:paraId="5DA93C38" w14:textId="77777777" w:rsidR="00BD61FD" w:rsidRPr="00BD61FD" w:rsidRDefault="00BD61FD" w:rsidP="00BD61FD">
            <w:pPr>
              <w:rPr>
                <w:rFonts w:ascii="Cambria" w:eastAsia="MS Mincho" w:hAnsi="Cambria" w:cs="Times New Roman"/>
                <w:lang w:val="en-US"/>
              </w:rPr>
            </w:pPr>
          </w:p>
        </w:tc>
        <w:tc>
          <w:tcPr>
            <w:tcW w:w="806" w:type="dxa"/>
            <w:tcBorders>
              <w:top w:val="single" w:sz="5" w:space="0" w:color="000000"/>
              <w:left w:val="single" w:sz="4" w:space="0" w:color="000000"/>
              <w:bottom w:val="single" w:sz="4" w:space="0" w:color="000000"/>
              <w:right w:val="single" w:sz="4" w:space="0" w:color="000000"/>
            </w:tcBorders>
            <w:tcMar>
              <w:left w:w="0" w:type="dxa"/>
              <w:right w:w="0" w:type="dxa"/>
            </w:tcMar>
          </w:tcPr>
          <w:p w14:paraId="40780AC8" w14:textId="77777777" w:rsidR="00BD61FD" w:rsidRPr="00BD61FD" w:rsidRDefault="00BD61FD" w:rsidP="00BD61FD">
            <w:pPr>
              <w:rPr>
                <w:rFonts w:ascii="Cambria" w:eastAsia="MS Mincho" w:hAnsi="Cambria" w:cs="Times New Roman"/>
                <w:lang w:val="en-US"/>
              </w:rPr>
            </w:pPr>
          </w:p>
        </w:tc>
        <w:tc>
          <w:tcPr>
            <w:tcW w:w="8124" w:type="dxa"/>
            <w:tcBorders>
              <w:top w:val="single" w:sz="5" w:space="0" w:color="000000"/>
              <w:left w:val="single" w:sz="4" w:space="0" w:color="000000"/>
              <w:bottom w:val="single" w:sz="4" w:space="0" w:color="000000"/>
              <w:right w:val="single" w:sz="4" w:space="0" w:color="000000"/>
            </w:tcBorders>
            <w:tcMar>
              <w:left w:w="0" w:type="dxa"/>
              <w:right w:w="0" w:type="dxa"/>
            </w:tcMar>
          </w:tcPr>
          <w:p w14:paraId="58427DB6"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фольклорные и художественные тексты или их фрагменты, определяя ведущий тип речи; их композиционные особенности (на уровне изученного);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Анализировать и создавать (в том числе с опорой на образец) тексты разных функционально-смысловых типов речи;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5" w:space="0" w:color="000000"/>
              <w:left w:val="single" w:sz="4" w:space="0" w:color="000000"/>
              <w:bottom w:val="single" w:sz="4" w:space="0" w:color="000000"/>
              <w:right w:val="single" w:sz="4" w:space="0" w:color="000000"/>
            </w:tcBorders>
            <w:tcMar>
              <w:left w:w="0" w:type="dxa"/>
              <w:right w:w="0" w:type="dxa"/>
            </w:tcMar>
          </w:tcPr>
          <w:p w14:paraId="09DD8DE8" w14:textId="77777777" w:rsidR="00BD61FD" w:rsidRPr="00BD61FD" w:rsidRDefault="00BD61FD" w:rsidP="00BD61FD">
            <w:pPr>
              <w:autoSpaceDE w:val="0"/>
              <w:autoSpaceDN w:val="0"/>
              <w:spacing w:before="76"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w:t>
            </w:r>
          </w:p>
        </w:tc>
        <w:tc>
          <w:tcPr>
            <w:tcW w:w="1276" w:type="dxa"/>
            <w:tcBorders>
              <w:top w:val="single" w:sz="5" w:space="0" w:color="000000"/>
              <w:left w:val="single" w:sz="4" w:space="0" w:color="000000"/>
              <w:bottom w:val="single" w:sz="4" w:space="0" w:color="000000"/>
              <w:right w:val="single" w:sz="4" w:space="0" w:color="000000"/>
            </w:tcBorders>
            <w:tcMar>
              <w:left w:w="0" w:type="dxa"/>
              <w:right w:w="0" w:type="dxa"/>
            </w:tcMar>
          </w:tcPr>
          <w:p w14:paraId="1399A825"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r w:rsidR="00BD61FD" w:rsidRPr="00BD61FD" w14:paraId="1D223DC7" w14:textId="77777777" w:rsidTr="00ED60EF">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21BFDC4"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3.3.</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E33813" w14:textId="77777777" w:rsidR="00BD61FD" w:rsidRPr="00BD61FD" w:rsidRDefault="00BD61FD" w:rsidP="00BD61FD">
            <w:pPr>
              <w:autoSpaceDE w:val="0"/>
              <w:autoSpaceDN w:val="0"/>
              <w:spacing w:before="76" w:after="0" w:line="250"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Функциональные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разновидности</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языка</w:t>
            </w:r>
            <w:proofErr w:type="spellEnd"/>
            <w:r w:rsidRPr="00BD61FD">
              <w:rPr>
                <w:rFonts w:ascii="Times New Roman" w:eastAsia="Times New Roman" w:hAnsi="Times New Roman" w:cs="Times New Roman"/>
                <w:b/>
                <w:color w:val="000000"/>
                <w:w w:val="97"/>
                <w:sz w:val="16"/>
                <w:lang w:val="en-US"/>
              </w:rPr>
              <w:t xml:space="preserve">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5EAEBA6"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05F025E"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7EA996E"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0CDD2A"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8D63AE" w14:textId="77777777" w:rsidR="00BD61FD" w:rsidRPr="00BD61FD" w:rsidRDefault="00BD61FD" w:rsidP="00BD61FD">
            <w:pPr>
              <w:autoSpaceDE w:val="0"/>
              <w:autoSpaceDN w:val="0"/>
              <w:spacing w:before="76" w:after="0" w:line="252" w:lineRule="auto"/>
              <w:ind w:left="72" w:right="43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создавать (в том числе с опорой на образец) тексты с учётом сферы, ситуации общения; стилевой принадлежности;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Редактировать собственные тексты с целью совершенствования их содержания и формы;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Применять правила орфографии и пунктуации на письме (в рамках 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4135F8BB"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93F4C6" w14:textId="77777777" w:rsidR="00BD61FD" w:rsidRPr="00BD61FD" w:rsidRDefault="00BD61FD" w:rsidP="00BD61FD">
            <w:pPr>
              <w:autoSpaceDE w:val="0"/>
              <w:autoSpaceDN w:val="0"/>
              <w:spacing w:before="76" w:after="0" w:line="254" w:lineRule="auto"/>
              <w:ind w:left="72" w:right="144"/>
              <w:rPr>
                <w:rFonts w:ascii="Cambria" w:eastAsia="MS Mincho" w:hAnsi="Cambria" w:cs="Times New Roman"/>
              </w:rPr>
            </w:pPr>
            <w:proofErr w:type="spellStart"/>
            <w:r w:rsidRPr="00BD61FD">
              <w:rPr>
                <w:rFonts w:ascii="Times New Roman" w:eastAsia="Times New Roman" w:hAnsi="Times New Roman" w:cs="Times New Roman"/>
                <w:color w:val="000000"/>
                <w:w w:val="97"/>
                <w:sz w:val="16"/>
              </w:rPr>
              <w:t>Учи.ру</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РЭШ </w:t>
            </w:r>
            <w:r w:rsidRPr="00BD61FD">
              <w:rPr>
                <w:rFonts w:ascii="Cambria" w:eastAsia="MS Mincho" w:hAnsi="Cambria" w:cs="Times New Roman"/>
              </w:rPr>
              <w:br/>
            </w:r>
            <w:r w:rsidRPr="00BD61FD">
              <w:rPr>
                <w:rFonts w:ascii="Times New Roman" w:eastAsia="Times New Roman" w:hAnsi="Times New Roman" w:cs="Times New Roman"/>
                <w:color w:val="000000"/>
                <w:w w:val="97"/>
                <w:sz w:val="16"/>
                <w:lang w:val="en-US"/>
              </w:rPr>
              <w:t>https</w:t>
            </w:r>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infourok</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ru</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funkcionalnye</w:t>
            </w:r>
            <w:proofErr w:type="spellEnd"/>
            <w:r w:rsidRPr="00BD61FD">
              <w:rPr>
                <w:rFonts w:ascii="Times New Roman" w:eastAsia="Times New Roman" w:hAnsi="Times New Roman" w:cs="Times New Roman"/>
                <w:color w:val="000000"/>
                <w:w w:val="97"/>
                <w:sz w:val="16"/>
              </w:rPr>
              <w:t>-</w:t>
            </w:r>
            <w:r w:rsidRPr="00BD61FD">
              <w:rPr>
                <w:rFonts w:ascii="Cambria" w:eastAsia="MS Mincho" w:hAnsi="Cambria" w:cs="Times New Roman"/>
              </w:rPr>
              <w:br/>
            </w:r>
            <w:proofErr w:type="spellStart"/>
            <w:r w:rsidRPr="00BD61FD">
              <w:rPr>
                <w:rFonts w:ascii="Times New Roman" w:eastAsia="Times New Roman" w:hAnsi="Times New Roman" w:cs="Times New Roman"/>
                <w:color w:val="000000"/>
                <w:w w:val="97"/>
                <w:sz w:val="16"/>
                <w:lang w:val="en-US"/>
              </w:rPr>
              <w:t>raznovidnosti</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i</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funkcionalnye</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stili</w:t>
            </w:r>
            <w:proofErr w:type="spellEnd"/>
            <w:r w:rsidRPr="00BD61FD">
              <w:rPr>
                <w:rFonts w:ascii="Times New Roman" w:eastAsia="Times New Roman" w:hAnsi="Times New Roman" w:cs="Times New Roman"/>
                <w:color w:val="000000"/>
                <w:w w:val="97"/>
                <w:sz w:val="16"/>
              </w:rPr>
              <w:t>-</w:t>
            </w:r>
            <w:r w:rsidRPr="00BD61FD">
              <w:rPr>
                <w:rFonts w:ascii="Cambria" w:eastAsia="MS Mincho" w:hAnsi="Cambria" w:cs="Times New Roman"/>
              </w:rPr>
              <w:br/>
            </w:r>
            <w:proofErr w:type="spellStart"/>
            <w:r w:rsidRPr="00BD61FD">
              <w:rPr>
                <w:rFonts w:ascii="Times New Roman" w:eastAsia="Times New Roman" w:hAnsi="Times New Roman" w:cs="Times New Roman"/>
                <w:color w:val="000000"/>
                <w:w w:val="97"/>
                <w:sz w:val="16"/>
                <w:lang w:val="en-US"/>
              </w:rPr>
              <w:t>russkogo</w:t>
            </w:r>
            <w:proofErr w:type="spellEnd"/>
            <w:r w:rsidRPr="00BD61FD">
              <w:rPr>
                <w:rFonts w:ascii="Times New Roman" w:eastAsia="Times New Roman" w:hAnsi="Times New Roman" w:cs="Times New Roman"/>
                <w:color w:val="000000"/>
                <w:w w:val="97"/>
                <w:sz w:val="16"/>
              </w:rPr>
              <w:t>-</w:t>
            </w:r>
            <w:proofErr w:type="spellStart"/>
            <w:r w:rsidRPr="00BD61FD">
              <w:rPr>
                <w:rFonts w:ascii="Times New Roman" w:eastAsia="Times New Roman" w:hAnsi="Times New Roman" w:cs="Times New Roman"/>
                <w:color w:val="000000"/>
                <w:w w:val="97"/>
                <w:sz w:val="16"/>
                <w:lang w:val="en-US"/>
              </w:rPr>
              <w:t>yazyka</w:t>
            </w:r>
            <w:proofErr w:type="spellEnd"/>
            <w:r w:rsidRPr="00BD61FD">
              <w:rPr>
                <w:rFonts w:ascii="Times New Roman" w:eastAsia="Times New Roman" w:hAnsi="Times New Roman" w:cs="Times New Roman"/>
                <w:color w:val="000000"/>
                <w:w w:val="97"/>
                <w:sz w:val="16"/>
              </w:rPr>
              <w:t>-4787643.</w:t>
            </w:r>
            <w:r w:rsidRPr="00BD61FD">
              <w:rPr>
                <w:rFonts w:ascii="Times New Roman" w:eastAsia="Times New Roman" w:hAnsi="Times New Roman" w:cs="Times New Roman"/>
                <w:color w:val="000000"/>
                <w:w w:val="97"/>
                <w:sz w:val="16"/>
                <w:lang w:val="en-US"/>
              </w:rPr>
              <w:t>html</w:t>
            </w:r>
            <w:r w:rsidRPr="00BD61FD">
              <w:rPr>
                <w:rFonts w:ascii="Times New Roman" w:eastAsia="Times New Roman" w:hAnsi="Times New Roman" w:cs="Times New Roman"/>
                <w:color w:val="000000"/>
                <w:w w:val="97"/>
                <w:sz w:val="16"/>
              </w:rPr>
              <w:t xml:space="preserve"> - Лекция о функциональных разновидностях 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функциональных стилях русского языка</w:t>
            </w:r>
          </w:p>
        </w:tc>
      </w:tr>
      <w:tr w:rsidR="00BD61FD" w:rsidRPr="00BD61FD" w14:paraId="3AE7006F" w14:textId="77777777" w:rsidTr="00ED60EF">
        <w:trPr>
          <w:trHeight w:hRule="exact" w:val="22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A8B9B5"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3.4.</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93A5B" w14:textId="77777777" w:rsidR="00BD61FD" w:rsidRPr="00BD61FD" w:rsidRDefault="00BD61FD" w:rsidP="00BD61FD">
            <w:pPr>
              <w:autoSpaceDE w:val="0"/>
              <w:autoSpaceDN w:val="0"/>
              <w:spacing w:before="78" w:after="0" w:line="245"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Разговорная</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речь</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Просьба</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извинение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2709A96"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E74B21"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839F446"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5CFF9D"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04C7103E"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Участвовать в общении, демонстрируя владение интонацией;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Уместно использовать коммуникативные стратегии и тактики устного общения: просьбу, принесение извинений;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Инициировать диалог и поддерживать его, сохранять инициативу в диалоге, завершать диалог;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63C6C4B5" w14:textId="77777777" w:rsidR="00BD61FD" w:rsidRPr="00BD61FD" w:rsidRDefault="00BD61FD" w:rsidP="00BD61FD">
            <w:pPr>
              <w:autoSpaceDE w:val="0"/>
              <w:autoSpaceDN w:val="0"/>
              <w:spacing w:before="78" w:after="0" w:line="245"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B7537B5"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r>
    </w:tbl>
    <w:p w14:paraId="4B086875"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1C9C2AF2" w14:textId="77777777" w:rsidR="00BD61FD" w:rsidRPr="00BD61FD" w:rsidRDefault="00BD61FD" w:rsidP="00BD61FD">
      <w:pPr>
        <w:rPr>
          <w:rFonts w:ascii="Cambria" w:eastAsia="MS Mincho" w:hAnsi="Cambria" w:cs="Times New Roman"/>
          <w:lang w:val="en-US"/>
        </w:rPr>
        <w:sectPr w:rsidR="00BD61FD" w:rsidRPr="00BD61FD">
          <w:pgSz w:w="16840" w:h="11900"/>
          <w:pgMar w:top="284" w:right="834" w:bottom="430" w:left="666" w:header="720" w:footer="720" w:gutter="0"/>
          <w:cols w:space="720" w:equalWidth="0">
            <w:col w:w="15340" w:space="0"/>
          </w:cols>
          <w:docGrid w:linePitch="360"/>
        </w:sectPr>
      </w:pPr>
    </w:p>
    <w:p w14:paraId="2E28429B"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15653" w:type="dxa"/>
        <w:tblInd w:w="6" w:type="dxa"/>
        <w:tblLayout w:type="fixed"/>
        <w:tblLook w:val="04A0" w:firstRow="1" w:lastRow="0" w:firstColumn="1" w:lastColumn="0" w:noHBand="0" w:noVBand="1"/>
      </w:tblPr>
      <w:tblGrid>
        <w:gridCol w:w="468"/>
        <w:gridCol w:w="1706"/>
        <w:gridCol w:w="528"/>
        <w:gridCol w:w="558"/>
        <w:gridCol w:w="567"/>
        <w:gridCol w:w="806"/>
        <w:gridCol w:w="8124"/>
        <w:gridCol w:w="1238"/>
        <w:gridCol w:w="1422"/>
        <w:gridCol w:w="236"/>
      </w:tblGrid>
      <w:tr w:rsidR="00BD61FD" w:rsidRPr="00BD61FD" w14:paraId="0153AEDF" w14:textId="77777777" w:rsidTr="005B59C2">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901317"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3.5.</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73950F2" w14:textId="77777777" w:rsidR="00BD61FD" w:rsidRPr="00BD61FD" w:rsidRDefault="00BD61FD" w:rsidP="00BD61FD">
            <w:pPr>
              <w:autoSpaceDE w:val="0"/>
              <w:autoSpaceDN w:val="0"/>
              <w:spacing w:before="78" w:after="0" w:line="245"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Официально-деловой</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стиль</w:t>
            </w:r>
            <w:proofErr w:type="spellEnd"/>
            <w:r w:rsidRPr="00BD61FD">
              <w:rPr>
                <w:rFonts w:ascii="Times New Roman" w:eastAsia="Times New Roman" w:hAnsi="Times New Roman" w:cs="Times New Roman"/>
                <w:b/>
                <w:color w:val="000000"/>
                <w:w w:val="97"/>
                <w:sz w:val="16"/>
                <w:lang w:val="en-US"/>
              </w:rPr>
              <w:t>.</w:t>
            </w:r>
          </w:p>
          <w:p w14:paraId="3CE3037E" w14:textId="77777777" w:rsidR="00BD61FD" w:rsidRPr="00BD61FD" w:rsidRDefault="00BD61FD" w:rsidP="00BD61FD">
            <w:pPr>
              <w:autoSpaceDE w:val="0"/>
              <w:autoSpaceDN w:val="0"/>
              <w:spacing w:before="20"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Объявление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09DFB9"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1D8AC13"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04E361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37DB405"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18700F58" w14:textId="77777777" w:rsidR="00BD61FD" w:rsidRPr="00BD61FD" w:rsidRDefault="00BD61FD" w:rsidP="00BD61FD">
            <w:pPr>
              <w:autoSpaceDE w:val="0"/>
              <w:autoSpaceDN w:val="0"/>
              <w:spacing w:before="78" w:after="0" w:line="252" w:lineRule="auto"/>
              <w:ind w:left="72" w:right="576"/>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тексты или их фрагменты;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Создавать тексты объявлений в устной и письменной форме с учётом речевой ситуации;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Применять правила орфографии и пунктуации на письме (в рамках 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095792" w14:textId="77777777" w:rsidR="00BD61FD" w:rsidRPr="00BD61FD" w:rsidRDefault="00BD61FD" w:rsidP="00BD61FD">
            <w:pPr>
              <w:autoSpaceDE w:val="0"/>
              <w:autoSpaceDN w:val="0"/>
              <w:spacing w:before="78" w:after="0" w:line="245"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Практическая</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работа</w:t>
            </w:r>
            <w:proofErr w:type="spellEnd"/>
            <w:r w:rsidRPr="00BD61FD">
              <w:rPr>
                <w:rFonts w:ascii="Times New Roman" w:eastAsia="Times New Roman" w:hAnsi="Times New Roman" w:cs="Times New Roman"/>
                <w:color w:val="000000"/>
                <w:w w:val="97"/>
                <w:sz w:val="16"/>
                <w:lang w:val="en-US"/>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714325"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c>
          <w:tcPr>
            <w:tcW w:w="236" w:type="dxa"/>
            <w:vMerge w:val="restart"/>
            <w:tcBorders>
              <w:left w:val="single" w:sz="4" w:space="0" w:color="000000"/>
              <w:bottom w:val="single" w:sz="4" w:space="0" w:color="000000"/>
            </w:tcBorders>
            <w:tcMar>
              <w:left w:w="0" w:type="dxa"/>
              <w:right w:w="0" w:type="dxa"/>
            </w:tcMar>
          </w:tcPr>
          <w:p w14:paraId="7F29CABD" w14:textId="77777777" w:rsidR="00BD61FD" w:rsidRPr="00BD61FD" w:rsidRDefault="00BD61FD" w:rsidP="00BD61FD">
            <w:pPr>
              <w:rPr>
                <w:rFonts w:ascii="Cambria" w:eastAsia="MS Mincho" w:hAnsi="Cambria" w:cs="Times New Roman"/>
                <w:lang w:val="en-US"/>
              </w:rPr>
            </w:pPr>
          </w:p>
        </w:tc>
      </w:tr>
      <w:tr w:rsidR="00BD61FD" w:rsidRPr="00BD61FD" w14:paraId="090828D9" w14:textId="77777777" w:rsidTr="005B59C2">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685E62"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3.6.</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8F98002" w14:textId="77777777" w:rsidR="00BD61FD" w:rsidRPr="00BD61FD" w:rsidRDefault="00BD61FD" w:rsidP="00BD61FD">
            <w:pPr>
              <w:autoSpaceDE w:val="0"/>
              <w:autoSpaceDN w:val="0"/>
              <w:spacing w:before="78" w:after="0" w:line="250" w:lineRule="auto"/>
              <w:ind w:left="72"/>
              <w:rPr>
                <w:rFonts w:ascii="Cambria" w:eastAsia="MS Mincho" w:hAnsi="Cambria" w:cs="Times New Roman"/>
              </w:rPr>
            </w:pPr>
            <w:r w:rsidRPr="00BD61FD">
              <w:rPr>
                <w:rFonts w:ascii="Times New Roman" w:eastAsia="Times New Roman" w:hAnsi="Times New Roman" w:cs="Times New Roman"/>
                <w:b/>
                <w:color w:val="000000"/>
                <w:w w:val="97"/>
                <w:sz w:val="16"/>
              </w:rPr>
              <w:t xml:space="preserve">Научно-учебный </w:t>
            </w:r>
            <w:r w:rsidRPr="00BD61FD">
              <w:rPr>
                <w:rFonts w:ascii="Cambria" w:eastAsia="MS Mincho" w:hAnsi="Cambria" w:cs="Times New Roman"/>
              </w:rPr>
              <w:br/>
            </w:r>
            <w:proofErr w:type="spellStart"/>
            <w:r w:rsidRPr="00BD61FD">
              <w:rPr>
                <w:rFonts w:ascii="Times New Roman" w:eastAsia="Times New Roman" w:hAnsi="Times New Roman" w:cs="Times New Roman"/>
                <w:b/>
                <w:color w:val="000000"/>
                <w:w w:val="97"/>
                <w:sz w:val="16"/>
              </w:rPr>
              <w:t>подстиль</w:t>
            </w:r>
            <w:proofErr w:type="spellEnd"/>
            <w:r w:rsidRPr="00BD61FD">
              <w:rPr>
                <w:rFonts w:ascii="Times New Roman" w:eastAsia="Times New Roman" w:hAnsi="Times New Roman" w:cs="Times New Roman"/>
                <w:b/>
                <w:color w:val="000000"/>
                <w:w w:val="97"/>
                <w:sz w:val="16"/>
              </w:rPr>
              <w:t xml:space="preserve">. План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ответа на уроке, план текста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6B0D11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5209FE"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E561650"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A2C803"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6AE009D5" w14:textId="77777777" w:rsidR="00BD61FD" w:rsidRPr="00BD61FD" w:rsidRDefault="00BD61FD" w:rsidP="00BD61FD">
            <w:pPr>
              <w:rPr>
                <w:rFonts w:ascii="Cambria" w:eastAsia="MS Mincho" w:hAnsi="Cambria" w:cs="Times New Roman"/>
                <w:lang w:val="en-US"/>
              </w:rPr>
            </w:pP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2FE61C0D" w14:textId="77777777" w:rsidR="00BD61FD" w:rsidRPr="00BD61FD" w:rsidRDefault="00BD61FD" w:rsidP="00BD61FD">
            <w:pPr>
              <w:autoSpaceDE w:val="0"/>
              <w:autoSpaceDN w:val="0"/>
              <w:spacing w:before="78" w:after="0" w:line="245"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29CEF950"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РЭШ</w:t>
            </w:r>
          </w:p>
        </w:tc>
        <w:tc>
          <w:tcPr>
            <w:tcW w:w="236" w:type="dxa"/>
            <w:vMerge/>
            <w:tcBorders>
              <w:left w:val="single" w:sz="4" w:space="0" w:color="000000"/>
              <w:bottom w:val="single" w:sz="4" w:space="0" w:color="000000"/>
            </w:tcBorders>
          </w:tcPr>
          <w:p w14:paraId="043F3CB2" w14:textId="77777777" w:rsidR="00BD61FD" w:rsidRPr="00BD61FD" w:rsidRDefault="00BD61FD" w:rsidP="00BD61FD">
            <w:pPr>
              <w:rPr>
                <w:rFonts w:ascii="Cambria" w:eastAsia="MS Mincho" w:hAnsi="Cambria" w:cs="Times New Roman"/>
                <w:lang w:val="en-US"/>
              </w:rPr>
            </w:pPr>
          </w:p>
        </w:tc>
      </w:tr>
      <w:tr w:rsidR="00BD61FD" w:rsidRPr="00BD61FD" w14:paraId="3D0A345D" w14:textId="77777777" w:rsidTr="005B59C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913B871"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3.7.</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49795F4" w14:textId="77777777" w:rsidR="00BD61FD" w:rsidRPr="00BD61FD" w:rsidRDefault="00BD61FD" w:rsidP="00BD61FD">
            <w:pPr>
              <w:autoSpaceDE w:val="0"/>
              <w:autoSpaceDN w:val="0"/>
              <w:spacing w:before="76" w:after="0" w:line="245"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Публицистический</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стиль</w:t>
            </w:r>
            <w:proofErr w:type="spellEnd"/>
            <w:r w:rsidRPr="00BD61FD">
              <w:rPr>
                <w:rFonts w:ascii="Times New Roman" w:eastAsia="Times New Roman" w:hAnsi="Times New Roman" w:cs="Times New Roman"/>
                <w:b/>
                <w:color w:val="000000"/>
                <w:w w:val="97"/>
                <w:sz w:val="16"/>
                <w:lang w:val="en-US"/>
              </w:rPr>
              <w:t>.</w:t>
            </w:r>
          </w:p>
          <w:p w14:paraId="66606F61" w14:textId="77777777" w:rsidR="00BD61FD" w:rsidRPr="00BD61FD" w:rsidRDefault="00BD61FD" w:rsidP="00BD61FD">
            <w:pPr>
              <w:autoSpaceDE w:val="0"/>
              <w:autoSpaceDN w:val="0"/>
              <w:spacing w:before="18" w:after="0" w:line="233"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Устное</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выступление</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9DCFDB"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6D3BC272"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89F90F8"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C892FD2"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C47D6"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Распознавать и создавать тексты публицистических жанров (девиз, слоган)</w:t>
            </w:r>
            <w:proofErr w:type="gramStart"/>
            <w:r w:rsidRPr="00BD61FD">
              <w:rPr>
                <w:rFonts w:ascii="Times New Roman" w:eastAsia="Times New Roman" w:hAnsi="Times New Roman" w:cs="Times New Roman"/>
                <w:color w:val="000000"/>
                <w:w w:val="97"/>
                <w:sz w:val="16"/>
              </w:rPr>
              <w:t>; Анализировать</w:t>
            </w:r>
            <w:proofErr w:type="gramEnd"/>
            <w:r w:rsidRPr="00BD61FD">
              <w:rPr>
                <w:rFonts w:ascii="Times New Roman" w:eastAsia="Times New Roman" w:hAnsi="Times New Roman" w:cs="Times New Roman"/>
                <w:color w:val="000000"/>
                <w:w w:val="97"/>
                <w:sz w:val="16"/>
              </w:rPr>
              <w:t xml:space="preserve"> и создавать текст устного выступления;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Владеть элементами интонации; выразительно читать тексты;</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A5C873A"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Практическая</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работа</w:t>
            </w:r>
            <w:proofErr w:type="spellEnd"/>
            <w:r w:rsidRPr="00BD61FD">
              <w:rPr>
                <w:rFonts w:ascii="Times New Roman" w:eastAsia="Times New Roman" w:hAnsi="Times New Roman" w:cs="Times New Roman"/>
                <w:color w:val="000000"/>
                <w:w w:val="97"/>
                <w:sz w:val="16"/>
                <w:lang w:val="en-US"/>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ABC958A"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РЭШ</w:t>
            </w:r>
          </w:p>
        </w:tc>
        <w:tc>
          <w:tcPr>
            <w:tcW w:w="236" w:type="dxa"/>
            <w:vMerge/>
            <w:tcBorders>
              <w:left w:val="single" w:sz="4" w:space="0" w:color="000000"/>
              <w:bottom w:val="single" w:sz="4" w:space="0" w:color="000000"/>
            </w:tcBorders>
          </w:tcPr>
          <w:p w14:paraId="7FC17DF6" w14:textId="77777777" w:rsidR="00BD61FD" w:rsidRPr="00BD61FD" w:rsidRDefault="00BD61FD" w:rsidP="00BD61FD">
            <w:pPr>
              <w:rPr>
                <w:rFonts w:ascii="Cambria" w:eastAsia="MS Mincho" w:hAnsi="Cambria" w:cs="Times New Roman"/>
                <w:lang w:val="en-US"/>
              </w:rPr>
            </w:pPr>
          </w:p>
        </w:tc>
      </w:tr>
      <w:tr w:rsidR="00BD61FD" w:rsidRPr="00BD61FD" w14:paraId="2E959E5E" w14:textId="77777777" w:rsidTr="005B59C2">
        <w:trPr>
          <w:trHeight w:hRule="exact" w:val="17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87A023"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3.8.</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73C14" w14:textId="77777777" w:rsidR="00BD61FD" w:rsidRPr="00BD61FD" w:rsidRDefault="00BD61FD" w:rsidP="00BD61FD">
            <w:pPr>
              <w:autoSpaceDE w:val="0"/>
              <w:autoSpaceDN w:val="0"/>
              <w:spacing w:before="76" w:after="0" w:line="250" w:lineRule="auto"/>
              <w:ind w:left="72" w:right="432"/>
              <w:rPr>
                <w:rFonts w:ascii="Cambria" w:eastAsia="MS Mincho" w:hAnsi="Cambria" w:cs="Times New Roman"/>
              </w:rPr>
            </w:pPr>
            <w:r w:rsidRPr="00BD61FD">
              <w:rPr>
                <w:rFonts w:ascii="Times New Roman" w:eastAsia="Times New Roman" w:hAnsi="Times New Roman" w:cs="Times New Roman"/>
                <w:b/>
                <w:color w:val="000000"/>
                <w:w w:val="97"/>
                <w:sz w:val="16"/>
              </w:rPr>
              <w:t xml:space="preserve">Язык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художественной литературы.</w:t>
            </w:r>
          </w:p>
          <w:p w14:paraId="6F688B2D" w14:textId="77777777" w:rsidR="00BD61FD" w:rsidRPr="00BD61FD" w:rsidRDefault="00BD61FD" w:rsidP="00BD61FD">
            <w:pPr>
              <w:autoSpaceDE w:val="0"/>
              <w:autoSpaceDN w:val="0"/>
              <w:spacing w:before="18" w:after="0" w:line="233" w:lineRule="auto"/>
              <w:jc w:val="center"/>
              <w:rPr>
                <w:rFonts w:ascii="Cambria" w:eastAsia="MS Mincho" w:hAnsi="Cambria" w:cs="Times New Roman"/>
              </w:rPr>
            </w:pPr>
            <w:r w:rsidRPr="00BD61FD">
              <w:rPr>
                <w:rFonts w:ascii="Times New Roman" w:eastAsia="Times New Roman" w:hAnsi="Times New Roman" w:cs="Times New Roman"/>
                <w:b/>
                <w:color w:val="000000"/>
                <w:w w:val="97"/>
                <w:sz w:val="16"/>
              </w:rPr>
              <w:t>Литературная сказка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B03B3B"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DCFFE7"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85226F9"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2ADE111"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13A03560"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художественные тексты или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фрагменты (литературные сказки);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Создавать (в том числе с опорой на образец) тексты разных функционально-смысловых типов речи;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Редактировать собственные тексты с целью совершенствования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содержания и формы; сопоставлять черновой и отредактированный тексты; 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042C6272"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Устный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опрос</w:t>
            </w:r>
            <w:proofErr w:type="spellEnd"/>
            <w:r w:rsidRPr="00BD61FD">
              <w:rPr>
                <w:rFonts w:ascii="Times New Roman" w:eastAsia="Times New Roman" w:hAnsi="Times New Roman" w:cs="Times New Roman"/>
                <w:color w:val="000000"/>
                <w:w w:val="97"/>
                <w:sz w:val="16"/>
                <w:lang w:val="en-US"/>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5C9563A"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РЭШ</w:t>
            </w:r>
          </w:p>
        </w:tc>
        <w:tc>
          <w:tcPr>
            <w:tcW w:w="236" w:type="dxa"/>
            <w:vMerge/>
            <w:tcBorders>
              <w:left w:val="single" w:sz="4" w:space="0" w:color="000000"/>
              <w:bottom w:val="single" w:sz="4" w:space="0" w:color="000000"/>
            </w:tcBorders>
          </w:tcPr>
          <w:p w14:paraId="07FDCC5C" w14:textId="77777777" w:rsidR="00BD61FD" w:rsidRPr="00BD61FD" w:rsidRDefault="00BD61FD" w:rsidP="00BD61FD">
            <w:pPr>
              <w:rPr>
                <w:rFonts w:ascii="Cambria" w:eastAsia="MS Mincho" w:hAnsi="Cambria" w:cs="Times New Roman"/>
                <w:lang w:val="en-US"/>
              </w:rPr>
            </w:pPr>
          </w:p>
        </w:tc>
      </w:tr>
      <w:tr w:rsidR="00BD61FD" w:rsidRPr="00BD61FD" w14:paraId="55EB9746" w14:textId="77777777" w:rsidTr="005B59C2">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CE957C9"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3.9.</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D9997A" w14:textId="77777777" w:rsidR="00BD61FD" w:rsidRPr="00BD61FD" w:rsidRDefault="00BD61FD" w:rsidP="00BD61FD">
            <w:pPr>
              <w:autoSpaceDE w:val="0"/>
              <w:autoSpaceDN w:val="0"/>
              <w:spacing w:before="78" w:after="0" w:line="247" w:lineRule="auto"/>
              <w:ind w:left="72" w:right="43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Язык</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художественной</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литературы</w:t>
            </w:r>
            <w:proofErr w:type="spellEnd"/>
            <w:r w:rsidRPr="00BD61FD">
              <w:rPr>
                <w:rFonts w:ascii="Times New Roman" w:eastAsia="Times New Roman" w:hAnsi="Times New Roman" w:cs="Times New Roman"/>
                <w:b/>
                <w:color w:val="000000"/>
                <w:w w:val="97"/>
                <w:sz w:val="16"/>
                <w:lang w:val="en-US"/>
              </w:rPr>
              <w:t>.</w:t>
            </w:r>
          </w:p>
          <w:p w14:paraId="5CE1C6E5" w14:textId="77777777" w:rsidR="00BD61FD" w:rsidRPr="00BD61FD" w:rsidRDefault="00BD61FD" w:rsidP="00BD61FD">
            <w:pPr>
              <w:autoSpaceDE w:val="0"/>
              <w:autoSpaceDN w:val="0"/>
              <w:spacing w:before="20"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Рассказ</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C981668"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51A07E1B"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512A1FC"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6DD01AA"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958450" w14:textId="77777777" w:rsidR="00BD61FD" w:rsidRPr="00BD61FD" w:rsidRDefault="00BD61FD" w:rsidP="00BD61FD">
            <w:pPr>
              <w:autoSpaceDE w:val="0"/>
              <w:autoSpaceDN w:val="0"/>
              <w:spacing w:before="78"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художественные тексты или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фрагменты (рассказы);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Создавать (в том числе с опорой на образец) тексты разных функционально-смысловых типов речи;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Редактировать собственные тексты с целью совершенствования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содержания и формы; сопоставлять черновой и отредактированный тексты; 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01DBAF" w14:textId="77777777" w:rsidR="00BD61FD" w:rsidRPr="00BD61FD" w:rsidRDefault="00BD61FD" w:rsidP="00BD61FD">
            <w:pPr>
              <w:autoSpaceDE w:val="0"/>
              <w:autoSpaceDN w:val="0"/>
              <w:spacing w:before="78" w:after="0" w:line="245"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Письменный</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контроль</w:t>
            </w:r>
            <w:proofErr w:type="spellEnd"/>
            <w:r w:rsidRPr="00BD61FD">
              <w:rPr>
                <w:rFonts w:ascii="Times New Roman" w:eastAsia="Times New Roman" w:hAnsi="Times New Roman" w:cs="Times New Roman"/>
                <w:color w:val="000000"/>
                <w:w w:val="97"/>
                <w:sz w:val="16"/>
                <w:lang w:val="en-US"/>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55B49F"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c>
          <w:tcPr>
            <w:tcW w:w="236" w:type="dxa"/>
            <w:vMerge/>
            <w:tcBorders>
              <w:left w:val="single" w:sz="4" w:space="0" w:color="000000"/>
              <w:bottom w:val="single" w:sz="4" w:space="0" w:color="000000"/>
            </w:tcBorders>
          </w:tcPr>
          <w:p w14:paraId="6AFF0EE7" w14:textId="77777777" w:rsidR="00BD61FD" w:rsidRPr="00BD61FD" w:rsidRDefault="00BD61FD" w:rsidP="00BD61FD">
            <w:pPr>
              <w:rPr>
                <w:rFonts w:ascii="Cambria" w:eastAsia="MS Mincho" w:hAnsi="Cambria" w:cs="Times New Roman"/>
                <w:lang w:val="en-US"/>
              </w:rPr>
            </w:pPr>
          </w:p>
        </w:tc>
      </w:tr>
      <w:tr w:rsidR="00BD61FD" w:rsidRPr="00BD61FD" w14:paraId="3089CCC6" w14:textId="77777777" w:rsidTr="005B59C2">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A172CE0" w14:textId="77777777" w:rsidR="00BD61FD" w:rsidRPr="00BD61FD" w:rsidRDefault="00BD61FD" w:rsidP="00BD61FD">
            <w:pPr>
              <w:autoSpaceDE w:val="0"/>
              <w:autoSpaceDN w:val="0"/>
              <w:spacing w:before="76" w:after="0" w:line="233"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3.10.</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215C0C" w14:textId="77777777" w:rsidR="00BD61FD" w:rsidRPr="00BD61FD" w:rsidRDefault="00BD61FD" w:rsidP="00BD61FD">
            <w:pPr>
              <w:autoSpaceDE w:val="0"/>
              <w:autoSpaceDN w:val="0"/>
              <w:spacing w:before="76" w:after="0" w:line="250"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Особенности</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языка</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фольклорных</w:t>
            </w:r>
            <w:proofErr w:type="spellEnd"/>
            <w:r w:rsidRPr="00BD61FD">
              <w:rPr>
                <w:rFonts w:ascii="Times New Roman" w:eastAsia="Times New Roman" w:hAnsi="Times New Roman" w:cs="Times New Roman"/>
                <w:b/>
                <w:color w:val="000000"/>
                <w:w w:val="97"/>
                <w:sz w:val="16"/>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w w:val="97"/>
                <w:sz w:val="16"/>
                <w:lang w:val="en-US"/>
              </w:rPr>
              <w:t>текстов</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D52DEB"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254F906D" w14:textId="77777777" w:rsidR="00BD61FD" w:rsidRPr="00BD61FD" w:rsidRDefault="00BD61FD" w:rsidP="00BD61FD">
            <w:pPr>
              <w:rPr>
                <w:rFonts w:ascii="Cambria" w:eastAsia="MS Mincho" w:hAnsi="Cambria" w:cs="Times New Roman"/>
                <w:lang w:val="en-US"/>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8646968" w14:textId="77777777" w:rsidR="00BD61FD" w:rsidRPr="00BD61FD" w:rsidRDefault="00BD61FD" w:rsidP="00BD61FD">
            <w:pPr>
              <w:rPr>
                <w:rFonts w:ascii="Cambria" w:eastAsia="MS Mincho" w:hAnsi="Cambria" w:cs="Times New Roman"/>
                <w:lang w:val="en-US"/>
              </w:rPr>
            </w:pP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2CA362"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2E84AFF5" w14:textId="77777777" w:rsidR="00BD61FD" w:rsidRPr="00BD61FD" w:rsidRDefault="00BD61FD" w:rsidP="00BD61FD">
            <w:pPr>
              <w:autoSpaceDE w:val="0"/>
              <w:autoSpaceDN w:val="0"/>
              <w:spacing w:before="76" w:after="0" w:line="254"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фольклорные тексты (сказки, былины, пословицы, загадки);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Создавать (в том числе с опорой на образец) тексты разных функционально-смысловых типов речи;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Редактировать собственные тексты с целью совершенствования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содержания и формы; сопоставлять черновой и отредактированный тексты; Применять правила орфографии и пунктуации на письме (в рамках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изученного);</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5F1D2D" w14:textId="77777777" w:rsidR="00BD61FD" w:rsidRPr="00BD61FD" w:rsidRDefault="00BD61FD" w:rsidP="00BD61FD">
            <w:pPr>
              <w:autoSpaceDE w:val="0"/>
              <w:autoSpaceDN w:val="0"/>
              <w:spacing w:before="76" w:after="0" w:line="252"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 xml:space="preserve">Устный опрос; 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w w:val="97"/>
                <w:sz w:val="16"/>
              </w:rPr>
              <w:t>использованием«</w:t>
            </w:r>
            <w:proofErr w:type="gramEnd"/>
            <w:r w:rsidRPr="00BD61FD">
              <w:rPr>
                <w:rFonts w:ascii="Times New Roman" w:eastAsia="Times New Roman" w:hAnsi="Times New Roman" w:cs="Times New Roman"/>
                <w:color w:val="000000"/>
                <w:w w:val="97"/>
                <w:sz w:val="16"/>
              </w:rPr>
              <w:t>Оценочного</w:t>
            </w:r>
            <w:proofErr w:type="spellEnd"/>
            <w:r w:rsidRPr="00BD61FD">
              <w:rPr>
                <w:rFonts w:ascii="Times New Roman" w:eastAsia="Times New Roman" w:hAnsi="Times New Roman" w:cs="Times New Roman"/>
                <w:color w:val="000000"/>
                <w:w w:val="97"/>
                <w:sz w:val="16"/>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листа»;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2EF12A6" w14:textId="77777777" w:rsidR="00BD61FD" w:rsidRPr="00BD61FD" w:rsidRDefault="00BD61FD" w:rsidP="00BD61FD">
            <w:pPr>
              <w:autoSpaceDE w:val="0"/>
              <w:autoSpaceDN w:val="0"/>
              <w:spacing w:before="76"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c>
          <w:tcPr>
            <w:tcW w:w="236" w:type="dxa"/>
            <w:vMerge/>
            <w:tcBorders>
              <w:left w:val="single" w:sz="4" w:space="0" w:color="000000"/>
              <w:bottom w:val="single" w:sz="4" w:space="0" w:color="000000"/>
            </w:tcBorders>
          </w:tcPr>
          <w:p w14:paraId="08AB5934" w14:textId="77777777" w:rsidR="00BD61FD" w:rsidRPr="00BD61FD" w:rsidRDefault="00BD61FD" w:rsidP="00BD61FD">
            <w:pPr>
              <w:rPr>
                <w:rFonts w:ascii="Cambria" w:eastAsia="MS Mincho" w:hAnsi="Cambria" w:cs="Times New Roman"/>
                <w:lang w:val="en-US"/>
              </w:rPr>
            </w:pPr>
          </w:p>
        </w:tc>
      </w:tr>
      <w:tr w:rsidR="00BD61FD" w:rsidRPr="00BD61FD" w14:paraId="3A752E38" w14:textId="77777777" w:rsidTr="005B59C2">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1819A34" w14:textId="77777777" w:rsidR="00BD61FD" w:rsidRPr="00BD61FD" w:rsidRDefault="00BD61FD" w:rsidP="00BD61FD">
            <w:pPr>
              <w:autoSpaceDE w:val="0"/>
              <w:autoSpaceDN w:val="0"/>
              <w:spacing w:before="7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3.11.</w:t>
            </w:r>
          </w:p>
        </w:tc>
        <w:tc>
          <w:tcPr>
            <w:tcW w:w="17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405814D" w14:textId="77777777" w:rsidR="00BD61FD" w:rsidRPr="00BD61FD" w:rsidRDefault="00BD61FD" w:rsidP="00BD61FD">
            <w:pPr>
              <w:autoSpaceDE w:val="0"/>
              <w:autoSpaceDN w:val="0"/>
              <w:spacing w:before="78" w:after="0" w:line="230" w:lineRule="auto"/>
              <w:jc w:val="center"/>
              <w:rPr>
                <w:rFonts w:ascii="Cambria" w:eastAsia="MS Mincho" w:hAnsi="Cambria" w:cs="Times New Roman"/>
              </w:rPr>
            </w:pPr>
            <w:r w:rsidRPr="00BD61FD">
              <w:rPr>
                <w:rFonts w:ascii="Times New Roman" w:eastAsia="Times New Roman" w:hAnsi="Times New Roman" w:cs="Times New Roman"/>
                <w:b/>
                <w:color w:val="000000"/>
                <w:w w:val="97"/>
                <w:sz w:val="16"/>
              </w:rPr>
              <w:t>Текст и его строение.</w:t>
            </w:r>
          </w:p>
          <w:p w14:paraId="723E3A97" w14:textId="77777777" w:rsidR="00BD61FD" w:rsidRPr="00BD61FD" w:rsidRDefault="00BD61FD" w:rsidP="00BD61FD">
            <w:pPr>
              <w:autoSpaceDE w:val="0"/>
              <w:autoSpaceDN w:val="0"/>
              <w:spacing w:before="20" w:after="0" w:line="250" w:lineRule="auto"/>
              <w:ind w:left="72" w:right="144"/>
              <w:rPr>
                <w:rFonts w:ascii="Cambria" w:eastAsia="MS Mincho" w:hAnsi="Cambria" w:cs="Times New Roman"/>
              </w:rPr>
            </w:pPr>
            <w:r w:rsidRPr="00BD61FD">
              <w:rPr>
                <w:rFonts w:ascii="Times New Roman" w:eastAsia="Times New Roman" w:hAnsi="Times New Roman" w:cs="Times New Roman"/>
                <w:b/>
                <w:color w:val="000000"/>
                <w:w w:val="97"/>
                <w:sz w:val="16"/>
              </w:rPr>
              <w:t xml:space="preserve">Представление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 xml:space="preserve">проектных, </w:t>
            </w:r>
            <w:r w:rsidRPr="00BD61FD">
              <w:rPr>
                <w:rFonts w:ascii="Cambria" w:eastAsia="MS Mincho" w:hAnsi="Cambria" w:cs="Times New Roman"/>
              </w:rPr>
              <w:br/>
            </w:r>
            <w:r w:rsidRPr="00BD61FD">
              <w:rPr>
                <w:rFonts w:ascii="Times New Roman" w:eastAsia="Times New Roman" w:hAnsi="Times New Roman" w:cs="Times New Roman"/>
                <w:b/>
                <w:color w:val="000000"/>
                <w:w w:val="97"/>
                <w:sz w:val="16"/>
              </w:rPr>
              <w:t>исследовательских работ.</w:t>
            </w:r>
          </w:p>
          <w:p w14:paraId="585AA7F8" w14:textId="77777777" w:rsidR="00BD61FD" w:rsidRPr="00BD61FD" w:rsidRDefault="00BD61FD" w:rsidP="00BD61FD">
            <w:pPr>
              <w:autoSpaceDE w:val="0"/>
              <w:autoSpaceDN w:val="0"/>
              <w:spacing w:before="20" w:after="0" w:line="245"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b/>
                <w:color w:val="000000"/>
                <w:w w:val="97"/>
                <w:sz w:val="16"/>
                <w:lang w:val="en-US"/>
              </w:rPr>
              <w:t>Проверочная</w:t>
            </w:r>
            <w:proofErr w:type="spellEnd"/>
            <w:r w:rsidRPr="00BD61FD">
              <w:rPr>
                <w:rFonts w:ascii="Times New Roman" w:eastAsia="Times New Roman" w:hAnsi="Times New Roman" w:cs="Times New Roman"/>
                <w:b/>
                <w:color w:val="000000"/>
                <w:w w:val="97"/>
                <w:sz w:val="16"/>
                <w:lang w:val="en-US"/>
              </w:rPr>
              <w:t xml:space="preserve"> </w:t>
            </w:r>
            <w:proofErr w:type="spellStart"/>
            <w:r w:rsidRPr="00BD61FD">
              <w:rPr>
                <w:rFonts w:ascii="Times New Roman" w:eastAsia="Times New Roman" w:hAnsi="Times New Roman" w:cs="Times New Roman"/>
                <w:b/>
                <w:color w:val="000000"/>
                <w:w w:val="97"/>
                <w:sz w:val="16"/>
                <w:lang w:val="en-US"/>
              </w:rPr>
              <w:t>работа</w:t>
            </w:r>
            <w:proofErr w:type="spellEnd"/>
            <w:r w:rsidRPr="00BD61FD">
              <w:rPr>
                <w:rFonts w:ascii="Times New Roman" w:eastAsia="Times New Roman" w:hAnsi="Times New Roman" w:cs="Times New Roman"/>
                <w:b/>
                <w:color w:val="000000"/>
                <w:w w:val="97"/>
                <w:sz w:val="16"/>
                <w:lang w:val="en-US"/>
              </w:rPr>
              <w:t xml:space="preserve"> № 3</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8EAAB57"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5</w:t>
            </w:r>
          </w:p>
        </w:tc>
        <w:tc>
          <w:tcPr>
            <w:tcW w:w="55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BBDEB4"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B5B7EC6" w14:textId="77777777" w:rsidR="00BD61FD" w:rsidRPr="00BD61FD" w:rsidRDefault="00BD61FD" w:rsidP="00BD61FD">
            <w:pPr>
              <w:autoSpaceDE w:val="0"/>
              <w:autoSpaceDN w:val="0"/>
              <w:spacing w:before="7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1</w:t>
            </w:r>
          </w:p>
        </w:tc>
        <w:tc>
          <w:tcPr>
            <w:tcW w:w="8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1B5489" w14:textId="77777777" w:rsidR="00BD61FD" w:rsidRPr="00BD61FD" w:rsidRDefault="00BD61FD" w:rsidP="00BD61FD">
            <w:pPr>
              <w:rPr>
                <w:rFonts w:ascii="Cambria" w:eastAsia="MS Mincho" w:hAnsi="Cambria" w:cs="Times New Roman"/>
                <w:lang w:val="en-US"/>
              </w:rPr>
            </w:pPr>
          </w:p>
        </w:tc>
        <w:tc>
          <w:tcPr>
            <w:tcW w:w="8124"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6E71B" w14:textId="77777777" w:rsidR="00BD61FD" w:rsidRPr="00BD61FD" w:rsidRDefault="00BD61FD" w:rsidP="00BD61FD">
            <w:pPr>
              <w:autoSpaceDE w:val="0"/>
              <w:autoSpaceDN w:val="0"/>
              <w:spacing w:before="78" w:after="0" w:line="254"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Редактировать собственные тексты с целью совершенствования их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содержания и формы; сопоставлять черновой и отредактированный тексты; Создавать тексты как результат проектной (исследовательской)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деятельности; оформлять результаты проекта (исследования), представлять их в устной форме;</w:t>
            </w:r>
          </w:p>
        </w:tc>
        <w:tc>
          <w:tcPr>
            <w:tcW w:w="1238" w:type="dxa"/>
            <w:tcBorders>
              <w:top w:val="single" w:sz="4" w:space="0" w:color="000000"/>
              <w:left w:val="single" w:sz="4" w:space="0" w:color="000000"/>
              <w:bottom w:val="single" w:sz="4" w:space="0" w:color="000000"/>
              <w:right w:val="single" w:sz="4" w:space="0" w:color="000000"/>
            </w:tcBorders>
            <w:tcMar>
              <w:left w:w="0" w:type="dxa"/>
              <w:right w:w="0" w:type="dxa"/>
            </w:tcMar>
          </w:tcPr>
          <w:p w14:paraId="195CE0C3" w14:textId="77777777" w:rsidR="00BD61FD" w:rsidRPr="00BD61FD" w:rsidRDefault="00BD61FD" w:rsidP="00BD61FD">
            <w:pPr>
              <w:autoSpaceDE w:val="0"/>
              <w:autoSpaceDN w:val="0"/>
              <w:spacing w:before="78" w:after="0" w:line="252" w:lineRule="auto"/>
              <w:ind w:left="72" w:right="144"/>
              <w:rPr>
                <w:rFonts w:ascii="Cambria" w:eastAsia="MS Mincho" w:hAnsi="Cambria" w:cs="Times New Roman"/>
              </w:rPr>
            </w:pPr>
            <w:r w:rsidRPr="00BD61FD">
              <w:rPr>
                <w:rFonts w:ascii="Times New Roman" w:eastAsia="Times New Roman" w:hAnsi="Times New Roman" w:cs="Times New Roman"/>
                <w:color w:val="000000"/>
                <w:w w:val="97"/>
                <w:sz w:val="16"/>
              </w:rPr>
              <w:t xml:space="preserve">Устный опрос; Контрольная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 xml:space="preserve">работа; </w:t>
            </w:r>
            <w:r w:rsidRPr="00BD61FD">
              <w:rPr>
                <w:rFonts w:ascii="Cambria" w:eastAsia="MS Mincho" w:hAnsi="Cambria" w:cs="Times New Roman"/>
              </w:rPr>
              <w:br/>
            </w:r>
            <w:r w:rsidRPr="00BD61FD">
              <w:rPr>
                <w:rFonts w:ascii="Times New Roman" w:eastAsia="Times New Roman" w:hAnsi="Times New Roman" w:cs="Times New Roman"/>
                <w:color w:val="000000"/>
                <w:w w:val="97"/>
                <w:sz w:val="16"/>
              </w:rPr>
              <w:t>Практическая работа;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B274653" w14:textId="77777777" w:rsidR="00BD61FD" w:rsidRPr="00BD61FD" w:rsidRDefault="00BD61FD" w:rsidP="00BD61FD">
            <w:pPr>
              <w:autoSpaceDE w:val="0"/>
              <w:autoSpaceDN w:val="0"/>
              <w:spacing w:before="78" w:after="0" w:line="245" w:lineRule="auto"/>
              <w:ind w:left="72" w:right="2304"/>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Учи.ру</w:t>
            </w:r>
            <w:proofErr w:type="spellEnd"/>
            <w:r w:rsidRPr="00BD61FD">
              <w:rPr>
                <w:rFonts w:ascii="Times New Roman" w:eastAsia="Times New Roman" w:hAnsi="Times New Roman" w:cs="Times New Roman"/>
                <w:color w:val="000000"/>
                <w:w w:val="97"/>
                <w:sz w:val="16"/>
                <w:lang w:val="en-US"/>
              </w:rPr>
              <w:t xml:space="preserve"> </w:t>
            </w:r>
            <w:r w:rsidRPr="00BD61FD">
              <w:rPr>
                <w:rFonts w:ascii="Cambria" w:eastAsia="MS Mincho" w:hAnsi="Cambria" w:cs="Times New Roman"/>
                <w:lang w:val="en-US"/>
              </w:rPr>
              <w:br/>
            </w:r>
            <w:r w:rsidRPr="00BD61FD">
              <w:rPr>
                <w:rFonts w:ascii="Times New Roman" w:eastAsia="Times New Roman" w:hAnsi="Times New Roman" w:cs="Times New Roman"/>
                <w:color w:val="000000"/>
                <w:w w:val="97"/>
                <w:sz w:val="16"/>
                <w:lang w:val="en-US"/>
              </w:rPr>
              <w:t>РЭШ</w:t>
            </w:r>
          </w:p>
        </w:tc>
        <w:tc>
          <w:tcPr>
            <w:tcW w:w="236" w:type="dxa"/>
            <w:vMerge/>
            <w:tcBorders>
              <w:left w:val="single" w:sz="4" w:space="0" w:color="000000"/>
              <w:bottom w:val="single" w:sz="4" w:space="0" w:color="000000"/>
            </w:tcBorders>
          </w:tcPr>
          <w:p w14:paraId="4CC19B71" w14:textId="77777777" w:rsidR="00BD61FD" w:rsidRPr="00BD61FD" w:rsidRDefault="00BD61FD" w:rsidP="00BD61FD">
            <w:pPr>
              <w:rPr>
                <w:rFonts w:ascii="Cambria" w:eastAsia="MS Mincho" w:hAnsi="Cambria" w:cs="Times New Roman"/>
                <w:lang w:val="en-US"/>
              </w:rPr>
            </w:pPr>
          </w:p>
        </w:tc>
      </w:tr>
      <w:tr w:rsidR="00BD61FD" w:rsidRPr="00BD61FD" w14:paraId="61506533" w14:textId="77777777" w:rsidTr="005B59C2">
        <w:trPr>
          <w:trHeight w:hRule="exact" w:val="348"/>
        </w:trPr>
        <w:tc>
          <w:tcPr>
            <w:tcW w:w="21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C7AF0F6"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w w:val="97"/>
                <w:sz w:val="16"/>
                <w:lang w:val="en-US"/>
              </w:rPr>
              <w:t>Итого</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по</w:t>
            </w:r>
            <w:proofErr w:type="spellEnd"/>
            <w:r w:rsidRPr="00BD61FD">
              <w:rPr>
                <w:rFonts w:ascii="Times New Roman" w:eastAsia="Times New Roman" w:hAnsi="Times New Roman" w:cs="Times New Roman"/>
                <w:color w:val="000000"/>
                <w:w w:val="97"/>
                <w:sz w:val="16"/>
                <w:lang w:val="en-US"/>
              </w:rPr>
              <w:t xml:space="preserve"> </w:t>
            </w:r>
            <w:proofErr w:type="spellStart"/>
            <w:r w:rsidRPr="00BD61FD">
              <w:rPr>
                <w:rFonts w:ascii="Times New Roman" w:eastAsia="Times New Roman" w:hAnsi="Times New Roman" w:cs="Times New Roman"/>
                <w:color w:val="000000"/>
                <w:w w:val="97"/>
                <w:sz w:val="16"/>
                <w:lang w:val="en-US"/>
              </w:rPr>
              <w:t>разделу</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7AE64E" w14:textId="77777777" w:rsidR="00BD61FD" w:rsidRPr="00BD61FD" w:rsidRDefault="00BD61FD" w:rsidP="00BD61FD">
            <w:pPr>
              <w:autoSpaceDE w:val="0"/>
              <w:autoSpaceDN w:val="0"/>
              <w:spacing w:before="76" w:after="0" w:line="233" w:lineRule="auto"/>
              <w:ind w:left="72"/>
              <w:rPr>
                <w:rFonts w:ascii="Cambria" w:eastAsia="MS Mincho" w:hAnsi="Cambria" w:cs="Times New Roman"/>
                <w:lang w:val="en-US"/>
              </w:rPr>
            </w:pPr>
            <w:r w:rsidRPr="00BD61FD">
              <w:rPr>
                <w:rFonts w:ascii="Times New Roman" w:eastAsia="Times New Roman" w:hAnsi="Times New Roman" w:cs="Times New Roman"/>
                <w:color w:val="000000"/>
                <w:w w:val="97"/>
                <w:sz w:val="16"/>
                <w:lang w:val="en-US"/>
              </w:rPr>
              <w:t>29</w:t>
            </w:r>
          </w:p>
        </w:tc>
        <w:tc>
          <w:tcPr>
            <w:tcW w:w="12715"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CE22F7B" w14:textId="77777777" w:rsidR="00BD61FD" w:rsidRPr="00BD61FD" w:rsidRDefault="00BD61FD" w:rsidP="00BD61FD">
            <w:pPr>
              <w:rPr>
                <w:rFonts w:ascii="Times New Roman" w:eastAsia="MS Mincho" w:hAnsi="Times New Roman" w:cs="Times New Roman"/>
                <w:sz w:val="16"/>
                <w:szCs w:val="16"/>
              </w:rPr>
            </w:pPr>
            <w:r w:rsidRPr="00BD61FD">
              <w:rPr>
                <w:rFonts w:ascii="Cambria" w:eastAsia="MS Mincho" w:hAnsi="Cambria" w:cs="Times New Roman"/>
              </w:rPr>
              <w:t xml:space="preserve">   </w:t>
            </w:r>
            <w:r w:rsidRPr="00BD61FD">
              <w:rPr>
                <w:rFonts w:ascii="Times New Roman" w:eastAsia="MS Mincho" w:hAnsi="Times New Roman" w:cs="Times New Roman"/>
                <w:sz w:val="16"/>
                <w:szCs w:val="16"/>
              </w:rPr>
              <w:t>Резервное время – 1 час</w:t>
            </w:r>
          </w:p>
        </w:tc>
        <w:tc>
          <w:tcPr>
            <w:tcW w:w="236" w:type="dxa"/>
            <w:tcBorders>
              <w:left w:val="single" w:sz="4" w:space="0" w:color="000000"/>
              <w:bottom w:val="single" w:sz="4" w:space="0" w:color="000000"/>
            </w:tcBorders>
          </w:tcPr>
          <w:p w14:paraId="7C443FCC" w14:textId="77777777" w:rsidR="00BD61FD" w:rsidRPr="00BD61FD" w:rsidRDefault="00BD61FD" w:rsidP="00BD61FD">
            <w:pPr>
              <w:rPr>
                <w:rFonts w:ascii="Cambria" w:eastAsia="MS Mincho" w:hAnsi="Cambria" w:cs="Times New Roman"/>
                <w:lang w:val="en-US"/>
              </w:rPr>
            </w:pPr>
          </w:p>
        </w:tc>
      </w:tr>
      <w:tr w:rsidR="00BD61FD" w:rsidRPr="00BD61FD" w14:paraId="497D1F2F" w14:textId="77777777" w:rsidTr="005B59C2">
        <w:trPr>
          <w:trHeight w:hRule="exact" w:val="521"/>
        </w:trPr>
        <w:tc>
          <w:tcPr>
            <w:tcW w:w="21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4474B8A" w14:textId="77777777" w:rsidR="00BD61FD" w:rsidRPr="00BD61FD" w:rsidRDefault="00BD61FD" w:rsidP="00BD61FD">
            <w:pPr>
              <w:autoSpaceDE w:val="0"/>
              <w:autoSpaceDN w:val="0"/>
              <w:spacing w:before="76" w:after="0" w:line="233" w:lineRule="auto"/>
              <w:ind w:left="72"/>
              <w:rPr>
                <w:rFonts w:ascii="Cambria" w:eastAsia="MS Mincho" w:hAnsi="Cambria" w:cs="Times New Roman"/>
              </w:rPr>
            </w:pPr>
            <w:r w:rsidRPr="00BD61FD">
              <w:rPr>
                <w:rFonts w:ascii="Times New Roman" w:eastAsia="Times New Roman" w:hAnsi="Times New Roman" w:cs="Times New Roman"/>
                <w:color w:val="000000"/>
                <w:w w:val="97"/>
                <w:sz w:val="16"/>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29CA32" w14:textId="77777777" w:rsidR="00BD61FD" w:rsidRPr="00BD61FD" w:rsidRDefault="00BD61FD" w:rsidP="00BD61FD">
            <w:pPr>
              <w:autoSpaceDE w:val="0"/>
              <w:autoSpaceDN w:val="0"/>
              <w:spacing w:before="76" w:after="0" w:line="233" w:lineRule="auto"/>
              <w:ind w:left="72"/>
              <w:rPr>
                <w:rFonts w:ascii="Times New Roman" w:eastAsia="MS Mincho" w:hAnsi="Times New Roman" w:cs="Times New Roman"/>
                <w:sz w:val="18"/>
                <w:szCs w:val="18"/>
              </w:rPr>
            </w:pPr>
            <w:r w:rsidRPr="00BD61FD">
              <w:rPr>
                <w:rFonts w:ascii="Times New Roman" w:eastAsia="MS Mincho" w:hAnsi="Times New Roman" w:cs="Times New Roman"/>
                <w:sz w:val="18"/>
                <w:szCs w:val="18"/>
              </w:rPr>
              <w:t>68</w:t>
            </w:r>
          </w:p>
        </w:tc>
        <w:tc>
          <w:tcPr>
            <w:tcW w:w="12715"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43EAA91" w14:textId="77777777" w:rsidR="00BD61FD" w:rsidRPr="00BD61FD" w:rsidRDefault="00BD61FD" w:rsidP="00BD61FD">
            <w:pPr>
              <w:rPr>
                <w:rFonts w:ascii="Times New Roman" w:eastAsia="MS Mincho" w:hAnsi="Times New Roman" w:cs="Times New Roman"/>
                <w:sz w:val="18"/>
                <w:szCs w:val="18"/>
              </w:rPr>
            </w:pPr>
            <w:r w:rsidRPr="00BD61FD">
              <w:rPr>
                <w:rFonts w:ascii="Cambria" w:eastAsia="MS Mincho" w:hAnsi="Cambria" w:cs="Times New Roman"/>
              </w:rPr>
              <w:t xml:space="preserve">  </w:t>
            </w:r>
            <w:r w:rsidRPr="00BD61FD">
              <w:rPr>
                <w:rFonts w:ascii="Times New Roman" w:eastAsia="MS Mincho" w:hAnsi="Times New Roman" w:cs="Times New Roman"/>
                <w:sz w:val="18"/>
                <w:szCs w:val="18"/>
              </w:rPr>
              <w:t>3                      7</w:t>
            </w:r>
          </w:p>
        </w:tc>
        <w:tc>
          <w:tcPr>
            <w:tcW w:w="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2264AD" w14:textId="77777777" w:rsidR="00BD61FD" w:rsidRPr="00BD61FD" w:rsidRDefault="00BD61FD" w:rsidP="00BD61FD">
            <w:pPr>
              <w:rPr>
                <w:rFonts w:ascii="Cambria" w:eastAsia="MS Mincho" w:hAnsi="Cambria" w:cs="Times New Roman"/>
                <w:lang w:val="en-US"/>
              </w:rPr>
            </w:pPr>
          </w:p>
        </w:tc>
      </w:tr>
    </w:tbl>
    <w:p w14:paraId="60221BD9" w14:textId="77777777" w:rsidR="00BD61FD" w:rsidRPr="00BD61FD" w:rsidRDefault="00BD61FD" w:rsidP="00BD61FD">
      <w:pPr>
        <w:rPr>
          <w:rFonts w:ascii="Cambria" w:eastAsia="MS Mincho" w:hAnsi="Cambria" w:cs="Times New Roman"/>
        </w:rPr>
        <w:sectPr w:rsidR="00BD61FD" w:rsidRPr="00BD61FD">
          <w:pgSz w:w="16840" w:h="11900"/>
          <w:pgMar w:top="284" w:right="640" w:bottom="508" w:left="666" w:header="720" w:footer="720" w:gutter="0"/>
          <w:cols w:space="720" w:equalWidth="0">
            <w:col w:w="15534" w:space="0"/>
          </w:cols>
          <w:docGrid w:linePitch="360"/>
        </w:sectPr>
      </w:pPr>
      <w:r w:rsidRPr="00BD61FD">
        <w:rPr>
          <w:rFonts w:ascii="Cambria" w:eastAsia="MS Mincho" w:hAnsi="Cambria" w:cs="Times New Roman"/>
        </w:rPr>
        <w:t xml:space="preserve">                                                                       </w:t>
      </w:r>
    </w:p>
    <w:p w14:paraId="17934281" w14:textId="77777777" w:rsidR="00BD61FD" w:rsidRPr="00BD61FD" w:rsidRDefault="00BD61FD" w:rsidP="00BD61FD">
      <w:pPr>
        <w:autoSpaceDE w:val="0"/>
        <w:autoSpaceDN w:val="0"/>
        <w:spacing w:after="66" w:line="220" w:lineRule="exact"/>
        <w:rPr>
          <w:rFonts w:ascii="Cambria" w:eastAsia="MS Mincho" w:hAnsi="Cambria" w:cs="Times New Roman"/>
        </w:rPr>
      </w:pPr>
    </w:p>
    <w:p w14:paraId="076B0D35"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30E66287" w14:textId="77777777" w:rsidR="00BD61FD" w:rsidRPr="00BD61FD" w:rsidRDefault="00BD61FD" w:rsidP="00BD61FD">
      <w:pPr>
        <w:autoSpaceDE w:val="0"/>
        <w:autoSpaceDN w:val="0"/>
        <w:spacing w:after="78" w:line="220" w:lineRule="exact"/>
        <w:rPr>
          <w:rFonts w:ascii="Cambria" w:eastAsia="MS Mincho" w:hAnsi="Cambria" w:cs="Times New Roman"/>
          <w:lang w:val="en-US"/>
        </w:rPr>
      </w:pPr>
    </w:p>
    <w:p w14:paraId="115E9855" w14:textId="77777777" w:rsidR="00BD61FD" w:rsidRPr="00BD61FD" w:rsidRDefault="00BD61FD" w:rsidP="00BD61FD">
      <w:pPr>
        <w:autoSpaceDE w:val="0"/>
        <w:autoSpaceDN w:val="0"/>
        <w:spacing w:after="320" w:line="230" w:lineRule="auto"/>
        <w:jc w:val="center"/>
        <w:rPr>
          <w:rFonts w:ascii="Cambria" w:eastAsia="MS Mincho" w:hAnsi="Cambria" w:cs="Times New Roman"/>
          <w:lang w:val="en-US"/>
        </w:rPr>
      </w:pPr>
      <w:r w:rsidRPr="00BD61FD">
        <w:rPr>
          <w:rFonts w:ascii="Times New Roman" w:eastAsia="Times New Roman" w:hAnsi="Times New Roman" w:cs="Times New Roman"/>
          <w:b/>
          <w:color w:val="000000"/>
          <w:sz w:val="24"/>
          <w:lang w:val="en-US"/>
        </w:rPr>
        <w:t>ПОУРОЧНОЕ ПЛАНИРОВАНИЕ</w:t>
      </w:r>
    </w:p>
    <w:tbl>
      <w:tblPr>
        <w:tblW w:w="0" w:type="auto"/>
        <w:tblInd w:w="6" w:type="dxa"/>
        <w:tblLayout w:type="fixed"/>
        <w:tblLook w:val="04A0" w:firstRow="1" w:lastRow="0" w:firstColumn="1" w:lastColumn="0" w:noHBand="0" w:noVBand="1"/>
      </w:tblPr>
      <w:tblGrid>
        <w:gridCol w:w="504"/>
        <w:gridCol w:w="3036"/>
        <w:gridCol w:w="734"/>
        <w:gridCol w:w="1620"/>
        <w:gridCol w:w="1668"/>
        <w:gridCol w:w="1164"/>
        <w:gridCol w:w="1826"/>
      </w:tblGrid>
      <w:tr w:rsidR="00BD61FD" w:rsidRPr="00BD61FD" w14:paraId="082DD954" w14:textId="77777777" w:rsidTr="00C25F94">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506ACB3" w14:textId="77777777" w:rsidR="00BD61FD" w:rsidRPr="00BD61FD" w:rsidRDefault="00BD61FD" w:rsidP="00BD61FD">
            <w:pPr>
              <w:autoSpaceDE w:val="0"/>
              <w:autoSpaceDN w:val="0"/>
              <w:spacing w:before="98" w:after="0" w:line="262" w:lineRule="auto"/>
              <w:ind w:left="72"/>
              <w:rPr>
                <w:rFonts w:ascii="Cambria" w:eastAsia="MS Mincho" w:hAnsi="Cambria" w:cs="Times New Roman"/>
                <w:lang w:val="en-US"/>
              </w:rPr>
            </w:pPr>
            <w:r w:rsidRPr="00BD61FD">
              <w:rPr>
                <w:rFonts w:ascii="Times New Roman" w:eastAsia="Times New Roman" w:hAnsi="Times New Roman" w:cs="Times New Roman"/>
                <w:b/>
                <w:color w:val="000000"/>
                <w:sz w:val="24"/>
                <w:lang w:val="en-US"/>
              </w:rPr>
              <w:t>№</w:t>
            </w:r>
            <w:r w:rsidRPr="00BD61FD">
              <w:rPr>
                <w:rFonts w:ascii="Cambria" w:eastAsia="MS Mincho" w:hAnsi="Cambria" w:cs="Times New Roman"/>
                <w:lang w:val="en-US"/>
              </w:rPr>
              <w:br/>
            </w:r>
            <w:r w:rsidRPr="00BD61FD">
              <w:rPr>
                <w:rFonts w:ascii="Times New Roman" w:eastAsia="Times New Roman" w:hAnsi="Times New Roman" w:cs="Times New Roman"/>
                <w:b/>
                <w:color w:val="000000"/>
                <w:sz w:val="24"/>
                <w:lang w:val="en-US"/>
              </w:rPr>
              <w:t>п/п</w:t>
            </w:r>
          </w:p>
        </w:tc>
        <w:tc>
          <w:tcPr>
            <w:tcW w:w="30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C1C353B"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Тема</w:t>
            </w:r>
            <w:proofErr w:type="spellEnd"/>
            <w:r w:rsidRPr="00BD61FD">
              <w:rPr>
                <w:rFonts w:ascii="Times New Roman" w:eastAsia="Times New Roman" w:hAnsi="Times New Roman" w:cs="Times New Roman"/>
                <w:b/>
                <w:color w:val="000000"/>
                <w:sz w:val="24"/>
                <w:lang w:val="en-US"/>
              </w:rPr>
              <w:t xml:space="preserve"> </w:t>
            </w:r>
            <w:proofErr w:type="spellStart"/>
            <w:r w:rsidRPr="00BD61FD">
              <w:rPr>
                <w:rFonts w:ascii="Times New Roman" w:eastAsia="Times New Roman" w:hAnsi="Times New Roman" w:cs="Times New Roman"/>
                <w:b/>
                <w:color w:val="000000"/>
                <w:sz w:val="24"/>
                <w:lang w:val="en-US"/>
              </w:rPr>
              <w:t>урока</w:t>
            </w:r>
            <w:proofErr w:type="spellEnd"/>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0132E8FC"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Количество</w:t>
            </w:r>
            <w:proofErr w:type="spellEnd"/>
            <w:r w:rsidRPr="00BD61FD">
              <w:rPr>
                <w:rFonts w:ascii="Times New Roman" w:eastAsia="Times New Roman" w:hAnsi="Times New Roman" w:cs="Times New Roman"/>
                <w:b/>
                <w:color w:val="000000"/>
                <w:sz w:val="24"/>
                <w:lang w:val="en-US"/>
              </w:rPr>
              <w:t xml:space="preserve"> </w:t>
            </w:r>
            <w:proofErr w:type="spellStart"/>
            <w:r w:rsidRPr="00BD61FD">
              <w:rPr>
                <w:rFonts w:ascii="Times New Roman" w:eastAsia="Times New Roman" w:hAnsi="Times New Roman" w:cs="Times New Roman"/>
                <w:b/>
                <w:color w:val="000000"/>
                <w:sz w:val="24"/>
                <w:lang w:val="en-US"/>
              </w:rPr>
              <w:t>часов</w:t>
            </w:r>
            <w:proofErr w:type="spellEnd"/>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920C924" w14:textId="77777777" w:rsidR="00BD61FD" w:rsidRPr="00BD61FD" w:rsidRDefault="00BD61FD" w:rsidP="00BD61FD">
            <w:pPr>
              <w:autoSpaceDE w:val="0"/>
              <w:autoSpaceDN w:val="0"/>
              <w:spacing w:before="98" w:after="0" w:line="262"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Дата</w:t>
            </w:r>
            <w:proofErr w:type="spellEnd"/>
            <w:r w:rsidRPr="00BD61FD">
              <w:rPr>
                <w:rFonts w:ascii="Times New Roman" w:eastAsia="Times New Roman" w:hAnsi="Times New Roman" w:cs="Times New Roman"/>
                <w:b/>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b/>
                <w:color w:val="000000"/>
                <w:sz w:val="24"/>
                <w:lang w:val="en-US"/>
              </w:rPr>
              <w:t>изучения</w:t>
            </w:r>
            <w:proofErr w:type="spellEnd"/>
          </w:p>
        </w:tc>
        <w:tc>
          <w:tcPr>
            <w:tcW w:w="18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9D12965"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Виды</w:t>
            </w:r>
            <w:proofErr w:type="spellEnd"/>
            <w:r w:rsidRPr="00BD61FD">
              <w:rPr>
                <w:rFonts w:ascii="Times New Roman" w:eastAsia="Times New Roman" w:hAnsi="Times New Roman" w:cs="Times New Roman"/>
                <w:b/>
                <w:color w:val="000000"/>
                <w:sz w:val="24"/>
                <w:lang w:val="en-US"/>
              </w:rPr>
              <w:t xml:space="preserve">, </w:t>
            </w:r>
            <w:proofErr w:type="spellStart"/>
            <w:r w:rsidRPr="00BD61FD">
              <w:rPr>
                <w:rFonts w:ascii="Times New Roman" w:eastAsia="Times New Roman" w:hAnsi="Times New Roman" w:cs="Times New Roman"/>
                <w:b/>
                <w:color w:val="000000"/>
                <w:sz w:val="24"/>
                <w:lang w:val="en-US"/>
              </w:rPr>
              <w:t>формы</w:t>
            </w:r>
            <w:proofErr w:type="spellEnd"/>
            <w:r w:rsidRPr="00BD61FD">
              <w:rPr>
                <w:rFonts w:ascii="Times New Roman" w:eastAsia="Times New Roman" w:hAnsi="Times New Roman" w:cs="Times New Roman"/>
                <w:b/>
                <w:color w:val="000000"/>
                <w:sz w:val="24"/>
                <w:lang w:val="en-US"/>
              </w:rPr>
              <w:t xml:space="preserve"> </w:t>
            </w:r>
            <w:proofErr w:type="spellStart"/>
            <w:r w:rsidRPr="00BD61FD">
              <w:rPr>
                <w:rFonts w:ascii="Times New Roman" w:eastAsia="Times New Roman" w:hAnsi="Times New Roman" w:cs="Times New Roman"/>
                <w:b/>
                <w:color w:val="000000"/>
                <w:sz w:val="24"/>
                <w:lang w:val="en-US"/>
              </w:rPr>
              <w:t>контроля</w:t>
            </w:r>
            <w:proofErr w:type="spellEnd"/>
          </w:p>
        </w:tc>
      </w:tr>
      <w:tr w:rsidR="00BD61FD" w:rsidRPr="00BD61FD" w14:paraId="1CD53ED8" w14:textId="77777777" w:rsidTr="00C25F94">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14:paraId="61F72E3D" w14:textId="77777777" w:rsidR="00BD61FD" w:rsidRPr="00BD61FD" w:rsidRDefault="00BD61FD" w:rsidP="00BD61FD">
            <w:pPr>
              <w:rPr>
                <w:rFonts w:ascii="Cambria" w:eastAsia="MS Mincho" w:hAnsi="Cambria" w:cs="Times New Roman"/>
                <w:lang w:val="en-US"/>
              </w:rPr>
            </w:pPr>
          </w:p>
        </w:tc>
        <w:tc>
          <w:tcPr>
            <w:tcW w:w="1512" w:type="dxa"/>
            <w:vMerge/>
            <w:tcBorders>
              <w:top w:val="single" w:sz="4" w:space="0" w:color="000000"/>
              <w:left w:val="single" w:sz="4" w:space="0" w:color="000000"/>
              <w:bottom w:val="single" w:sz="4" w:space="0" w:color="000000"/>
              <w:right w:val="single" w:sz="4" w:space="0" w:color="000000"/>
            </w:tcBorders>
          </w:tcPr>
          <w:p w14:paraId="62B5BDA0" w14:textId="77777777" w:rsidR="00BD61FD" w:rsidRPr="00BD61FD" w:rsidRDefault="00BD61FD" w:rsidP="00BD61FD">
            <w:pPr>
              <w:rPr>
                <w:rFonts w:ascii="Cambria" w:eastAsia="MS Mincho" w:hAnsi="Cambria" w:cs="Times New Roman"/>
                <w:lang w:val="en-US"/>
              </w:rPr>
            </w:pP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389503"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всего</w:t>
            </w:r>
            <w:proofErr w:type="spellEnd"/>
            <w:r w:rsidRPr="00BD61FD">
              <w:rPr>
                <w:rFonts w:ascii="Times New Roman" w:eastAsia="Times New Roman" w:hAnsi="Times New Roman" w:cs="Times New Roman"/>
                <w:b/>
                <w:color w:val="000000"/>
                <w:sz w:val="24"/>
                <w:lang w:val="en-US"/>
              </w:rPr>
              <w:t xml:space="preserve">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B997E4" w14:textId="77777777" w:rsidR="00BD61FD" w:rsidRPr="00BD61FD" w:rsidRDefault="00BD61FD" w:rsidP="00BD61FD">
            <w:pPr>
              <w:autoSpaceDE w:val="0"/>
              <w:autoSpaceDN w:val="0"/>
              <w:spacing w:before="98" w:after="0" w:line="262"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контрольные</w:t>
            </w:r>
            <w:proofErr w:type="spellEnd"/>
            <w:r w:rsidRPr="00BD61FD">
              <w:rPr>
                <w:rFonts w:ascii="Times New Roman" w:eastAsia="Times New Roman" w:hAnsi="Times New Roman" w:cs="Times New Roman"/>
                <w:b/>
                <w:color w:val="000000"/>
                <w:sz w:val="24"/>
                <w:lang w:val="en-US"/>
              </w:rPr>
              <w:t xml:space="preserve"> </w:t>
            </w:r>
            <w:proofErr w:type="spellStart"/>
            <w:r w:rsidRPr="00BD61FD">
              <w:rPr>
                <w:rFonts w:ascii="Times New Roman" w:eastAsia="Times New Roman" w:hAnsi="Times New Roman" w:cs="Times New Roman"/>
                <w:b/>
                <w:color w:val="000000"/>
                <w:sz w:val="24"/>
                <w:lang w:val="en-US"/>
              </w:rPr>
              <w:t>работы</w:t>
            </w:r>
            <w:proofErr w:type="spellEnd"/>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04CCC9" w14:textId="77777777" w:rsidR="00BD61FD" w:rsidRPr="00BD61FD" w:rsidRDefault="00BD61FD" w:rsidP="00BD61FD">
            <w:pPr>
              <w:autoSpaceDE w:val="0"/>
              <w:autoSpaceDN w:val="0"/>
              <w:spacing w:before="98" w:after="0" w:line="262"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b/>
                <w:color w:val="000000"/>
                <w:sz w:val="24"/>
                <w:lang w:val="en-US"/>
              </w:rPr>
              <w:t>практические</w:t>
            </w:r>
            <w:proofErr w:type="spellEnd"/>
            <w:r w:rsidRPr="00BD61FD">
              <w:rPr>
                <w:rFonts w:ascii="Times New Roman" w:eastAsia="Times New Roman" w:hAnsi="Times New Roman" w:cs="Times New Roman"/>
                <w:b/>
                <w:color w:val="000000"/>
                <w:sz w:val="24"/>
                <w:lang w:val="en-US"/>
              </w:rPr>
              <w:t xml:space="preserve"> </w:t>
            </w:r>
            <w:proofErr w:type="spellStart"/>
            <w:r w:rsidRPr="00BD61FD">
              <w:rPr>
                <w:rFonts w:ascii="Times New Roman" w:eastAsia="Times New Roman" w:hAnsi="Times New Roman" w:cs="Times New Roman"/>
                <w:b/>
                <w:color w:val="000000"/>
                <w:sz w:val="24"/>
                <w:lang w:val="en-US"/>
              </w:rPr>
              <w:t>работы</w:t>
            </w:r>
            <w:proofErr w:type="spellEnd"/>
          </w:p>
        </w:tc>
        <w:tc>
          <w:tcPr>
            <w:tcW w:w="1512" w:type="dxa"/>
            <w:vMerge/>
            <w:tcBorders>
              <w:top w:val="single" w:sz="4" w:space="0" w:color="000000"/>
              <w:left w:val="single" w:sz="4" w:space="0" w:color="000000"/>
              <w:bottom w:val="single" w:sz="4" w:space="0" w:color="000000"/>
              <w:right w:val="single" w:sz="4" w:space="0" w:color="000000"/>
            </w:tcBorders>
          </w:tcPr>
          <w:p w14:paraId="64311562" w14:textId="77777777" w:rsidR="00BD61FD" w:rsidRPr="00BD61FD" w:rsidRDefault="00BD61FD" w:rsidP="00BD61FD">
            <w:pPr>
              <w:rPr>
                <w:rFonts w:ascii="Cambria" w:eastAsia="MS Mincho" w:hAnsi="Cambria" w:cs="Times New Roman"/>
                <w:lang w:val="en-US"/>
              </w:rPr>
            </w:pPr>
          </w:p>
        </w:tc>
        <w:tc>
          <w:tcPr>
            <w:tcW w:w="1512" w:type="dxa"/>
            <w:vMerge/>
            <w:tcBorders>
              <w:top w:val="single" w:sz="4" w:space="0" w:color="000000"/>
              <w:left w:val="single" w:sz="4" w:space="0" w:color="000000"/>
              <w:bottom w:val="single" w:sz="4" w:space="0" w:color="000000"/>
              <w:right w:val="single" w:sz="4" w:space="0" w:color="000000"/>
            </w:tcBorders>
          </w:tcPr>
          <w:p w14:paraId="4A0E2CB0" w14:textId="77777777" w:rsidR="00BD61FD" w:rsidRPr="00BD61FD" w:rsidRDefault="00BD61FD" w:rsidP="00BD61FD">
            <w:pPr>
              <w:rPr>
                <w:rFonts w:ascii="Cambria" w:eastAsia="MS Mincho" w:hAnsi="Cambria" w:cs="Times New Roman"/>
                <w:lang w:val="en-US"/>
              </w:rPr>
            </w:pPr>
          </w:p>
        </w:tc>
      </w:tr>
      <w:tr w:rsidR="00BD61FD" w:rsidRPr="00BD61FD" w14:paraId="449EDBDB"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D8B551"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B0BDE5" w14:textId="77777777" w:rsidR="00BD61FD" w:rsidRPr="00BD61FD" w:rsidRDefault="00BD61FD" w:rsidP="00BD61FD">
            <w:pPr>
              <w:autoSpaceDE w:val="0"/>
              <w:autoSpaceDN w:val="0"/>
              <w:spacing w:before="98" w:after="0" w:line="262" w:lineRule="auto"/>
              <w:ind w:left="72" w:right="43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Введение</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Знакомство</w:t>
            </w:r>
            <w:proofErr w:type="spellEnd"/>
            <w:r w:rsidRPr="00BD61FD">
              <w:rPr>
                <w:rFonts w:ascii="Times New Roman" w:eastAsia="Times New Roman" w:hAnsi="Times New Roman" w:cs="Times New Roman"/>
                <w:color w:val="000000"/>
                <w:sz w:val="24"/>
                <w:lang w:val="en-US"/>
              </w:rPr>
              <w:t xml:space="preserve"> с </w:t>
            </w:r>
            <w:proofErr w:type="spellStart"/>
            <w:r w:rsidRPr="00BD61FD">
              <w:rPr>
                <w:rFonts w:ascii="Times New Roman" w:eastAsia="Times New Roman" w:hAnsi="Times New Roman" w:cs="Times New Roman"/>
                <w:color w:val="000000"/>
                <w:sz w:val="24"/>
                <w:lang w:val="en-US"/>
              </w:rPr>
              <w:t>учебником</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E71A90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6E12CF"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D481E9"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988CB5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EEBB9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D6D2E15" w14:textId="77777777" w:rsidTr="00C25F94">
        <w:trPr>
          <w:trHeight w:hRule="exact" w:val="49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653827"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27F09B"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Наш</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родной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464C3D"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E7A983"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5EC8E7"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4E163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7CB81792"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4E4A80D7"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08DA0CA"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3.</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5E31F5"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Наш</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родной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AF7645"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590F0E"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A36BB2"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675CD0"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560668A"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0DB90B0A"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B3DA79A"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4.</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7537D36" w14:textId="77777777" w:rsidR="00BD61FD" w:rsidRPr="00BD61FD" w:rsidRDefault="00BD61FD" w:rsidP="00BD61FD">
            <w:pPr>
              <w:autoSpaceDE w:val="0"/>
              <w:autoSpaceDN w:val="0"/>
              <w:spacing w:before="98" w:after="0" w:line="262" w:lineRule="auto"/>
              <w:ind w:left="72" w:right="86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Из</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истории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письменности</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8F75848"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02AFE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623F4E9"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775202"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7891D58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7A4E4FC7"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E92945"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E0FD1B" w14:textId="77777777" w:rsidR="00BD61FD" w:rsidRPr="00BD61FD" w:rsidRDefault="00BD61FD" w:rsidP="00BD61FD">
            <w:pPr>
              <w:autoSpaceDE w:val="0"/>
              <w:autoSpaceDN w:val="0"/>
              <w:spacing w:before="98" w:after="0" w:line="262" w:lineRule="auto"/>
              <w:ind w:left="72" w:right="86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Из</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истории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письменности</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F5AC1C2"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C81E38"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33C3605"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F111F8"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4B1AC2"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1EF798CB"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577430"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B1128AF" w14:textId="77777777" w:rsidR="00BD61FD" w:rsidRPr="00BD61FD" w:rsidRDefault="00BD61FD" w:rsidP="00BD61FD">
            <w:pPr>
              <w:autoSpaceDE w:val="0"/>
              <w:autoSpaceDN w:val="0"/>
              <w:spacing w:before="98" w:after="0" w:line="271" w:lineRule="auto"/>
              <w:ind w:left="72" w:right="144"/>
              <w:rPr>
                <w:rFonts w:ascii="Cambria" w:eastAsia="MS Mincho" w:hAnsi="Cambria" w:cs="Times New Roman"/>
              </w:rPr>
            </w:pPr>
            <w:r w:rsidRPr="00BD61FD">
              <w:rPr>
                <w:rFonts w:ascii="Times New Roman" w:eastAsia="Times New Roman" w:hAnsi="Times New Roman" w:cs="Times New Roman"/>
                <w:color w:val="000000"/>
                <w:sz w:val="24"/>
              </w:rPr>
              <w:t xml:space="preserve">Язык - волшебное зеркало мира и национальной </w:t>
            </w:r>
            <w:r w:rsidRPr="00BD61FD">
              <w:rPr>
                <w:rFonts w:ascii="Cambria" w:eastAsia="MS Mincho" w:hAnsi="Cambria" w:cs="Times New Roman"/>
              </w:rPr>
              <w:br/>
            </w:r>
            <w:r w:rsidRPr="00BD61FD">
              <w:rPr>
                <w:rFonts w:ascii="Times New Roman" w:eastAsia="Times New Roman" w:hAnsi="Times New Roman" w:cs="Times New Roman"/>
                <w:color w:val="000000"/>
                <w:sz w:val="24"/>
              </w:rPr>
              <w:t>культуры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5293D8"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6FEB03F"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BC0E37"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7A5011"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5E47DC"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53E19989"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BAD5D5E"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4E3ACC6" w14:textId="77777777" w:rsidR="00BD61FD" w:rsidRPr="00BD61FD" w:rsidRDefault="00BD61FD" w:rsidP="00BD61FD">
            <w:pPr>
              <w:autoSpaceDE w:val="0"/>
              <w:autoSpaceDN w:val="0"/>
              <w:spacing w:before="98" w:after="0" w:line="271" w:lineRule="auto"/>
              <w:ind w:left="72" w:right="144"/>
              <w:rPr>
                <w:rFonts w:ascii="Cambria" w:eastAsia="MS Mincho" w:hAnsi="Cambria" w:cs="Times New Roman"/>
              </w:rPr>
            </w:pPr>
            <w:r w:rsidRPr="00BD61FD">
              <w:rPr>
                <w:rFonts w:ascii="Times New Roman" w:eastAsia="Times New Roman" w:hAnsi="Times New Roman" w:cs="Times New Roman"/>
                <w:color w:val="000000"/>
                <w:sz w:val="24"/>
              </w:rPr>
              <w:t xml:space="preserve">Язык - волшебное зеркало мира и национальной </w:t>
            </w:r>
            <w:r w:rsidRPr="00BD61FD">
              <w:rPr>
                <w:rFonts w:ascii="Cambria" w:eastAsia="MS Mincho" w:hAnsi="Cambria" w:cs="Times New Roman"/>
              </w:rPr>
              <w:br/>
            </w:r>
            <w:r w:rsidRPr="00BD61FD">
              <w:rPr>
                <w:rFonts w:ascii="Times New Roman" w:eastAsia="Times New Roman" w:hAnsi="Times New Roman" w:cs="Times New Roman"/>
                <w:color w:val="000000"/>
                <w:sz w:val="24"/>
              </w:rPr>
              <w:t>культуры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6808AA"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B212857"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2156F7D"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62FF2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E4496C"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468654CF" w14:textId="77777777" w:rsidTr="00C25F94">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CC0CCA"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36A0F" w14:textId="77777777" w:rsidR="00BD61FD" w:rsidRPr="00BD61FD" w:rsidRDefault="00BD61FD" w:rsidP="00BD61FD">
            <w:pPr>
              <w:autoSpaceDE w:val="0"/>
              <w:autoSpaceDN w:val="0"/>
              <w:spacing w:before="98" w:after="0"/>
              <w:ind w:left="72" w:right="288"/>
              <w:rPr>
                <w:rFonts w:ascii="Cambria" w:eastAsia="MS Mincho" w:hAnsi="Cambria" w:cs="Times New Roman"/>
              </w:rPr>
            </w:pPr>
            <w:r w:rsidRPr="00BD61FD">
              <w:rPr>
                <w:rFonts w:ascii="Times New Roman" w:eastAsia="Times New Roman" w:hAnsi="Times New Roman" w:cs="Times New Roman"/>
                <w:color w:val="000000"/>
                <w:sz w:val="24"/>
              </w:rPr>
              <w:t xml:space="preserve">История в слове: </w:t>
            </w:r>
            <w:r w:rsidRPr="00BD61FD">
              <w:rPr>
                <w:rFonts w:ascii="Cambria" w:eastAsia="MS Mincho" w:hAnsi="Cambria" w:cs="Times New Roman"/>
              </w:rPr>
              <w:br/>
            </w:r>
            <w:r w:rsidRPr="00BD61FD">
              <w:rPr>
                <w:rFonts w:ascii="Times New Roman" w:eastAsia="Times New Roman" w:hAnsi="Times New Roman" w:cs="Times New Roman"/>
                <w:color w:val="000000"/>
                <w:sz w:val="24"/>
              </w:rPr>
              <w:t xml:space="preserve">наименования предметов, традиционной русской </w:t>
            </w:r>
            <w:r w:rsidRPr="00BD61FD">
              <w:rPr>
                <w:rFonts w:ascii="Cambria" w:eastAsia="MS Mincho" w:hAnsi="Cambria" w:cs="Times New Roman"/>
              </w:rPr>
              <w:br/>
            </w:r>
            <w:r w:rsidRPr="00BD61FD">
              <w:rPr>
                <w:rFonts w:ascii="Times New Roman" w:eastAsia="Times New Roman" w:hAnsi="Times New Roman" w:cs="Times New Roman"/>
                <w:color w:val="000000"/>
                <w:sz w:val="24"/>
              </w:rPr>
              <w:t>одежды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D8C8F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3A8B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28D4D26"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1D599A0"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A735B67"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F40AB3B" w14:textId="77777777" w:rsidTr="00C25F94">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707399"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9.</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0F8BB9" w14:textId="77777777" w:rsidR="00BD61FD" w:rsidRPr="00BD61FD" w:rsidRDefault="00BD61FD" w:rsidP="00BD61FD">
            <w:pPr>
              <w:autoSpaceDE w:val="0"/>
              <w:autoSpaceDN w:val="0"/>
              <w:spacing w:before="98" w:after="0"/>
              <w:ind w:left="72" w:right="288"/>
              <w:rPr>
                <w:rFonts w:ascii="Cambria" w:eastAsia="MS Mincho" w:hAnsi="Cambria" w:cs="Times New Roman"/>
              </w:rPr>
            </w:pPr>
            <w:r w:rsidRPr="00BD61FD">
              <w:rPr>
                <w:rFonts w:ascii="Times New Roman" w:eastAsia="Times New Roman" w:hAnsi="Times New Roman" w:cs="Times New Roman"/>
                <w:color w:val="000000"/>
                <w:sz w:val="24"/>
              </w:rPr>
              <w:t xml:space="preserve">История в слове: </w:t>
            </w:r>
            <w:r w:rsidRPr="00BD61FD">
              <w:rPr>
                <w:rFonts w:ascii="Cambria" w:eastAsia="MS Mincho" w:hAnsi="Cambria" w:cs="Times New Roman"/>
              </w:rPr>
              <w:br/>
            </w:r>
            <w:r w:rsidRPr="00BD61FD">
              <w:rPr>
                <w:rFonts w:ascii="Times New Roman" w:eastAsia="Times New Roman" w:hAnsi="Times New Roman" w:cs="Times New Roman"/>
                <w:color w:val="000000"/>
                <w:sz w:val="24"/>
              </w:rPr>
              <w:t xml:space="preserve">наименования предметов, традиционной русской </w:t>
            </w:r>
            <w:r w:rsidRPr="00BD61FD">
              <w:rPr>
                <w:rFonts w:ascii="Cambria" w:eastAsia="MS Mincho" w:hAnsi="Cambria" w:cs="Times New Roman"/>
              </w:rPr>
              <w:br/>
            </w:r>
            <w:r w:rsidRPr="00BD61FD">
              <w:rPr>
                <w:rFonts w:ascii="Times New Roman" w:eastAsia="Times New Roman" w:hAnsi="Times New Roman" w:cs="Times New Roman"/>
                <w:color w:val="000000"/>
                <w:sz w:val="24"/>
              </w:rPr>
              <w:t>одежды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A701B8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DE379B"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D081C6A"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36BF97"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60B65B" w14:textId="77777777" w:rsidR="00BD61FD" w:rsidRPr="00BD61FD" w:rsidRDefault="00BD61FD" w:rsidP="00BD61FD">
            <w:pPr>
              <w:autoSpaceDE w:val="0"/>
              <w:autoSpaceDN w:val="0"/>
              <w:spacing w:before="98" w:after="0"/>
              <w:ind w:left="72"/>
              <w:rPr>
                <w:rFonts w:ascii="Cambria" w:eastAsia="MS Mincho" w:hAnsi="Cambria" w:cs="Times New Roman"/>
              </w:rPr>
            </w:pPr>
            <w:r w:rsidRPr="00BD61FD">
              <w:rPr>
                <w:rFonts w:ascii="Times New Roman" w:eastAsia="Times New Roman" w:hAnsi="Times New Roman" w:cs="Times New Roman"/>
                <w:color w:val="000000"/>
                <w:sz w:val="24"/>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sz w:val="24"/>
              </w:rPr>
              <w:t>использованием«</w:t>
            </w:r>
            <w:proofErr w:type="gramEnd"/>
            <w:r w:rsidRPr="00BD61FD">
              <w:rPr>
                <w:rFonts w:ascii="Times New Roman" w:eastAsia="Times New Roman" w:hAnsi="Times New Roman" w:cs="Times New Roman"/>
                <w:color w:val="000000"/>
                <w:sz w:val="24"/>
              </w:rPr>
              <w:t>Оценочного</w:t>
            </w:r>
            <w:proofErr w:type="spellEnd"/>
            <w:r w:rsidRPr="00BD61FD">
              <w:rPr>
                <w:rFonts w:ascii="Times New Roman" w:eastAsia="Times New Roman" w:hAnsi="Times New Roman" w:cs="Times New Roman"/>
                <w:color w:val="000000"/>
                <w:sz w:val="24"/>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листа»;</w:t>
            </w:r>
          </w:p>
        </w:tc>
      </w:tr>
      <w:tr w:rsidR="00BD61FD" w:rsidRPr="00BD61FD" w14:paraId="5B6FEEFF" w14:textId="77777777" w:rsidTr="00C25F94">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F5DF09"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10.</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97A25A0" w14:textId="77777777" w:rsidR="00BD61FD" w:rsidRPr="00BD61FD" w:rsidRDefault="00BD61FD" w:rsidP="00BD61FD">
            <w:pPr>
              <w:autoSpaceDE w:val="0"/>
              <w:autoSpaceDN w:val="0"/>
              <w:spacing w:before="98" w:after="0"/>
              <w:ind w:left="72" w:right="288"/>
              <w:rPr>
                <w:rFonts w:ascii="Cambria" w:eastAsia="MS Mincho" w:hAnsi="Cambria" w:cs="Times New Roman"/>
              </w:rPr>
            </w:pPr>
            <w:r w:rsidRPr="00BD61FD">
              <w:rPr>
                <w:rFonts w:ascii="Times New Roman" w:eastAsia="Times New Roman" w:hAnsi="Times New Roman" w:cs="Times New Roman"/>
                <w:color w:val="000000"/>
                <w:sz w:val="24"/>
              </w:rPr>
              <w:t xml:space="preserve">История в слове: </w:t>
            </w:r>
            <w:r w:rsidRPr="00BD61FD">
              <w:rPr>
                <w:rFonts w:ascii="Cambria" w:eastAsia="MS Mincho" w:hAnsi="Cambria" w:cs="Times New Roman"/>
              </w:rPr>
              <w:br/>
            </w:r>
            <w:r w:rsidRPr="00BD61FD">
              <w:rPr>
                <w:rFonts w:ascii="Times New Roman" w:eastAsia="Times New Roman" w:hAnsi="Times New Roman" w:cs="Times New Roman"/>
                <w:color w:val="000000"/>
                <w:sz w:val="24"/>
              </w:rPr>
              <w:t xml:space="preserve">наименование предметов </w:t>
            </w:r>
            <w:proofErr w:type="gramStart"/>
            <w:r w:rsidRPr="00BD61FD">
              <w:rPr>
                <w:rFonts w:ascii="Times New Roman" w:eastAsia="Times New Roman" w:hAnsi="Times New Roman" w:cs="Times New Roman"/>
                <w:color w:val="000000"/>
                <w:sz w:val="24"/>
              </w:rPr>
              <w:t>традиционного  русского</w:t>
            </w:r>
            <w:proofErr w:type="gramEnd"/>
            <w:r w:rsidRPr="00BD61FD">
              <w:rPr>
                <w:rFonts w:ascii="Times New Roman" w:eastAsia="Times New Roman" w:hAnsi="Times New Roman" w:cs="Times New Roman"/>
                <w:color w:val="000000"/>
                <w:sz w:val="24"/>
              </w:rPr>
              <w:t xml:space="preserve"> быта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023E4C"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1CB4E9"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553D8A"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826AA62"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631D8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015E654" w14:textId="77777777" w:rsidTr="00C25F94">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030A69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74F084" w14:textId="77777777" w:rsidR="00BD61FD" w:rsidRPr="00BD61FD" w:rsidRDefault="00BD61FD" w:rsidP="00BD61FD">
            <w:pPr>
              <w:autoSpaceDE w:val="0"/>
              <w:autoSpaceDN w:val="0"/>
              <w:spacing w:before="98" w:after="0"/>
              <w:ind w:left="72" w:right="288"/>
              <w:rPr>
                <w:rFonts w:ascii="Cambria" w:eastAsia="MS Mincho" w:hAnsi="Cambria" w:cs="Times New Roman"/>
              </w:rPr>
            </w:pPr>
            <w:r w:rsidRPr="00BD61FD">
              <w:rPr>
                <w:rFonts w:ascii="Times New Roman" w:eastAsia="Times New Roman" w:hAnsi="Times New Roman" w:cs="Times New Roman"/>
                <w:color w:val="000000"/>
                <w:sz w:val="24"/>
              </w:rPr>
              <w:t xml:space="preserve">История в слове: </w:t>
            </w:r>
            <w:r w:rsidRPr="00BD61FD">
              <w:rPr>
                <w:rFonts w:ascii="Cambria" w:eastAsia="MS Mincho" w:hAnsi="Cambria" w:cs="Times New Roman"/>
              </w:rPr>
              <w:br/>
            </w:r>
            <w:r w:rsidRPr="00BD61FD">
              <w:rPr>
                <w:rFonts w:ascii="Times New Roman" w:eastAsia="Times New Roman" w:hAnsi="Times New Roman" w:cs="Times New Roman"/>
                <w:color w:val="000000"/>
                <w:sz w:val="24"/>
              </w:rPr>
              <w:t xml:space="preserve">наименование предметов </w:t>
            </w:r>
            <w:proofErr w:type="gramStart"/>
            <w:r w:rsidRPr="00BD61FD">
              <w:rPr>
                <w:rFonts w:ascii="Times New Roman" w:eastAsia="Times New Roman" w:hAnsi="Times New Roman" w:cs="Times New Roman"/>
                <w:color w:val="000000"/>
                <w:sz w:val="24"/>
              </w:rPr>
              <w:t>традиционного  русского</w:t>
            </w:r>
            <w:proofErr w:type="gramEnd"/>
            <w:r w:rsidRPr="00BD61FD">
              <w:rPr>
                <w:rFonts w:ascii="Times New Roman" w:eastAsia="Times New Roman" w:hAnsi="Times New Roman" w:cs="Times New Roman"/>
                <w:color w:val="000000"/>
                <w:sz w:val="24"/>
              </w:rPr>
              <w:t xml:space="preserve"> быта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3BA7D5"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A272D8"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41C817D"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4A07B05"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6B9C23CA" w14:textId="77777777" w:rsidR="00BD61FD" w:rsidRPr="00BD61FD" w:rsidRDefault="00BD61FD" w:rsidP="00BD61FD">
            <w:pPr>
              <w:autoSpaceDE w:val="0"/>
              <w:autoSpaceDN w:val="0"/>
              <w:spacing w:before="98" w:after="0"/>
              <w:ind w:left="72"/>
              <w:rPr>
                <w:rFonts w:ascii="Cambria" w:eastAsia="MS Mincho" w:hAnsi="Cambria" w:cs="Times New Roman"/>
              </w:rPr>
            </w:pPr>
            <w:r w:rsidRPr="00BD61FD">
              <w:rPr>
                <w:rFonts w:ascii="Times New Roman" w:eastAsia="Times New Roman" w:hAnsi="Times New Roman" w:cs="Times New Roman"/>
                <w:color w:val="000000"/>
                <w:sz w:val="24"/>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sz w:val="24"/>
              </w:rPr>
              <w:t>использованием«</w:t>
            </w:r>
            <w:proofErr w:type="gramEnd"/>
            <w:r w:rsidRPr="00BD61FD">
              <w:rPr>
                <w:rFonts w:ascii="Times New Roman" w:eastAsia="Times New Roman" w:hAnsi="Times New Roman" w:cs="Times New Roman"/>
                <w:color w:val="000000"/>
                <w:sz w:val="24"/>
              </w:rPr>
              <w:t>Оценочного</w:t>
            </w:r>
            <w:proofErr w:type="spellEnd"/>
            <w:r w:rsidRPr="00BD61FD">
              <w:rPr>
                <w:rFonts w:ascii="Times New Roman" w:eastAsia="Times New Roman" w:hAnsi="Times New Roman" w:cs="Times New Roman"/>
                <w:color w:val="000000"/>
                <w:sz w:val="24"/>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листа»;</w:t>
            </w:r>
          </w:p>
        </w:tc>
      </w:tr>
      <w:tr w:rsidR="00BD61FD" w:rsidRPr="00BD61FD" w14:paraId="3C1CC605" w14:textId="77777777" w:rsidTr="00C25F94">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321EB9"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D182DC"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Образность</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речи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метафора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962217"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EA6A30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9C9E344"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2094B9"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9F66210"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bl>
    <w:p w14:paraId="36E58F39"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1FB45CA5" w14:textId="77777777" w:rsidR="00BD61FD" w:rsidRPr="00BD61FD" w:rsidRDefault="00BD61FD" w:rsidP="00BD61FD">
      <w:pPr>
        <w:rPr>
          <w:rFonts w:ascii="Cambria" w:eastAsia="MS Mincho" w:hAnsi="Cambria" w:cs="Times New Roman"/>
          <w:lang w:val="en-US"/>
        </w:rPr>
        <w:sectPr w:rsidR="00BD61FD" w:rsidRPr="00BD61FD">
          <w:pgSz w:w="11900" w:h="16840"/>
          <w:pgMar w:top="298" w:right="650" w:bottom="680" w:left="666" w:header="720" w:footer="720" w:gutter="0"/>
          <w:cols w:space="720" w:equalWidth="0">
            <w:col w:w="10584" w:space="0"/>
          </w:cols>
          <w:docGrid w:linePitch="360"/>
        </w:sectPr>
      </w:pPr>
    </w:p>
    <w:p w14:paraId="6552DEBC"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504"/>
        <w:gridCol w:w="3036"/>
        <w:gridCol w:w="734"/>
        <w:gridCol w:w="1620"/>
        <w:gridCol w:w="1668"/>
        <w:gridCol w:w="1164"/>
        <w:gridCol w:w="1826"/>
      </w:tblGrid>
      <w:tr w:rsidR="00BD61FD" w:rsidRPr="00BD61FD" w14:paraId="3EBC2F84"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37C65D"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13.</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1C19F1F"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Образность</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речи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олицетворение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025117"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6FED9753"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D33F4B"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B2FE8B4"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FF0DAA"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4E3B166F"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779EFD"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14.</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C1B270E"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Живое</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слово</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русского</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фольклора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B60115"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54308F"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DD7C50D"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9AF5B2B"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7749331F"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441D8808"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D88900"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0C9553"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Живое</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слово</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русского</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фольклора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6C96033"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7C7692"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FDD8433"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25651B"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75A488B5"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36DDFA4F" w14:textId="77777777" w:rsidTr="00C25F9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F8738C"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5759721" w14:textId="77777777" w:rsidR="00BD61FD" w:rsidRPr="00BD61FD" w:rsidRDefault="00BD61FD" w:rsidP="00BD61FD">
            <w:pPr>
              <w:autoSpaceDE w:val="0"/>
              <w:autoSpaceDN w:val="0"/>
              <w:spacing w:before="98" w:after="0" w:line="262" w:lineRule="auto"/>
              <w:ind w:left="72"/>
              <w:rPr>
                <w:rFonts w:ascii="Cambria" w:eastAsia="MS Mincho" w:hAnsi="Cambria" w:cs="Times New Roman"/>
              </w:rPr>
            </w:pPr>
            <w:r w:rsidRPr="00BD61FD">
              <w:rPr>
                <w:rFonts w:ascii="Times New Roman" w:eastAsia="Times New Roman" w:hAnsi="Times New Roman" w:cs="Times New Roman"/>
                <w:color w:val="000000"/>
                <w:sz w:val="24"/>
              </w:rPr>
              <w:t>Меткое слово русской речи: крылатые слова.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339B9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15E4B817"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27701BB"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8A1F54"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E09C6F"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6D6C75D"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D87413"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E9F2C4" w14:textId="77777777" w:rsidR="00BD61FD" w:rsidRPr="00BD61FD" w:rsidRDefault="00BD61FD" w:rsidP="00BD61FD">
            <w:pPr>
              <w:autoSpaceDE w:val="0"/>
              <w:autoSpaceDN w:val="0"/>
              <w:spacing w:before="98" w:after="0" w:line="262" w:lineRule="auto"/>
              <w:ind w:left="72"/>
              <w:rPr>
                <w:rFonts w:ascii="Cambria" w:eastAsia="MS Mincho" w:hAnsi="Cambria" w:cs="Times New Roman"/>
              </w:rPr>
            </w:pPr>
            <w:r w:rsidRPr="00BD61FD">
              <w:rPr>
                <w:rFonts w:ascii="Times New Roman" w:eastAsia="Times New Roman" w:hAnsi="Times New Roman" w:cs="Times New Roman"/>
                <w:color w:val="000000"/>
                <w:sz w:val="24"/>
              </w:rPr>
              <w:t>Меткое слово русской речи: пословицы.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131867"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9C0107"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E0730A"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3AA0619"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CB8C127"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5A7B154D" w14:textId="77777777" w:rsidTr="00C25F94">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8AB1E97"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C15E99" w14:textId="77777777" w:rsidR="00BD61FD" w:rsidRPr="00BD61FD" w:rsidRDefault="00BD61FD" w:rsidP="00BD61FD">
            <w:pPr>
              <w:autoSpaceDE w:val="0"/>
              <w:autoSpaceDN w:val="0"/>
              <w:spacing w:before="98" w:after="0" w:line="262" w:lineRule="auto"/>
              <w:ind w:left="72"/>
              <w:rPr>
                <w:rFonts w:ascii="Cambria" w:eastAsia="MS Mincho" w:hAnsi="Cambria" w:cs="Times New Roman"/>
              </w:rPr>
            </w:pPr>
            <w:r w:rsidRPr="00BD61FD">
              <w:rPr>
                <w:rFonts w:ascii="Times New Roman" w:eastAsia="Times New Roman" w:hAnsi="Times New Roman" w:cs="Times New Roman"/>
                <w:color w:val="000000"/>
                <w:sz w:val="24"/>
              </w:rPr>
              <w:t>Меткое слово русской речи: поговорки.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56E1F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274DB1"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EDC6967"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8C44FA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7E31E069" w14:textId="77777777" w:rsidR="00BD61FD" w:rsidRPr="00BD61FD" w:rsidRDefault="00BD61FD" w:rsidP="00BD61FD">
            <w:pPr>
              <w:autoSpaceDE w:val="0"/>
              <w:autoSpaceDN w:val="0"/>
              <w:spacing w:before="98" w:after="0"/>
              <w:ind w:left="72"/>
              <w:rPr>
                <w:rFonts w:ascii="Cambria" w:eastAsia="MS Mincho" w:hAnsi="Cambria" w:cs="Times New Roman"/>
              </w:rPr>
            </w:pPr>
            <w:r w:rsidRPr="00BD61FD">
              <w:rPr>
                <w:rFonts w:ascii="Times New Roman" w:eastAsia="Times New Roman" w:hAnsi="Times New Roman" w:cs="Times New Roman"/>
                <w:color w:val="000000"/>
                <w:sz w:val="24"/>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sz w:val="24"/>
              </w:rPr>
              <w:t>использованием«</w:t>
            </w:r>
            <w:proofErr w:type="gramEnd"/>
            <w:r w:rsidRPr="00BD61FD">
              <w:rPr>
                <w:rFonts w:ascii="Times New Roman" w:eastAsia="Times New Roman" w:hAnsi="Times New Roman" w:cs="Times New Roman"/>
                <w:color w:val="000000"/>
                <w:sz w:val="24"/>
              </w:rPr>
              <w:t>Оценочного</w:t>
            </w:r>
            <w:proofErr w:type="spellEnd"/>
            <w:r w:rsidRPr="00BD61FD">
              <w:rPr>
                <w:rFonts w:ascii="Times New Roman" w:eastAsia="Times New Roman" w:hAnsi="Times New Roman" w:cs="Times New Roman"/>
                <w:color w:val="000000"/>
                <w:sz w:val="24"/>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листа»;</w:t>
            </w:r>
          </w:p>
        </w:tc>
      </w:tr>
      <w:tr w:rsidR="00BD61FD" w:rsidRPr="00BD61FD" w14:paraId="3046FC53"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ED203C"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19.</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9FA81E7" w14:textId="77777777" w:rsidR="00BD61FD" w:rsidRPr="00BD61FD" w:rsidRDefault="00BD61FD" w:rsidP="00BD61FD">
            <w:pPr>
              <w:autoSpaceDE w:val="0"/>
              <w:autoSpaceDN w:val="0"/>
              <w:spacing w:before="98" w:after="0" w:line="262" w:lineRule="auto"/>
              <w:ind w:left="72" w:right="432"/>
              <w:rPr>
                <w:rFonts w:ascii="Cambria" w:eastAsia="MS Mincho" w:hAnsi="Cambria" w:cs="Times New Roman"/>
              </w:rPr>
            </w:pPr>
            <w:r w:rsidRPr="00BD61FD">
              <w:rPr>
                <w:rFonts w:ascii="Times New Roman" w:eastAsia="Times New Roman" w:hAnsi="Times New Roman" w:cs="Times New Roman"/>
                <w:color w:val="000000"/>
                <w:sz w:val="24"/>
              </w:rPr>
              <w:t>О чем могут рассказать имена людей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56482C"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1B7DE0"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B8D590"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5E5D153"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1C9C3918"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7C805C02"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E4AD53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20.</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7E3843E" w14:textId="77777777" w:rsidR="00BD61FD" w:rsidRPr="00BD61FD" w:rsidRDefault="00BD61FD" w:rsidP="00BD61FD">
            <w:pPr>
              <w:autoSpaceDE w:val="0"/>
              <w:autoSpaceDN w:val="0"/>
              <w:spacing w:before="98" w:after="0" w:line="262" w:lineRule="auto"/>
              <w:ind w:left="72" w:right="432"/>
              <w:rPr>
                <w:rFonts w:ascii="Cambria" w:eastAsia="MS Mincho" w:hAnsi="Cambria" w:cs="Times New Roman"/>
              </w:rPr>
            </w:pPr>
            <w:r w:rsidRPr="00BD61FD">
              <w:rPr>
                <w:rFonts w:ascii="Times New Roman" w:eastAsia="Times New Roman" w:hAnsi="Times New Roman" w:cs="Times New Roman"/>
                <w:color w:val="000000"/>
                <w:sz w:val="24"/>
              </w:rPr>
              <w:t>О чем могут рассказать названия городов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54F46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C30B788"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FDCB60"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6FFC17"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526CC81"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388A0B49" w14:textId="77777777" w:rsidTr="00C25F94">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356AF30"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8BA506"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Обобщение по разделу "Язык и культура"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B468FD2"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D0877C7"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8E7FD50"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6EDAEB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559035" w14:textId="77777777" w:rsidR="00BD61FD" w:rsidRPr="00BD61FD" w:rsidRDefault="00BD61FD" w:rsidP="00BD61FD">
            <w:pPr>
              <w:autoSpaceDE w:val="0"/>
              <w:autoSpaceDN w:val="0"/>
              <w:spacing w:before="98" w:after="0"/>
              <w:ind w:left="72"/>
              <w:rPr>
                <w:rFonts w:ascii="Cambria" w:eastAsia="MS Mincho" w:hAnsi="Cambria" w:cs="Times New Roman"/>
              </w:rPr>
            </w:pPr>
            <w:r w:rsidRPr="00BD61FD">
              <w:rPr>
                <w:rFonts w:ascii="Times New Roman" w:eastAsia="Times New Roman" w:hAnsi="Times New Roman" w:cs="Times New Roman"/>
                <w:color w:val="000000"/>
                <w:sz w:val="24"/>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sz w:val="24"/>
              </w:rPr>
              <w:t>использованием«</w:t>
            </w:r>
            <w:proofErr w:type="gramEnd"/>
            <w:r w:rsidRPr="00BD61FD">
              <w:rPr>
                <w:rFonts w:ascii="Times New Roman" w:eastAsia="Times New Roman" w:hAnsi="Times New Roman" w:cs="Times New Roman"/>
                <w:color w:val="000000"/>
                <w:sz w:val="24"/>
              </w:rPr>
              <w:t>Оценочного</w:t>
            </w:r>
            <w:proofErr w:type="spellEnd"/>
            <w:r w:rsidRPr="00BD61FD">
              <w:rPr>
                <w:rFonts w:ascii="Times New Roman" w:eastAsia="Times New Roman" w:hAnsi="Times New Roman" w:cs="Times New Roman"/>
                <w:color w:val="000000"/>
                <w:sz w:val="24"/>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листа»;</w:t>
            </w:r>
          </w:p>
        </w:tc>
      </w:tr>
      <w:tr w:rsidR="00BD61FD" w:rsidRPr="00BD61FD" w14:paraId="492C5E6A"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DFB4A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B2343C9"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rPr>
            </w:pPr>
            <w:r w:rsidRPr="00BD61FD">
              <w:rPr>
                <w:rFonts w:ascii="Times New Roman" w:eastAsia="Times New Roman" w:hAnsi="Times New Roman" w:cs="Times New Roman"/>
                <w:color w:val="000000"/>
                <w:sz w:val="24"/>
              </w:rPr>
              <w:t xml:space="preserve">Контрольная работа по </w:t>
            </w:r>
            <w:r w:rsidRPr="00BD61FD">
              <w:rPr>
                <w:rFonts w:ascii="Cambria" w:eastAsia="MS Mincho" w:hAnsi="Cambria" w:cs="Times New Roman"/>
              </w:rPr>
              <w:br/>
            </w:r>
            <w:r w:rsidRPr="00BD61FD">
              <w:rPr>
                <w:rFonts w:ascii="Times New Roman" w:eastAsia="Times New Roman" w:hAnsi="Times New Roman" w:cs="Times New Roman"/>
                <w:color w:val="000000"/>
                <w:sz w:val="24"/>
              </w:rPr>
              <w:t>разделу "Язык и культура"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2EC684A"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69928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72664D5"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6F736E4"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0197E1"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Контрольная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240EE61F" w14:textId="77777777" w:rsidTr="00C25F94">
        <w:trPr>
          <w:trHeight w:hRule="exact" w:val="828"/>
        </w:trPr>
        <w:tc>
          <w:tcPr>
            <w:tcW w:w="504" w:type="dxa"/>
            <w:tcBorders>
              <w:top w:val="single" w:sz="4" w:space="0" w:color="000000"/>
              <w:left w:val="single" w:sz="4" w:space="0" w:color="000000"/>
              <w:bottom w:val="single" w:sz="5" w:space="0" w:color="000000"/>
              <w:right w:val="single" w:sz="4" w:space="0" w:color="000000"/>
            </w:tcBorders>
            <w:tcMar>
              <w:left w:w="0" w:type="dxa"/>
              <w:right w:w="0" w:type="dxa"/>
            </w:tcMar>
          </w:tcPr>
          <w:p w14:paraId="462EF3E1"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23.</w:t>
            </w:r>
          </w:p>
        </w:tc>
        <w:tc>
          <w:tcPr>
            <w:tcW w:w="3036" w:type="dxa"/>
            <w:tcBorders>
              <w:top w:val="single" w:sz="4" w:space="0" w:color="000000"/>
              <w:left w:val="single" w:sz="4" w:space="0" w:color="000000"/>
              <w:bottom w:val="single" w:sz="5" w:space="0" w:color="000000"/>
              <w:right w:val="single" w:sz="4" w:space="0" w:color="000000"/>
            </w:tcBorders>
            <w:tcMar>
              <w:left w:w="0" w:type="dxa"/>
              <w:right w:w="0" w:type="dxa"/>
            </w:tcMar>
          </w:tcPr>
          <w:p w14:paraId="124EE3BF"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Современный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русский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литературный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w:t>
            </w:r>
            <w:proofErr w:type="spellEnd"/>
          </w:p>
        </w:tc>
        <w:tc>
          <w:tcPr>
            <w:tcW w:w="734" w:type="dxa"/>
            <w:tcBorders>
              <w:top w:val="single" w:sz="4" w:space="0" w:color="000000"/>
              <w:left w:val="single" w:sz="4" w:space="0" w:color="000000"/>
              <w:bottom w:val="single" w:sz="5" w:space="0" w:color="000000"/>
              <w:right w:val="single" w:sz="4" w:space="0" w:color="000000"/>
            </w:tcBorders>
            <w:tcMar>
              <w:left w:w="0" w:type="dxa"/>
              <w:right w:w="0" w:type="dxa"/>
            </w:tcMar>
          </w:tcPr>
          <w:p w14:paraId="7783C42A"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14:paraId="15097ECA"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14:paraId="2851C4DB"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5" w:space="0" w:color="000000"/>
              <w:right w:val="single" w:sz="4" w:space="0" w:color="000000"/>
            </w:tcBorders>
            <w:tcMar>
              <w:left w:w="0" w:type="dxa"/>
              <w:right w:w="0" w:type="dxa"/>
            </w:tcMar>
          </w:tcPr>
          <w:p w14:paraId="63F9C53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5" w:space="0" w:color="000000"/>
              <w:right w:val="single" w:sz="4" w:space="0" w:color="000000"/>
            </w:tcBorders>
            <w:tcMar>
              <w:left w:w="0" w:type="dxa"/>
              <w:right w:w="0" w:type="dxa"/>
            </w:tcMar>
          </w:tcPr>
          <w:p w14:paraId="0010EADE"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56B2A37" w14:textId="77777777" w:rsidTr="00C25F94">
        <w:trPr>
          <w:trHeight w:hRule="exact" w:val="830"/>
        </w:trPr>
        <w:tc>
          <w:tcPr>
            <w:tcW w:w="504" w:type="dxa"/>
            <w:tcBorders>
              <w:top w:val="single" w:sz="5" w:space="0" w:color="000000"/>
              <w:left w:val="single" w:sz="4" w:space="0" w:color="000000"/>
              <w:bottom w:val="single" w:sz="4" w:space="0" w:color="000000"/>
              <w:right w:val="single" w:sz="4" w:space="0" w:color="000000"/>
            </w:tcBorders>
            <w:tcMar>
              <w:left w:w="0" w:type="dxa"/>
              <w:right w:w="0" w:type="dxa"/>
            </w:tcMar>
          </w:tcPr>
          <w:p w14:paraId="6A9EF1D3" w14:textId="77777777" w:rsidR="00BD61FD" w:rsidRPr="00BD61FD" w:rsidRDefault="00BD61FD" w:rsidP="00BD61FD">
            <w:pPr>
              <w:autoSpaceDE w:val="0"/>
              <w:autoSpaceDN w:val="0"/>
              <w:spacing w:before="100"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24.</w:t>
            </w:r>
          </w:p>
        </w:tc>
        <w:tc>
          <w:tcPr>
            <w:tcW w:w="3036" w:type="dxa"/>
            <w:tcBorders>
              <w:top w:val="single" w:sz="5" w:space="0" w:color="000000"/>
              <w:left w:val="single" w:sz="4" w:space="0" w:color="000000"/>
              <w:bottom w:val="single" w:sz="4" w:space="0" w:color="000000"/>
              <w:right w:val="single" w:sz="4" w:space="0" w:color="000000"/>
            </w:tcBorders>
            <w:tcMar>
              <w:left w:w="0" w:type="dxa"/>
              <w:right w:w="0" w:type="dxa"/>
            </w:tcMar>
          </w:tcPr>
          <w:p w14:paraId="6EB02CD4" w14:textId="77777777" w:rsidR="00BD61FD" w:rsidRPr="00BD61FD" w:rsidRDefault="00BD61FD" w:rsidP="00BD61FD">
            <w:pPr>
              <w:autoSpaceDE w:val="0"/>
              <w:autoSpaceDN w:val="0"/>
              <w:spacing w:before="100"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Современный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русский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литературный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w:t>
            </w:r>
            <w:proofErr w:type="spellEnd"/>
          </w:p>
        </w:tc>
        <w:tc>
          <w:tcPr>
            <w:tcW w:w="734" w:type="dxa"/>
            <w:tcBorders>
              <w:top w:val="single" w:sz="5" w:space="0" w:color="000000"/>
              <w:left w:val="single" w:sz="4" w:space="0" w:color="000000"/>
              <w:bottom w:val="single" w:sz="4" w:space="0" w:color="000000"/>
              <w:right w:val="single" w:sz="4" w:space="0" w:color="000000"/>
            </w:tcBorders>
            <w:tcMar>
              <w:left w:w="0" w:type="dxa"/>
              <w:right w:w="0" w:type="dxa"/>
            </w:tcMar>
          </w:tcPr>
          <w:p w14:paraId="77B4A08C" w14:textId="77777777" w:rsidR="00BD61FD" w:rsidRPr="00BD61FD" w:rsidRDefault="00BD61FD" w:rsidP="00BD61FD">
            <w:pPr>
              <w:autoSpaceDE w:val="0"/>
              <w:autoSpaceDN w:val="0"/>
              <w:spacing w:before="100"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14:paraId="67800B79" w14:textId="77777777" w:rsidR="00BD61FD" w:rsidRPr="00BD61FD" w:rsidRDefault="00BD61FD" w:rsidP="00BD61FD">
            <w:pPr>
              <w:rPr>
                <w:rFonts w:ascii="Cambria" w:eastAsia="MS Mincho" w:hAnsi="Cambria" w:cs="Times New Roman"/>
                <w:lang w:val="en-US"/>
              </w:rPr>
            </w:pP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14:paraId="36452176" w14:textId="77777777" w:rsidR="00BD61FD" w:rsidRPr="00BD61FD" w:rsidRDefault="00BD61FD" w:rsidP="00BD61FD">
            <w:pPr>
              <w:rPr>
                <w:rFonts w:ascii="Cambria" w:eastAsia="MS Mincho" w:hAnsi="Cambria" w:cs="Times New Roman"/>
                <w:lang w:val="en-US"/>
              </w:rPr>
            </w:pPr>
          </w:p>
        </w:tc>
        <w:tc>
          <w:tcPr>
            <w:tcW w:w="1164" w:type="dxa"/>
            <w:tcBorders>
              <w:top w:val="single" w:sz="5" w:space="0" w:color="000000"/>
              <w:left w:val="single" w:sz="4" w:space="0" w:color="000000"/>
              <w:bottom w:val="single" w:sz="4" w:space="0" w:color="000000"/>
              <w:right w:val="single" w:sz="4" w:space="0" w:color="000000"/>
            </w:tcBorders>
            <w:tcMar>
              <w:left w:w="0" w:type="dxa"/>
              <w:right w:w="0" w:type="dxa"/>
            </w:tcMar>
          </w:tcPr>
          <w:p w14:paraId="1521730D" w14:textId="77777777" w:rsidR="00BD61FD" w:rsidRPr="00BD61FD" w:rsidRDefault="00BD61FD" w:rsidP="00BD61FD">
            <w:pPr>
              <w:rPr>
                <w:rFonts w:ascii="Cambria" w:eastAsia="MS Mincho" w:hAnsi="Cambria" w:cs="Times New Roman"/>
                <w:lang w:val="en-US"/>
              </w:rPr>
            </w:pPr>
          </w:p>
        </w:tc>
        <w:tc>
          <w:tcPr>
            <w:tcW w:w="1826" w:type="dxa"/>
            <w:tcBorders>
              <w:top w:val="single" w:sz="5" w:space="0" w:color="000000"/>
              <w:left w:val="single" w:sz="4" w:space="0" w:color="000000"/>
              <w:bottom w:val="single" w:sz="4" w:space="0" w:color="000000"/>
              <w:right w:val="single" w:sz="4" w:space="0" w:color="000000"/>
            </w:tcBorders>
            <w:tcMar>
              <w:left w:w="0" w:type="dxa"/>
              <w:right w:w="0" w:type="dxa"/>
            </w:tcMar>
          </w:tcPr>
          <w:p w14:paraId="3F4782A1" w14:textId="77777777" w:rsidR="00BD61FD" w:rsidRPr="00BD61FD" w:rsidRDefault="00BD61FD" w:rsidP="00BD61FD">
            <w:pPr>
              <w:autoSpaceDE w:val="0"/>
              <w:autoSpaceDN w:val="0"/>
              <w:spacing w:before="100"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07D475D3"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3F3DA5"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2CCF96" w14:textId="77777777" w:rsidR="00BD61FD" w:rsidRPr="00BD61FD" w:rsidRDefault="00BD61FD" w:rsidP="00BD61FD">
            <w:pPr>
              <w:autoSpaceDE w:val="0"/>
              <w:autoSpaceDN w:val="0"/>
              <w:spacing w:before="98" w:after="0" w:line="262" w:lineRule="auto"/>
              <w:ind w:right="144"/>
              <w:jc w:val="center"/>
              <w:rPr>
                <w:rFonts w:ascii="Cambria" w:eastAsia="MS Mincho" w:hAnsi="Cambria" w:cs="Times New Roman"/>
              </w:rPr>
            </w:pPr>
            <w:r w:rsidRPr="00BD61FD">
              <w:rPr>
                <w:rFonts w:ascii="Times New Roman" w:eastAsia="Times New Roman" w:hAnsi="Times New Roman" w:cs="Times New Roman"/>
                <w:color w:val="000000"/>
                <w:sz w:val="24"/>
              </w:rPr>
              <w:t>Русская орфоэпия. Нормы произношения и ударения.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6249604"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9C0046"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C3822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63F9D7"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8747C61"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7B608CC9"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B8D84B"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4EC1BC" w14:textId="77777777" w:rsidR="00BD61FD" w:rsidRPr="00BD61FD" w:rsidRDefault="00BD61FD" w:rsidP="00BD61FD">
            <w:pPr>
              <w:autoSpaceDE w:val="0"/>
              <w:autoSpaceDN w:val="0"/>
              <w:spacing w:before="98" w:after="0" w:line="262" w:lineRule="auto"/>
              <w:ind w:right="144"/>
              <w:jc w:val="center"/>
              <w:rPr>
                <w:rFonts w:ascii="Cambria" w:eastAsia="MS Mincho" w:hAnsi="Cambria" w:cs="Times New Roman"/>
              </w:rPr>
            </w:pPr>
            <w:r w:rsidRPr="00BD61FD">
              <w:rPr>
                <w:rFonts w:ascii="Times New Roman" w:eastAsia="Times New Roman" w:hAnsi="Times New Roman" w:cs="Times New Roman"/>
                <w:color w:val="000000"/>
                <w:sz w:val="24"/>
              </w:rPr>
              <w:t>Русская орфоэпия. Нормы произношения и ударения.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A6B3951"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82A11C"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46B69FE"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CDFF4D"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8187F"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192DBD48"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05F441"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8378E" w14:textId="77777777" w:rsidR="00BD61FD" w:rsidRPr="00BD61FD" w:rsidRDefault="00BD61FD" w:rsidP="00BD61FD">
            <w:pPr>
              <w:autoSpaceDE w:val="0"/>
              <w:autoSpaceDN w:val="0"/>
              <w:spacing w:before="98" w:after="0" w:line="262" w:lineRule="auto"/>
              <w:ind w:right="144"/>
              <w:jc w:val="center"/>
              <w:rPr>
                <w:rFonts w:ascii="Cambria" w:eastAsia="MS Mincho" w:hAnsi="Cambria" w:cs="Times New Roman"/>
              </w:rPr>
            </w:pPr>
            <w:r w:rsidRPr="00BD61FD">
              <w:rPr>
                <w:rFonts w:ascii="Times New Roman" w:eastAsia="Times New Roman" w:hAnsi="Times New Roman" w:cs="Times New Roman"/>
                <w:color w:val="000000"/>
                <w:sz w:val="24"/>
              </w:rPr>
              <w:t>Русская орфоэпия. Нормы произношения и ударения.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3F8298A"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325E5CCA"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1A7A10"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7C998F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FF38AA"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71647FCD" w14:textId="77777777" w:rsidTr="00C25F94">
        <w:trPr>
          <w:trHeight w:hRule="exact" w:val="11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C33FBD"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70DB32" w14:textId="77777777" w:rsidR="00BD61FD" w:rsidRPr="00BD61FD" w:rsidRDefault="00BD61FD" w:rsidP="00BD61FD">
            <w:pPr>
              <w:autoSpaceDE w:val="0"/>
              <w:autoSpaceDN w:val="0"/>
              <w:spacing w:before="98" w:after="0" w:line="271" w:lineRule="auto"/>
              <w:ind w:left="72" w:right="144"/>
              <w:rPr>
                <w:rFonts w:ascii="Cambria" w:eastAsia="MS Mincho" w:hAnsi="Cambria" w:cs="Times New Roman"/>
              </w:rPr>
            </w:pPr>
            <w:r w:rsidRPr="00BD61FD">
              <w:rPr>
                <w:rFonts w:ascii="Times New Roman" w:eastAsia="Times New Roman" w:hAnsi="Times New Roman" w:cs="Times New Roman"/>
                <w:color w:val="000000"/>
                <w:sz w:val="24"/>
              </w:rPr>
              <w:t xml:space="preserve">Речь точная и </w:t>
            </w:r>
            <w:r w:rsidRPr="00BD61FD">
              <w:rPr>
                <w:rFonts w:ascii="Cambria" w:eastAsia="MS Mincho" w:hAnsi="Cambria" w:cs="Times New Roman"/>
              </w:rPr>
              <w:br/>
            </w:r>
            <w:r w:rsidRPr="00BD61FD">
              <w:rPr>
                <w:rFonts w:ascii="Times New Roman" w:eastAsia="Times New Roman" w:hAnsi="Times New Roman" w:cs="Times New Roman"/>
                <w:color w:val="000000"/>
                <w:sz w:val="24"/>
              </w:rPr>
              <w:t>выразительная. Основные лексические нормы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7960D71"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28E80B1"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EBDB9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533EA4"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296E1E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bl>
    <w:p w14:paraId="3787E079"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72BB5C3E" w14:textId="77777777" w:rsidR="00BD61FD" w:rsidRPr="00BD61FD" w:rsidRDefault="00BD61FD" w:rsidP="00BD61FD">
      <w:pPr>
        <w:rPr>
          <w:rFonts w:ascii="Cambria" w:eastAsia="MS Mincho" w:hAnsi="Cambria" w:cs="Times New Roman"/>
          <w:lang w:val="en-US"/>
        </w:rPr>
        <w:sectPr w:rsidR="00BD61FD" w:rsidRPr="00BD61FD">
          <w:pgSz w:w="11900" w:h="16840"/>
          <w:pgMar w:top="284" w:right="650" w:bottom="662" w:left="666" w:header="720" w:footer="720" w:gutter="0"/>
          <w:cols w:space="720" w:equalWidth="0">
            <w:col w:w="10584" w:space="0"/>
          </w:cols>
          <w:docGrid w:linePitch="360"/>
        </w:sectPr>
      </w:pPr>
    </w:p>
    <w:p w14:paraId="18CEB202"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504"/>
        <w:gridCol w:w="3036"/>
        <w:gridCol w:w="734"/>
        <w:gridCol w:w="1620"/>
        <w:gridCol w:w="1668"/>
        <w:gridCol w:w="1164"/>
        <w:gridCol w:w="1826"/>
      </w:tblGrid>
      <w:tr w:rsidR="00BD61FD" w:rsidRPr="00BD61FD" w14:paraId="00061224"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C8FB764"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29.</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7B47CD" w14:textId="77777777" w:rsidR="00BD61FD" w:rsidRPr="00BD61FD" w:rsidRDefault="00BD61FD" w:rsidP="00BD61FD">
            <w:pPr>
              <w:autoSpaceDE w:val="0"/>
              <w:autoSpaceDN w:val="0"/>
              <w:spacing w:before="98" w:after="0" w:line="271" w:lineRule="auto"/>
              <w:ind w:left="72" w:right="144"/>
              <w:rPr>
                <w:rFonts w:ascii="Cambria" w:eastAsia="MS Mincho" w:hAnsi="Cambria" w:cs="Times New Roman"/>
              </w:rPr>
            </w:pPr>
            <w:proofErr w:type="gramStart"/>
            <w:r w:rsidRPr="00BD61FD">
              <w:rPr>
                <w:rFonts w:ascii="Times New Roman" w:eastAsia="Times New Roman" w:hAnsi="Times New Roman" w:cs="Times New Roman"/>
                <w:color w:val="000000"/>
                <w:sz w:val="24"/>
              </w:rPr>
              <w:t>.Речь</w:t>
            </w:r>
            <w:proofErr w:type="gramEnd"/>
            <w:r w:rsidRPr="00BD61FD">
              <w:rPr>
                <w:rFonts w:ascii="Times New Roman" w:eastAsia="Times New Roman" w:hAnsi="Times New Roman" w:cs="Times New Roman"/>
                <w:color w:val="000000"/>
                <w:sz w:val="24"/>
              </w:rPr>
              <w:t xml:space="preserve"> точная и </w:t>
            </w:r>
            <w:r w:rsidRPr="00BD61FD">
              <w:rPr>
                <w:rFonts w:ascii="Cambria" w:eastAsia="MS Mincho" w:hAnsi="Cambria" w:cs="Times New Roman"/>
              </w:rPr>
              <w:br/>
            </w:r>
            <w:r w:rsidRPr="00BD61FD">
              <w:rPr>
                <w:rFonts w:ascii="Times New Roman" w:eastAsia="Times New Roman" w:hAnsi="Times New Roman" w:cs="Times New Roman"/>
                <w:color w:val="000000"/>
                <w:sz w:val="24"/>
              </w:rPr>
              <w:t>выразительная. Основные лексические нормы.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7E6075"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47524E"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E2D4018"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900B6AD"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B6D0282"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B5A3137"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3F2AB8D"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30.</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ABE3BE" w14:textId="77777777" w:rsidR="00BD61FD" w:rsidRPr="00BD61FD" w:rsidRDefault="00BD61FD" w:rsidP="00BD61FD">
            <w:pPr>
              <w:autoSpaceDE w:val="0"/>
              <w:autoSpaceDN w:val="0"/>
              <w:spacing w:before="98" w:after="0" w:line="271" w:lineRule="auto"/>
              <w:ind w:left="72" w:right="144"/>
              <w:rPr>
                <w:rFonts w:ascii="Cambria" w:eastAsia="MS Mincho" w:hAnsi="Cambria" w:cs="Times New Roman"/>
              </w:rPr>
            </w:pPr>
            <w:r w:rsidRPr="00BD61FD">
              <w:rPr>
                <w:rFonts w:ascii="Times New Roman" w:eastAsia="Times New Roman" w:hAnsi="Times New Roman" w:cs="Times New Roman"/>
                <w:color w:val="000000"/>
                <w:sz w:val="24"/>
              </w:rPr>
              <w:t xml:space="preserve">Речь точная и </w:t>
            </w:r>
            <w:r w:rsidRPr="00BD61FD">
              <w:rPr>
                <w:rFonts w:ascii="Cambria" w:eastAsia="MS Mincho" w:hAnsi="Cambria" w:cs="Times New Roman"/>
              </w:rPr>
              <w:br/>
            </w:r>
            <w:r w:rsidRPr="00BD61FD">
              <w:rPr>
                <w:rFonts w:ascii="Times New Roman" w:eastAsia="Times New Roman" w:hAnsi="Times New Roman" w:cs="Times New Roman"/>
                <w:color w:val="000000"/>
                <w:sz w:val="24"/>
              </w:rPr>
              <w:t>выразительная. Основные лексические нормы.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4CB4E7"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9C4D123"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E97FD75"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7E3783A"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C881353"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50400283"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1EF18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425C80E" w14:textId="77777777" w:rsidR="00BD61FD" w:rsidRPr="00BD61FD" w:rsidRDefault="00BD61FD" w:rsidP="00BD61FD">
            <w:pPr>
              <w:autoSpaceDE w:val="0"/>
              <w:autoSpaceDN w:val="0"/>
              <w:spacing w:before="98" w:after="0" w:line="262" w:lineRule="auto"/>
              <w:ind w:left="72" w:right="43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Стилистическая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окраска</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слова</w:t>
            </w:r>
            <w:proofErr w:type="spellEnd"/>
            <w:r w:rsidRPr="00BD61FD">
              <w:rPr>
                <w:rFonts w:ascii="Times New Roman" w:eastAsia="Times New Roman" w:hAnsi="Times New Roman" w:cs="Times New Roman"/>
                <w:color w:val="000000"/>
                <w:sz w:val="24"/>
                <w:lang w:val="en-US"/>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78711E"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984FEE"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3F5AF8"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919929"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AD9528"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34794B6" w14:textId="77777777" w:rsidTr="00C25F9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AD3368" w14:textId="77777777" w:rsidR="00BD61FD" w:rsidRPr="00BD61FD" w:rsidRDefault="00BD61FD" w:rsidP="00BD61FD">
            <w:pPr>
              <w:autoSpaceDE w:val="0"/>
              <w:autoSpaceDN w:val="0"/>
              <w:spacing w:before="100"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999F221" w14:textId="77777777" w:rsidR="00BD61FD" w:rsidRPr="00BD61FD" w:rsidRDefault="00BD61FD" w:rsidP="00BD61FD">
            <w:pPr>
              <w:autoSpaceDE w:val="0"/>
              <w:autoSpaceDN w:val="0"/>
              <w:spacing w:before="100" w:after="0" w:line="262" w:lineRule="auto"/>
              <w:ind w:left="72" w:right="43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Стилистическая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окраска</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слова</w:t>
            </w:r>
            <w:proofErr w:type="spellEnd"/>
            <w:r w:rsidRPr="00BD61FD">
              <w:rPr>
                <w:rFonts w:ascii="Times New Roman" w:eastAsia="Times New Roman" w:hAnsi="Times New Roman" w:cs="Times New Roman"/>
                <w:color w:val="000000"/>
                <w:sz w:val="24"/>
                <w:lang w:val="en-US"/>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EA8B31" w14:textId="77777777" w:rsidR="00BD61FD" w:rsidRPr="00BD61FD" w:rsidRDefault="00BD61FD" w:rsidP="00BD61FD">
            <w:pPr>
              <w:autoSpaceDE w:val="0"/>
              <w:autoSpaceDN w:val="0"/>
              <w:spacing w:before="100"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EAC146"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205789D"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6F1053C"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62C5B5" w14:textId="77777777" w:rsidR="00BD61FD" w:rsidRPr="00BD61FD" w:rsidRDefault="00BD61FD" w:rsidP="00BD61FD">
            <w:pPr>
              <w:autoSpaceDE w:val="0"/>
              <w:autoSpaceDN w:val="0"/>
              <w:spacing w:before="100"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016F3419"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20C96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33.</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0DC6D74" w14:textId="77777777" w:rsidR="00BD61FD" w:rsidRPr="00BD61FD" w:rsidRDefault="00BD61FD" w:rsidP="00BD61FD">
            <w:pPr>
              <w:autoSpaceDE w:val="0"/>
              <w:autoSpaceDN w:val="0"/>
              <w:spacing w:before="98" w:after="0" w:line="262" w:lineRule="auto"/>
              <w:ind w:left="72"/>
              <w:rPr>
                <w:rFonts w:ascii="Cambria" w:eastAsia="MS Mincho" w:hAnsi="Cambria" w:cs="Times New Roman"/>
              </w:rPr>
            </w:pPr>
            <w:r w:rsidRPr="00BD61FD">
              <w:rPr>
                <w:rFonts w:ascii="Times New Roman" w:eastAsia="Times New Roman" w:hAnsi="Times New Roman" w:cs="Times New Roman"/>
                <w:color w:val="000000"/>
                <w:sz w:val="24"/>
              </w:rPr>
              <w:t>Речь правильная. Основные грамматические нормы.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35FFBF1"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4512FAF"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9F0BF6"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59ACFD5"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23F4B2"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236E5CC0"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2E57FC"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34.</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6F21B2A" w14:textId="77777777" w:rsidR="00BD61FD" w:rsidRPr="00BD61FD" w:rsidRDefault="00BD61FD" w:rsidP="00BD61FD">
            <w:pPr>
              <w:autoSpaceDE w:val="0"/>
              <w:autoSpaceDN w:val="0"/>
              <w:spacing w:before="98" w:after="0" w:line="262" w:lineRule="auto"/>
              <w:ind w:left="72"/>
              <w:rPr>
                <w:rFonts w:ascii="Cambria" w:eastAsia="MS Mincho" w:hAnsi="Cambria" w:cs="Times New Roman"/>
              </w:rPr>
            </w:pPr>
            <w:r w:rsidRPr="00BD61FD">
              <w:rPr>
                <w:rFonts w:ascii="Times New Roman" w:eastAsia="Times New Roman" w:hAnsi="Times New Roman" w:cs="Times New Roman"/>
                <w:color w:val="000000"/>
                <w:sz w:val="24"/>
              </w:rPr>
              <w:t>Речь правильная. Основные грамматические нормы.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08FD93"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F4D45C"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838CE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C0B48A"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DAC96E"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30C32E18"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BE8F8C8"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39CF1FE"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rPr>
            </w:pPr>
            <w:r w:rsidRPr="00BD61FD">
              <w:rPr>
                <w:rFonts w:ascii="Times New Roman" w:eastAsia="Times New Roman" w:hAnsi="Times New Roman" w:cs="Times New Roman"/>
                <w:color w:val="000000"/>
                <w:sz w:val="24"/>
              </w:rPr>
              <w:t>Речевой этикет: нормы и традиции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FC4EE1"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6ACAA8"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ED5C5B"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3FCFA48"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2B1A7339"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1989CC9A"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ACC2722"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062A15"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rPr>
            </w:pPr>
            <w:r w:rsidRPr="00BD61FD">
              <w:rPr>
                <w:rFonts w:ascii="Times New Roman" w:eastAsia="Times New Roman" w:hAnsi="Times New Roman" w:cs="Times New Roman"/>
                <w:color w:val="000000"/>
                <w:sz w:val="24"/>
              </w:rPr>
              <w:t>Речевой этикет: нормы и традиции.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891C3B"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0CCA8B"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C2F870"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C18E2C"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77EB47"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Зачет</w:t>
            </w:r>
            <w:proofErr w:type="spellEnd"/>
            <w:r w:rsidRPr="00BD61FD">
              <w:rPr>
                <w:rFonts w:ascii="Times New Roman" w:eastAsia="Times New Roman" w:hAnsi="Times New Roman" w:cs="Times New Roman"/>
                <w:color w:val="000000"/>
                <w:sz w:val="24"/>
                <w:lang w:val="en-US"/>
              </w:rPr>
              <w:t>;</w:t>
            </w:r>
          </w:p>
        </w:tc>
      </w:tr>
      <w:tr w:rsidR="00BD61FD" w:rsidRPr="00BD61FD" w14:paraId="44911D93" w14:textId="77777777" w:rsidTr="00C25F94">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7AE033"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F7DD78"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Обобщение по разделу "Культура речи".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9F80F5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C7293F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2A4410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5E9304"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3AB728" w14:textId="77777777" w:rsidR="00BD61FD" w:rsidRPr="00BD61FD" w:rsidRDefault="00BD61FD" w:rsidP="00BD61FD">
            <w:pPr>
              <w:autoSpaceDE w:val="0"/>
              <w:autoSpaceDN w:val="0"/>
              <w:spacing w:before="98" w:after="0"/>
              <w:ind w:left="72"/>
              <w:rPr>
                <w:rFonts w:ascii="Cambria" w:eastAsia="MS Mincho" w:hAnsi="Cambria" w:cs="Times New Roman"/>
              </w:rPr>
            </w:pPr>
            <w:r w:rsidRPr="00BD61FD">
              <w:rPr>
                <w:rFonts w:ascii="Times New Roman" w:eastAsia="Times New Roman" w:hAnsi="Times New Roman" w:cs="Times New Roman"/>
                <w:color w:val="000000"/>
                <w:sz w:val="24"/>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sz w:val="24"/>
              </w:rPr>
              <w:t>использованием«</w:t>
            </w:r>
            <w:proofErr w:type="gramEnd"/>
            <w:r w:rsidRPr="00BD61FD">
              <w:rPr>
                <w:rFonts w:ascii="Times New Roman" w:eastAsia="Times New Roman" w:hAnsi="Times New Roman" w:cs="Times New Roman"/>
                <w:color w:val="000000"/>
                <w:sz w:val="24"/>
              </w:rPr>
              <w:t>Оценочного</w:t>
            </w:r>
            <w:proofErr w:type="spellEnd"/>
            <w:r w:rsidRPr="00BD61FD">
              <w:rPr>
                <w:rFonts w:ascii="Times New Roman" w:eastAsia="Times New Roman" w:hAnsi="Times New Roman" w:cs="Times New Roman"/>
                <w:color w:val="000000"/>
                <w:sz w:val="24"/>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листа»;</w:t>
            </w:r>
          </w:p>
        </w:tc>
      </w:tr>
      <w:tr w:rsidR="00BD61FD" w:rsidRPr="00BD61FD" w14:paraId="14E38142"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28690A"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5266CB"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rPr>
            </w:pPr>
            <w:r w:rsidRPr="00BD61FD">
              <w:rPr>
                <w:rFonts w:ascii="Times New Roman" w:eastAsia="Times New Roman" w:hAnsi="Times New Roman" w:cs="Times New Roman"/>
                <w:color w:val="000000"/>
                <w:sz w:val="24"/>
              </w:rPr>
              <w:t>Контрольная работа по разделу "Культура речи"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3E627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55796E"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D203BE3"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A665E2"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629F5096"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Контрольная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1EBA56D4" w14:textId="77777777" w:rsidTr="00C25F9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6E270A1"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39.</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807BE68"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Язык</w:t>
            </w:r>
            <w:proofErr w:type="spellEnd"/>
            <w:r w:rsidRPr="00BD61FD">
              <w:rPr>
                <w:rFonts w:ascii="Times New Roman" w:eastAsia="Times New Roman" w:hAnsi="Times New Roman" w:cs="Times New Roman"/>
                <w:color w:val="000000"/>
                <w:sz w:val="24"/>
                <w:lang w:val="en-US"/>
              </w:rPr>
              <w:t xml:space="preserve"> и </w:t>
            </w:r>
            <w:proofErr w:type="spellStart"/>
            <w:r w:rsidRPr="00BD61FD">
              <w:rPr>
                <w:rFonts w:ascii="Times New Roman" w:eastAsia="Times New Roman" w:hAnsi="Times New Roman" w:cs="Times New Roman"/>
                <w:color w:val="000000"/>
                <w:sz w:val="24"/>
                <w:lang w:val="en-US"/>
              </w:rPr>
              <w:t>речь</w:t>
            </w:r>
            <w:proofErr w:type="spellEnd"/>
            <w:r w:rsidRPr="00BD61FD">
              <w:rPr>
                <w:rFonts w:ascii="Times New Roman" w:eastAsia="Times New Roman" w:hAnsi="Times New Roman" w:cs="Times New Roman"/>
                <w:color w:val="000000"/>
                <w:sz w:val="24"/>
                <w:lang w:val="en-US"/>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C20879B"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6FF0765"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CB8F7A"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C4BF05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513711"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1A7A7DEB" w14:textId="77777777" w:rsidTr="00C25F9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DA1B9B6"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40.</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05E6BE2"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Средства</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выразительности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устной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речи</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5DA52D"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309694BA"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BD47445"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7D4698"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0A12A8"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85D3795"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3D4D67"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2CF48A1"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Средства</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выразительности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устной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речи</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52204A8"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197566"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B9B81F"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BD97706"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B7DB19"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64002167"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2A1F60"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A029452" w14:textId="77777777" w:rsidR="00BD61FD" w:rsidRPr="00BD61FD" w:rsidRDefault="00BD61FD" w:rsidP="00BD61FD">
            <w:pPr>
              <w:autoSpaceDE w:val="0"/>
              <w:autoSpaceDN w:val="0"/>
              <w:spacing w:before="98" w:after="0" w:line="262" w:lineRule="auto"/>
              <w:ind w:left="72" w:right="432"/>
              <w:rPr>
                <w:rFonts w:ascii="Cambria" w:eastAsia="MS Mincho" w:hAnsi="Cambria" w:cs="Times New Roman"/>
              </w:rPr>
            </w:pPr>
            <w:r w:rsidRPr="00BD61FD">
              <w:rPr>
                <w:rFonts w:ascii="Times New Roman" w:eastAsia="Times New Roman" w:hAnsi="Times New Roman" w:cs="Times New Roman"/>
                <w:color w:val="000000"/>
                <w:sz w:val="24"/>
              </w:rPr>
              <w:t>Формы речи: монолог и диалог</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000DDBC"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476E3C"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B5CADB7"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812EFB"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F4236E"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4EEFAF41" w14:textId="77777777" w:rsidTr="00C25F9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0E6294"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43.</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6E8B2C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Текст</w:t>
            </w:r>
            <w:proofErr w:type="spellEnd"/>
            <w:r w:rsidRPr="00BD61FD">
              <w:rPr>
                <w:rFonts w:ascii="Times New Roman" w:eastAsia="Times New Roman" w:hAnsi="Times New Roman" w:cs="Times New Roman"/>
                <w:color w:val="000000"/>
                <w:sz w:val="24"/>
                <w:lang w:val="en-US"/>
              </w:rPr>
              <w:t xml:space="preserve"> и </w:t>
            </w:r>
            <w:proofErr w:type="spellStart"/>
            <w:r w:rsidRPr="00BD61FD">
              <w:rPr>
                <w:rFonts w:ascii="Times New Roman" w:eastAsia="Times New Roman" w:hAnsi="Times New Roman" w:cs="Times New Roman"/>
                <w:color w:val="000000"/>
                <w:sz w:val="24"/>
                <w:lang w:val="en-US"/>
              </w:rPr>
              <w:t>его</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строение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1ECB5E"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6C978A"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0FE3A1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0642B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3B3F1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057C276F" w14:textId="77777777" w:rsidTr="00C25F9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232FB2"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44.</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CE9ACC2"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Текст</w:t>
            </w:r>
            <w:proofErr w:type="spellEnd"/>
            <w:r w:rsidRPr="00BD61FD">
              <w:rPr>
                <w:rFonts w:ascii="Times New Roman" w:eastAsia="Times New Roman" w:hAnsi="Times New Roman" w:cs="Times New Roman"/>
                <w:color w:val="000000"/>
                <w:sz w:val="24"/>
                <w:lang w:val="en-US"/>
              </w:rPr>
              <w:t xml:space="preserve"> и </w:t>
            </w:r>
            <w:proofErr w:type="spellStart"/>
            <w:r w:rsidRPr="00BD61FD">
              <w:rPr>
                <w:rFonts w:ascii="Times New Roman" w:eastAsia="Times New Roman" w:hAnsi="Times New Roman" w:cs="Times New Roman"/>
                <w:color w:val="000000"/>
                <w:sz w:val="24"/>
                <w:lang w:val="en-US"/>
              </w:rPr>
              <w:t>его</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строение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B957A4D"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819E0F"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799873B"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7E5BDEC"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63B3D841"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D8DA725"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017D6F"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35AFF6"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Композиционные</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особенности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описания</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AC69C1"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661CE7A"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3B1576"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2B2FC00"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7A6551"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9D47974" w14:textId="77777777" w:rsidTr="00C25F94">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5224A9"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5548BA" w14:textId="77777777" w:rsidR="00BD61FD" w:rsidRPr="00BD61FD" w:rsidRDefault="00BD61FD" w:rsidP="00BD61FD">
            <w:pPr>
              <w:autoSpaceDE w:val="0"/>
              <w:autoSpaceDN w:val="0"/>
              <w:spacing w:before="98" w:after="0" w:line="262"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Композиционные</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особенности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повествования</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3DF9C"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364DEB"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F581FF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2CE25CA"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98C6391"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bl>
    <w:p w14:paraId="174457CC" w14:textId="77777777" w:rsidR="00BD61FD" w:rsidRPr="00BD61FD" w:rsidRDefault="00BD61FD" w:rsidP="00BD61FD">
      <w:pPr>
        <w:autoSpaceDE w:val="0"/>
        <w:autoSpaceDN w:val="0"/>
        <w:spacing w:after="0" w:line="14" w:lineRule="exact"/>
        <w:rPr>
          <w:rFonts w:ascii="Cambria" w:eastAsia="MS Mincho" w:hAnsi="Cambria" w:cs="Times New Roman"/>
          <w:lang w:val="en-US"/>
        </w:rPr>
      </w:pPr>
    </w:p>
    <w:p w14:paraId="33E8DBDE" w14:textId="77777777" w:rsidR="00BD61FD" w:rsidRPr="00BD61FD" w:rsidRDefault="00BD61FD" w:rsidP="00BD61FD">
      <w:pPr>
        <w:rPr>
          <w:rFonts w:ascii="Cambria" w:eastAsia="MS Mincho" w:hAnsi="Cambria" w:cs="Times New Roman"/>
          <w:lang w:val="en-US"/>
        </w:rPr>
        <w:sectPr w:rsidR="00BD61FD" w:rsidRPr="00BD61FD">
          <w:pgSz w:w="11900" w:h="16840"/>
          <w:pgMar w:top="284" w:right="650" w:bottom="508" w:left="666" w:header="720" w:footer="720" w:gutter="0"/>
          <w:cols w:space="720" w:equalWidth="0">
            <w:col w:w="10584" w:space="0"/>
          </w:cols>
          <w:docGrid w:linePitch="360"/>
        </w:sectPr>
      </w:pPr>
    </w:p>
    <w:p w14:paraId="07479451" w14:textId="77777777" w:rsidR="00BD61FD" w:rsidRPr="00BD61FD" w:rsidRDefault="00BD61FD" w:rsidP="00BD61FD">
      <w:pPr>
        <w:autoSpaceDE w:val="0"/>
        <w:autoSpaceDN w:val="0"/>
        <w:spacing w:after="66" w:line="220" w:lineRule="exact"/>
        <w:rPr>
          <w:rFonts w:ascii="Cambria" w:eastAsia="MS Mincho" w:hAnsi="Cambria" w:cs="Times New Roman"/>
          <w:lang w:val="en-US"/>
        </w:rPr>
      </w:pPr>
    </w:p>
    <w:tbl>
      <w:tblPr>
        <w:tblW w:w="0" w:type="auto"/>
        <w:tblInd w:w="6" w:type="dxa"/>
        <w:tblLayout w:type="fixed"/>
        <w:tblLook w:val="04A0" w:firstRow="1" w:lastRow="0" w:firstColumn="1" w:lastColumn="0" w:noHBand="0" w:noVBand="1"/>
      </w:tblPr>
      <w:tblGrid>
        <w:gridCol w:w="504"/>
        <w:gridCol w:w="3036"/>
        <w:gridCol w:w="734"/>
        <w:gridCol w:w="1620"/>
        <w:gridCol w:w="1668"/>
        <w:gridCol w:w="1164"/>
        <w:gridCol w:w="1826"/>
      </w:tblGrid>
      <w:tr w:rsidR="00BD61FD" w:rsidRPr="00BD61FD" w14:paraId="79540C2B"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0119189"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0911C2"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Композиционные</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особенности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рассуждения</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FFB02E9"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BAB90C4"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FDD8D3D"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180356D"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8E6F6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D999D10"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63BA58"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F08B07" w14:textId="77777777" w:rsidR="00BD61FD" w:rsidRPr="00BD61FD" w:rsidRDefault="00BD61FD" w:rsidP="00BD61FD">
            <w:pPr>
              <w:autoSpaceDE w:val="0"/>
              <w:autoSpaceDN w:val="0"/>
              <w:spacing w:before="98" w:after="0" w:line="271"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 xml:space="preserve">Средства связи </w:t>
            </w:r>
            <w:r w:rsidRPr="00BD61FD">
              <w:rPr>
                <w:rFonts w:ascii="Cambria" w:eastAsia="MS Mincho" w:hAnsi="Cambria" w:cs="Times New Roman"/>
              </w:rPr>
              <w:br/>
            </w:r>
            <w:r w:rsidRPr="00BD61FD">
              <w:rPr>
                <w:rFonts w:ascii="Times New Roman" w:eastAsia="Times New Roman" w:hAnsi="Times New Roman" w:cs="Times New Roman"/>
                <w:color w:val="000000"/>
                <w:sz w:val="24"/>
              </w:rPr>
              <w:t>предложений и частей текста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1242D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9B0DE5"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70D14C"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41A38EA"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06167C"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9DC1130"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92B5F21"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49.</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ED599E" w14:textId="77777777" w:rsidR="00BD61FD" w:rsidRPr="00BD61FD" w:rsidRDefault="00BD61FD" w:rsidP="00BD61FD">
            <w:pPr>
              <w:autoSpaceDE w:val="0"/>
              <w:autoSpaceDN w:val="0"/>
              <w:spacing w:before="98" w:after="0" w:line="271"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 xml:space="preserve">Средства связи </w:t>
            </w:r>
            <w:r w:rsidRPr="00BD61FD">
              <w:rPr>
                <w:rFonts w:ascii="Cambria" w:eastAsia="MS Mincho" w:hAnsi="Cambria" w:cs="Times New Roman"/>
              </w:rPr>
              <w:br/>
            </w:r>
            <w:r w:rsidRPr="00BD61FD">
              <w:rPr>
                <w:rFonts w:ascii="Times New Roman" w:eastAsia="Times New Roman" w:hAnsi="Times New Roman" w:cs="Times New Roman"/>
                <w:color w:val="000000"/>
                <w:sz w:val="24"/>
              </w:rPr>
              <w:t>предложений и частей текста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F93DA10"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218595"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F0E82F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AC21AE9"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38F41CC"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2DAB7B4A" w14:textId="77777777" w:rsidTr="00C25F9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A8C55B9" w14:textId="77777777" w:rsidR="00BD61FD" w:rsidRPr="00BD61FD" w:rsidRDefault="00BD61FD" w:rsidP="00BD61FD">
            <w:pPr>
              <w:autoSpaceDE w:val="0"/>
              <w:autoSpaceDN w:val="0"/>
              <w:spacing w:before="100"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50.</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17AA4" w14:textId="77777777" w:rsidR="00BD61FD" w:rsidRPr="00BD61FD" w:rsidRDefault="00BD61FD" w:rsidP="00BD61FD">
            <w:pPr>
              <w:autoSpaceDE w:val="0"/>
              <w:autoSpaceDN w:val="0"/>
              <w:spacing w:before="100" w:after="0" w:line="262" w:lineRule="auto"/>
              <w:ind w:left="72" w:right="720"/>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Функциональные</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разновидности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D8AB6A6" w14:textId="77777777" w:rsidR="00BD61FD" w:rsidRPr="00BD61FD" w:rsidRDefault="00BD61FD" w:rsidP="00BD61FD">
            <w:pPr>
              <w:autoSpaceDE w:val="0"/>
              <w:autoSpaceDN w:val="0"/>
              <w:spacing w:before="100"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8DECAC"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BD71C0"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6C1C8D5"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429DC7" w14:textId="77777777" w:rsidR="00BD61FD" w:rsidRPr="00BD61FD" w:rsidRDefault="00BD61FD" w:rsidP="00BD61FD">
            <w:pPr>
              <w:autoSpaceDE w:val="0"/>
              <w:autoSpaceDN w:val="0"/>
              <w:spacing w:before="100"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406BD24D"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A58ED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66A1FB" w14:textId="77777777" w:rsidR="00BD61FD" w:rsidRPr="00BD61FD" w:rsidRDefault="00BD61FD" w:rsidP="00BD61FD">
            <w:pPr>
              <w:autoSpaceDE w:val="0"/>
              <w:autoSpaceDN w:val="0"/>
              <w:spacing w:before="98" w:after="0" w:line="262" w:lineRule="auto"/>
              <w:ind w:left="72" w:right="720"/>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Функциональные</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разновидности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460F10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60B6107"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D9607F6"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BC279C"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10484AD7"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70972BC3"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36FB6A8"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BF06F9" w14:textId="77777777" w:rsidR="00BD61FD" w:rsidRPr="00BD61FD" w:rsidRDefault="00BD61FD" w:rsidP="00BD61FD">
            <w:pPr>
              <w:autoSpaceDE w:val="0"/>
              <w:autoSpaceDN w:val="0"/>
              <w:spacing w:before="98" w:after="0" w:line="262" w:lineRule="auto"/>
              <w:ind w:left="72" w:right="144"/>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Разговорная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речь</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Просьба</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извинение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E7B644A"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EC318AA"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D960AED"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2DDF6B"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AE0E3FE"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3974F2E6"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76C349"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53.</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12EB3A4"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Официально</w:t>
            </w:r>
            <w:proofErr w:type="spellEnd"/>
            <w:r w:rsidRPr="00BD61FD">
              <w:rPr>
                <w:rFonts w:ascii="Times New Roman" w:eastAsia="Times New Roman" w:hAnsi="Times New Roman" w:cs="Times New Roman"/>
                <w:color w:val="000000"/>
                <w:sz w:val="24"/>
                <w:lang w:val="en-US"/>
              </w:rPr>
              <w:t xml:space="preserve"> - </w:t>
            </w:r>
            <w:proofErr w:type="spellStart"/>
            <w:r w:rsidRPr="00BD61FD">
              <w:rPr>
                <w:rFonts w:ascii="Times New Roman" w:eastAsia="Times New Roman" w:hAnsi="Times New Roman" w:cs="Times New Roman"/>
                <w:color w:val="000000"/>
                <w:sz w:val="24"/>
                <w:lang w:val="en-US"/>
              </w:rPr>
              <w:t>деловой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стиль</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Объявление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AE789E"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55F74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FD1DC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6BA50B"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4A783B7"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734BAAC4"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973F37"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54.</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60FCC6" w14:textId="77777777" w:rsidR="00BD61FD" w:rsidRPr="00BD61FD" w:rsidRDefault="00BD61FD" w:rsidP="00BD61FD">
            <w:pPr>
              <w:autoSpaceDE w:val="0"/>
              <w:autoSpaceDN w:val="0"/>
              <w:spacing w:before="98" w:after="0" w:line="271" w:lineRule="auto"/>
              <w:ind w:left="72" w:right="288"/>
              <w:rPr>
                <w:rFonts w:ascii="Cambria" w:eastAsia="MS Mincho" w:hAnsi="Cambria" w:cs="Times New Roman"/>
              </w:rPr>
            </w:pPr>
            <w:r w:rsidRPr="00BD61FD">
              <w:rPr>
                <w:rFonts w:ascii="Times New Roman" w:eastAsia="Times New Roman" w:hAnsi="Times New Roman" w:cs="Times New Roman"/>
                <w:color w:val="000000"/>
                <w:sz w:val="24"/>
              </w:rPr>
              <w:t xml:space="preserve">Научно - учебный </w:t>
            </w:r>
            <w:r w:rsidRPr="00BD61FD">
              <w:rPr>
                <w:rFonts w:ascii="Cambria" w:eastAsia="MS Mincho" w:hAnsi="Cambria" w:cs="Times New Roman"/>
              </w:rPr>
              <w:br/>
            </w:r>
            <w:proofErr w:type="spellStart"/>
            <w:r w:rsidRPr="00BD61FD">
              <w:rPr>
                <w:rFonts w:ascii="Times New Roman" w:eastAsia="Times New Roman" w:hAnsi="Times New Roman" w:cs="Times New Roman"/>
                <w:color w:val="000000"/>
                <w:sz w:val="24"/>
              </w:rPr>
              <w:t>подстиль</w:t>
            </w:r>
            <w:proofErr w:type="spellEnd"/>
            <w:r w:rsidRPr="00BD61FD">
              <w:rPr>
                <w:rFonts w:ascii="Times New Roman" w:eastAsia="Times New Roman" w:hAnsi="Times New Roman" w:cs="Times New Roman"/>
                <w:color w:val="000000"/>
                <w:sz w:val="24"/>
              </w:rPr>
              <w:t>. План ответа на уроке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ACDD899"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B46EB"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3DC56FA"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0171B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752CFC"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220833D5"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E31EA2"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C1B0962"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 xml:space="preserve">Научно - учебный </w:t>
            </w:r>
            <w:r w:rsidRPr="00BD61FD">
              <w:rPr>
                <w:rFonts w:ascii="Cambria" w:eastAsia="MS Mincho" w:hAnsi="Cambria" w:cs="Times New Roman"/>
              </w:rPr>
              <w:br/>
            </w:r>
            <w:proofErr w:type="spellStart"/>
            <w:r w:rsidRPr="00BD61FD">
              <w:rPr>
                <w:rFonts w:ascii="Times New Roman" w:eastAsia="Times New Roman" w:hAnsi="Times New Roman" w:cs="Times New Roman"/>
                <w:color w:val="000000"/>
                <w:sz w:val="24"/>
              </w:rPr>
              <w:t>подстиль</w:t>
            </w:r>
            <w:proofErr w:type="spellEnd"/>
            <w:r w:rsidRPr="00BD61FD">
              <w:rPr>
                <w:rFonts w:ascii="Times New Roman" w:eastAsia="Times New Roman" w:hAnsi="Times New Roman" w:cs="Times New Roman"/>
                <w:color w:val="000000"/>
                <w:sz w:val="24"/>
              </w:rPr>
              <w:t>. План текста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440151"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F35F10"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692AC1A"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3E11944"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932BE8"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7C930DFC"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FB92FF9"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E7222C5"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Публицистический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стиль</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Устное</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выступление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2BACCC10"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1F1D5C41"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468E64E"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581D20"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61FF7C"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15D65F03"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08C89DD"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1ACF1"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Публицистический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стиль</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Устное</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выступление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A4623B"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A59529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C3416D"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B1DE1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12A317D7"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10776219" w14:textId="77777777" w:rsidTr="00C25F94">
        <w:trPr>
          <w:trHeight w:hRule="exact" w:val="116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C07A9A4"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03D138" w14:textId="77777777" w:rsidR="00BD61FD" w:rsidRPr="00BD61FD" w:rsidRDefault="00BD61FD" w:rsidP="00BD61FD">
            <w:pPr>
              <w:autoSpaceDE w:val="0"/>
              <w:autoSpaceDN w:val="0"/>
              <w:spacing w:before="98" w:after="0" w:line="274" w:lineRule="auto"/>
              <w:ind w:left="72" w:right="144"/>
              <w:rPr>
                <w:rFonts w:ascii="Cambria" w:eastAsia="MS Mincho" w:hAnsi="Cambria" w:cs="Times New Roman"/>
              </w:rPr>
            </w:pPr>
            <w:r w:rsidRPr="00BD61FD">
              <w:rPr>
                <w:rFonts w:ascii="Times New Roman" w:eastAsia="Times New Roman" w:hAnsi="Times New Roman" w:cs="Times New Roman"/>
                <w:color w:val="000000"/>
                <w:sz w:val="24"/>
              </w:rPr>
              <w:t xml:space="preserve">Язык художественной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литературы. Литературная сказка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7E269E"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309C23A3"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10FEC71"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AEEAF27"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C227A4"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EDA8BB6"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EFB104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59.</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0AD6C29"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Язык</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художественной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литературы</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Рассказ</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1B22FB"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19D8F6"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A55725"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80CF0F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33863636"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Письменный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w:t>
            </w:r>
            <w:proofErr w:type="spellEnd"/>
            <w:r w:rsidRPr="00BD61FD">
              <w:rPr>
                <w:rFonts w:ascii="Times New Roman" w:eastAsia="Times New Roman" w:hAnsi="Times New Roman" w:cs="Times New Roman"/>
                <w:color w:val="000000"/>
                <w:sz w:val="24"/>
                <w:lang w:val="en-US"/>
              </w:rPr>
              <w:t>;</w:t>
            </w:r>
          </w:p>
        </w:tc>
      </w:tr>
      <w:tr w:rsidR="00BD61FD" w:rsidRPr="00BD61FD" w14:paraId="2711D31E"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12E93A4"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60.</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2E2E234" w14:textId="77777777" w:rsidR="00BD61FD" w:rsidRPr="00BD61FD" w:rsidRDefault="00BD61FD" w:rsidP="00BD61FD">
            <w:pPr>
              <w:autoSpaceDE w:val="0"/>
              <w:autoSpaceDN w:val="0"/>
              <w:spacing w:before="98" w:after="0" w:line="262" w:lineRule="auto"/>
              <w:ind w:left="72" w:right="720"/>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Особенности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языка</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фольклорных</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текстов</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0CC6B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316FC5"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1999F00"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7592F3"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9346D9"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69B7C01"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DCE908"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61.</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E4CE85" w14:textId="77777777" w:rsidR="00BD61FD" w:rsidRPr="00BD61FD" w:rsidRDefault="00BD61FD" w:rsidP="00BD61FD">
            <w:pPr>
              <w:autoSpaceDE w:val="0"/>
              <w:autoSpaceDN w:val="0"/>
              <w:spacing w:before="98" w:after="0" w:line="262" w:lineRule="auto"/>
              <w:ind w:left="72" w:right="720"/>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Особенности</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языка</w:t>
            </w:r>
            <w:proofErr w:type="spellEnd"/>
            <w:r w:rsidRPr="00BD61FD">
              <w:rPr>
                <w:rFonts w:ascii="Times New Roman" w:eastAsia="Times New Roman" w:hAnsi="Times New Roman" w:cs="Times New Roman"/>
                <w:color w:val="000000"/>
                <w:sz w:val="24"/>
                <w:lang w:val="en-US"/>
              </w:rPr>
              <w:t xml:space="preserve"> </w:t>
            </w:r>
            <w:r w:rsidRPr="00BD61FD">
              <w:rPr>
                <w:rFonts w:ascii="Cambria" w:eastAsia="MS Mincho" w:hAnsi="Cambria" w:cs="Times New Roman"/>
                <w:lang w:val="en-US"/>
              </w:rPr>
              <w:br/>
            </w:r>
            <w:proofErr w:type="spellStart"/>
            <w:r w:rsidRPr="00BD61FD">
              <w:rPr>
                <w:rFonts w:ascii="Times New Roman" w:eastAsia="Times New Roman" w:hAnsi="Times New Roman" w:cs="Times New Roman"/>
                <w:color w:val="000000"/>
                <w:sz w:val="24"/>
                <w:lang w:val="en-US"/>
              </w:rPr>
              <w:t>фольклорных</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текстов</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ED38C79"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C0D4B9"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4ADA416"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7CA29B"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76DA25"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1E12D34" w14:textId="77777777" w:rsidTr="00C25F94">
        <w:trPr>
          <w:trHeight w:hRule="exact" w:val="14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5F125E6"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62.</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47EC34"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rPr>
            </w:pPr>
            <w:r w:rsidRPr="00BD61FD">
              <w:rPr>
                <w:rFonts w:ascii="Times New Roman" w:eastAsia="Times New Roman" w:hAnsi="Times New Roman" w:cs="Times New Roman"/>
                <w:color w:val="000000"/>
                <w:sz w:val="24"/>
              </w:rPr>
              <w:t>Игра - викторина по теме "Фольклор"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53D6646"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896E09"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64F2A9C"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6226643"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B9C5AC" w14:textId="77777777" w:rsidR="00BD61FD" w:rsidRPr="00BD61FD" w:rsidRDefault="00BD61FD" w:rsidP="00BD61FD">
            <w:pPr>
              <w:autoSpaceDE w:val="0"/>
              <w:autoSpaceDN w:val="0"/>
              <w:spacing w:before="98" w:after="0"/>
              <w:ind w:left="72"/>
              <w:rPr>
                <w:rFonts w:ascii="Cambria" w:eastAsia="MS Mincho" w:hAnsi="Cambria" w:cs="Times New Roman"/>
              </w:rPr>
            </w:pPr>
            <w:r w:rsidRPr="00BD61FD">
              <w:rPr>
                <w:rFonts w:ascii="Times New Roman" w:eastAsia="Times New Roman" w:hAnsi="Times New Roman" w:cs="Times New Roman"/>
                <w:color w:val="000000"/>
                <w:sz w:val="24"/>
              </w:rPr>
              <w:t xml:space="preserve">Самооценка с </w:t>
            </w:r>
            <w:r w:rsidRPr="00BD61FD">
              <w:rPr>
                <w:rFonts w:ascii="Cambria" w:eastAsia="MS Mincho" w:hAnsi="Cambria" w:cs="Times New Roman"/>
              </w:rPr>
              <w:br/>
            </w:r>
            <w:proofErr w:type="spellStart"/>
            <w:proofErr w:type="gramStart"/>
            <w:r w:rsidRPr="00BD61FD">
              <w:rPr>
                <w:rFonts w:ascii="Times New Roman" w:eastAsia="Times New Roman" w:hAnsi="Times New Roman" w:cs="Times New Roman"/>
                <w:color w:val="000000"/>
                <w:sz w:val="24"/>
              </w:rPr>
              <w:t>использованием«</w:t>
            </w:r>
            <w:proofErr w:type="gramEnd"/>
            <w:r w:rsidRPr="00BD61FD">
              <w:rPr>
                <w:rFonts w:ascii="Times New Roman" w:eastAsia="Times New Roman" w:hAnsi="Times New Roman" w:cs="Times New Roman"/>
                <w:color w:val="000000"/>
                <w:sz w:val="24"/>
              </w:rPr>
              <w:t>Оценочного</w:t>
            </w:r>
            <w:proofErr w:type="spellEnd"/>
            <w:r w:rsidRPr="00BD61FD">
              <w:rPr>
                <w:rFonts w:ascii="Times New Roman" w:eastAsia="Times New Roman" w:hAnsi="Times New Roman" w:cs="Times New Roman"/>
                <w:color w:val="000000"/>
                <w:sz w:val="24"/>
              </w:rPr>
              <w:t xml:space="preserve"> </w:t>
            </w:r>
            <w:r w:rsidRPr="00BD61FD">
              <w:rPr>
                <w:rFonts w:ascii="Cambria" w:eastAsia="MS Mincho" w:hAnsi="Cambria" w:cs="Times New Roman"/>
              </w:rPr>
              <w:br/>
            </w:r>
            <w:r w:rsidRPr="00BD61FD">
              <w:rPr>
                <w:rFonts w:ascii="Times New Roman" w:eastAsia="Times New Roman" w:hAnsi="Times New Roman" w:cs="Times New Roman"/>
                <w:color w:val="000000"/>
                <w:sz w:val="24"/>
              </w:rPr>
              <w:t>листа»;</w:t>
            </w:r>
          </w:p>
        </w:tc>
      </w:tr>
    </w:tbl>
    <w:p w14:paraId="268FF5F0" w14:textId="77777777" w:rsidR="00BD61FD" w:rsidRPr="00BD61FD" w:rsidRDefault="00BD61FD" w:rsidP="00BD61FD">
      <w:pPr>
        <w:autoSpaceDE w:val="0"/>
        <w:autoSpaceDN w:val="0"/>
        <w:spacing w:after="0" w:line="14" w:lineRule="exact"/>
        <w:rPr>
          <w:rFonts w:ascii="Cambria" w:eastAsia="MS Mincho" w:hAnsi="Cambria" w:cs="Times New Roman"/>
        </w:rPr>
      </w:pPr>
    </w:p>
    <w:p w14:paraId="7BDACE0D" w14:textId="77777777" w:rsidR="00BD61FD" w:rsidRPr="00BD61FD" w:rsidRDefault="00BD61FD" w:rsidP="00BD61FD">
      <w:pPr>
        <w:rPr>
          <w:rFonts w:ascii="Cambria" w:eastAsia="MS Mincho" w:hAnsi="Cambria" w:cs="Times New Roman"/>
        </w:rPr>
        <w:sectPr w:rsidR="00BD61FD" w:rsidRPr="00BD61FD">
          <w:pgSz w:w="11900" w:h="16840"/>
          <w:pgMar w:top="284" w:right="650" w:bottom="496" w:left="666" w:header="720" w:footer="720" w:gutter="0"/>
          <w:cols w:space="720" w:equalWidth="0">
            <w:col w:w="10584" w:space="0"/>
          </w:cols>
          <w:docGrid w:linePitch="360"/>
        </w:sectPr>
      </w:pPr>
    </w:p>
    <w:p w14:paraId="141FCF12" w14:textId="77777777" w:rsidR="00BD61FD" w:rsidRPr="00BD61FD" w:rsidRDefault="00BD61FD" w:rsidP="00BD61FD">
      <w:pPr>
        <w:autoSpaceDE w:val="0"/>
        <w:autoSpaceDN w:val="0"/>
        <w:spacing w:after="66" w:line="220" w:lineRule="exact"/>
        <w:rPr>
          <w:rFonts w:ascii="Cambria" w:eastAsia="MS Mincho" w:hAnsi="Cambria" w:cs="Times New Roman"/>
        </w:rPr>
      </w:pPr>
    </w:p>
    <w:tbl>
      <w:tblPr>
        <w:tblW w:w="0" w:type="auto"/>
        <w:tblInd w:w="6" w:type="dxa"/>
        <w:tblLayout w:type="fixed"/>
        <w:tblLook w:val="04A0" w:firstRow="1" w:lastRow="0" w:firstColumn="1" w:lastColumn="0" w:noHBand="0" w:noVBand="1"/>
      </w:tblPr>
      <w:tblGrid>
        <w:gridCol w:w="504"/>
        <w:gridCol w:w="3036"/>
        <w:gridCol w:w="734"/>
        <w:gridCol w:w="1620"/>
        <w:gridCol w:w="1668"/>
        <w:gridCol w:w="1164"/>
        <w:gridCol w:w="1826"/>
      </w:tblGrid>
      <w:tr w:rsidR="00BD61FD" w:rsidRPr="00BD61FD" w14:paraId="14673931" w14:textId="77777777" w:rsidTr="00C25F94">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357B33E"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63.</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8412DC"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Обобщение по разделу "Речь. Текст"</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D46AB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FFFB9"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D229FB"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8A170DA"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4733FE6"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607E6301"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09D016"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64.</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E80BA2E" w14:textId="77777777" w:rsidR="00BD61FD" w:rsidRPr="00BD61FD" w:rsidRDefault="00BD61FD" w:rsidP="00BD61FD">
            <w:pPr>
              <w:autoSpaceDE w:val="0"/>
              <w:autoSpaceDN w:val="0"/>
              <w:spacing w:before="98" w:after="0" w:line="271" w:lineRule="auto"/>
              <w:ind w:left="72"/>
              <w:rPr>
                <w:rFonts w:ascii="Cambria" w:eastAsia="MS Mincho" w:hAnsi="Cambria" w:cs="Times New Roman"/>
              </w:rPr>
            </w:pPr>
            <w:r w:rsidRPr="00BD61FD">
              <w:rPr>
                <w:rFonts w:ascii="Times New Roman" w:eastAsia="Times New Roman" w:hAnsi="Times New Roman" w:cs="Times New Roman"/>
                <w:color w:val="000000"/>
                <w:sz w:val="24"/>
              </w:rPr>
              <w:t xml:space="preserve">Конференция по </w:t>
            </w:r>
            <w:r w:rsidRPr="00BD61FD">
              <w:rPr>
                <w:rFonts w:ascii="Cambria" w:eastAsia="MS Mincho" w:hAnsi="Cambria" w:cs="Times New Roman"/>
              </w:rPr>
              <w:br/>
            </w:r>
            <w:r w:rsidRPr="00BD61FD">
              <w:rPr>
                <w:rFonts w:ascii="Times New Roman" w:eastAsia="Times New Roman" w:hAnsi="Times New Roman" w:cs="Times New Roman"/>
                <w:color w:val="000000"/>
                <w:sz w:val="24"/>
              </w:rPr>
              <w:t xml:space="preserve">проектным и </w:t>
            </w:r>
            <w:r w:rsidRPr="00BD61FD">
              <w:rPr>
                <w:rFonts w:ascii="Cambria" w:eastAsia="MS Mincho" w:hAnsi="Cambria" w:cs="Times New Roman"/>
              </w:rPr>
              <w:br/>
            </w:r>
            <w:r w:rsidRPr="00BD61FD">
              <w:rPr>
                <w:rFonts w:ascii="Times New Roman" w:eastAsia="Times New Roman" w:hAnsi="Times New Roman" w:cs="Times New Roman"/>
                <w:color w:val="000000"/>
                <w:sz w:val="24"/>
              </w:rPr>
              <w:t>исследовательским работам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B73368D"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E008FC6"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6985C85"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223FFE"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02FDDFC6"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59C66F85" w14:textId="77777777" w:rsidTr="00C25F94">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A9006B"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65.</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81FEA8" w14:textId="77777777" w:rsidR="00BD61FD" w:rsidRPr="00BD61FD" w:rsidRDefault="00BD61FD" w:rsidP="00BD61FD">
            <w:pPr>
              <w:autoSpaceDE w:val="0"/>
              <w:autoSpaceDN w:val="0"/>
              <w:spacing w:before="98" w:after="0" w:line="271" w:lineRule="auto"/>
              <w:ind w:left="72"/>
              <w:rPr>
                <w:rFonts w:ascii="Cambria" w:eastAsia="MS Mincho" w:hAnsi="Cambria" w:cs="Times New Roman"/>
              </w:rPr>
            </w:pPr>
            <w:r w:rsidRPr="00BD61FD">
              <w:rPr>
                <w:rFonts w:ascii="Times New Roman" w:eastAsia="Times New Roman" w:hAnsi="Times New Roman" w:cs="Times New Roman"/>
                <w:color w:val="000000"/>
                <w:sz w:val="24"/>
              </w:rPr>
              <w:t xml:space="preserve">Конференция по </w:t>
            </w:r>
            <w:r w:rsidRPr="00BD61FD">
              <w:rPr>
                <w:rFonts w:ascii="Cambria" w:eastAsia="MS Mincho" w:hAnsi="Cambria" w:cs="Times New Roman"/>
              </w:rPr>
              <w:br/>
            </w:r>
            <w:r w:rsidRPr="00BD61FD">
              <w:rPr>
                <w:rFonts w:ascii="Times New Roman" w:eastAsia="Times New Roman" w:hAnsi="Times New Roman" w:cs="Times New Roman"/>
                <w:color w:val="000000"/>
                <w:sz w:val="24"/>
              </w:rPr>
              <w:t xml:space="preserve">проектным и </w:t>
            </w:r>
            <w:r w:rsidRPr="00BD61FD">
              <w:rPr>
                <w:rFonts w:ascii="Cambria" w:eastAsia="MS Mincho" w:hAnsi="Cambria" w:cs="Times New Roman"/>
              </w:rPr>
              <w:br/>
            </w:r>
            <w:r w:rsidRPr="00BD61FD">
              <w:rPr>
                <w:rFonts w:ascii="Times New Roman" w:eastAsia="Times New Roman" w:hAnsi="Times New Roman" w:cs="Times New Roman"/>
                <w:color w:val="000000"/>
                <w:sz w:val="24"/>
              </w:rPr>
              <w:t>исследовательским работам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0F13618E"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9234FD"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507B4CA"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3AF6BFF"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CEDB78" w14:textId="77777777" w:rsidR="00BD61FD" w:rsidRPr="00BD61FD" w:rsidRDefault="00BD61FD" w:rsidP="00BD61FD">
            <w:pPr>
              <w:autoSpaceDE w:val="0"/>
              <w:autoSpaceDN w:val="0"/>
              <w:spacing w:before="98"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Практическая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3D2B8055" w14:textId="77777777" w:rsidTr="00C25F94">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CB134DB" w14:textId="77777777" w:rsidR="00BD61FD" w:rsidRPr="00BD61FD" w:rsidRDefault="00BD61FD" w:rsidP="00BD61FD">
            <w:pPr>
              <w:autoSpaceDE w:val="0"/>
              <w:autoSpaceDN w:val="0"/>
              <w:spacing w:before="100"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66.</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4592D9" w14:textId="77777777" w:rsidR="00BD61FD" w:rsidRPr="00BD61FD" w:rsidRDefault="00BD61FD" w:rsidP="00BD61FD">
            <w:pPr>
              <w:autoSpaceDE w:val="0"/>
              <w:autoSpaceDN w:val="0"/>
              <w:spacing w:before="100" w:after="0" w:line="262" w:lineRule="auto"/>
              <w:ind w:left="72" w:right="576"/>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Итоговая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контрольная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1F47C6" w14:textId="77777777" w:rsidR="00BD61FD" w:rsidRPr="00BD61FD" w:rsidRDefault="00BD61FD" w:rsidP="00BD61FD">
            <w:pPr>
              <w:autoSpaceDE w:val="0"/>
              <w:autoSpaceDN w:val="0"/>
              <w:spacing w:before="100"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1178EE" w14:textId="77777777" w:rsidR="00BD61FD" w:rsidRPr="00BD61FD" w:rsidRDefault="00BD61FD" w:rsidP="00BD61FD">
            <w:pPr>
              <w:autoSpaceDE w:val="0"/>
              <w:autoSpaceDN w:val="0"/>
              <w:spacing w:before="100"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5921FE"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79FDD0"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0B0E2C" w14:textId="77777777" w:rsidR="00BD61FD" w:rsidRPr="00BD61FD" w:rsidRDefault="00BD61FD" w:rsidP="00BD61FD">
            <w:pPr>
              <w:autoSpaceDE w:val="0"/>
              <w:autoSpaceDN w:val="0"/>
              <w:spacing w:before="100" w:after="0" w:line="262" w:lineRule="auto"/>
              <w:ind w:left="72" w:right="288"/>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Контрольная</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работа</w:t>
            </w:r>
            <w:proofErr w:type="spellEnd"/>
            <w:r w:rsidRPr="00BD61FD">
              <w:rPr>
                <w:rFonts w:ascii="Times New Roman" w:eastAsia="Times New Roman" w:hAnsi="Times New Roman" w:cs="Times New Roman"/>
                <w:color w:val="000000"/>
                <w:sz w:val="24"/>
                <w:lang w:val="en-US"/>
              </w:rPr>
              <w:t>;</w:t>
            </w:r>
          </w:p>
        </w:tc>
      </w:tr>
      <w:tr w:rsidR="00BD61FD" w:rsidRPr="00BD61FD" w14:paraId="62167457" w14:textId="77777777" w:rsidTr="00C25F9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8E70842"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67.</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2349B79"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Подведение</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итогов</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года</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73D6673"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298FF610"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2DF84B4"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3F2AC68"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2FCCE268"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Устный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опрос</w:t>
            </w:r>
            <w:proofErr w:type="spellEnd"/>
            <w:r w:rsidRPr="00BD61FD">
              <w:rPr>
                <w:rFonts w:ascii="Times New Roman" w:eastAsia="Times New Roman" w:hAnsi="Times New Roman" w:cs="Times New Roman"/>
                <w:color w:val="000000"/>
                <w:sz w:val="24"/>
                <w:lang w:val="en-US"/>
              </w:rPr>
              <w:t>;</w:t>
            </w:r>
          </w:p>
        </w:tc>
      </w:tr>
      <w:tr w:rsidR="00BD61FD" w:rsidRPr="00BD61FD" w14:paraId="348D8AD7" w14:textId="77777777" w:rsidTr="00C25F94">
        <w:trPr>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27A0F2A" w14:textId="77777777" w:rsidR="00BD61FD" w:rsidRPr="00BD61FD" w:rsidRDefault="00BD61FD" w:rsidP="00BD61FD">
            <w:pPr>
              <w:autoSpaceDE w:val="0"/>
              <w:autoSpaceDN w:val="0"/>
              <w:spacing w:before="98" w:after="0" w:line="230" w:lineRule="auto"/>
              <w:jc w:val="center"/>
              <w:rPr>
                <w:rFonts w:ascii="Cambria" w:eastAsia="MS Mincho" w:hAnsi="Cambria" w:cs="Times New Roman"/>
                <w:lang w:val="en-US"/>
              </w:rPr>
            </w:pPr>
            <w:r w:rsidRPr="00BD61FD">
              <w:rPr>
                <w:rFonts w:ascii="Times New Roman" w:eastAsia="Times New Roman" w:hAnsi="Times New Roman" w:cs="Times New Roman"/>
                <w:color w:val="000000"/>
                <w:sz w:val="24"/>
                <w:lang w:val="en-US"/>
              </w:rPr>
              <w:t>68.</w:t>
            </w:r>
          </w:p>
        </w:tc>
        <w:tc>
          <w:tcPr>
            <w:tcW w:w="3036" w:type="dxa"/>
            <w:tcBorders>
              <w:top w:val="single" w:sz="4" w:space="0" w:color="000000"/>
              <w:left w:val="single" w:sz="4" w:space="0" w:color="000000"/>
              <w:bottom w:val="single" w:sz="4" w:space="0" w:color="000000"/>
              <w:right w:val="single" w:sz="4" w:space="0" w:color="000000"/>
            </w:tcBorders>
            <w:tcMar>
              <w:left w:w="0" w:type="dxa"/>
              <w:right w:w="0" w:type="dxa"/>
            </w:tcMar>
          </w:tcPr>
          <w:p w14:paraId="6FA484C3"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proofErr w:type="spellStart"/>
            <w:r w:rsidRPr="00BD61FD">
              <w:rPr>
                <w:rFonts w:ascii="Times New Roman" w:eastAsia="Times New Roman" w:hAnsi="Times New Roman" w:cs="Times New Roman"/>
                <w:color w:val="000000"/>
                <w:sz w:val="24"/>
                <w:lang w:val="en-US"/>
              </w:rPr>
              <w:t>Резервный</w:t>
            </w:r>
            <w:proofErr w:type="spellEnd"/>
            <w:r w:rsidRPr="00BD61FD">
              <w:rPr>
                <w:rFonts w:ascii="Times New Roman" w:eastAsia="Times New Roman" w:hAnsi="Times New Roman" w:cs="Times New Roman"/>
                <w:color w:val="000000"/>
                <w:sz w:val="24"/>
                <w:lang w:val="en-US"/>
              </w:rPr>
              <w:t xml:space="preserve"> </w:t>
            </w:r>
            <w:proofErr w:type="spellStart"/>
            <w:r w:rsidRPr="00BD61FD">
              <w:rPr>
                <w:rFonts w:ascii="Times New Roman" w:eastAsia="Times New Roman" w:hAnsi="Times New Roman" w:cs="Times New Roman"/>
                <w:color w:val="000000"/>
                <w:sz w:val="24"/>
                <w:lang w:val="en-US"/>
              </w:rPr>
              <w:t>урок</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15862A1F"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0AB5B6" w14:textId="77777777" w:rsidR="00BD61FD" w:rsidRPr="00BD61FD" w:rsidRDefault="00BD61FD" w:rsidP="00BD61FD">
            <w:pPr>
              <w:rPr>
                <w:rFonts w:ascii="Cambria" w:eastAsia="MS Mincho" w:hAnsi="Cambria" w:cs="Times New Roman"/>
                <w:lang w:val="en-US"/>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0E9E7C6" w14:textId="77777777" w:rsidR="00BD61FD" w:rsidRPr="00BD61FD" w:rsidRDefault="00BD61FD" w:rsidP="00BD61FD">
            <w:pPr>
              <w:rPr>
                <w:rFonts w:ascii="Cambria" w:eastAsia="MS Mincho" w:hAnsi="Cambria" w:cs="Times New Roman"/>
                <w:lang w:val="en-US"/>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6D7CE8" w14:textId="77777777" w:rsidR="00BD61FD" w:rsidRPr="00BD61FD" w:rsidRDefault="00BD61FD" w:rsidP="00BD61FD">
            <w:pPr>
              <w:rPr>
                <w:rFonts w:ascii="Cambria" w:eastAsia="MS Mincho" w:hAnsi="Cambria" w:cs="Times New Roman"/>
                <w:lang w:val="en-US"/>
              </w:rPr>
            </w:pPr>
          </w:p>
        </w:tc>
        <w:tc>
          <w:tcPr>
            <w:tcW w:w="1826" w:type="dxa"/>
            <w:tcBorders>
              <w:top w:val="single" w:sz="4" w:space="0" w:color="000000"/>
              <w:left w:val="single" w:sz="4" w:space="0" w:color="000000"/>
              <w:bottom w:val="single" w:sz="4" w:space="0" w:color="000000"/>
              <w:right w:val="single" w:sz="4" w:space="0" w:color="000000"/>
            </w:tcBorders>
            <w:tcMar>
              <w:left w:w="0" w:type="dxa"/>
              <w:right w:w="0" w:type="dxa"/>
            </w:tcMar>
          </w:tcPr>
          <w:p w14:paraId="5B5DB249" w14:textId="77777777" w:rsidR="00BD61FD" w:rsidRPr="00BD61FD" w:rsidRDefault="00BD61FD" w:rsidP="00BD61FD">
            <w:pPr>
              <w:rPr>
                <w:rFonts w:ascii="Cambria" w:eastAsia="MS Mincho" w:hAnsi="Cambria" w:cs="Times New Roman"/>
                <w:lang w:val="en-US"/>
              </w:rPr>
            </w:pPr>
          </w:p>
        </w:tc>
      </w:tr>
      <w:tr w:rsidR="00BD61FD" w:rsidRPr="00BD61FD" w14:paraId="3C4E3370" w14:textId="77777777" w:rsidTr="00C25F94">
        <w:trPr>
          <w:trHeight w:hRule="exact" w:val="808"/>
        </w:trPr>
        <w:tc>
          <w:tcPr>
            <w:tcW w:w="35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514184C" w14:textId="77777777" w:rsidR="00BD61FD" w:rsidRPr="00BD61FD" w:rsidRDefault="00BD61FD" w:rsidP="00BD61FD">
            <w:pPr>
              <w:autoSpaceDE w:val="0"/>
              <w:autoSpaceDN w:val="0"/>
              <w:spacing w:before="98" w:after="0" w:line="262" w:lineRule="auto"/>
              <w:ind w:left="72" w:right="576"/>
              <w:rPr>
                <w:rFonts w:ascii="Cambria" w:eastAsia="MS Mincho" w:hAnsi="Cambria" w:cs="Times New Roman"/>
              </w:rPr>
            </w:pPr>
            <w:r w:rsidRPr="00BD61FD">
              <w:rPr>
                <w:rFonts w:ascii="Times New Roman" w:eastAsia="Times New Roman" w:hAnsi="Times New Roman" w:cs="Times New Roman"/>
                <w:color w:val="000000"/>
                <w:sz w:val="24"/>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14:paraId="5EF4EC4E" w14:textId="77777777" w:rsidR="00BD61FD" w:rsidRPr="00BD61FD" w:rsidRDefault="00BD61FD" w:rsidP="00BD61FD">
            <w:pPr>
              <w:autoSpaceDE w:val="0"/>
              <w:autoSpaceDN w:val="0"/>
              <w:spacing w:before="98" w:after="0" w:line="230" w:lineRule="auto"/>
              <w:ind w:left="74"/>
              <w:rPr>
                <w:rFonts w:ascii="Cambria" w:eastAsia="MS Mincho" w:hAnsi="Cambria" w:cs="Times New Roman"/>
                <w:lang w:val="en-US"/>
              </w:rPr>
            </w:pPr>
            <w:r w:rsidRPr="00BD61FD">
              <w:rPr>
                <w:rFonts w:ascii="Times New Roman" w:eastAsia="Times New Roman" w:hAnsi="Times New Roman" w:cs="Times New Roman"/>
                <w:color w:val="000000"/>
                <w:sz w:val="24"/>
                <w:lang w:val="en-US"/>
              </w:rPr>
              <w:t>68</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751A5E39"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F9DB482" w14:textId="77777777" w:rsidR="00BD61FD" w:rsidRPr="00BD61FD" w:rsidRDefault="00BD61FD" w:rsidP="00BD61FD">
            <w:pPr>
              <w:autoSpaceDE w:val="0"/>
              <w:autoSpaceDN w:val="0"/>
              <w:spacing w:before="98" w:after="0" w:line="230" w:lineRule="auto"/>
              <w:ind w:left="72"/>
              <w:rPr>
                <w:rFonts w:ascii="Cambria" w:eastAsia="MS Mincho" w:hAnsi="Cambria" w:cs="Times New Roman"/>
                <w:lang w:val="en-US"/>
              </w:rPr>
            </w:pPr>
            <w:r w:rsidRPr="00BD61FD">
              <w:rPr>
                <w:rFonts w:ascii="Times New Roman" w:eastAsia="Times New Roman" w:hAnsi="Times New Roman" w:cs="Times New Roman"/>
                <w:color w:val="000000"/>
                <w:sz w:val="24"/>
                <w:lang w:val="en-US"/>
              </w:rPr>
              <w:t>7</w:t>
            </w:r>
          </w:p>
        </w:tc>
        <w:tc>
          <w:tcPr>
            <w:tcW w:w="299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022A62F" w14:textId="77777777" w:rsidR="00BD61FD" w:rsidRPr="00BD61FD" w:rsidRDefault="00BD61FD" w:rsidP="00BD61FD">
            <w:pPr>
              <w:rPr>
                <w:rFonts w:ascii="Cambria" w:eastAsia="MS Mincho" w:hAnsi="Cambria" w:cs="Times New Roman"/>
                <w:lang w:val="en-US"/>
              </w:rPr>
            </w:pPr>
          </w:p>
        </w:tc>
      </w:tr>
    </w:tbl>
    <w:p w14:paraId="3C905E82" w14:textId="77777777" w:rsidR="00986AE1" w:rsidRDefault="00986AE1" w:rsidP="00257A5C">
      <w:pPr>
        <w:tabs>
          <w:tab w:val="left" w:pos="-284"/>
          <w:tab w:val="left" w:pos="9498"/>
        </w:tabs>
        <w:ind w:left="-284"/>
        <w:jc w:val="both"/>
      </w:pPr>
    </w:p>
    <w:p w14:paraId="09866604" w14:textId="77777777" w:rsidR="00986AE1" w:rsidRDefault="00986AE1" w:rsidP="00257A5C">
      <w:pPr>
        <w:tabs>
          <w:tab w:val="left" w:pos="-284"/>
          <w:tab w:val="left" w:pos="9498"/>
        </w:tabs>
        <w:ind w:left="-284"/>
        <w:jc w:val="both"/>
      </w:pPr>
    </w:p>
    <w:p w14:paraId="04045131" w14:textId="77777777" w:rsidR="00986AE1" w:rsidRDefault="00986AE1" w:rsidP="00257A5C">
      <w:pPr>
        <w:tabs>
          <w:tab w:val="left" w:pos="-284"/>
          <w:tab w:val="left" w:pos="9498"/>
        </w:tabs>
        <w:ind w:left="-284"/>
        <w:jc w:val="both"/>
      </w:pPr>
    </w:p>
    <w:p w14:paraId="34AB7EF2" w14:textId="77777777" w:rsidR="00986AE1" w:rsidRDefault="00986AE1" w:rsidP="00257A5C">
      <w:pPr>
        <w:tabs>
          <w:tab w:val="left" w:pos="-284"/>
          <w:tab w:val="left" w:pos="9498"/>
        </w:tabs>
        <w:ind w:left="-284"/>
        <w:jc w:val="both"/>
      </w:pPr>
    </w:p>
    <w:p w14:paraId="3231E1F5" w14:textId="77777777" w:rsidR="00986AE1" w:rsidRDefault="00986AE1" w:rsidP="00257A5C">
      <w:pPr>
        <w:tabs>
          <w:tab w:val="left" w:pos="-284"/>
          <w:tab w:val="left" w:pos="9498"/>
        </w:tabs>
        <w:ind w:left="-284"/>
        <w:jc w:val="both"/>
      </w:pPr>
    </w:p>
    <w:p w14:paraId="3EB637E4" w14:textId="77777777" w:rsidR="00986AE1" w:rsidRDefault="00986AE1" w:rsidP="00257A5C">
      <w:pPr>
        <w:tabs>
          <w:tab w:val="left" w:pos="-284"/>
          <w:tab w:val="left" w:pos="9498"/>
        </w:tabs>
        <w:ind w:left="-284"/>
        <w:jc w:val="both"/>
        <w:sectPr w:rsidR="00986AE1" w:rsidSect="003074FB">
          <w:pgSz w:w="11906" w:h="16838"/>
          <w:pgMar w:top="720" w:right="720" w:bottom="720" w:left="720" w:header="709" w:footer="709" w:gutter="0"/>
          <w:cols w:space="708"/>
          <w:docGrid w:linePitch="360"/>
        </w:sectPr>
      </w:pPr>
    </w:p>
    <w:p w14:paraId="5ED13420" w14:textId="77777777" w:rsidR="009E416B" w:rsidRDefault="009E416B" w:rsidP="00257A5C">
      <w:pPr>
        <w:tabs>
          <w:tab w:val="left" w:pos="-284"/>
          <w:tab w:val="left" w:pos="9498"/>
        </w:tabs>
        <w:ind w:left="-284"/>
        <w:jc w:val="both"/>
      </w:pPr>
    </w:p>
    <w:p w14:paraId="43A0A8BC" w14:textId="77777777" w:rsidR="009E416B" w:rsidRDefault="009E416B" w:rsidP="009E416B">
      <w:pPr>
        <w:autoSpaceDE w:val="0"/>
        <w:autoSpaceDN w:val="0"/>
        <w:spacing w:after="0" w:line="230" w:lineRule="auto"/>
        <w:ind w:left="-851"/>
      </w:pPr>
      <w:r>
        <w:rPr>
          <w:rFonts w:ascii="Times New Roman" w:eastAsia="Times New Roman" w:hAnsi="Times New Roman"/>
          <w:b/>
          <w:color w:val="000000"/>
          <w:sz w:val="24"/>
        </w:rPr>
        <w:t xml:space="preserve">УЧЕБНО-МЕТОДИЧЕСКОЕ ОБЕСПЕЧЕНИЕ ОБРАЗОВАТЕЛЬНОГО ПРОЦЕССА </w:t>
      </w:r>
    </w:p>
    <w:p w14:paraId="0575FA5C" w14:textId="77777777" w:rsidR="009E416B" w:rsidRDefault="009E416B" w:rsidP="009E416B">
      <w:pPr>
        <w:autoSpaceDE w:val="0"/>
        <w:autoSpaceDN w:val="0"/>
        <w:spacing w:before="346" w:after="0" w:line="230" w:lineRule="auto"/>
        <w:ind w:left="-851"/>
      </w:pPr>
      <w:r>
        <w:rPr>
          <w:rFonts w:ascii="Times New Roman" w:eastAsia="Times New Roman" w:hAnsi="Times New Roman"/>
          <w:b/>
          <w:color w:val="000000"/>
          <w:sz w:val="24"/>
        </w:rPr>
        <w:t>ОБЯЗАТЕЛЬНЫЕ УЧЕБНЫЕ МАТЕРИАЛЫ ДЛЯ УЧЕНИКА</w:t>
      </w:r>
    </w:p>
    <w:p w14:paraId="1A124888" w14:textId="77777777" w:rsidR="009E416B" w:rsidRPr="003B4F80" w:rsidRDefault="009E416B" w:rsidP="009E416B">
      <w:pPr>
        <w:autoSpaceDE w:val="0"/>
        <w:autoSpaceDN w:val="0"/>
        <w:spacing w:before="166" w:after="0" w:line="271" w:lineRule="auto"/>
        <w:ind w:left="-851" w:right="144"/>
      </w:pPr>
      <w:r w:rsidRPr="003B4F80">
        <w:rPr>
          <w:rFonts w:ascii="Times New Roman" w:eastAsia="Times New Roman" w:hAnsi="Times New Roman"/>
          <w:color w:val="000000"/>
          <w:sz w:val="24"/>
        </w:rPr>
        <w:t xml:space="preserve">Русский родной язык, 5 класс/Александрова О.М., Загоровская О.В., Богданов С.И., Вербицкая Л.А., Гостева Ю.Н., </w:t>
      </w:r>
      <w:proofErr w:type="spellStart"/>
      <w:r w:rsidRPr="003B4F80">
        <w:rPr>
          <w:rFonts w:ascii="Times New Roman" w:eastAsia="Times New Roman" w:hAnsi="Times New Roman"/>
          <w:color w:val="000000"/>
          <w:sz w:val="24"/>
        </w:rPr>
        <w:t>Добротина</w:t>
      </w:r>
      <w:proofErr w:type="spellEnd"/>
      <w:r w:rsidRPr="003B4F80">
        <w:rPr>
          <w:rFonts w:ascii="Times New Roman" w:eastAsia="Times New Roman" w:hAnsi="Times New Roman"/>
          <w:color w:val="000000"/>
          <w:sz w:val="24"/>
        </w:rPr>
        <w:t xml:space="preserve"> И.Н., </w:t>
      </w:r>
      <w:proofErr w:type="spellStart"/>
      <w:r w:rsidRPr="003B4F80">
        <w:rPr>
          <w:rFonts w:ascii="Times New Roman" w:eastAsia="Times New Roman" w:hAnsi="Times New Roman"/>
          <w:color w:val="000000"/>
          <w:sz w:val="24"/>
        </w:rPr>
        <w:t>Нарушевич</w:t>
      </w:r>
      <w:proofErr w:type="spellEnd"/>
      <w:r w:rsidRPr="003B4F80">
        <w:rPr>
          <w:rFonts w:ascii="Times New Roman" w:eastAsia="Times New Roman" w:hAnsi="Times New Roman"/>
          <w:color w:val="000000"/>
          <w:sz w:val="24"/>
        </w:rPr>
        <w:t xml:space="preserve"> А.Г., Казакова Е.И., Васильевых И.П.; АО «</w:t>
      </w:r>
      <w:proofErr w:type="spellStart"/>
      <w:proofErr w:type="gramStart"/>
      <w:r w:rsidRPr="003B4F80">
        <w:rPr>
          <w:rFonts w:ascii="Times New Roman" w:eastAsia="Times New Roman" w:hAnsi="Times New Roman"/>
          <w:color w:val="000000"/>
          <w:sz w:val="24"/>
        </w:rPr>
        <w:t>Издательство«</w:t>
      </w:r>
      <w:proofErr w:type="gramEnd"/>
      <w:r w:rsidRPr="003B4F80">
        <w:rPr>
          <w:rFonts w:ascii="Times New Roman" w:eastAsia="Times New Roman" w:hAnsi="Times New Roman"/>
          <w:color w:val="000000"/>
          <w:sz w:val="24"/>
        </w:rPr>
        <w:t>Просвещение</w:t>
      </w:r>
      <w:proofErr w:type="spellEnd"/>
      <w:r w:rsidRPr="003B4F80">
        <w:rPr>
          <w:rFonts w:ascii="Times New Roman" w:eastAsia="Times New Roman" w:hAnsi="Times New Roman"/>
          <w:color w:val="000000"/>
          <w:sz w:val="24"/>
        </w:rPr>
        <w:t>»;</w:t>
      </w:r>
    </w:p>
    <w:p w14:paraId="4A754A38" w14:textId="77777777" w:rsidR="009E416B" w:rsidRPr="003B4F80" w:rsidRDefault="009E416B" w:rsidP="009E416B">
      <w:pPr>
        <w:autoSpaceDE w:val="0"/>
        <w:autoSpaceDN w:val="0"/>
        <w:spacing w:before="262" w:after="0" w:line="230" w:lineRule="auto"/>
        <w:ind w:left="-851"/>
      </w:pPr>
      <w:r w:rsidRPr="003B4F80">
        <w:rPr>
          <w:rFonts w:ascii="Times New Roman" w:eastAsia="Times New Roman" w:hAnsi="Times New Roman"/>
          <w:b/>
          <w:color w:val="000000"/>
          <w:sz w:val="24"/>
        </w:rPr>
        <w:t>МЕТОДИЧЕСКИЕ МАТЕРИАЛЫ ДЛЯ УЧИТЕЛЯ</w:t>
      </w:r>
    </w:p>
    <w:p w14:paraId="10AD24C2" w14:textId="77777777" w:rsidR="009E416B" w:rsidRPr="003B4F80" w:rsidRDefault="009E416B" w:rsidP="009E416B">
      <w:pPr>
        <w:autoSpaceDE w:val="0"/>
        <w:autoSpaceDN w:val="0"/>
        <w:spacing w:before="166" w:after="0" w:line="262" w:lineRule="auto"/>
        <w:ind w:left="-851"/>
      </w:pPr>
      <w:r w:rsidRPr="003B4F80">
        <w:rPr>
          <w:rFonts w:ascii="Times New Roman" w:eastAsia="Times New Roman" w:hAnsi="Times New Roman"/>
          <w:color w:val="000000"/>
          <w:sz w:val="24"/>
        </w:rPr>
        <w:t xml:space="preserve">Русский родной язык. 5 класс. Методическое пособие / [О. М. Александрова, О.В. Загоровская, Ю. Н. Гостева и др.] </w:t>
      </w:r>
      <w:r>
        <w:rPr>
          <w:rFonts w:ascii="Times New Roman" w:eastAsia="Times New Roman" w:hAnsi="Times New Roman"/>
          <w:color w:val="000000"/>
          <w:sz w:val="24"/>
        </w:rPr>
        <w:t>URL</w:t>
      </w:r>
      <w:r w:rsidRPr="003B4F80">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3B4F80">
        <w:rPr>
          <w:rFonts w:ascii="Times New Roman" w:eastAsia="Times New Roman" w:hAnsi="Times New Roman"/>
          <w:color w:val="000000"/>
          <w:sz w:val="24"/>
        </w:rPr>
        <w:t>://</w:t>
      </w:r>
      <w:r>
        <w:rPr>
          <w:rFonts w:ascii="Times New Roman" w:eastAsia="Times New Roman" w:hAnsi="Times New Roman"/>
          <w:color w:val="000000"/>
          <w:sz w:val="24"/>
        </w:rPr>
        <w:t>uchlit</w:t>
      </w:r>
      <w:r w:rsidRPr="003B4F80">
        <w:rPr>
          <w:rFonts w:ascii="Times New Roman" w:eastAsia="Times New Roman" w:hAnsi="Times New Roman"/>
          <w:color w:val="000000"/>
          <w:sz w:val="24"/>
        </w:rPr>
        <w:t>.</w:t>
      </w:r>
      <w:r>
        <w:rPr>
          <w:rFonts w:ascii="Times New Roman" w:eastAsia="Times New Roman" w:hAnsi="Times New Roman"/>
          <w:color w:val="000000"/>
          <w:sz w:val="24"/>
        </w:rPr>
        <w:t>com</w:t>
      </w:r>
      <w:r w:rsidRPr="003B4F80">
        <w:rPr>
          <w:rFonts w:ascii="Times New Roman" w:eastAsia="Times New Roman" w:hAnsi="Times New Roman"/>
          <w:color w:val="000000"/>
          <w:sz w:val="24"/>
        </w:rPr>
        <w:t>.</w:t>
      </w:r>
    </w:p>
    <w:p w14:paraId="5D67D4DB" w14:textId="77777777" w:rsidR="009E416B" w:rsidRPr="003B4F80" w:rsidRDefault="009E416B" w:rsidP="009E416B">
      <w:pPr>
        <w:autoSpaceDE w:val="0"/>
        <w:autoSpaceDN w:val="0"/>
        <w:spacing w:before="264" w:after="0" w:line="230" w:lineRule="auto"/>
        <w:ind w:left="-851"/>
      </w:pPr>
      <w:r w:rsidRPr="003B4F80">
        <w:rPr>
          <w:rFonts w:ascii="Times New Roman" w:eastAsia="Times New Roman" w:hAnsi="Times New Roman"/>
          <w:b/>
          <w:color w:val="000000"/>
          <w:sz w:val="24"/>
        </w:rPr>
        <w:t>ЦИФРОВЫЕ ОБРАЗОВАТЕЛЬНЫЕ РЕСУРСЫ И РЕСУРСЫ СЕТИ ИНТЕРНЕТ</w:t>
      </w:r>
    </w:p>
    <w:p w14:paraId="735DC01B" w14:textId="77777777" w:rsidR="009E416B" w:rsidRPr="003B4F80" w:rsidRDefault="009E416B" w:rsidP="009E416B">
      <w:pPr>
        <w:autoSpaceDE w:val="0"/>
        <w:autoSpaceDN w:val="0"/>
        <w:spacing w:before="168" w:after="0" w:line="230" w:lineRule="auto"/>
        <w:ind w:left="-851"/>
      </w:pPr>
      <w:r w:rsidRPr="003B4F80">
        <w:rPr>
          <w:rFonts w:ascii="Times New Roman" w:eastAsia="Times New Roman" w:hAnsi="Times New Roman"/>
          <w:color w:val="000000"/>
          <w:sz w:val="24"/>
        </w:rPr>
        <w:t>русское-</w:t>
      </w:r>
      <w:proofErr w:type="spellStart"/>
      <w:proofErr w:type="gramStart"/>
      <w:r w:rsidRPr="003B4F80">
        <w:rPr>
          <w:rFonts w:ascii="Times New Roman" w:eastAsia="Times New Roman" w:hAnsi="Times New Roman"/>
          <w:color w:val="000000"/>
          <w:sz w:val="24"/>
        </w:rPr>
        <w:t>слово.рф</w:t>
      </w:r>
      <w:proofErr w:type="spellEnd"/>
      <w:proofErr w:type="gramEnd"/>
      <w:r w:rsidRPr="003B4F80">
        <w:rPr>
          <w:rFonts w:ascii="Times New Roman" w:eastAsia="Times New Roman" w:hAnsi="Times New Roman"/>
          <w:color w:val="000000"/>
          <w:sz w:val="24"/>
        </w:rPr>
        <w:t xml:space="preserve"> — сайт издательства «Русское слово».</w:t>
      </w:r>
    </w:p>
    <w:p w14:paraId="6E9FB0E2" w14:textId="77777777" w:rsidR="009E416B" w:rsidRPr="003B4F80" w:rsidRDefault="009E416B" w:rsidP="009E416B">
      <w:pPr>
        <w:autoSpaceDE w:val="0"/>
        <w:autoSpaceDN w:val="0"/>
        <w:spacing w:before="70" w:after="0" w:line="230" w:lineRule="auto"/>
        <w:ind w:left="-851"/>
      </w:pPr>
      <w:r>
        <w:rPr>
          <w:rFonts w:ascii="Times New Roman" w:eastAsia="Times New Roman" w:hAnsi="Times New Roman"/>
          <w:color w:val="000000"/>
          <w:sz w:val="24"/>
        </w:rPr>
        <w:t>gramota</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Справочно-информационный портал по русскому языку.</w:t>
      </w:r>
    </w:p>
    <w:p w14:paraId="7F51CFA6" w14:textId="77777777" w:rsidR="009E416B" w:rsidRPr="003B4F80" w:rsidRDefault="009E416B" w:rsidP="009E416B">
      <w:pPr>
        <w:autoSpaceDE w:val="0"/>
        <w:autoSpaceDN w:val="0"/>
        <w:spacing w:before="70" w:after="0" w:line="262" w:lineRule="auto"/>
        <w:ind w:left="-851" w:right="2016"/>
      </w:pPr>
      <w:r>
        <w:rPr>
          <w:rFonts w:ascii="Times New Roman" w:eastAsia="Times New Roman" w:hAnsi="Times New Roman"/>
          <w:color w:val="000000"/>
          <w:sz w:val="24"/>
        </w:rPr>
        <w:t>school</w:t>
      </w:r>
      <w:r w:rsidRPr="003B4F80">
        <w:rPr>
          <w:rFonts w:ascii="Times New Roman" w:eastAsia="Times New Roman" w:hAnsi="Times New Roman"/>
          <w:color w:val="000000"/>
          <w:sz w:val="24"/>
        </w:rPr>
        <w:t>-</w:t>
      </w:r>
      <w:r>
        <w:rPr>
          <w:rFonts w:ascii="Times New Roman" w:eastAsia="Times New Roman" w:hAnsi="Times New Roman"/>
          <w:color w:val="000000"/>
          <w:sz w:val="24"/>
        </w:rPr>
        <w:t>collection</w:t>
      </w:r>
      <w:r w:rsidRPr="003B4F80">
        <w:rPr>
          <w:rFonts w:ascii="Times New Roman" w:eastAsia="Times New Roman" w:hAnsi="Times New Roman"/>
          <w:color w:val="000000"/>
          <w:sz w:val="24"/>
        </w:rPr>
        <w:t>.</w:t>
      </w:r>
      <w:r>
        <w:rPr>
          <w:rFonts w:ascii="Times New Roman" w:eastAsia="Times New Roman" w:hAnsi="Times New Roman"/>
          <w:color w:val="000000"/>
          <w:sz w:val="24"/>
        </w:rPr>
        <w:t>edu</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Единая коллекция цифровых образовательных ресурсов. </w:t>
      </w:r>
      <w:r>
        <w:rPr>
          <w:rFonts w:ascii="Times New Roman" w:eastAsia="Times New Roman" w:hAnsi="Times New Roman"/>
          <w:color w:val="000000"/>
          <w:sz w:val="24"/>
        </w:rPr>
        <w:t>fcior</w:t>
      </w:r>
      <w:r w:rsidRPr="003B4F80">
        <w:rPr>
          <w:rFonts w:ascii="Times New Roman" w:eastAsia="Times New Roman" w:hAnsi="Times New Roman"/>
          <w:color w:val="000000"/>
          <w:sz w:val="24"/>
        </w:rPr>
        <w:t>.</w:t>
      </w:r>
      <w:r>
        <w:rPr>
          <w:rFonts w:ascii="Times New Roman" w:eastAsia="Times New Roman" w:hAnsi="Times New Roman"/>
          <w:color w:val="000000"/>
          <w:sz w:val="24"/>
        </w:rPr>
        <w:t>edu</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Федеральный центр электронных образовательных ресурсов.</w:t>
      </w:r>
    </w:p>
    <w:p w14:paraId="009815C2" w14:textId="77777777" w:rsidR="009E416B" w:rsidRPr="003B4F80" w:rsidRDefault="009E416B" w:rsidP="009E416B">
      <w:pPr>
        <w:autoSpaceDE w:val="0"/>
        <w:autoSpaceDN w:val="0"/>
        <w:spacing w:before="70" w:after="0" w:line="230" w:lineRule="auto"/>
        <w:ind w:left="-851"/>
      </w:pPr>
      <w:r>
        <w:rPr>
          <w:rFonts w:ascii="Times New Roman" w:eastAsia="Times New Roman" w:hAnsi="Times New Roman"/>
          <w:color w:val="000000"/>
          <w:sz w:val="24"/>
        </w:rPr>
        <w:t>ruscorpora</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Национальный корпус русского языка.</w:t>
      </w:r>
    </w:p>
    <w:p w14:paraId="65877017" w14:textId="77777777" w:rsidR="009E416B" w:rsidRPr="003B4F80" w:rsidRDefault="009E416B" w:rsidP="009E416B">
      <w:pPr>
        <w:autoSpaceDE w:val="0"/>
        <w:autoSpaceDN w:val="0"/>
        <w:spacing w:before="70" w:after="0" w:line="230" w:lineRule="auto"/>
        <w:ind w:left="-851"/>
      </w:pPr>
      <w:r>
        <w:rPr>
          <w:rFonts w:ascii="Times New Roman" w:eastAsia="Times New Roman" w:hAnsi="Times New Roman"/>
          <w:color w:val="000000"/>
          <w:sz w:val="24"/>
        </w:rPr>
        <w:t>feb</w:t>
      </w:r>
      <w:r w:rsidRPr="003B4F80">
        <w:rPr>
          <w:rFonts w:ascii="Times New Roman" w:eastAsia="Times New Roman" w:hAnsi="Times New Roman"/>
          <w:color w:val="000000"/>
          <w:sz w:val="24"/>
        </w:rPr>
        <w:t>-</w:t>
      </w:r>
      <w:r>
        <w:rPr>
          <w:rFonts w:ascii="Times New Roman" w:eastAsia="Times New Roman" w:hAnsi="Times New Roman"/>
          <w:color w:val="000000"/>
          <w:sz w:val="24"/>
        </w:rPr>
        <w:t>web</w:t>
      </w:r>
      <w:r w:rsidRPr="003B4F80">
        <w:rPr>
          <w:rFonts w:ascii="Times New Roman" w:eastAsia="Times New Roman" w:hAnsi="Times New Roman"/>
          <w:color w:val="000000"/>
          <w:sz w:val="24"/>
        </w:rPr>
        <w:t>.</w:t>
      </w:r>
      <w:r>
        <w:rPr>
          <w:rFonts w:ascii="Times New Roman" w:eastAsia="Times New Roman" w:hAnsi="Times New Roman"/>
          <w:color w:val="000000"/>
          <w:sz w:val="24"/>
        </w:rPr>
        <w:t>ru</w:t>
      </w:r>
      <w:r w:rsidRPr="003B4F80">
        <w:rPr>
          <w:rFonts w:ascii="Times New Roman" w:eastAsia="Times New Roman" w:hAnsi="Times New Roman"/>
          <w:color w:val="000000"/>
          <w:sz w:val="24"/>
        </w:rPr>
        <w:t xml:space="preserve"> — Фундаментальная электронная библиотека «Русская литература и фольклор»</w:t>
      </w:r>
    </w:p>
    <w:p w14:paraId="17E4208A" w14:textId="77777777" w:rsidR="009E416B" w:rsidRDefault="009E416B" w:rsidP="00257A5C">
      <w:pPr>
        <w:tabs>
          <w:tab w:val="left" w:pos="-284"/>
          <w:tab w:val="left" w:pos="9498"/>
        </w:tabs>
        <w:ind w:left="-284"/>
        <w:jc w:val="both"/>
      </w:pPr>
    </w:p>
    <w:p w14:paraId="25C10894" w14:textId="77777777" w:rsidR="009E416B" w:rsidRDefault="009E416B" w:rsidP="00257A5C">
      <w:pPr>
        <w:tabs>
          <w:tab w:val="left" w:pos="-284"/>
          <w:tab w:val="left" w:pos="9498"/>
        </w:tabs>
        <w:ind w:left="-284"/>
        <w:jc w:val="both"/>
      </w:pPr>
    </w:p>
    <w:p w14:paraId="04C1A039" w14:textId="77777777" w:rsidR="009E416B" w:rsidRDefault="009E416B" w:rsidP="009E416B">
      <w:pPr>
        <w:autoSpaceDE w:val="0"/>
        <w:autoSpaceDN w:val="0"/>
        <w:spacing w:after="0" w:line="408" w:lineRule="auto"/>
        <w:ind w:left="-851" w:right="-1"/>
        <w:rPr>
          <w:rFonts w:ascii="Times New Roman" w:eastAsia="Times New Roman" w:hAnsi="Times New Roman"/>
          <w:b/>
          <w:color w:val="000000"/>
          <w:sz w:val="24"/>
        </w:rPr>
      </w:pPr>
      <w:r w:rsidRPr="003B4F80">
        <w:rPr>
          <w:rFonts w:ascii="Times New Roman" w:eastAsia="Times New Roman" w:hAnsi="Times New Roman"/>
          <w:b/>
          <w:color w:val="000000"/>
          <w:sz w:val="24"/>
        </w:rPr>
        <w:t xml:space="preserve">МАТЕРИАЛЬНО-ТЕХНИЧЕСКОЕ ОБЕСПЕЧЕНИЕ ОБРАЗОВАТЕЛЬНОГО ПРОЦЕССА УЧЕБНОЕ ОБОРУДОВАНИЕ </w:t>
      </w:r>
    </w:p>
    <w:p w14:paraId="132C5DBC" w14:textId="77777777" w:rsidR="009E416B" w:rsidRDefault="009E416B" w:rsidP="009E416B">
      <w:pPr>
        <w:autoSpaceDE w:val="0"/>
        <w:autoSpaceDN w:val="0"/>
        <w:spacing w:after="0" w:line="408" w:lineRule="auto"/>
        <w:ind w:left="-851" w:right="-1"/>
        <w:rPr>
          <w:rFonts w:ascii="Times New Roman" w:eastAsia="Times New Roman" w:hAnsi="Times New Roman"/>
          <w:color w:val="000000"/>
          <w:sz w:val="24"/>
        </w:rPr>
      </w:pPr>
      <w:r>
        <w:rPr>
          <w:rFonts w:ascii="Times New Roman" w:eastAsia="Times New Roman" w:hAnsi="Times New Roman"/>
          <w:b/>
          <w:color w:val="000000"/>
          <w:sz w:val="24"/>
        </w:rPr>
        <w:t xml:space="preserve">- </w:t>
      </w:r>
      <w:r>
        <w:rPr>
          <w:rFonts w:ascii="Times New Roman" w:eastAsia="Times New Roman" w:hAnsi="Times New Roman"/>
          <w:color w:val="000000"/>
          <w:sz w:val="24"/>
        </w:rPr>
        <w:t>исторические справочники;</w:t>
      </w:r>
    </w:p>
    <w:p w14:paraId="2814C386" w14:textId="77777777" w:rsidR="009E416B" w:rsidRDefault="009E416B" w:rsidP="009E416B">
      <w:pPr>
        <w:autoSpaceDE w:val="0"/>
        <w:autoSpaceDN w:val="0"/>
        <w:spacing w:after="0" w:line="408" w:lineRule="auto"/>
        <w:ind w:left="-851" w:right="-1"/>
        <w:rPr>
          <w:rFonts w:ascii="Times New Roman" w:eastAsia="Times New Roman" w:hAnsi="Times New Roman"/>
          <w:b/>
          <w:color w:val="000000"/>
          <w:sz w:val="24"/>
        </w:rPr>
      </w:pPr>
      <w:r>
        <w:rPr>
          <w:rFonts w:ascii="Times New Roman" w:eastAsia="Times New Roman" w:hAnsi="Times New Roman"/>
          <w:b/>
          <w:color w:val="000000"/>
          <w:sz w:val="24"/>
        </w:rPr>
        <w:t>-</w:t>
      </w:r>
      <w:r>
        <w:t xml:space="preserve"> рабочие </w:t>
      </w:r>
      <w:proofErr w:type="spellStart"/>
      <w:r>
        <w:t>прорраммы</w:t>
      </w:r>
      <w:proofErr w:type="spellEnd"/>
      <w:r>
        <w:t>;</w:t>
      </w:r>
      <w:r w:rsidRPr="003B4F80">
        <w:br/>
      </w:r>
      <w:r w:rsidRPr="003B4F80">
        <w:rPr>
          <w:rFonts w:ascii="Times New Roman" w:eastAsia="Times New Roman" w:hAnsi="Times New Roman"/>
          <w:b/>
          <w:color w:val="000000"/>
          <w:sz w:val="24"/>
        </w:rPr>
        <w:t>ОБОРУДОВАНИЕ ДЛЯ ПРОВЕДЕНИЯ ПРАКТИЧЕСКИХ РАБОТ</w:t>
      </w:r>
    </w:p>
    <w:p w14:paraId="3F9DB76F" w14:textId="77777777" w:rsidR="00C85D97" w:rsidRPr="00C85D97" w:rsidRDefault="00C85D97" w:rsidP="009E416B">
      <w:pPr>
        <w:autoSpaceDE w:val="0"/>
        <w:autoSpaceDN w:val="0"/>
        <w:spacing w:after="0" w:line="408" w:lineRule="auto"/>
        <w:ind w:left="-851" w:right="-1"/>
        <w:rPr>
          <w:rFonts w:ascii="Times New Roman" w:eastAsia="Times New Roman" w:hAnsi="Times New Roman"/>
          <w:color w:val="000000"/>
          <w:sz w:val="24"/>
        </w:rPr>
      </w:pPr>
      <w:r w:rsidRPr="00C85D97">
        <w:rPr>
          <w:rFonts w:ascii="Times New Roman" w:eastAsia="Times New Roman" w:hAnsi="Times New Roman"/>
          <w:color w:val="000000"/>
          <w:sz w:val="24"/>
        </w:rPr>
        <w:t>- ноутбук;</w:t>
      </w:r>
    </w:p>
    <w:p w14:paraId="2092E94E" w14:textId="77777777" w:rsidR="00C85D97" w:rsidRPr="00C85D97" w:rsidRDefault="00C85D97" w:rsidP="009E416B">
      <w:pPr>
        <w:autoSpaceDE w:val="0"/>
        <w:autoSpaceDN w:val="0"/>
        <w:spacing w:after="0" w:line="408" w:lineRule="auto"/>
        <w:ind w:left="-851" w:right="-1"/>
      </w:pPr>
      <w:r w:rsidRPr="00C85D97">
        <w:rPr>
          <w:rFonts w:ascii="Times New Roman" w:eastAsia="Times New Roman" w:hAnsi="Times New Roman"/>
          <w:color w:val="000000"/>
          <w:sz w:val="24"/>
        </w:rPr>
        <w:t>- телевизор;</w:t>
      </w:r>
    </w:p>
    <w:p w14:paraId="3F0D0FDB" w14:textId="77777777" w:rsidR="009E416B" w:rsidRDefault="009E416B" w:rsidP="00257A5C">
      <w:pPr>
        <w:tabs>
          <w:tab w:val="left" w:pos="-284"/>
          <w:tab w:val="left" w:pos="9498"/>
        </w:tabs>
        <w:ind w:left="-284"/>
        <w:jc w:val="both"/>
      </w:pPr>
    </w:p>
    <w:sectPr w:rsidR="009E416B" w:rsidSect="00986AE1">
      <w:pgSz w:w="11906" w:h="16838"/>
      <w:pgMar w:top="425"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2770946">
    <w:abstractNumId w:val="8"/>
  </w:num>
  <w:num w:numId="2" w16cid:durableId="1382484151">
    <w:abstractNumId w:val="6"/>
  </w:num>
  <w:num w:numId="3" w16cid:durableId="281497043">
    <w:abstractNumId w:val="5"/>
  </w:num>
  <w:num w:numId="4" w16cid:durableId="1526479329">
    <w:abstractNumId w:val="4"/>
  </w:num>
  <w:num w:numId="5" w16cid:durableId="881525933">
    <w:abstractNumId w:val="7"/>
  </w:num>
  <w:num w:numId="6" w16cid:durableId="123668750">
    <w:abstractNumId w:val="3"/>
  </w:num>
  <w:num w:numId="7" w16cid:durableId="533420478">
    <w:abstractNumId w:val="2"/>
  </w:num>
  <w:num w:numId="8" w16cid:durableId="626201785">
    <w:abstractNumId w:val="1"/>
  </w:num>
  <w:num w:numId="9" w16cid:durableId="81429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A21"/>
    <w:rsid w:val="000D15D0"/>
    <w:rsid w:val="001962E6"/>
    <w:rsid w:val="001C2C6C"/>
    <w:rsid w:val="00257A5C"/>
    <w:rsid w:val="002B7253"/>
    <w:rsid w:val="003074FB"/>
    <w:rsid w:val="00334022"/>
    <w:rsid w:val="0037491E"/>
    <w:rsid w:val="00392B6A"/>
    <w:rsid w:val="003A0813"/>
    <w:rsid w:val="004162EA"/>
    <w:rsid w:val="005B59C2"/>
    <w:rsid w:val="00613C9D"/>
    <w:rsid w:val="00656636"/>
    <w:rsid w:val="006C3592"/>
    <w:rsid w:val="007F43F7"/>
    <w:rsid w:val="00875E3E"/>
    <w:rsid w:val="008A4278"/>
    <w:rsid w:val="008A5F14"/>
    <w:rsid w:val="00986AE1"/>
    <w:rsid w:val="009C1365"/>
    <w:rsid w:val="009C5407"/>
    <w:rsid w:val="009E416B"/>
    <w:rsid w:val="00BD61FD"/>
    <w:rsid w:val="00BF0F28"/>
    <w:rsid w:val="00C85D97"/>
    <w:rsid w:val="00ED2A21"/>
    <w:rsid w:val="00ED60EF"/>
    <w:rsid w:val="00EF18F3"/>
    <w:rsid w:val="00F94D6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E9E9"/>
  <w15:docId w15:val="{06E54605-B659-4A57-B10D-241F1E63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BD61FD"/>
    <w:pPr>
      <w:keepNext/>
      <w:keepLines/>
      <w:spacing w:before="480" w:after="0"/>
      <w:outlineLvl w:val="0"/>
    </w:pPr>
    <w:rPr>
      <w:rFonts w:ascii="Calibri" w:eastAsia="MS Gothic" w:hAnsi="Calibri" w:cs="Times New Roman"/>
      <w:b/>
      <w:bCs/>
      <w:color w:val="365F91"/>
      <w:sz w:val="28"/>
      <w:szCs w:val="28"/>
      <w:lang w:val="en-US"/>
    </w:rPr>
  </w:style>
  <w:style w:type="paragraph" w:styleId="21">
    <w:name w:val="heading 2"/>
    <w:basedOn w:val="a1"/>
    <w:next w:val="a1"/>
    <w:link w:val="22"/>
    <w:uiPriority w:val="9"/>
    <w:unhideWhenUsed/>
    <w:qFormat/>
    <w:rsid w:val="00986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986A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986AE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unhideWhenUsed/>
    <w:qFormat/>
    <w:rsid w:val="00986AE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986AE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986AE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986AE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unhideWhenUsed/>
    <w:qFormat/>
    <w:rsid w:val="00986AE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uiPriority w:val="9"/>
    <w:rsid w:val="00986AE1"/>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986AE1"/>
    <w:rPr>
      <w:rFonts w:asciiTheme="majorHAnsi" w:eastAsiaTheme="majorEastAsia" w:hAnsiTheme="majorHAnsi" w:cstheme="majorBidi"/>
      <w:b/>
      <w:bCs/>
      <w:color w:val="4F81BD" w:themeColor="accent1"/>
    </w:rPr>
  </w:style>
  <w:style w:type="character" w:customStyle="1" w:styleId="40">
    <w:name w:val="Заголовок 4 Знак"/>
    <w:basedOn w:val="a2"/>
    <w:link w:val="4"/>
    <w:uiPriority w:val="9"/>
    <w:rsid w:val="00986AE1"/>
    <w:rPr>
      <w:rFonts w:asciiTheme="majorHAnsi" w:eastAsiaTheme="majorEastAsia" w:hAnsiTheme="majorHAnsi" w:cstheme="majorBidi"/>
      <w:b/>
      <w:bCs/>
      <w:i/>
      <w:iCs/>
      <w:color w:val="4F81BD" w:themeColor="accent1"/>
    </w:rPr>
  </w:style>
  <w:style w:type="paragraph" w:styleId="a5">
    <w:name w:val="Title"/>
    <w:basedOn w:val="a1"/>
    <w:next w:val="a1"/>
    <w:link w:val="a6"/>
    <w:uiPriority w:val="10"/>
    <w:qFormat/>
    <w:rsid w:val="00986A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2"/>
    <w:link w:val="a5"/>
    <w:uiPriority w:val="10"/>
    <w:rsid w:val="00986AE1"/>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1"/>
    <w:next w:val="a1"/>
    <w:link w:val="a8"/>
    <w:uiPriority w:val="11"/>
    <w:qFormat/>
    <w:rsid w:val="00986A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986AE1"/>
    <w:rPr>
      <w:rFonts w:asciiTheme="majorHAnsi" w:eastAsiaTheme="majorEastAsia" w:hAnsiTheme="majorHAnsi" w:cstheme="majorBidi"/>
      <w:i/>
      <w:iCs/>
      <w:color w:val="4F81BD" w:themeColor="accent1"/>
      <w:spacing w:val="15"/>
      <w:sz w:val="24"/>
      <w:szCs w:val="24"/>
    </w:rPr>
  </w:style>
  <w:style w:type="character" w:styleId="a9">
    <w:name w:val="Subtle Emphasis"/>
    <w:basedOn w:val="a2"/>
    <w:uiPriority w:val="19"/>
    <w:qFormat/>
    <w:rsid w:val="00986AE1"/>
    <w:rPr>
      <w:i/>
      <w:iCs/>
      <w:color w:val="808080" w:themeColor="text1" w:themeTint="7F"/>
    </w:rPr>
  </w:style>
  <w:style w:type="character" w:styleId="aa">
    <w:name w:val="Emphasis"/>
    <w:basedOn w:val="a2"/>
    <w:uiPriority w:val="20"/>
    <w:qFormat/>
    <w:rsid w:val="00986AE1"/>
    <w:rPr>
      <w:i/>
      <w:iCs/>
    </w:rPr>
  </w:style>
  <w:style w:type="character" w:styleId="ab">
    <w:name w:val="Intense Emphasis"/>
    <w:basedOn w:val="a2"/>
    <w:uiPriority w:val="21"/>
    <w:qFormat/>
    <w:rsid w:val="00986AE1"/>
    <w:rPr>
      <w:b/>
      <w:bCs/>
      <w:i/>
      <w:iCs/>
      <w:color w:val="4F81BD" w:themeColor="accent1"/>
    </w:rPr>
  </w:style>
  <w:style w:type="character" w:styleId="ac">
    <w:name w:val="Strong"/>
    <w:basedOn w:val="a2"/>
    <w:uiPriority w:val="22"/>
    <w:qFormat/>
    <w:rsid w:val="00986AE1"/>
    <w:rPr>
      <w:b/>
      <w:bCs/>
    </w:rPr>
  </w:style>
  <w:style w:type="paragraph" w:styleId="23">
    <w:name w:val="Quote"/>
    <w:basedOn w:val="a1"/>
    <w:next w:val="a1"/>
    <w:link w:val="24"/>
    <w:uiPriority w:val="29"/>
    <w:qFormat/>
    <w:rsid w:val="00986AE1"/>
    <w:rPr>
      <w:i/>
      <w:iCs/>
      <w:color w:val="000000" w:themeColor="text1"/>
    </w:rPr>
  </w:style>
  <w:style w:type="character" w:customStyle="1" w:styleId="24">
    <w:name w:val="Цитата 2 Знак"/>
    <w:basedOn w:val="a2"/>
    <w:link w:val="23"/>
    <w:uiPriority w:val="29"/>
    <w:rsid w:val="00986AE1"/>
    <w:rPr>
      <w:i/>
      <w:iCs/>
      <w:color w:val="000000" w:themeColor="text1"/>
    </w:rPr>
  </w:style>
  <w:style w:type="paragraph" w:styleId="ad">
    <w:name w:val="Intense Quote"/>
    <w:basedOn w:val="a1"/>
    <w:next w:val="a1"/>
    <w:link w:val="ae"/>
    <w:uiPriority w:val="30"/>
    <w:qFormat/>
    <w:rsid w:val="00986AE1"/>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2"/>
    <w:link w:val="ad"/>
    <w:uiPriority w:val="30"/>
    <w:rsid w:val="00986AE1"/>
    <w:rPr>
      <w:b/>
      <w:bCs/>
      <w:i/>
      <w:iCs/>
      <w:color w:val="4F81BD" w:themeColor="accent1"/>
    </w:rPr>
  </w:style>
  <w:style w:type="character" w:styleId="af">
    <w:name w:val="Subtle Reference"/>
    <w:basedOn w:val="a2"/>
    <w:uiPriority w:val="31"/>
    <w:qFormat/>
    <w:rsid w:val="00986AE1"/>
    <w:rPr>
      <w:smallCaps/>
      <w:color w:val="C0504D" w:themeColor="accent2"/>
      <w:u w:val="single"/>
    </w:rPr>
  </w:style>
  <w:style w:type="character" w:styleId="af0">
    <w:name w:val="Intense Reference"/>
    <w:basedOn w:val="a2"/>
    <w:uiPriority w:val="32"/>
    <w:qFormat/>
    <w:rsid w:val="00986AE1"/>
    <w:rPr>
      <w:b/>
      <w:bCs/>
      <w:smallCaps/>
      <w:color w:val="C0504D" w:themeColor="accent2"/>
      <w:spacing w:val="5"/>
      <w:u w:val="single"/>
    </w:rPr>
  </w:style>
  <w:style w:type="character" w:styleId="af1">
    <w:name w:val="Book Title"/>
    <w:basedOn w:val="a2"/>
    <w:uiPriority w:val="33"/>
    <w:qFormat/>
    <w:rsid w:val="00986AE1"/>
    <w:rPr>
      <w:b/>
      <w:bCs/>
      <w:smallCaps/>
      <w:spacing w:val="5"/>
    </w:rPr>
  </w:style>
  <w:style w:type="character" w:customStyle="1" w:styleId="50">
    <w:name w:val="Заголовок 5 Знак"/>
    <w:basedOn w:val="a2"/>
    <w:link w:val="5"/>
    <w:uiPriority w:val="9"/>
    <w:rsid w:val="00986AE1"/>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rsid w:val="00986AE1"/>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rsid w:val="00986AE1"/>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rsid w:val="00986AE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rsid w:val="00986AE1"/>
    <w:rPr>
      <w:rFonts w:asciiTheme="majorHAnsi" w:eastAsiaTheme="majorEastAsia" w:hAnsiTheme="majorHAnsi" w:cstheme="majorBidi"/>
      <w:i/>
      <w:iCs/>
      <w:color w:val="404040" w:themeColor="text1" w:themeTint="BF"/>
      <w:sz w:val="20"/>
      <w:szCs w:val="20"/>
    </w:rPr>
  </w:style>
  <w:style w:type="paragraph" w:styleId="af2">
    <w:name w:val="List Paragraph"/>
    <w:basedOn w:val="a1"/>
    <w:uiPriority w:val="34"/>
    <w:qFormat/>
    <w:rsid w:val="00986AE1"/>
    <w:pPr>
      <w:ind w:left="720"/>
      <w:contextualSpacing/>
    </w:pPr>
  </w:style>
  <w:style w:type="character" w:customStyle="1" w:styleId="10">
    <w:name w:val="Заголовок 1 Знак"/>
    <w:basedOn w:val="a2"/>
    <w:link w:val="1"/>
    <w:uiPriority w:val="9"/>
    <w:rsid w:val="00BD61FD"/>
    <w:rPr>
      <w:rFonts w:ascii="Calibri" w:eastAsia="MS Gothic" w:hAnsi="Calibri" w:cs="Times New Roman"/>
      <w:b/>
      <w:bCs/>
      <w:color w:val="365F91"/>
      <w:sz w:val="28"/>
      <w:szCs w:val="28"/>
      <w:lang w:val="en-US"/>
    </w:rPr>
  </w:style>
  <w:style w:type="numbering" w:customStyle="1" w:styleId="11">
    <w:name w:val="Нет списка1"/>
    <w:next w:val="a4"/>
    <w:uiPriority w:val="99"/>
    <w:semiHidden/>
    <w:unhideWhenUsed/>
    <w:rsid w:val="00BD61FD"/>
  </w:style>
  <w:style w:type="paragraph" w:styleId="af3">
    <w:name w:val="header"/>
    <w:basedOn w:val="a1"/>
    <w:link w:val="af4"/>
    <w:uiPriority w:val="99"/>
    <w:unhideWhenUsed/>
    <w:rsid w:val="00BD61FD"/>
    <w:pPr>
      <w:tabs>
        <w:tab w:val="center" w:pos="4680"/>
        <w:tab w:val="right" w:pos="9360"/>
      </w:tabs>
      <w:spacing w:after="0" w:line="240" w:lineRule="auto"/>
    </w:pPr>
    <w:rPr>
      <w:rFonts w:ascii="Cambria" w:eastAsia="MS Mincho" w:hAnsi="Cambria" w:cs="Times New Roman"/>
      <w:lang w:val="en-US"/>
    </w:rPr>
  </w:style>
  <w:style w:type="character" w:customStyle="1" w:styleId="af4">
    <w:name w:val="Верхний колонтитул Знак"/>
    <w:basedOn w:val="a2"/>
    <w:link w:val="af3"/>
    <w:uiPriority w:val="99"/>
    <w:rsid w:val="00BD61FD"/>
    <w:rPr>
      <w:rFonts w:ascii="Cambria" w:eastAsia="MS Mincho" w:hAnsi="Cambria" w:cs="Times New Roman"/>
      <w:lang w:val="en-US"/>
    </w:rPr>
  </w:style>
  <w:style w:type="paragraph" w:styleId="af5">
    <w:name w:val="footer"/>
    <w:basedOn w:val="a1"/>
    <w:link w:val="af6"/>
    <w:uiPriority w:val="99"/>
    <w:unhideWhenUsed/>
    <w:rsid w:val="00BD61FD"/>
    <w:pPr>
      <w:tabs>
        <w:tab w:val="center" w:pos="4680"/>
        <w:tab w:val="right" w:pos="9360"/>
      </w:tabs>
      <w:spacing w:after="0" w:line="240" w:lineRule="auto"/>
    </w:pPr>
    <w:rPr>
      <w:rFonts w:ascii="Cambria" w:eastAsia="MS Mincho" w:hAnsi="Cambria" w:cs="Times New Roman"/>
      <w:lang w:val="en-US"/>
    </w:rPr>
  </w:style>
  <w:style w:type="character" w:customStyle="1" w:styleId="af6">
    <w:name w:val="Нижний колонтитул Знак"/>
    <w:basedOn w:val="a2"/>
    <w:link w:val="af5"/>
    <w:uiPriority w:val="99"/>
    <w:rsid w:val="00BD61FD"/>
    <w:rPr>
      <w:rFonts w:ascii="Cambria" w:eastAsia="MS Mincho" w:hAnsi="Cambria" w:cs="Times New Roman"/>
      <w:lang w:val="en-US"/>
    </w:rPr>
  </w:style>
  <w:style w:type="paragraph" w:styleId="af7">
    <w:name w:val="No Spacing"/>
    <w:uiPriority w:val="1"/>
    <w:qFormat/>
    <w:rsid w:val="00BD61FD"/>
    <w:pPr>
      <w:spacing w:after="0" w:line="240" w:lineRule="auto"/>
    </w:pPr>
    <w:rPr>
      <w:rFonts w:ascii="Cambria" w:eastAsia="MS Mincho" w:hAnsi="Cambria" w:cs="Times New Roman"/>
      <w:lang w:val="en-US"/>
    </w:rPr>
  </w:style>
  <w:style w:type="paragraph" w:styleId="af8">
    <w:basedOn w:val="a1"/>
    <w:next w:val="a1"/>
    <w:uiPriority w:val="10"/>
    <w:qFormat/>
    <w:rsid w:val="00BD61FD"/>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f9">
    <w:name w:val="Название Знак"/>
    <w:uiPriority w:val="10"/>
    <w:rsid w:val="00BD61FD"/>
    <w:rPr>
      <w:rFonts w:ascii="Calibri" w:eastAsia="MS Gothic" w:hAnsi="Calibri" w:cs="Times New Roman"/>
      <w:color w:val="17365D"/>
      <w:spacing w:val="5"/>
      <w:kern w:val="28"/>
      <w:sz w:val="52"/>
      <w:szCs w:val="52"/>
    </w:rPr>
  </w:style>
  <w:style w:type="paragraph" w:styleId="afa">
    <w:name w:val="Body Text"/>
    <w:basedOn w:val="a1"/>
    <w:link w:val="afb"/>
    <w:uiPriority w:val="99"/>
    <w:unhideWhenUsed/>
    <w:rsid w:val="00BD61FD"/>
    <w:pPr>
      <w:spacing w:after="120"/>
    </w:pPr>
    <w:rPr>
      <w:rFonts w:ascii="Cambria" w:eastAsia="MS Mincho" w:hAnsi="Cambria" w:cs="Times New Roman"/>
      <w:lang w:val="en-US"/>
    </w:rPr>
  </w:style>
  <w:style w:type="character" w:customStyle="1" w:styleId="afb">
    <w:name w:val="Основной текст Знак"/>
    <w:basedOn w:val="a2"/>
    <w:link w:val="afa"/>
    <w:uiPriority w:val="99"/>
    <w:rsid w:val="00BD61FD"/>
    <w:rPr>
      <w:rFonts w:ascii="Cambria" w:eastAsia="MS Mincho" w:hAnsi="Cambria" w:cs="Times New Roman"/>
      <w:lang w:val="en-US"/>
    </w:rPr>
  </w:style>
  <w:style w:type="paragraph" w:styleId="25">
    <w:name w:val="Body Text 2"/>
    <w:basedOn w:val="a1"/>
    <w:link w:val="26"/>
    <w:uiPriority w:val="99"/>
    <w:unhideWhenUsed/>
    <w:rsid w:val="00BD61FD"/>
    <w:pPr>
      <w:spacing w:after="120" w:line="480" w:lineRule="auto"/>
    </w:pPr>
    <w:rPr>
      <w:rFonts w:ascii="Cambria" w:eastAsia="MS Mincho" w:hAnsi="Cambria" w:cs="Times New Roman"/>
      <w:lang w:val="en-US"/>
    </w:rPr>
  </w:style>
  <w:style w:type="character" w:customStyle="1" w:styleId="26">
    <w:name w:val="Основной текст 2 Знак"/>
    <w:basedOn w:val="a2"/>
    <w:link w:val="25"/>
    <w:uiPriority w:val="99"/>
    <w:rsid w:val="00BD61FD"/>
    <w:rPr>
      <w:rFonts w:ascii="Cambria" w:eastAsia="MS Mincho" w:hAnsi="Cambria" w:cs="Times New Roman"/>
      <w:lang w:val="en-US"/>
    </w:rPr>
  </w:style>
  <w:style w:type="paragraph" w:styleId="33">
    <w:name w:val="Body Text 3"/>
    <w:basedOn w:val="a1"/>
    <w:link w:val="34"/>
    <w:uiPriority w:val="99"/>
    <w:unhideWhenUsed/>
    <w:rsid w:val="00BD61FD"/>
    <w:pPr>
      <w:spacing w:after="120"/>
    </w:pPr>
    <w:rPr>
      <w:rFonts w:ascii="Cambria" w:eastAsia="MS Mincho" w:hAnsi="Cambria" w:cs="Times New Roman"/>
      <w:sz w:val="16"/>
      <w:szCs w:val="16"/>
      <w:lang w:val="en-US"/>
    </w:rPr>
  </w:style>
  <w:style w:type="character" w:customStyle="1" w:styleId="34">
    <w:name w:val="Основной текст 3 Знак"/>
    <w:basedOn w:val="a2"/>
    <w:link w:val="33"/>
    <w:uiPriority w:val="99"/>
    <w:rsid w:val="00BD61FD"/>
    <w:rPr>
      <w:rFonts w:ascii="Cambria" w:eastAsia="MS Mincho" w:hAnsi="Cambria" w:cs="Times New Roman"/>
      <w:sz w:val="16"/>
      <w:szCs w:val="16"/>
      <w:lang w:val="en-US"/>
    </w:rPr>
  </w:style>
  <w:style w:type="paragraph" w:styleId="afc">
    <w:name w:val="List"/>
    <w:basedOn w:val="a1"/>
    <w:uiPriority w:val="99"/>
    <w:unhideWhenUsed/>
    <w:rsid w:val="00BD61FD"/>
    <w:pPr>
      <w:ind w:left="360" w:hanging="360"/>
      <w:contextualSpacing/>
    </w:pPr>
    <w:rPr>
      <w:rFonts w:ascii="Cambria" w:eastAsia="MS Mincho" w:hAnsi="Cambria" w:cs="Times New Roman"/>
      <w:lang w:val="en-US"/>
    </w:rPr>
  </w:style>
  <w:style w:type="paragraph" w:styleId="27">
    <w:name w:val="List 2"/>
    <w:basedOn w:val="a1"/>
    <w:uiPriority w:val="99"/>
    <w:unhideWhenUsed/>
    <w:rsid w:val="00BD61FD"/>
    <w:pPr>
      <w:ind w:left="720" w:hanging="360"/>
      <w:contextualSpacing/>
    </w:pPr>
    <w:rPr>
      <w:rFonts w:ascii="Cambria" w:eastAsia="MS Mincho" w:hAnsi="Cambria" w:cs="Times New Roman"/>
      <w:lang w:val="en-US"/>
    </w:rPr>
  </w:style>
  <w:style w:type="paragraph" w:styleId="35">
    <w:name w:val="List 3"/>
    <w:basedOn w:val="a1"/>
    <w:uiPriority w:val="99"/>
    <w:unhideWhenUsed/>
    <w:rsid w:val="00BD61FD"/>
    <w:pPr>
      <w:ind w:left="1080" w:hanging="360"/>
      <w:contextualSpacing/>
    </w:pPr>
    <w:rPr>
      <w:rFonts w:ascii="Cambria" w:eastAsia="MS Mincho" w:hAnsi="Cambria" w:cs="Times New Roman"/>
      <w:lang w:val="en-US"/>
    </w:rPr>
  </w:style>
  <w:style w:type="paragraph" w:styleId="a0">
    <w:name w:val="List Bullet"/>
    <w:basedOn w:val="a1"/>
    <w:uiPriority w:val="99"/>
    <w:unhideWhenUsed/>
    <w:rsid w:val="00BD61FD"/>
    <w:pPr>
      <w:numPr>
        <w:numId w:val="1"/>
      </w:numPr>
      <w:contextualSpacing/>
    </w:pPr>
    <w:rPr>
      <w:rFonts w:ascii="Cambria" w:eastAsia="MS Mincho" w:hAnsi="Cambria" w:cs="Times New Roman"/>
      <w:lang w:val="en-US"/>
    </w:rPr>
  </w:style>
  <w:style w:type="paragraph" w:styleId="20">
    <w:name w:val="List Bullet 2"/>
    <w:basedOn w:val="a1"/>
    <w:uiPriority w:val="99"/>
    <w:unhideWhenUsed/>
    <w:rsid w:val="00BD61FD"/>
    <w:pPr>
      <w:numPr>
        <w:numId w:val="2"/>
      </w:numPr>
      <w:contextualSpacing/>
    </w:pPr>
    <w:rPr>
      <w:rFonts w:ascii="Cambria" w:eastAsia="MS Mincho" w:hAnsi="Cambria" w:cs="Times New Roman"/>
      <w:lang w:val="en-US"/>
    </w:rPr>
  </w:style>
  <w:style w:type="paragraph" w:styleId="30">
    <w:name w:val="List Bullet 3"/>
    <w:basedOn w:val="a1"/>
    <w:uiPriority w:val="99"/>
    <w:unhideWhenUsed/>
    <w:rsid w:val="00BD61FD"/>
    <w:pPr>
      <w:numPr>
        <w:numId w:val="3"/>
      </w:numPr>
      <w:contextualSpacing/>
    </w:pPr>
    <w:rPr>
      <w:rFonts w:ascii="Cambria" w:eastAsia="MS Mincho" w:hAnsi="Cambria" w:cs="Times New Roman"/>
      <w:lang w:val="en-US"/>
    </w:rPr>
  </w:style>
  <w:style w:type="paragraph" w:styleId="a">
    <w:name w:val="List Number"/>
    <w:basedOn w:val="a1"/>
    <w:uiPriority w:val="99"/>
    <w:unhideWhenUsed/>
    <w:rsid w:val="00BD61FD"/>
    <w:pPr>
      <w:numPr>
        <w:numId w:val="5"/>
      </w:numPr>
      <w:contextualSpacing/>
    </w:pPr>
    <w:rPr>
      <w:rFonts w:ascii="Cambria" w:eastAsia="MS Mincho" w:hAnsi="Cambria" w:cs="Times New Roman"/>
      <w:lang w:val="en-US"/>
    </w:rPr>
  </w:style>
  <w:style w:type="paragraph" w:styleId="2">
    <w:name w:val="List Number 2"/>
    <w:basedOn w:val="a1"/>
    <w:uiPriority w:val="99"/>
    <w:unhideWhenUsed/>
    <w:rsid w:val="00BD61FD"/>
    <w:pPr>
      <w:numPr>
        <w:numId w:val="6"/>
      </w:numPr>
      <w:contextualSpacing/>
    </w:pPr>
    <w:rPr>
      <w:rFonts w:ascii="Cambria" w:eastAsia="MS Mincho" w:hAnsi="Cambria" w:cs="Times New Roman"/>
      <w:lang w:val="en-US"/>
    </w:rPr>
  </w:style>
  <w:style w:type="paragraph" w:styleId="3">
    <w:name w:val="List Number 3"/>
    <w:basedOn w:val="a1"/>
    <w:uiPriority w:val="99"/>
    <w:unhideWhenUsed/>
    <w:rsid w:val="00BD61FD"/>
    <w:pPr>
      <w:numPr>
        <w:numId w:val="7"/>
      </w:numPr>
      <w:contextualSpacing/>
    </w:pPr>
    <w:rPr>
      <w:rFonts w:ascii="Cambria" w:eastAsia="MS Mincho" w:hAnsi="Cambria" w:cs="Times New Roman"/>
      <w:lang w:val="en-US"/>
    </w:rPr>
  </w:style>
  <w:style w:type="paragraph" w:styleId="afd">
    <w:name w:val="List Continue"/>
    <w:basedOn w:val="a1"/>
    <w:uiPriority w:val="99"/>
    <w:unhideWhenUsed/>
    <w:rsid w:val="00BD61FD"/>
    <w:pPr>
      <w:spacing w:after="120"/>
      <w:ind w:left="360"/>
      <w:contextualSpacing/>
    </w:pPr>
    <w:rPr>
      <w:rFonts w:ascii="Cambria" w:eastAsia="MS Mincho" w:hAnsi="Cambria" w:cs="Times New Roman"/>
      <w:lang w:val="en-US"/>
    </w:rPr>
  </w:style>
  <w:style w:type="paragraph" w:styleId="28">
    <w:name w:val="List Continue 2"/>
    <w:basedOn w:val="a1"/>
    <w:uiPriority w:val="99"/>
    <w:unhideWhenUsed/>
    <w:rsid w:val="00BD61FD"/>
    <w:pPr>
      <w:spacing w:after="120"/>
      <w:ind w:left="720"/>
      <w:contextualSpacing/>
    </w:pPr>
    <w:rPr>
      <w:rFonts w:ascii="Cambria" w:eastAsia="MS Mincho" w:hAnsi="Cambria" w:cs="Times New Roman"/>
      <w:lang w:val="en-US"/>
    </w:rPr>
  </w:style>
  <w:style w:type="paragraph" w:styleId="36">
    <w:name w:val="List Continue 3"/>
    <w:basedOn w:val="a1"/>
    <w:uiPriority w:val="99"/>
    <w:unhideWhenUsed/>
    <w:rsid w:val="00BD61FD"/>
    <w:pPr>
      <w:spacing w:after="120"/>
      <w:ind w:left="1080"/>
      <w:contextualSpacing/>
    </w:pPr>
    <w:rPr>
      <w:rFonts w:ascii="Cambria" w:eastAsia="MS Mincho" w:hAnsi="Cambria" w:cs="Times New Roman"/>
      <w:lang w:val="en-US"/>
    </w:rPr>
  </w:style>
  <w:style w:type="paragraph" w:styleId="afe">
    <w:name w:val="macro"/>
    <w:link w:val="aff"/>
    <w:uiPriority w:val="99"/>
    <w:unhideWhenUsed/>
    <w:rsid w:val="00BD61FD"/>
    <w:pPr>
      <w:tabs>
        <w:tab w:val="left" w:pos="576"/>
        <w:tab w:val="left" w:pos="1152"/>
        <w:tab w:val="left" w:pos="1728"/>
        <w:tab w:val="left" w:pos="2304"/>
        <w:tab w:val="left" w:pos="2880"/>
        <w:tab w:val="left" w:pos="3456"/>
        <w:tab w:val="left" w:pos="4032"/>
      </w:tabs>
    </w:pPr>
    <w:rPr>
      <w:rFonts w:ascii="Courier" w:eastAsia="MS Mincho" w:hAnsi="Courier" w:cs="Times New Roman"/>
      <w:sz w:val="20"/>
      <w:szCs w:val="20"/>
      <w:lang w:val="en-US"/>
    </w:rPr>
  </w:style>
  <w:style w:type="character" w:customStyle="1" w:styleId="aff">
    <w:name w:val="Текст макроса Знак"/>
    <w:basedOn w:val="a2"/>
    <w:link w:val="afe"/>
    <w:uiPriority w:val="99"/>
    <w:rsid w:val="00BD61FD"/>
    <w:rPr>
      <w:rFonts w:ascii="Courier" w:eastAsia="MS Mincho" w:hAnsi="Courier" w:cs="Times New Roman"/>
      <w:sz w:val="20"/>
      <w:szCs w:val="20"/>
      <w:lang w:val="en-US"/>
    </w:rPr>
  </w:style>
  <w:style w:type="paragraph" w:styleId="aff0">
    <w:name w:val="caption"/>
    <w:basedOn w:val="a1"/>
    <w:next w:val="a1"/>
    <w:uiPriority w:val="35"/>
    <w:semiHidden/>
    <w:unhideWhenUsed/>
    <w:qFormat/>
    <w:rsid w:val="00BD61FD"/>
    <w:pPr>
      <w:spacing w:line="240" w:lineRule="auto"/>
    </w:pPr>
    <w:rPr>
      <w:rFonts w:ascii="Cambria" w:eastAsia="MS Mincho" w:hAnsi="Cambria" w:cs="Times New Roman"/>
      <w:b/>
      <w:bCs/>
      <w:color w:val="4F81BD"/>
      <w:sz w:val="18"/>
      <w:szCs w:val="18"/>
      <w:lang w:val="en-US"/>
    </w:rPr>
  </w:style>
  <w:style w:type="paragraph" w:styleId="aff1">
    <w:name w:val="TOC Heading"/>
    <w:basedOn w:val="1"/>
    <w:next w:val="a1"/>
    <w:uiPriority w:val="39"/>
    <w:semiHidden/>
    <w:unhideWhenUsed/>
    <w:qFormat/>
    <w:rsid w:val="00BD61FD"/>
    <w:pPr>
      <w:outlineLvl w:val="9"/>
    </w:pPr>
  </w:style>
  <w:style w:type="table" w:styleId="aff2">
    <w:name w:val="Table Grid"/>
    <w:basedOn w:val="a3"/>
    <w:uiPriority w:val="59"/>
    <w:rsid w:val="00BD61FD"/>
    <w:pPr>
      <w:spacing w:after="0" w:line="240" w:lineRule="auto"/>
    </w:pPr>
    <w:rPr>
      <w:rFonts w:ascii="Cambria" w:eastAsia="MS Mincho" w:hAnsi="Cambria"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BD61FD"/>
    <w:pPr>
      <w:spacing w:after="0" w:line="240" w:lineRule="auto"/>
    </w:pPr>
    <w:rPr>
      <w:rFonts w:ascii="Cambria" w:eastAsia="MS Mincho" w:hAnsi="Cambria" w:cs="Times New Roman"/>
      <w:color w:val="365F91"/>
      <w:sz w:val="20"/>
      <w:szCs w:val="20"/>
      <w:lang w:eastAsia="ko-K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BD61FD"/>
    <w:pPr>
      <w:spacing w:after="0" w:line="240" w:lineRule="auto"/>
    </w:pPr>
    <w:rPr>
      <w:rFonts w:ascii="Cambria" w:eastAsia="MS Mincho" w:hAnsi="Cambria" w:cs="Times New Roman"/>
      <w:color w:val="943634"/>
      <w:sz w:val="20"/>
      <w:szCs w:val="20"/>
      <w:lang w:eastAsia="ko-K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BD61FD"/>
    <w:pPr>
      <w:spacing w:after="0" w:line="240" w:lineRule="auto"/>
    </w:pPr>
    <w:rPr>
      <w:rFonts w:ascii="Cambria" w:eastAsia="MS Mincho" w:hAnsi="Cambria" w:cs="Times New Roman"/>
      <w:color w:val="76923C"/>
      <w:sz w:val="20"/>
      <w:szCs w:val="20"/>
      <w:lang w:eastAsia="ko-K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BD61FD"/>
    <w:pPr>
      <w:spacing w:after="0" w:line="240" w:lineRule="auto"/>
    </w:pPr>
    <w:rPr>
      <w:rFonts w:ascii="Cambria" w:eastAsia="MS Mincho" w:hAnsi="Cambria" w:cs="Times New Roman"/>
      <w:color w:val="5F497A"/>
      <w:sz w:val="20"/>
      <w:szCs w:val="20"/>
      <w:lang w:eastAsia="ko-K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BD61FD"/>
    <w:pPr>
      <w:spacing w:after="0" w:line="240" w:lineRule="auto"/>
    </w:pPr>
    <w:rPr>
      <w:rFonts w:ascii="Cambria" w:eastAsia="MS Mincho" w:hAnsi="Cambria" w:cs="Times New Roman"/>
      <w:color w:val="31849B"/>
      <w:sz w:val="20"/>
      <w:szCs w:val="20"/>
      <w:lang w:eastAsia="ko-K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BD61FD"/>
    <w:pPr>
      <w:spacing w:after="0" w:line="240" w:lineRule="auto"/>
    </w:pPr>
    <w:rPr>
      <w:rFonts w:ascii="Cambria" w:eastAsia="MS Mincho" w:hAnsi="Cambria" w:cs="Times New Roman"/>
      <w:color w:val="E36C0A"/>
      <w:sz w:val="20"/>
      <w:szCs w:val="20"/>
      <w:lang w:eastAsia="ko-K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4">
    <w:name w:val="Light List"/>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5">
    <w:name w:val="Light Grid"/>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2">
    <w:name w:val="Medium Shading 1"/>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4">
    <w:name w:val="Medium Grid 1"/>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BD61FD"/>
    <w:pPr>
      <w:spacing w:after="0" w:line="240" w:lineRule="auto"/>
    </w:pPr>
    <w:rPr>
      <w:rFonts w:ascii="Calibri" w:eastAsia="MS Gothic" w:hAnsi="Calibri" w:cs="Times New Roman"/>
      <w:color w:val="000000"/>
      <w:sz w:val="20"/>
      <w:szCs w:val="20"/>
      <w:lang w:eastAsia="ko-K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BD61FD"/>
    <w:pPr>
      <w:spacing w:after="0" w:line="240" w:lineRule="auto"/>
    </w:pPr>
    <w:rPr>
      <w:rFonts w:ascii="Cambria" w:eastAsia="MS Mincho" w:hAnsi="Cambria" w:cs="Times New Roman"/>
      <w:sz w:val="20"/>
      <w:szCs w:val="20"/>
      <w:lang w:eastAsia="ko-K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6">
    <w:name w:val="Dark List"/>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BD61FD"/>
    <w:pPr>
      <w:spacing w:after="0" w:line="240" w:lineRule="auto"/>
    </w:pPr>
    <w:rPr>
      <w:rFonts w:ascii="Cambria" w:eastAsia="MS Mincho" w:hAnsi="Cambria" w:cs="Times New Roman"/>
      <w:color w:val="FFFFFF"/>
      <w:sz w:val="20"/>
      <w:szCs w:val="20"/>
      <w:lang w:eastAsia="ko-K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7">
    <w:name w:val="Colorful Shading"/>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8">
    <w:name w:val="Colorful List"/>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9">
    <w:name w:val="Colorful Grid"/>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BD61FD"/>
    <w:pPr>
      <w:spacing w:after="0" w:line="240" w:lineRule="auto"/>
    </w:pPr>
    <w:rPr>
      <w:rFonts w:ascii="Cambria" w:eastAsia="MS Mincho" w:hAnsi="Cambria" w:cs="Times New Roman"/>
      <w:color w:val="000000"/>
      <w:sz w:val="20"/>
      <w:szCs w:val="20"/>
      <w:lang w:eastAsia="ko-K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9A5CB-053A-4D16-8EBB-AE436C36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8664</Words>
  <Characters>49390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Назлыгуль Мингулова</cp:lastModifiedBy>
  <cp:revision>8</cp:revision>
  <dcterms:created xsi:type="dcterms:W3CDTF">2022-08-25T09:57:00Z</dcterms:created>
  <dcterms:modified xsi:type="dcterms:W3CDTF">2022-09-22T18:03:00Z</dcterms:modified>
</cp:coreProperties>
</file>