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003B" w:rsidRDefault="00DF25D7">
      <w:pPr>
        <w:pStyle w:val="1"/>
        <w:jc w:val="center"/>
        <w:rPr>
          <w:lang w:val="ru-RU"/>
        </w:rPr>
      </w:pPr>
      <w:r w:rsidRPr="00F75BEF">
        <w:rPr>
          <w:lang w:val="ru-RU"/>
        </w:rPr>
        <w:t>Секция</w:t>
      </w:r>
      <w:r w:rsidRPr="00F75BEF">
        <w:rPr>
          <w:lang w:val="ru-RU"/>
        </w:rPr>
        <w:br/>
        <w:t>Татарский язык и литература</w:t>
      </w:r>
      <w:r w:rsidR="00F75BEF">
        <w:rPr>
          <w:lang w:val="ru-RU"/>
        </w:rPr>
        <w:t xml:space="preserve"> 1</w:t>
      </w:r>
    </w:p>
    <w:p w:rsidR="00F75BEF" w:rsidRDefault="00F75BEF" w:rsidP="00F75BEF">
      <w:pPr>
        <w:spacing w:after="0"/>
        <w:ind w:right="225"/>
        <w:jc w:val="both"/>
        <w:rPr>
          <w:lang w:val="ru-RU"/>
        </w:rPr>
      </w:pPr>
      <w:r w:rsidRPr="00F14086">
        <w:rPr>
          <w:b/>
          <w:lang w:val="ru-RU"/>
        </w:rPr>
        <w:t>Руководитель секции</w:t>
      </w:r>
      <w:r>
        <w:rPr>
          <w:lang w:val="ru-RU"/>
        </w:rPr>
        <w:t xml:space="preserve"> </w:t>
      </w:r>
      <w:r w:rsidRPr="00F75BEF">
        <w:rPr>
          <w:lang w:val="ru-RU"/>
        </w:rPr>
        <w:t>Салахова Аниса Равиловна, заместитель директора по УР, учитель</w:t>
      </w:r>
      <w:r w:rsidR="00DF0635">
        <w:rPr>
          <w:lang w:val="ru-RU"/>
        </w:rPr>
        <w:t xml:space="preserve"> родного</w:t>
      </w:r>
      <w:r w:rsidRPr="00F75BEF">
        <w:rPr>
          <w:lang w:val="ru-RU"/>
        </w:rPr>
        <w:t xml:space="preserve"> языка и литературы высшей квалификационной категории МАОУ «Лицей №131»</w:t>
      </w:r>
    </w:p>
    <w:p w:rsidR="00F75BEF" w:rsidRPr="00F14086" w:rsidRDefault="006A57A6" w:rsidP="00F75BEF">
      <w:pPr>
        <w:spacing w:after="0"/>
        <w:rPr>
          <w:b/>
          <w:lang w:val="ru-RU"/>
        </w:rPr>
      </w:pPr>
      <w:r>
        <w:rPr>
          <w:b/>
          <w:lang w:val="ru-RU"/>
        </w:rPr>
        <w:t>Член</w:t>
      </w:r>
      <w:r w:rsidR="00F75BEF" w:rsidRPr="00F14086">
        <w:rPr>
          <w:b/>
          <w:lang w:val="ru-RU"/>
        </w:rPr>
        <w:t xml:space="preserve"> жюри</w:t>
      </w:r>
    </w:p>
    <w:p w:rsidR="00F75BEF" w:rsidRPr="006A57A6" w:rsidRDefault="00F75BEF" w:rsidP="006A57A6">
      <w:pPr>
        <w:spacing w:after="120" w:line="240" w:lineRule="auto"/>
        <w:ind w:left="567"/>
        <w:jc w:val="both"/>
        <w:rPr>
          <w:lang w:val="ru-RU"/>
        </w:rPr>
      </w:pPr>
      <w:r w:rsidRPr="006A57A6">
        <w:rPr>
          <w:szCs w:val="24"/>
          <w:lang w:val="ru-RU"/>
        </w:rPr>
        <w:t>Загидуллина Эльвира Котдусовна, учитель</w:t>
      </w:r>
      <w:r w:rsidR="00DF0635" w:rsidRPr="006A57A6">
        <w:rPr>
          <w:szCs w:val="24"/>
          <w:lang w:val="ru-RU"/>
        </w:rPr>
        <w:t xml:space="preserve"> родного</w:t>
      </w:r>
      <w:r w:rsidRPr="006A57A6">
        <w:rPr>
          <w:szCs w:val="24"/>
          <w:lang w:val="ru-RU"/>
        </w:rPr>
        <w:t xml:space="preserve"> языка и литературы высшей квалификационной категории МАОУ «Лицей №131»</w:t>
      </w:r>
    </w:p>
    <w:p w:rsidR="00F75BEF" w:rsidRPr="00F75BEF" w:rsidRDefault="00F75BEF" w:rsidP="00F75BEF">
      <w:pPr>
        <w:rPr>
          <w:lang w:val="ru-RU"/>
        </w:rPr>
      </w:pPr>
      <w:r w:rsidRPr="00E9053F">
        <w:rPr>
          <w:b/>
          <w:lang w:val="ru-RU"/>
        </w:rPr>
        <w:t>Аудитория</w:t>
      </w:r>
      <w:r>
        <w:rPr>
          <w:b/>
          <w:lang w:val="ru-RU"/>
        </w:rPr>
        <w:t xml:space="preserve"> 43</w:t>
      </w:r>
    </w:p>
    <w:tbl>
      <w:tblPr>
        <w:tblStyle w:val="14"/>
        <w:tblW w:w="0" w:type="auto"/>
        <w:tblLook w:val="04A0" w:firstRow="1" w:lastRow="0" w:firstColumn="1" w:lastColumn="0" w:noHBand="0" w:noVBand="1"/>
      </w:tblPr>
      <w:tblGrid>
        <w:gridCol w:w="567"/>
        <w:gridCol w:w="2835"/>
        <w:gridCol w:w="3402"/>
        <w:gridCol w:w="3685"/>
        <w:gridCol w:w="3685"/>
      </w:tblGrid>
      <w:tr w:rsidR="00DF25D7" w:rsidTr="004464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19003B" w:rsidRDefault="00DF25D7">
            <w:r>
              <w:t>№</w:t>
            </w:r>
          </w:p>
        </w:tc>
        <w:tc>
          <w:tcPr>
            <w:tcW w:w="2835" w:type="dxa"/>
          </w:tcPr>
          <w:p w:rsidR="0019003B" w:rsidRDefault="00DF25D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ФИО докладчика</w:t>
            </w:r>
          </w:p>
        </w:tc>
        <w:tc>
          <w:tcPr>
            <w:tcW w:w="3402" w:type="dxa"/>
          </w:tcPr>
          <w:p w:rsidR="0019003B" w:rsidRDefault="00DF25D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Название работы</w:t>
            </w:r>
          </w:p>
        </w:tc>
        <w:tc>
          <w:tcPr>
            <w:tcW w:w="3685" w:type="dxa"/>
          </w:tcPr>
          <w:p w:rsidR="0019003B" w:rsidRDefault="00DF25D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Образовательная организация докладчика</w:t>
            </w:r>
          </w:p>
        </w:tc>
        <w:tc>
          <w:tcPr>
            <w:tcW w:w="3685" w:type="dxa"/>
          </w:tcPr>
          <w:p w:rsidR="0019003B" w:rsidRDefault="00DF25D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Научный руководитель</w:t>
            </w:r>
          </w:p>
        </w:tc>
      </w:tr>
      <w:tr w:rsidR="00DF25D7" w:rsidRPr="000E13B0" w:rsidTr="004464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19003B" w:rsidRPr="00F75BEF" w:rsidRDefault="00F75BEF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835" w:type="dxa"/>
          </w:tcPr>
          <w:p w:rsidR="0019003B" w:rsidRDefault="00DF25D7" w:rsidP="00DF25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Кабирова Азалия</w:t>
            </w:r>
            <w:r>
              <w:rPr>
                <w:lang w:val="ru-RU"/>
              </w:rPr>
              <w:t> </w:t>
            </w:r>
            <w:r>
              <w:t>Динаровна, 7 класс</w:t>
            </w:r>
          </w:p>
        </w:tc>
        <w:tc>
          <w:tcPr>
            <w:tcW w:w="3402" w:type="dxa"/>
          </w:tcPr>
          <w:p w:rsidR="0019003B" w:rsidRDefault="00DF25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Мәкальләрдә тәрбия әхлагы</w:t>
            </w:r>
          </w:p>
        </w:tc>
        <w:tc>
          <w:tcPr>
            <w:tcW w:w="3685" w:type="dxa"/>
          </w:tcPr>
          <w:p w:rsidR="0019003B" w:rsidRPr="00DF25D7" w:rsidRDefault="00DF25D7" w:rsidP="00DF25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F25D7">
              <w:rPr>
                <w:lang w:val="ru-RU"/>
              </w:rPr>
              <w:t xml:space="preserve">МБОУ </w:t>
            </w:r>
            <w:r>
              <w:rPr>
                <w:lang w:val="ru-RU"/>
              </w:rPr>
              <w:t>«</w:t>
            </w:r>
            <w:r w:rsidRPr="00DF25D7">
              <w:rPr>
                <w:lang w:val="ru-RU"/>
              </w:rPr>
              <w:t>Гимназия №20 имени Абдуллы Алиша</w:t>
            </w:r>
            <w:r>
              <w:rPr>
                <w:lang w:val="ru-RU"/>
              </w:rPr>
              <w:t>»</w:t>
            </w:r>
          </w:p>
        </w:tc>
        <w:tc>
          <w:tcPr>
            <w:tcW w:w="3685" w:type="dxa"/>
          </w:tcPr>
          <w:p w:rsidR="0019003B" w:rsidRPr="00DF25D7" w:rsidRDefault="00DF25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F25D7">
              <w:rPr>
                <w:lang w:val="ru-RU"/>
              </w:rPr>
              <w:t>Фахрутдинова Гульшат Мухаметовна, учитель татарского языка и литературы высшей квалификационной категории; Зарипова Милауша Гадельзяновна, учитель татарского языка и литературы первой квалификационной категории.</w:t>
            </w:r>
          </w:p>
        </w:tc>
      </w:tr>
      <w:tr w:rsidR="00DF25D7" w:rsidTr="004464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19003B" w:rsidRPr="00F75BEF" w:rsidRDefault="00F75BEF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835" w:type="dxa"/>
          </w:tcPr>
          <w:p w:rsidR="0019003B" w:rsidRDefault="00DF25D7" w:rsidP="00DF25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Хисамиева Адиля</w:t>
            </w:r>
            <w:r>
              <w:rPr>
                <w:lang w:val="ru-RU"/>
              </w:rPr>
              <w:t> </w:t>
            </w:r>
            <w:r>
              <w:t>Ильнуровна, 6 класс</w:t>
            </w:r>
          </w:p>
        </w:tc>
        <w:tc>
          <w:tcPr>
            <w:tcW w:w="3402" w:type="dxa"/>
          </w:tcPr>
          <w:p w:rsidR="0019003B" w:rsidRDefault="00DF25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Матур әдәбиятта</w:t>
            </w:r>
            <w:r w:rsidR="00DD0962">
              <w:t xml:space="preserve"> </w:t>
            </w:r>
            <w:r>
              <w:t>төшләрнең бирелеше</w:t>
            </w:r>
          </w:p>
        </w:tc>
        <w:tc>
          <w:tcPr>
            <w:tcW w:w="3685" w:type="dxa"/>
          </w:tcPr>
          <w:p w:rsidR="0019003B" w:rsidRPr="00DF25D7" w:rsidRDefault="00DF25D7" w:rsidP="00DF25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>
              <w:t xml:space="preserve">МБОУ </w:t>
            </w:r>
            <w:r>
              <w:rPr>
                <w:lang w:val="ru-RU"/>
              </w:rPr>
              <w:t>«</w:t>
            </w:r>
            <w:r>
              <w:t>Гимназия№175</w:t>
            </w:r>
            <w:r>
              <w:rPr>
                <w:lang w:val="ru-RU"/>
              </w:rPr>
              <w:t>»</w:t>
            </w:r>
          </w:p>
        </w:tc>
        <w:tc>
          <w:tcPr>
            <w:tcW w:w="3685" w:type="dxa"/>
          </w:tcPr>
          <w:p w:rsidR="0019003B" w:rsidRDefault="00DF25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Ахтямова Гульназ Мингалиевна</w:t>
            </w:r>
          </w:p>
        </w:tc>
      </w:tr>
      <w:tr w:rsidR="00DF25D7" w:rsidRPr="000E13B0" w:rsidTr="004464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19003B" w:rsidRPr="00F75BEF" w:rsidRDefault="00F75BEF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2835" w:type="dxa"/>
          </w:tcPr>
          <w:p w:rsidR="0019003B" w:rsidRDefault="00DF25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Гайнуллин Мурат</w:t>
            </w:r>
            <w:r>
              <w:rPr>
                <w:lang w:val="ru-RU"/>
              </w:rPr>
              <w:t> </w:t>
            </w:r>
            <w:r>
              <w:t>Айратович, 8 класс</w:t>
            </w:r>
          </w:p>
        </w:tc>
        <w:tc>
          <w:tcPr>
            <w:tcW w:w="3402" w:type="dxa"/>
          </w:tcPr>
          <w:p w:rsidR="0019003B" w:rsidRPr="00DF25D7" w:rsidRDefault="00DF25D7" w:rsidP="00DF25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F25D7">
              <w:rPr>
                <w:lang w:val="ru-RU"/>
              </w:rPr>
              <w:t>Әмирхан Еники</w:t>
            </w:r>
            <w:r>
              <w:rPr>
                <w:lang w:val="ru-RU"/>
              </w:rPr>
              <w:t xml:space="preserve"> –</w:t>
            </w:r>
            <w:r w:rsidRPr="00DF25D7">
              <w:rPr>
                <w:lang w:val="ru-RU"/>
              </w:rPr>
              <w:t xml:space="preserve"> күңел карурманнарының тургае</w:t>
            </w:r>
          </w:p>
        </w:tc>
        <w:tc>
          <w:tcPr>
            <w:tcW w:w="3685" w:type="dxa"/>
          </w:tcPr>
          <w:p w:rsidR="0019003B" w:rsidRPr="00DF25D7" w:rsidRDefault="00DF25D7" w:rsidP="00DF25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>
              <w:t xml:space="preserve">МАОУ </w:t>
            </w:r>
            <w:r>
              <w:rPr>
                <w:lang w:val="ru-RU"/>
              </w:rPr>
              <w:t>«</w:t>
            </w:r>
            <w:r>
              <w:t>Лицей №131</w:t>
            </w:r>
            <w:r>
              <w:rPr>
                <w:lang w:val="ru-RU"/>
              </w:rPr>
              <w:t>»</w:t>
            </w:r>
          </w:p>
        </w:tc>
        <w:tc>
          <w:tcPr>
            <w:tcW w:w="3685" w:type="dxa"/>
          </w:tcPr>
          <w:p w:rsidR="0019003B" w:rsidRPr="00DF25D7" w:rsidRDefault="00DF25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F25D7">
              <w:rPr>
                <w:lang w:val="ru-RU"/>
              </w:rPr>
              <w:t>Салахова Аниса Равиловна, Загидуллина Эльвира Котдусовна, учителя родного языка и литературы</w:t>
            </w:r>
          </w:p>
        </w:tc>
      </w:tr>
      <w:tr w:rsidR="00DF25D7" w:rsidRPr="000E13B0" w:rsidTr="004464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19003B" w:rsidRPr="00F75BEF" w:rsidRDefault="00F75BEF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2835" w:type="dxa"/>
          </w:tcPr>
          <w:p w:rsidR="0019003B" w:rsidRDefault="00DF25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Акбиров Данис</w:t>
            </w:r>
            <w:r>
              <w:rPr>
                <w:lang w:val="ru-RU"/>
              </w:rPr>
              <w:t> </w:t>
            </w:r>
            <w:r>
              <w:t>Ленарович, 8 класс</w:t>
            </w:r>
          </w:p>
        </w:tc>
        <w:tc>
          <w:tcPr>
            <w:tcW w:w="3402" w:type="dxa"/>
          </w:tcPr>
          <w:p w:rsidR="0019003B" w:rsidRDefault="00DF25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Нәкый Исәнбәт </w:t>
            </w:r>
            <w:r>
              <w:rPr>
                <w:lang w:val="ru-RU"/>
              </w:rPr>
              <w:t>–</w:t>
            </w:r>
            <w:r>
              <w:t xml:space="preserve"> Тукай шәкерте</w:t>
            </w:r>
          </w:p>
        </w:tc>
        <w:tc>
          <w:tcPr>
            <w:tcW w:w="3685" w:type="dxa"/>
          </w:tcPr>
          <w:p w:rsidR="0019003B" w:rsidRPr="00DF25D7" w:rsidRDefault="00DF25D7" w:rsidP="00DF25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>
              <w:t xml:space="preserve">МБОУ </w:t>
            </w:r>
            <w:r>
              <w:rPr>
                <w:lang w:val="ru-RU"/>
              </w:rPr>
              <w:t>«</w:t>
            </w:r>
            <w:r>
              <w:t>Лицей №159</w:t>
            </w:r>
            <w:r>
              <w:rPr>
                <w:lang w:val="ru-RU"/>
              </w:rPr>
              <w:t>»</w:t>
            </w:r>
          </w:p>
        </w:tc>
        <w:tc>
          <w:tcPr>
            <w:tcW w:w="3685" w:type="dxa"/>
          </w:tcPr>
          <w:p w:rsidR="0019003B" w:rsidRPr="00DF25D7" w:rsidRDefault="00DF25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F25D7">
              <w:rPr>
                <w:lang w:val="ru-RU"/>
              </w:rPr>
              <w:t>Аскарова Джаухария Фаритовна, учитель родного языка и литературы высшей квалификационной категории</w:t>
            </w:r>
          </w:p>
        </w:tc>
      </w:tr>
      <w:tr w:rsidR="00DF25D7" w:rsidRPr="000E13B0" w:rsidTr="004464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19003B" w:rsidRPr="00F75BEF" w:rsidRDefault="00F75BEF">
            <w:pPr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2835" w:type="dxa"/>
          </w:tcPr>
          <w:p w:rsidR="0019003B" w:rsidRDefault="00DF25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Ахметова Диана</w:t>
            </w:r>
            <w:r>
              <w:rPr>
                <w:lang w:val="ru-RU"/>
              </w:rPr>
              <w:t> </w:t>
            </w:r>
            <w:r>
              <w:t>Иномовна, 7 класс</w:t>
            </w:r>
          </w:p>
        </w:tc>
        <w:tc>
          <w:tcPr>
            <w:tcW w:w="3402" w:type="dxa"/>
          </w:tcPr>
          <w:p w:rsidR="0019003B" w:rsidRPr="00DF25D7" w:rsidRDefault="00DF25D7" w:rsidP="00DF25D7">
            <w:pPr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F25D7">
              <w:rPr>
                <w:lang w:val="ru-RU"/>
              </w:rPr>
              <w:t>Туфан Миңнуллинның «Нигез ташлары</w:t>
            </w:r>
            <w:r>
              <w:rPr>
                <w:lang w:val="ru-RU"/>
              </w:rPr>
              <w:t>» драмасында</w:t>
            </w:r>
            <w:r w:rsidR="00DD0962">
              <w:rPr>
                <w:lang w:val="ru-RU"/>
              </w:rPr>
              <w:t xml:space="preserve"> </w:t>
            </w:r>
            <w:r>
              <w:rPr>
                <w:lang w:val="ru-RU"/>
              </w:rPr>
              <w:t>конфликт бирелеше</w:t>
            </w:r>
          </w:p>
        </w:tc>
        <w:tc>
          <w:tcPr>
            <w:tcW w:w="3685" w:type="dxa"/>
          </w:tcPr>
          <w:p w:rsidR="0019003B" w:rsidRPr="00DF25D7" w:rsidRDefault="00DF25D7" w:rsidP="00DF25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F25D7">
              <w:rPr>
                <w:lang w:val="ru-RU"/>
              </w:rPr>
              <w:t xml:space="preserve">МБОУ </w:t>
            </w:r>
            <w:r>
              <w:rPr>
                <w:lang w:val="ru-RU"/>
              </w:rPr>
              <w:t>«</w:t>
            </w:r>
            <w:r w:rsidRPr="00DF25D7">
              <w:rPr>
                <w:lang w:val="ru-RU"/>
              </w:rPr>
              <w:t>Гимназия №28</w:t>
            </w:r>
            <w:r>
              <w:rPr>
                <w:lang w:val="ru-RU"/>
              </w:rPr>
              <w:t>»</w:t>
            </w:r>
            <w:r w:rsidRPr="00DF25D7">
              <w:rPr>
                <w:lang w:val="ru-RU"/>
              </w:rPr>
              <w:t xml:space="preserve"> Вахитовского района </w:t>
            </w:r>
            <w:r w:rsidR="00DD0962">
              <w:rPr>
                <w:lang w:val="ru-RU"/>
              </w:rPr>
              <w:t>г. Казани</w:t>
            </w:r>
          </w:p>
        </w:tc>
        <w:tc>
          <w:tcPr>
            <w:tcW w:w="3685" w:type="dxa"/>
          </w:tcPr>
          <w:p w:rsidR="0019003B" w:rsidRPr="00DF25D7" w:rsidRDefault="00DF25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F25D7">
              <w:rPr>
                <w:lang w:val="ru-RU"/>
              </w:rPr>
              <w:t>Гильманшина Алия Ренатовна, учитель родного (татарского) языка и литературы 1 квалификационной категории</w:t>
            </w:r>
          </w:p>
        </w:tc>
      </w:tr>
      <w:tr w:rsidR="00DF25D7" w:rsidRPr="000E13B0" w:rsidTr="004464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19003B" w:rsidRPr="00F75BEF" w:rsidRDefault="00F75BEF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6</w:t>
            </w:r>
          </w:p>
        </w:tc>
        <w:tc>
          <w:tcPr>
            <w:tcW w:w="2835" w:type="dxa"/>
          </w:tcPr>
          <w:p w:rsidR="0019003B" w:rsidRDefault="00DF25D7" w:rsidP="00667926">
            <w:pPr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Мифтахова Аделя</w:t>
            </w:r>
            <w:r>
              <w:rPr>
                <w:lang w:val="ru-RU"/>
              </w:rPr>
              <w:t> </w:t>
            </w:r>
            <w:r>
              <w:t>Раисовна, 7 класс</w:t>
            </w:r>
          </w:p>
        </w:tc>
        <w:tc>
          <w:tcPr>
            <w:tcW w:w="3402" w:type="dxa"/>
          </w:tcPr>
          <w:p w:rsidR="0019003B" w:rsidRPr="00DF25D7" w:rsidRDefault="00DF25D7" w:rsidP="00667926">
            <w:pPr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F25D7">
              <w:rPr>
                <w:lang w:val="ru-RU"/>
              </w:rPr>
              <w:t>Фәни</w:t>
            </w:r>
            <w:r>
              <w:rPr>
                <w:lang w:val="ru-RU"/>
              </w:rPr>
              <w:t>с Яуллин – юмор һәм сатира остасы</w:t>
            </w:r>
          </w:p>
        </w:tc>
        <w:tc>
          <w:tcPr>
            <w:tcW w:w="3685" w:type="dxa"/>
          </w:tcPr>
          <w:p w:rsidR="0019003B" w:rsidRPr="00DF25D7" w:rsidRDefault="008262BD" w:rsidP="00667926">
            <w:pPr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>
              <w:rPr>
                <w:lang w:val="ru-RU"/>
              </w:rPr>
              <w:t>МБОУ</w:t>
            </w:r>
            <w:r w:rsidR="00DF25D7" w:rsidRPr="00DF25D7">
              <w:rPr>
                <w:lang w:val="ru-RU"/>
              </w:rPr>
              <w:t>«Гимназия №17</w:t>
            </w:r>
            <w:r w:rsidR="00DF25D7">
              <w:rPr>
                <w:lang w:val="ru-RU"/>
              </w:rPr>
              <w:t xml:space="preserve">5» Советского района </w:t>
            </w:r>
            <w:r w:rsidR="00DD0962">
              <w:rPr>
                <w:lang w:val="ru-RU"/>
              </w:rPr>
              <w:t>г. Казани</w:t>
            </w:r>
          </w:p>
        </w:tc>
        <w:tc>
          <w:tcPr>
            <w:tcW w:w="3685" w:type="dxa"/>
          </w:tcPr>
          <w:p w:rsidR="0019003B" w:rsidRPr="00DF25D7" w:rsidRDefault="00DF25D7" w:rsidP="00667926">
            <w:pPr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F25D7">
              <w:rPr>
                <w:lang w:val="ru-RU"/>
              </w:rPr>
              <w:t>Габдулвалиева Рамзия Наилевна,</w:t>
            </w:r>
            <w:r w:rsidR="00DD0962">
              <w:rPr>
                <w:lang w:val="ru-RU"/>
              </w:rPr>
              <w:t xml:space="preserve"> </w:t>
            </w:r>
            <w:r w:rsidRPr="00DF25D7">
              <w:rPr>
                <w:lang w:val="ru-RU"/>
              </w:rPr>
              <w:t>Гафарова Гульнара Галимхановна</w:t>
            </w:r>
            <w:r w:rsidR="00DD0962">
              <w:rPr>
                <w:lang w:val="ru-RU"/>
              </w:rPr>
              <w:t xml:space="preserve"> </w:t>
            </w:r>
            <w:r w:rsidRPr="00DF25D7">
              <w:rPr>
                <w:lang w:val="ru-RU"/>
              </w:rPr>
              <w:t>учителя родного языка и литературы</w:t>
            </w:r>
            <w:r w:rsidR="00DD0962">
              <w:rPr>
                <w:lang w:val="ru-RU"/>
              </w:rPr>
              <w:t xml:space="preserve"> </w:t>
            </w:r>
            <w:r w:rsidRPr="00DF25D7">
              <w:rPr>
                <w:lang w:val="ru-RU"/>
              </w:rPr>
              <w:t>МБОУ «Гимназия №</w:t>
            </w:r>
            <w:r>
              <w:rPr>
                <w:lang w:val="ru-RU"/>
              </w:rPr>
              <w:t> 175»</w:t>
            </w:r>
            <w:r w:rsidR="00DD0962">
              <w:rPr>
                <w:lang w:val="ru-RU"/>
              </w:rPr>
              <w:t xml:space="preserve"> </w:t>
            </w:r>
            <w:r>
              <w:rPr>
                <w:lang w:val="ru-RU"/>
              </w:rPr>
              <w:t xml:space="preserve">Советского района </w:t>
            </w:r>
            <w:r w:rsidR="00DD0962">
              <w:rPr>
                <w:lang w:val="ru-RU"/>
              </w:rPr>
              <w:t>г. Казани</w:t>
            </w:r>
          </w:p>
        </w:tc>
      </w:tr>
      <w:tr w:rsidR="00DF25D7" w:rsidTr="004464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19003B" w:rsidRPr="00F75BEF" w:rsidRDefault="00F75BEF">
            <w:pPr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2835" w:type="dxa"/>
          </w:tcPr>
          <w:p w:rsidR="0019003B" w:rsidRDefault="00DD09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Харисова Диляра</w:t>
            </w:r>
            <w:r>
              <w:rPr>
                <w:lang w:val="ru-RU"/>
              </w:rPr>
              <w:t> </w:t>
            </w:r>
            <w:r w:rsidR="00DF25D7">
              <w:t>Альфредовна, 7 класс</w:t>
            </w:r>
          </w:p>
        </w:tc>
        <w:tc>
          <w:tcPr>
            <w:tcW w:w="3402" w:type="dxa"/>
          </w:tcPr>
          <w:p w:rsidR="0019003B" w:rsidRDefault="00DF25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Шәҗәрәләр</w:t>
            </w:r>
            <w:r w:rsidR="00DD0962">
              <w:t xml:space="preserve"> белү </w:t>
            </w:r>
            <w:r w:rsidR="00DD0962" w:rsidRPr="00DD0962">
              <w:t>–</w:t>
            </w:r>
            <w:r w:rsidR="00DD0962">
              <w:t xml:space="preserve"> матур һәм борынгы гадәт</w:t>
            </w:r>
          </w:p>
        </w:tc>
        <w:tc>
          <w:tcPr>
            <w:tcW w:w="3685" w:type="dxa"/>
          </w:tcPr>
          <w:p w:rsidR="0019003B" w:rsidRDefault="00DF25D7" w:rsidP="00DD09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Казан шәһәре Яңа Савин районының </w:t>
            </w:r>
            <w:r w:rsidR="00DD0962" w:rsidRPr="00DD0962">
              <w:t>«</w:t>
            </w:r>
            <w:r>
              <w:t>Аерым предметлар тирәнтен өйрәнелә торган 85 нче урта гомуми белем мәктәбе</w:t>
            </w:r>
            <w:r w:rsidR="00DD0962" w:rsidRPr="00DD0962">
              <w:t>»</w:t>
            </w:r>
            <w:r>
              <w:t xml:space="preserve"> гомуми белем муниципаль бюджет учреждениесе </w:t>
            </w:r>
          </w:p>
        </w:tc>
        <w:tc>
          <w:tcPr>
            <w:tcW w:w="3685" w:type="dxa"/>
          </w:tcPr>
          <w:p w:rsidR="0019003B" w:rsidRDefault="00DF25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Зарипова Дания Фирдусовна</w:t>
            </w:r>
          </w:p>
        </w:tc>
      </w:tr>
      <w:tr w:rsidR="00DF25D7" w:rsidRPr="000E13B0" w:rsidTr="004464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19003B" w:rsidRPr="00F75BEF" w:rsidRDefault="00F75BEF">
            <w:pPr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2835" w:type="dxa"/>
          </w:tcPr>
          <w:p w:rsidR="0019003B" w:rsidRDefault="00DF25D7" w:rsidP="00DD09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Харисова Эльвина</w:t>
            </w:r>
            <w:r w:rsidR="00DD0962">
              <w:rPr>
                <w:lang w:val="ru-RU"/>
              </w:rPr>
              <w:t> </w:t>
            </w:r>
            <w:r>
              <w:t>Ильдусовна, 8 класс</w:t>
            </w:r>
          </w:p>
        </w:tc>
        <w:tc>
          <w:tcPr>
            <w:tcW w:w="3402" w:type="dxa"/>
          </w:tcPr>
          <w:p w:rsidR="0019003B" w:rsidRDefault="00DF25D7" w:rsidP="00DD09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Фатих Кәримнең </w:t>
            </w:r>
            <w:r w:rsidR="00DD0962" w:rsidRPr="00DD0962">
              <w:t>«</w:t>
            </w:r>
            <w:r>
              <w:t>Шомырт куагы</w:t>
            </w:r>
            <w:r w:rsidR="00DD0962" w:rsidRPr="00DD0962">
              <w:t>»</w:t>
            </w:r>
            <w:r>
              <w:t xml:space="preserve"> һәм </w:t>
            </w:r>
            <w:r w:rsidR="00DD0962" w:rsidRPr="00DD0962">
              <w:t>«</w:t>
            </w:r>
            <w:r>
              <w:t>Кичке җыр</w:t>
            </w:r>
            <w:r w:rsidR="00DD0962" w:rsidRPr="00DD0962">
              <w:t>»</w:t>
            </w:r>
            <w:r>
              <w:t xml:space="preserve"> шигырьләрендә шомы</w:t>
            </w:r>
            <w:r w:rsidR="00DD0962">
              <w:t>рт образының символик мәгънәсе</w:t>
            </w:r>
          </w:p>
        </w:tc>
        <w:tc>
          <w:tcPr>
            <w:tcW w:w="3685" w:type="dxa"/>
          </w:tcPr>
          <w:p w:rsidR="0019003B" w:rsidRPr="00DF25D7" w:rsidRDefault="008262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>
              <w:rPr>
                <w:lang w:val="ru-RU"/>
              </w:rPr>
              <w:t>МБОУ</w:t>
            </w:r>
            <w:r w:rsidR="00DF25D7" w:rsidRPr="00DF25D7">
              <w:rPr>
                <w:lang w:val="ru-RU"/>
              </w:rPr>
              <w:t xml:space="preserve">«Гимназия №10» Авиастроительного района </w:t>
            </w:r>
            <w:r w:rsidR="00DD0962">
              <w:rPr>
                <w:lang w:val="ru-RU"/>
              </w:rPr>
              <w:t>г. Казани</w:t>
            </w:r>
          </w:p>
        </w:tc>
        <w:tc>
          <w:tcPr>
            <w:tcW w:w="3685" w:type="dxa"/>
          </w:tcPr>
          <w:p w:rsidR="0019003B" w:rsidRPr="00DF25D7" w:rsidRDefault="00DF25D7" w:rsidP="00DD09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F25D7">
              <w:rPr>
                <w:lang w:val="ru-RU"/>
              </w:rPr>
              <w:t>Саляхова Зухра Габделахатовна, учитель высшей квалификационной категории, к.ф.н.,</w:t>
            </w:r>
            <w:r w:rsidR="00DD0962">
              <w:rPr>
                <w:lang w:val="ru-RU"/>
              </w:rPr>
              <w:t xml:space="preserve"> </w:t>
            </w:r>
            <w:r w:rsidRPr="00DF25D7">
              <w:rPr>
                <w:lang w:val="ru-RU"/>
              </w:rPr>
              <w:t>Низамова Руфина Рафаэлевна, учитель первой квалификационной категории</w:t>
            </w:r>
            <w:r w:rsidR="00DD0962">
              <w:rPr>
                <w:lang w:val="ru-RU"/>
              </w:rPr>
              <w:t xml:space="preserve"> </w:t>
            </w:r>
          </w:p>
        </w:tc>
      </w:tr>
      <w:tr w:rsidR="00F75BEF" w:rsidRPr="000E13B0" w:rsidTr="004464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F75BEF" w:rsidRPr="00F75BEF" w:rsidRDefault="00F75BEF">
            <w:pPr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2835" w:type="dxa"/>
          </w:tcPr>
          <w:p w:rsidR="00F75BEF" w:rsidRPr="00F75BEF" w:rsidRDefault="00F75BEF" w:rsidP="00DD09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>
              <w:rPr>
                <w:lang w:val="ru-RU"/>
              </w:rPr>
              <w:t>Хусаенова Азалия Алмазовна, 8 класс</w:t>
            </w:r>
          </w:p>
        </w:tc>
        <w:tc>
          <w:tcPr>
            <w:tcW w:w="3402" w:type="dxa"/>
          </w:tcPr>
          <w:p w:rsidR="00F75BEF" w:rsidRPr="00F75BEF" w:rsidRDefault="00F75BEF" w:rsidP="00DD09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F75BEF">
              <w:rPr>
                <w:lang w:val="ru-RU"/>
              </w:rPr>
              <w:t>М. Җәлил иҗатында чагыштырулар</w:t>
            </w:r>
          </w:p>
        </w:tc>
        <w:tc>
          <w:tcPr>
            <w:tcW w:w="3685" w:type="dxa"/>
          </w:tcPr>
          <w:p w:rsidR="00F75BEF" w:rsidRPr="00DF25D7" w:rsidRDefault="00F75BEF" w:rsidP="00F75B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F75BEF">
              <w:rPr>
                <w:lang w:val="ru-RU"/>
              </w:rPr>
              <w:t xml:space="preserve">МБОУ </w:t>
            </w:r>
            <w:r>
              <w:rPr>
                <w:lang w:val="ru-RU"/>
              </w:rPr>
              <w:t>«</w:t>
            </w:r>
            <w:r w:rsidRPr="00F75BEF">
              <w:rPr>
                <w:lang w:val="ru-RU"/>
              </w:rPr>
              <w:t>Русско-татарская средняя общеобразовательная школа 129</w:t>
            </w:r>
            <w:r>
              <w:rPr>
                <w:lang w:val="ru-RU"/>
              </w:rPr>
              <w:t>»</w:t>
            </w:r>
          </w:p>
        </w:tc>
        <w:tc>
          <w:tcPr>
            <w:tcW w:w="3685" w:type="dxa"/>
          </w:tcPr>
          <w:p w:rsidR="00F75BEF" w:rsidRPr="00DF25D7" w:rsidRDefault="00F75BEF" w:rsidP="00DD09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F75BEF">
              <w:rPr>
                <w:lang w:val="ru-RU"/>
              </w:rPr>
              <w:t>Мусина Гульфия Абдулловна</w:t>
            </w:r>
            <w:r>
              <w:rPr>
                <w:lang w:val="ru-RU"/>
              </w:rPr>
              <w:t>,</w:t>
            </w:r>
            <w:r w:rsidRPr="00F75BEF">
              <w:rPr>
                <w:lang w:val="ru-RU"/>
              </w:rPr>
              <w:t xml:space="preserve"> учитель родного языка и литературы</w:t>
            </w:r>
          </w:p>
        </w:tc>
      </w:tr>
    </w:tbl>
    <w:p w:rsidR="00F75BEF" w:rsidRDefault="00F75BEF" w:rsidP="00F75BEF">
      <w:pPr>
        <w:pStyle w:val="1"/>
        <w:jc w:val="center"/>
        <w:rPr>
          <w:lang w:val="ru-RU"/>
        </w:rPr>
      </w:pPr>
      <w:r w:rsidRPr="00F75BEF">
        <w:rPr>
          <w:lang w:val="ru-RU"/>
        </w:rPr>
        <w:lastRenderedPageBreak/>
        <w:t>Секция</w:t>
      </w:r>
      <w:r w:rsidRPr="00F75BEF">
        <w:rPr>
          <w:lang w:val="ru-RU"/>
        </w:rPr>
        <w:br/>
        <w:t>Татарский язык и литература</w:t>
      </w:r>
      <w:r w:rsidR="0036163C">
        <w:rPr>
          <w:lang w:val="ru-RU"/>
        </w:rPr>
        <w:t xml:space="preserve"> 2</w:t>
      </w:r>
    </w:p>
    <w:p w:rsidR="0036163C" w:rsidRDefault="0036163C" w:rsidP="0036163C">
      <w:pPr>
        <w:spacing w:after="0"/>
        <w:ind w:right="225"/>
        <w:jc w:val="both"/>
        <w:rPr>
          <w:lang w:val="ru-RU"/>
        </w:rPr>
      </w:pPr>
      <w:r w:rsidRPr="00F14086">
        <w:rPr>
          <w:b/>
          <w:lang w:val="ru-RU"/>
        </w:rPr>
        <w:t>Руководитель секции</w:t>
      </w:r>
      <w:r>
        <w:rPr>
          <w:lang w:val="ru-RU"/>
        </w:rPr>
        <w:t xml:space="preserve"> </w:t>
      </w:r>
      <w:r w:rsidRPr="0036163C">
        <w:rPr>
          <w:lang w:val="ru-RU"/>
        </w:rPr>
        <w:t>Болгарова Рамзия Марсовна, к.ф.л., доцент кафедры общего языкознания и тюркологии ИФиМК КФУ</w:t>
      </w:r>
    </w:p>
    <w:p w:rsidR="0036163C" w:rsidRPr="00F14086" w:rsidRDefault="0036163C" w:rsidP="0036163C">
      <w:pPr>
        <w:spacing w:after="0"/>
        <w:rPr>
          <w:b/>
          <w:lang w:val="ru-RU"/>
        </w:rPr>
      </w:pPr>
      <w:r w:rsidRPr="00F14086">
        <w:rPr>
          <w:b/>
          <w:lang w:val="ru-RU"/>
        </w:rPr>
        <w:t>Члены жюри</w:t>
      </w:r>
    </w:p>
    <w:p w:rsidR="0036163C" w:rsidRDefault="0036163C" w:rsidP="0036163C">
      <w:pPr>
        <w:pStyle w:val="ae"/>
        <w:numPr>
          <w:ilvl w:val="0"/>
          <w:numId w:val="10"/>
        </w:numPr>
        <w:spacing w:after="120" w:line="240" w:lineRule="auto"/>
        <w:jc w:val="both"/>
        <w:rPr>
          <w:lang w:val="ru-RU"/>
        </w:rPr>
      </w:pPr>
      <w:r w:rsidRPr="0036163C">
        <w:rPr>
          <w:lang w:val="ru-RU"/>
        </w:rPr>
        <w:t>Шайхуллина Ляйсан Камиловна учитель</w:t>
      </w:r>
      <w:r w:rsidR="00DF0635">
        <w:rPr>
          <w:lang w:val="ru-RU"/>
        </w:rPr>
        <w:t xml:space="preserve"> родного</w:t>
      </w:r>
      <w:r w:rsidRPr="0036163C">
        <w:rPr>
          <w:lang w:val="ru-RU"/>
        </w:rPr>
        <w:t xml:space="preserve"> языка и литературы первой квалификационной категории МАОУ «Лицей №131»</w:t>
      </w:r>
    </w:p>
    <w:p w:rsidR="0036163C" w:rsidRPr="003A04A4" w:rsidRDefault="0036163C" w:rsidP="0036163C">
      <w:pPr>
        <w:pStyle w:val="ae"/>
        <w:numPr>
          <w:ilvl w:val="0"/>
          <w:numId w:val="10"/>
        </w:numPr>
        <w:spacing w:after="120" w:line="240" w:lineRule="auto"/>
        <w:jc w:val="both"/>
        <w:rPr>
          <w:lang w:val="ru-RU"/>
        </w:rPr>
      </w:pPr>
      <w:r w:rsidRPr="0036163C">
        <w:rPr>
          <w:lang w:val="ru-RU"/>
        </w:rPr>
        <w:t xml:space="preserve">Ахтямова Гузалия Гильмутдиновна, учитель </w:t>
      </w:r>
      <w:r w:rsidR="00DF0635">
        <w:rPr>
          <w:lang w:val="ru-RU"/>
        </w:rPr>
        <w:t xml:space="preserve">родного </w:t>
      </w:r>
      <w:r w:rsidRPr="0036163C">
        <w:rPr>
          <w:lang w:val="ru-RU"/>
        </w:rPr>
        <w:t>языка и литературы высшей квалификационной категории МАОУ «Лицей №131»</w:t>
      </w:r>
    </w:p>
    <w:p w:rsidR="0036163C" w:rsidRPr="0036163C" w:rsidRDefault="0036163C" w:rsidP="0036163C">
      <w:pPr>
        <w:rPr>
          <w:lang w:val="ru-RU"/>
        </w:rPr>
      </w:pPr>
      <w:r w:rsidRPr="00E9053F">
        <w:rPr>
          <w:b/>
          <w:lang w:val="ru-RU"/>
        </w:rPr>
        <w:t>Аудитория</w:t>
      </w:r>
      <w:r>
        <w:rPr>
          <w:b/>
          <w:lang w:val="ru-RU"/>
        </w:rPr>
        <w:t xml:space="preserve"> 44</w:t>
      </w:r>
    </w:p>
    <w:tbl>
      <w:tblPr>
        <w:tblStyle w:val="14"/>
        <w:tblW w:w="0" w:type="auto"/>
        <w:tblLook w:val="04A0" w:firstRow="1" w:lastRow="0" w:firstColumn="1" w:lastColumn="0" w:noHBand="0" w:noVBand="1"/>
      </w:tblPr>
      <w:tblGrid>
        <w:gridCol w:w="567"/>
        <w:gridCol w:w="2835"/>
        <w:gridCol w:w="3402"/>
        <w:gridCol w:w="3685"/>
        <w:gridCol w:w="3685"/>
      </w:tblGrid>
      <w:tr w:rsidR="00F75BEF" w:rsidTr="008178A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F75BEF" w:rsidRDefault="00F75BEF" w:rsidP="008178AF">
            <w:r>
              <w:t>№</w:t>
            </w:r>
          </w:p>
        </w:tc>
        <w:tc>
          <w:tcPr>
            <w:tcW w:w="2835" w:type="dxa"/>
          </w:tcPr>
          <w:p w:rsidR="00F75BEF" w:rsidRDefault="00F75BEF" w:rsidP="008178A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ФИО докладчика</w:t>
            </w:r>
          </w:p>
        </w:tc>
        <w:tc>
          <w:tcPr>
            <w:tcW w:w="3402" w:type="dxa"/>
          </w:tcPr>
          <w:p w:rsidR="00F75BEF" w:rsidRDefault="00F75BEF" w:rsidP="008178A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Название работы</w:t>
            </w:r>
          </w:p>
        </w:tc>
        <w:tc>
          <w:tcPr>
            <w:tcW w:w="3685" w:type="dxa"/>
          </w:tcPr>
          <w:p w:rsidR="00F75BEF" w:rsidRDefault="00F75BEF" w:rsidP="008178A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Образовательная организация докладчика</w:t>
            </w:r>
          </w:p>
        </w:tc>
        <w:tc>
          <w:tcPr>
            <w:tcW w:w="3685" w:type="dxa"/>
          </w:tcPr>
          <w:p w:rsidR="00F75BEF" w:rsidRDefault="00F75BEF" w:rsidP="008178A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Научный руководитель</w:t>
            </w:r>
          </w:p>
        </w:tc>
      </w:tr>
      <w:tr w:rsidR="00F75BEF" w:rsidRPr="000E13B0" w:rsidTr="008178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F75BEF" w:rsidRDefault="00881843" w:rsidP="008178AF">
            <w:r>
              <w:t>1</w:t>
            </w:r>
          </w:p>
        </w:tc>
        <w:tc>
          <w:tcPr>
            <w:tcW w:w="2835" w:type="dxa"/>
          </w:tcPr>
          <w:p w:rsidR="00F75BEF" w:rsidRDefault="00F75BEF" w:rsidP="008178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Бурганова Ильвина</w:t>
            </w:r>
            <w:r>
              <w:rPr>
                <w:lang w:val="ru-RU"/>
              </w:rPr>
              <w:t> </w:t>
            </w:r>
            <w:r>
              <w:t>Алмазовна, 9 класс</w:t>
            </w:r>
          </w:p>
        </w:tc>
        <w:tc>
          <w:tcPr>
            <w:tcW w:w="3402" w:type="dxa"/>
          </w:tcPr>
          <w:p w:rsidR="00F75BEF" w:rsidRPr="00DF25D7" w:rsidRDefault="00F75BEF" w:rsidP="008178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F25D7">
              <w:rPr>
                <w:lang w:val="ru-RU"/>
              </w:rPr>
              <w:t>Дәрдмәнд шигырьлә</w:t>
            </w:r>
            <w:r>
              <w:rPr>
                <w:lang w:val="ru-RU"/>
              </w:rPr>
              <w:t xml:space="preserve">рендә лексик-стилистик чаралар </w:t>
            </w:r>
            <w:r w:rsidRPr="00DF25D7">
              <w:rPr>
                <w:lang w:val="ru-RU"/>
              </w:rPr>
              <w:t xml:space="preserve">(Лексико-стилистические особенности </w:t>
            </w:r>
            <w:r>
              <w:rPr>
                <w:lang w:val="ru-RU"/>
              </w:rPr>
              <w:t>стихотворений Дард</w:t>
            </w:r>
            <w:r w:rsidRPr="00DF25D7">
              <w:rPr>
                <w:lang w:val="ru-RU"/>
              </w:rPr>
              <w:t>манда)</w:t>
            </w:r>
          </w:p>
        </w:tc>
        <w:tc>
          <w:tcPr>
            <w:tcW w:w="3685" w:type="dxa"/>
          </w:tcPr>
          <w:p w:rsidR="00F75BEF" w:rsidRPr="00DF25D7" w:rsidRDefault="008262BD" w:rsidP="008178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>
              <w:rPr>
                <w:lang w:val="ru-RU"/>
              </w:rPr>
              <w:t>МБОУ</w:t>
            </w:r>
            <w:r w:rsidR="00F75BEF">
              <w:rPr>
                <w:lang w:val="ru-RU"/>
              </w:rPr>
              <w:t>«</w:t>
            </w:r>
            <w:r w:rsidR="00F75BEF" w:rsidRPr="00DF25D7">
              <w:rPr>
                <w:lang w:val="ru-RU"/>
              </w:rPr>
              <w:t xml:space="preserve">Гимназия №8 </w:t>
            </w:r>
            <w:r w:rsidR="00F75BEF">
              <w:rPr>
                <w:lang w:val="ru-RU"/>
              </w:rPr>
              <w:t>–</w:t>
            </w:r>
            <w:r w:rsidR="00881843">
              <w:rPr>
                <w:lang w:val="ru-RU"/>
              </w:rPr>
              <w:t xml:space="preserve"> </w:t>
            </w:r>
            <w:r w:rsidR="00F75BEF" w:rsidRPr="00DF25D7">
              <w:rPr>
                <w:lang w:val="ru-RU"/>
              </w:rPr>
              <w:t>Центр образования</w:t>
            </w:r>
            <w:r w:rsidR="00F75BEF">
              <w:rPr>
                <w:lang w:val="ru-RU"/>
              </w:rPr>
              <w:t>»</w:t>
            </w:r>
            <w:r w:rsidR="00F75BEF" w:rsidRPr="00DF25D7">
              <w:rPr>
                <w:lang w:val="ru-RU"/>
              </w:rPr>
              <w:t xml:space="preserve"> Советского района </w:t>
            </w:r>
            <w:r w:rsidR="00F75BEF">
              <w:rPr>
                <w:lang w:val="ru-RU"/>
              </w:rPr>
              <w:t>г. Казани</w:t>
            </w:r>
          </w:p>
        </w:tc>
        <w:tc>
          <w:tcPr>
            <w:tcW w:w="3685" w:type="dxa"/>
          </w:tcPr>
          <w:p w:rsidR="00F75BEF" w:rsidRPr="00DF25D7" w:rsidRDefault="00F75BEF" w:rsidP="008178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F25D7">
              <w:rPr>
                <w:lang w:val="ru-RU"/>
              </w:rPr>
              <w:t>Ваганова Альбина Ильсуровна, Хасанова Айгуль Минибаевна, учителя родного языка и литературы высшей квалификационной категории</w:t>
            </w:r>
          </w:p>
        </w:tc>
      </w:tr>
      <w:tr w:rsidR="00F75BEF" w:rsidRPr="000E13B0" w:rsidTr="008178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F75BEF" w:rsidRDefault="00881843" w:rsidP="008178AF">
            <w:r>
              <w:t>2</w:t>
            </w:r>
          </w:p>
        </w:tc>
        <w:tc>
          <w:tcPr>
            <w:tcW w:w="2835" w:type="dxa"/>
          </w:tcPr>
          <w:p w:rsidR="00F75BEF" w:rsidRPr="00DF25D7" w:rsidRDefault="00F75BEF" w:rsidP="008178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F25D7">
              <w:rPr>
                <w:lang w:val="ru-RU"/>
              </w:rPr>
              <w:t>Рахматуллина Аделя</w:t>
            </w:r>
            <w:r>
              <w:rPr>
                <w:lang w:val="ru-RU"/>
              </w:rPr>
              <w:t> </w:t>
            </w:r>
            <w:r w:rsidRPr="00DF25D7">
              <w:rPr>
                <w:lang w:val="ru-RU"/>
              </w:rPr>
              <w:t>Равилевна, Фазулова Алия</w:t>
            </w:r>
            <w:r>
              <w:rPr>
                <w:lang w:val="ru-RU"/>
              </w:rPr>
              <w:t> </w:t>
            </w:r>
            <w:r w:rsidRPr="00DF25D7">
              <w:rPr>
                <w:lang w:val="ru-RU"/>
              </w:rPr>
              <w:t>Айратовна, 8</w:t>
            </w:r>
            <w:r>
              <w:t> </w:t>
            </w:r>
            <w:r w:rsidRPr="00DF25D7">
              <w:rPr>
                <w:lang w:val="ru-RU"/>
              </w:rPr>
              <w:t>класс</w:t>
            </w:r>
          </w:p>
        </w:tc>
        <w:tc>
          <w:tcPr>
            <w:tcW w:w="3402" w:type="dxa"/>
          </w:tcPr>
          <w:p w:rsidR="00F75BEF" w:rsidRPr="00DF25D7" w:rsidRDefault="00F75BEF" w:rsidP="008178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F25D7">
              <w:rPr>
                <w:lang w:val="ru-RU"/>
              </w:rPr>
              <w:t>Резеда Вәлиева иҗатында жанр төрлелеге</w:t>
            </w:r>
          </w:p>
        </w:tc>
        <w:tc>
          <w:tcPr>
            <w:tcW w:w="3685" w:type="dxa"/>
          </w:tcPr>
          <w:p w:rsidR="00F75BEF" w:rsidRPr="00DF25D7" w:rsidRDefault="00F75BEF" w:rsidP="008178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>
              <w:t xml:space="preserve">МБОУ </w:t>
            </w:r>
            <w:r>
              <w:rPr>
                <w:lang w:val="ru-RU"/>
              </w:rPr>
              <w:t>«</w:t>
            </w:r>
            <w:r>
              <w:t>Школа №167</w:t>
            </w:r>
            <w:r>
              <w:rPr>
                <w:lang w:val="ru-RU"/>
              </w:rPr>
              <w:t>»</w:t>
            </w:r>
          </w:p>
        </w:tc>
        <w:tc>
          <w:tcPr>
            <w:tcW w:w="3685" w:type="dxa"/>
          </w:tcPr>
          <w:p w:rsidR="00F75BEF" w:rsidRPr="00DF25D7" w:rsidRDefault="00F75BEF" w:rsidP="008178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F25D7">
              <w:rPr>
                <w:lang w:val="ru-RU"/>
              </w:rPr>
              <w:t xml:space="preserve">Ибраева Лейсан Расиховна, Садриева Эльмира Ильмасовна, учителя родного языка и литературы высшей квалификационной категории </w:t>
            </w:r>
          </w:p>
        </w:tc>
      </w:tr>
      <w:tr w:rsidR="00F75BEF" w:rsidRPr="000E13B0" w:rsidTr="008178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F75BEF" w:rsidRDefault="00881843" w:rsidP="008178AF">
            <w:r>
              <w:t>3</w:t>
            </w:r>
          </w:p>
        </w:tc>
        <w:tc>
          <w:tcPr>
            <w:tcW w:w="2835" w:type="dxa"/>
          </w:tcPr>
          <w:p w:rsidR="00F75BEF" w:rsidRDefault="00F75BEF" w:rsidP="008178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Каримов Рамис</w:t>
            </w:r>
            <w:r>
              <w:rPr>
                <w:lang w:val="ru-RU"/>
              </w:rPr>
              <w:t> </w:t>
            </w:r>
            <w:r>
              <w:t>Раисович, 9 класс</w:t>
            </w:r>
          </w:p>
        </w:tc>
        <w:tc>
          <w:tcPr>
            <w:tcW w:w="3402" w:type="dxa"/>
          </w:tcPr>
          <w:p w:rsidR="00F75BEF" w:rsidRPr="00DF25D7" w:rsidRDefault="00F75BEF" w:rsidP="008178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Муса Җәлил поэзиясендә образлар аша сугыш чорының гәүдәләнеше</w:t>
            </w:r>
          </w:p>
        </w:tc>
        <w:tc>
          <w:tcPr>
            <w:tcW w:w="3685" w:type="dxa"/>
          </w:tcPr>
          <w:p w:rsidR="00F75BEF" w:rsidRPr="00DF25D7" w:rsidRDefault="00F75BEF" w:rsidP="008178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>
              <w:t xml:space="preserve">МБОУ </w:t>
            </w:r>
            <w:r>
              <w:rPr>
                <w:lang w:val="ru-RU"/>
              </w:rPr>
              <w:t>«</w:t>
            </w:r>
            <w:r>
              <w:t>Школа 161</w:t>
            </w:r>
            <w:r>
              <w:rPr>
                <w:lang w:val="ru-RU"/>
              </w:rPr>
              <w:t>»</w:t>
            </w:r>
          </w:p>
        </w:tc>
        <w:tc>
          <w:tcPr>
            <w:tcW w:w="3685" w:type="dxa"/>
          </w:tcPr>
          <w:p w:rsidR="00F75BEF" w:rsidRPr="00DF25D7" w:rsidRDefault="00F75BEF" w:rsidP="008178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F25D7">
              <w:rPr>
                <w:lang w:val="ru-RU"/>
              </w:rPr>
              <w:t>А</w:t>
            </w:r>
            <w:r>
              <w:rPr>
                <w:lang w:val="ru-RU"/>
              </w:rPr>
              <w:t xml:space="preserve">гишева Айгуль Иршатовна, </w:t>
            </w:r>
            <w:r w:rsidRPr="00DF25D7">
              <w:rPr>
                <w:lang w:val="ru-RU"/>
              </w:rPr>
              <w:t>учитель родного языка и литературы, 1 катего</w:t>
            </w:r>
            <w:r>
              <w:rPr>
                <w:lang w:val="ru-RU"/>
              </w:rPr>
              <w:t>рия; Галиуллина Руфия Рафиковна,</w:t>
            </w:r>
            <w:r w:rsidRPr="00DF25D7">
              <w:rPr>
                <w:lang w:val="ru-RU"/>
              </w:rPr>
              <w:t xml:space="preserve"> учитель родного языка и литературы,</w:t>
            </w:r>
            <w:r>
              <w:rPr>
                <w:lang w:val="ru-RU"/>
              </w:rPr>
              <w:t xml:space="preserve"> </w:t>
            </w:r>
            <w:r w:rsidRPr="00DF25D7">
              <w:rPr>
                <w:lang w:val="ru-RU"/>
              </w:rPr>
              <w:t>1 категория</w:t>
            </w:r>
          </w:p>
        </w:tc>
      </w:tr>
      <w:tr w:rsidR="00F75BEF" w:rsidTr="008178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F75BEF" w:rsidRDefault="00881843" w:rsidP="008178AF">
            <w:r>
              <w:t>4</w:t>
            </w:r>
          </w:p>
        </w:tc>
        <w:tc>
          <w:tcPr>
            <w:tcW w:w="2835" w:type="dxa"/>
          </w:tcPr>
          <w:p w:rsidR="00F75BEF" w:rsidRDefault="00F75BEF" w:rsidP="008178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Тимуршина Алина</w:t>
            </w:r>
            <w:r>
              <w:rPr>
                <w:lang w:val="ru-RU"/>
              </w:rPr>
              <w:t> </w:t>
            </w:r>
            <w:r>
              <w:t>Ринатовна, 10 класс</w:t>
            </w:r>
          </w:p>
        </w:tc>
        <w:tc>
          <w:tcPr>
            <w:tcW w:w="3402" w:type="dxa"/>
          </w:tcPr>
          <w:p w:rsidR="00F75BEF" w:rsidRDefault="00F75BEF" w:rsidP="008178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Җәмилә Әхтәмова шигъриятенең әдәби үзенчәлекләре</w:t>
            </w:r>
          </w:p>
        </w:tc>
        <w:tc>
          <w:tcPr>
            <w:tcW w:w="3685" w:type="dxa"/>
          </w:tcPr>
          <w:p w:rsidR="00F75BEF" w:rsidRPr="00DF25D7" w:rsidRDefault="00F75BEF" w:rsidP="008178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F25D7">
              <w:rPr>
                <w:lang w:val="ru-RU"/>
              </w:rPr>
              <w:t xml:space="preserve">МБОУ </w:t>
            </w:r>
            <w:r>
              <w:rPr>
                <w:lang w:val="ru-RU"/>
              </w:rPr>
              <w:t>«</w:t>
            </w:r>
            <w:r w:rsidRPr="00DF25D7">
              <w:rPr>
                <w:lang w:val="ru-RU"/>
              </w:rPr>
              <w:t>Татарская гимназия №17 имени Г.</w:t>
            </w:r>
            <w:r>
              <w:rPr>
                <w:lang w:val="ru-RU"/>
              </w:rPr>
              <w:t> </w:t>
            </w:r>
            <w:r w:rsidRPr="00DF25D7">
              <w:rPr>
                <w:lang w:val="ru-RU"/>
              </w:rPr>
              <w:t>Ибрагимова</w:t>
            </w:r>
            <w:r>
              <w:rPr>
                <w:lang w:val="ru-RU"/>
              </w:rPr>
              <w:t>»</w:t>
            </w:r>
          </w:p>
        </w:tc>
        <w:tc>
          <w:tcPr>
            <w:tcW w:w="3685" w:type="dxa"/>
          </w:tcPr>
          <w:p w:rsidR="00F75BEF" w:rsidRDefault="00F75BEF" w:rsidP="008178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Абдуллина Рамиля Агзамовна</w:t>
            </w:r>
          </w:p>
        </w:tc>
      </w:tr>
      <w:tr w:rsidR="00F75BEF" w:rsidRPr="000E13B0" w:rsidTr="008178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F75BEF" w:rsidRDefault="00881843" w:rsidP="008178AF">
            <w:r>
              <w:t>5</w:t>
            </w:r>
          </w:p>
        </w:tc>
        <w:tc>
          <w:tcPr>
            <w:tcW w:w="2835" w:type="dxa"/>
          </w:tcPr>
          <w:p w:rsidR="00F75BEF" w:rsidRDefault="00F75BEF" w:rsidP="008178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Гиниятуллина Ильвина</w:t>
            </w:r>
            <w:r>
              <w:rPr>
                <w:lang w:val="ru-RU"/>
              </w:rPr>
              <w:t> </w:t>
            </w:r>
            <w:r>
              <w:t>Эльверовна, 8 класс</w:t>
            </w:r>
          </w:p>
        </w:tc>
        <w:tc>
          <w:tcPr>
            <w:tcW w:w="3402" w:type="dxa"/>
          </w:tcPr>
          <w:p w:rsidR="00F75BEF" w:rsidRDefault="00F75BEF" w:rsidP="008178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Татар һәм инглиз телләрен өйрәнүдә И.</w:t>
            </w:r>
            <w:r w:rsidRPr="00DD0962">
              <w:t> </w:t>
            </w:r>
            <w:r>
              <w:t>Франк методикасын куллану</w:t>
            </w:r>
          </w:p>
        </w:tc>
        <w:tc>
          <w:tcPr>
            <w:tcW w:w="3685" w:type="dxa"/>
          </w:tcPr>
          <w:p w:rsidR="00F75BEF" w:rsidRPr="00DF25D7" w:rsidRDefault="008262BD" w:rsidP="008178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>
              <w:rPr>
                <w:lang w:val="ru-RU"/>
              </w:rPr>
              <w:t xml:space="preserve">МБОУ </w:t>
            </w:r>
            <w:r w:rsidR="00F75BEF" w:rsidRPr="00DF25D7">
              <w:rPr>
                <w:lang w:val="ru-RU"/>
              </w:rPr>
              <w:t xml:space="preserve">«Средняя общеобразовательная школа №167 с углубленным изучением отдельных предметов» Советского района </w:t>
            </w:r>
            <w:r w:rsidR="00F75BEF">
              <w:rPr>
                <w:lang w:val="ru-RU"/>
              </w:rPr>
              <w:t>г. Казани</w:t>
            </w:r>
          </w:p>
        </w:tc>
        <w:tc>
          <w:tcPr>
            <w:tcW w:w="3685" w:type="dxa"/>
          </w:tcPr>
          <w:p w:rsidR="00F75BEF" w:rsidRPr="00DF25D7" w:rsidRDefault="00F75BEF" w:rsidP="008178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F25D7">
              <w:rPr>
                <w:lang w:val="ru-RU"/>
              </w:rPr>
              <w:t xml:space="preserve">Маматкулова Гульназ Гамировна, </w:t>
            </w:r>
            <w:r>
              <w:rPr>
                <w:lang w:val="ru-RU"/>
              </w:rPr>
              <w:t>у</w:t>
            </w:r>
            <w:r w:rsidRPr="00DF25D7">
              <w:rPr>
                <w:lang w:val="ru-RU"/>
              </w:rPr>
              <w:t>читель английского и татарского языков высшей кв.категории</w:t>
            </w:r>
          </w:p>
        </w:tc>
      </w:tr>
      <w:tr w:rsidR="00F75BEF" w:rsidTr="008178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F75BEF" w:rsidRDefault="00881843" w:rsidP="008178AF">
            <w:r>
              <w:t>6</w:t>
            </w:r>
          </w:p>
        </w:tc>
        <w:tc>
          <w:tcPr>
            <w:tcW w:w="2835" w:type="dxa"/>
          </w:tcPr>
          <w:p w:rsidR="00F75BEF" w:rsidRDefault="00F75BEF" w:rsidP="008178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Сайфутдинова Гузель</w:t>
            </w:r>
            <w:r>
              <w:rPr>
                <w:lang w:val="ru-RU"/>
              </w:rPr>
              <w:t> </w:t>
            </w:r>
            <w:r>
              <w:t>Фаридовна, 11 класс</w:t>
            </w:r>
          </w:p>
        </w:tc>
        <w:tc>
          <w:tcPr>
            <w:tcW w:w="3402" w:type="dxa"/>
          </w:tcPr>
          <w:p w:rsidR="00F75BEF" w:rsidRPr="00DF25D7" w:rsidRDefault="00F75BEF" w:rsidP="008178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F25D7">
              <w:rPr>
                <w:lang w:val="ru-RU"/>
              </w:rPr>
              <w:t>Әмирхан Еники әсәрләрендә табигать образы</w:t>
            </w:r>
          </w:p>
        </w:tc>
        <w:tc>
          <w:tcPr>
            <w:tcW w:w="3685" w:type="dxa"/>
          </w:tcPr>
          <w:p w:rsidR="00F75BEF" w:rsidRPr="00DF25D7" w:rsidRDefault="008262BD" w:rsidP="008178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>
              <w:rPr>
                <w:lang w:val="ru-RU"/>
              </w:rPr>
              <w:t xml:space="preserve">МБОУ </w:t>
            </w:r>
            <w:r w:rsidR="00F75BEF">
              <w:rPr>
                <w:lang w:val="ru-RU"/>
              </w:rPr>
              <w:t>«</w:t>
            </w:r>
            <w:r w:rsidR="00F75BEF" w:rsidRPr="00DF25D7">
              <w:rPr>
                <w:lang w:val="ru-RU"/>
              </w:rPr>
              <w:t>Средняя общеобразовательная русско-татарская школа №161</w:t>
            </w:r>
            <w:r w:rsidR="00F75BEF">
              <w:rPr>
                <w:lang w:val="ru-RU"/>
              </w:rPr>
              <w:t>»</w:t>
            </w:r>
            <w:r w:rsidR="00F75BEF" w:rsidRPr="00DF25D7">
              <w:rPr>
                <w:lang w:val="ru-RU"/>
              </w:rPr>
              <w:t xml:space="preserve"> Советского района </w:t>
            </w:r>
            <w:r w:rsidR="00F75BEF">
              <w:rPr>
                <w:lang w:val="ru-RU"/>
              </w:rPr>
              <w:t>г. Казани</w:t>
            </w:r>
          </w:p>
        </w:tc>
        <w:tc>
          <w:tcPr>
            <w:tcW w:w="3685" w:type="dxa"/>
          </w:tcPr>
          <w:p w:rsidR="00F75BEF" w:rsidRDefault="00F75BEF" w:rsidP="008178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Галяутдинова Лариса Анатольевна</w:t>
            </w:r>
          </w:p>
        </w:tc>
      </w:tr>
      <w:tr w:rsidR="00F75BEF" w:rsidRPr="000E13B0" w:rsidTr="008178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F75BEF" w:rsidRDefault="00881843" w:rsidP="008178AF">
            <w:r>
              <w:lastRenderedPageBreak/>
              <w:t>7</w:t>
            </w:r>
          </w:p>
        </w:tc>
        <w:tc>
          <w:tcPr>
            <w:tcW w:w="2835" w:type="dxa"/>
          </w:tcPr>
          <w:p w:rsidR="00F75BEF" w:rsidRDefault="00F75BEF" w:rsidP="008178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Гирфанов Раниль</w:t>
            </w:r>
            <w:r>
              <w:rPr>
                <w:lang w:val="ru-RU"/>
              </w:rPr>
              <w:t> </w:t>
            </w:r>
            <w:r>
              <w:t>Раисович, 10 класс</w:t>
            </w:r>
          </w:p>
        </w:tc>
        <w:tc>
          <w:tcPr>
            <w:tcW w:w="3402" w:type="dxa"/>
          </w:tcPr>
          <w:p w:rsidR="00F75BEF" w:rsidRDefault="00F75BEF" w:rsidP="008178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Бүгенге көндә Н. Исәнбәт шәхесенә, иҗатына һәм эшчәнлегенә тәнкыйди караш</w:t>
            </w:r>
          </w:p>
        </w:tc>
        <w:tc>
          <w:tcPr>
            <w:tcW w:w="3685" w:type="dxa"/>
          </w:tcPr>
          <w:p w:rsidR="00F75BEF" w:rsidRPr="00DF25D7" w:rsidRDefault="008262BD" w:rsidP="008178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>
              <w:rPr>
                <w:lang w:val="ru-RU"/>
              </w:rPr>
              <w:t xml:space="preserve">МБОУ </w:t>
            </w:r>
            <w:r w:rsidR="00F75BEF">
              <w:rPr>
                <w:lang w:val="ru-RU"/>
              </w:rPr>
              <w:t>«</w:t>
            </w:r>
            <w:r w:rsidR="00F75BEF" w:rsidRPr="00DF25D7">
              <w:rPr>
                <w:lang w:val="ru-RU"/>
              </w:rPr>
              <w:t>Гимназия №10</w:t>
            </w:r>
            <w:r w:rsidR="00F75BEF">
              <w:rPr>
                <w:lang w:val="ru-RU"/>
              </w:rPr>
              <w:t>»</w:t>
            </w:r>
            <w:r w:rsidR="00F75BEF" w:rsidRPr="00DF25D7">
              <w:rPr>
                <w:lang w:val="ru-RU"/>
              </w:rPr>
              <w:t xml:space="preserve"> </w:t>
            </w:r>
            <w:r w:rsidR="00F75BEF">
              <w:rPr>
                <w:lang w:val="ru-RU"/>
              </w:rPr>
              <w:t>г. Казани</w:t>
            </w:r>
            <w:r w:rsidR="00F75BEF" w:rsidRPr="00DF25D7">
              <w:rPr>
                <w:lang w:val="ru-RU"/>
              </w:rPr>
              <w:t xml:space="preserve"> </w:t>
            </w:r>
          </w:p>
        </w:tc>
        <w:tc>
          <w:tcPr>
            <w:tcW w:w="3685" w:type="dxa"/>
          </w:tcPr>
          <w:p w:rsidR="00F75BEF" w:rsidRPr="00DF25D7" w:rsidRDefault="00F75BEF" w:rsidP="008178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F25D7">
              <w:rPr>
                <w:lang w:val="ru-RU"/>
              </w:rPr>
              <w:t>Шарафутдинова Эльза Фагимовна, Шакирова Нурзиган Габдулловна</w:t>
            </w:r>
          </w:p>
        </w:tc>
      </w:tr>
      <w:tr w:rsidR="00F75BEF" w:rsidRPr="000E13B0" w:rsidTr="008178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F75BEF" w:rsidRDefault="00881843" w:rsidP="008178AF">
            <w:r>
              <w:t>8</w:t>
            </w:r>
          </w:p>
        </w:tc>
        <w:tc>
          <w:tcPr>
            <w:tcW w:w="2835" w:type="dxa"/>
          </w:tcPr>
          <w:p w:rsidR="00F75BEF" w:rsidRDefault="00F75BEF" w:rsidP="008178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Ибрагимов Айзат</w:t>
            </w:r>
            <w:r>
              <w:rPr>
                <w:lang w:val="ru-RU"/>
              </w:rPr>
              <w:t> </w:t>
            </w:r>
            <w:r>
              <w:t>Ильфатович, 9 класс</w:t>
            </w:r>
          </w:p>
        </w:tc>
        <w:tc>
          <w:tcPr>
            <w:tcW w:w="3402" w:type="dxa"/>
          </w:tcPr>
          <w:p w:rsidR="00F75BEF" w:rsidRPr="00DF25D7" w:rsidRDefault="00F75BEF" w:rsidP="008178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F25D7">
              <w:rPr>
                <w:lang w:val="ru-RU"/>
              </w:rPr>
              <w:t>Клара Булатова иҗатында туган тел темасы</w:t>
            </w:r>
          </w:p>
        </w:tc>
        <w:tc>
          <w:tcPr>
            <w:tcW w:w="3685" w:type="dxa"/>
          </w:tcPr>
          <w:p w:rsidR="00F75BEF" w:rsidRPr="00DF25D7" w:rsidRDefault="008262BD" w:rsidP="008178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>
              <w:rPr>
                <w:lang w:val="ru-RU"/>
              </w:rPr>
              <w:t xml:space="preserve">МБОУ </w:t>
            </w:r>
            <w:r w:rsidR="00F75BEF">
              <w:rPr>
                <w:lang w:val="ru-RU"/>
              </w:rPr>
              <w:t>«</w:t>
            </w:r>
            <w:r w:rsidR="00F75BEF" w:rsidRPr="00DF25D7">
              <w:rPr>
                <w:lang w:val="ru-RU"/>
              </w:rPr>
              <w:t>Гимназия №10</w:t>
            </w:r>
            <w:r w:rsidR="00F75BEF">
              <w:rPr>
                <w:lang w:val="ru-RU"/>
              </w:rPr>
              <w:t>»</w:t>
            </w:r>
            <w:r w:rsidR="00F75BEF" w:rsidRPr="00DF25D7">
              <w:rPr>
                <w:lang w:val="ru-RU"/>
              </w:rPr>
              <w:t xml:space="preserve"> </w:t>
            </w:r>
            <w:r w:rsidR="00F75BEF">
              <w:rPr>
                <w:lang w:val="ru-RU"/>
              </w:rPr>
              <w:t>г. Казани</w:t>
            </w:r>
          </w:p>
        </w:tc>
        <w:tc>
          <w:tcPr>
            <w:tcW w:w="3685" w:type="dxa"/>
          </w:tcPr>
          <w:p w:rsidR="00F75BEF" w:rsidRPr="00DF25D7" w:rsidRDefault="00F75BEF" w:rsidP="008178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F25D7">
              <w:rPr>
                <w:lang w:val="ru-RU"/>
              </w:rPr>
              <w:t xml:space="preserve">Шарафутдинова Эльза Фагимовна, Шакирова </w:t>
            </w:r>
            <w:r>
              <w:rPr>
                <w:lang w:val="ru-RU"/>
              </w:rPr>
              <w:t>Н</w:t>
            </w:r>
            <w:r w:rsidRPr="00DF25D7">
              <w:rPr>
                <w:lang w:val="ru-RU"/>
              </w:rPr>
              <w:t>урзиган Габдулловна</w:t>
            </w:r>
          </w:p>
        </w:tc>
      </w:tr>
      <w:tr w:rsidR="00F75BEF" w:rsidRPr="000E13B0" w:rsidTr="008178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F75BEF" w:rsidRDefault="00881843" w:rsidP="008178AF">
            <w:r>
              <w:t>9</w:t>
            </w:r>
          </w:p>
        </w:tc>
        <w:tc>
          <w:tcPr>
            <w:tcW w:w="2835" w:type="dxa"/>
          </w:tcPr>
          <w:p w:rsidR="00F75BEF" w:rsidRDefault="00F75BEF" w:rsidP="008178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Мусин Нияз Зуфарович, 10 класс</w:t>
            </w:r>
          </w:p>
        </w:tc>
        <w:tc>
          <w:tcPr>
            <w:tcW w:w="3402" w:type="dxa"/>
          </w:tcPr>
          <w:p w:rsidR="00F75BEF" w:rsidRDefault="00F75BEF" w:rsidP="008178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Фәнис Яруллинның </w:t>
            </w:r>
            <w:r w:rsidRPr="00DD0962">
              <w:t>«</w:t>
            </w:r>
            <w:r>
              <w:t>Кайту</w:t>
            </w:r>
            <w:r w:rsidRPr="00DD0962">
              <w:t>»</w:t>
            </w:r>
            <w:r>
              <w:t xml:space="preserve"> әсәрендәге проблемаларның бүгенге көндәге яңгырашы </w:t>
            </w:r>
          </w:p>
        </w:tc>
        <w:tc>
          <w:tcPr>
            <w:tcW w:w="3685" w:type="dxa"/>
          </w:tcPr>
          <w:p w:rsidR="00F75BEF" w:rsidRPr="00DF25D7" w:rsidRDefault="00F75BEF" w:rsidP="008178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F25D7">
              <w:rPr>
                <w:lang w:val="ru-RU"/>
              </w:rPr>
              <w:t xml:space="preserve">МБОУ «Средняя общеобразовательная школа №89 с углубленным изучением отдельных предметов» Ново-Савиновского района </w:t>
            </w:r>
            <w:r>
              <w:rPr>
                <w:lang w:val="ru-RU"/>
              </w:rPr>
              <w:t>г. Казани</w:t>
            </w:r>
          </w:p>
        </w:tc>
        <w:tc>
          <w:tcPr>
            <w:tcW w:w="3685" w:type="dxa"/>
          </w:tcPr>
          <w:p w:rsidR="00F75BEF" w:rsidRPr="00DF25D7" w:rsidRDefault="00F75BEF" w:rsidP="008818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F25D7">
              <w:rPr>
                <w:lang w:val="ru-RU"/>
              </w:rPr>
              <w:t>Зарипова Алсу Р</w:t>
            </w:r>
            <w:r w:rsidR="00881843">
              <w:rPr>
                <w:lang w:val="ru-RU"/>
              </w:rPr>
              <w:t>ашидовна, учитель родного языка</w:t>
            </w:r>
          </w:p>
        </w:tc>
      </w:tr>
    </w:tbl>
    <w:p w:rsidR="0019003B" w:rsidRDefault="00DF25D7">
      <w:pPr>
        <w:pStyle w:val="1"/>
        <w:jc w:val="center"/>
        <w:rPr>
          <w:lang w:val="ru-RU"/>
        </w:rPr>
      </w:pPr>
      <w:r w:rsidRPr="00DF25D7">
        <w:rPr>
          <w:lang w:val="ru-RU"/>
        </w:rPr>
        <w:lastRenderedPageBreak/>
        <w:t>Секция</w:t>
      </w:r>
      <w:r w:rsidRPr="00DF25D7">
        <w:rPr>
          <w:lang w:val="ru-RU"/>
        </w:rPr>
        <w:br/>
        <w:t>Русский язык</w:t>
      </w:r>
    </w:p>
    <w:p w:rsidR="0057150F" w:rsidRDefault="0057150F" w:rsidP="0057150F">
      <w:pPr>
        <w:spacing w:after="0"/>
        <w:ind w:right="225"/>
        <w:jc w:val="both"/>
        <w:rPr>
          <w:lang w:val="ru-RU"/>
        </w:rPr>
      </w:pPr>
      <w:r w:rsidRPr="00F14086">
        <w:rPr>
          <w:b/>
          <w:lang w:val="ru-RU"/>
        </w:rPr>
        <w:t>Руководитель секции</w:t>
      </w:r>
    </w:p>
    <w:p w:rsidR="0057150F" w:rsidRDefault="0057150F" w:rsidP="0057150F">
      <w:pPr>
        <w:spacing w:after="0"/>
        <w:ind w:left="567"/>
        <w:jc w:val="both"/>
        <w:rPr>
          <w:lang w:val="ru-RU"/>
        </w:rPr>
      </w:pPr>
      <w:r w:rsidRPr="0057150F">
        <w:rPr>
          <w:lang w:val="ru-RU"/>
        </w:rPr>
        <w:t xml:space="preserve">Соловцова Ольга Сергеевна, учитель русского языка и литературы высшей </w:t>
      </w:r>
      <w:r>
        <w:rPr>
          <w:lang w:val="ru-RU"/>
        </w:rPr>
        <w:t>квалификационной категории МАОУ </w:t>
      </w:r>
      <w:r w:rsidRPr="0057150F">
        <w:rPr>
          <w:lang w:val="ru-RU"/>
        </w:rPr>
        <w:t>«Лицей №131»</w:t>
      </w:r>
    </w:p>
    <w:p w:rsidR="0057150F" w:rsidRPr="00F14086" w:rsidRDefault="0057150F" w:rsidP="0057150F">
      <w:pPr>
        <w:spacing w:after="0"/>
        <w:rPr>
          <w:b/>
          <w:lang w:val="ru-RU"/>
        </w:rPr>
      </w:pPr>
      <w:r>
        <w:rPr>
          <w:b/>
          <w:lang w:val="ru-RU"/>
        </w:rPr>
        <w:t>Член</w:t>
      </w:r>
      <w:r w:rsidRPr="00F14086">
        <w:rPr>
          <w:b/>
          <w:lang w:val="ru-RU"/>
        </w:rPr>
        <w:t xml:space="preserve"> жюри</w:t>
      </w:r>
    </w:p>
    <w:p w:rsidR="0057150F" w:rsidRPr="0081198F" w:rsidRDefault="0057150F" w:rsidP="0081198F">
      <w:pPr>
        <w:pStyle w:val="ae"/>
        <w:numPr>
          <w:ilvl w:val="0"/>
          <w:numId w:val="10"/>
        </w:numPr>
        <w:spacing w:after="120" w:line="240" w:lineRule="auto"/>
        <w:jc w:val="both"/>
        <w:rPr>
          <w:lang w:val="ru-RU"/>
        </w:rPr>
      </w:pPr>
      <w:r w:rsidRPr="0081198F">
        <w:rPr>
          <w:lang w:val="ru-RU"/>
        </w:rPr>
        <w:t>Агапова Екатерина Сергеевна, к.ф.н., учитель русского языка и литературы высшей квалификационной категории МБОУ «Лицей №116»</w:t>
      </w:r>
    </w:p>
    <w:p w:rsidR="0081198F" w:rsidRPr="0057150F" w:rsidRDefault="0081198F" w:rsidP="0081198F">
      <w:pPr>
        <w:pStyle w:val="ae"/>
        <w:numPr>
          <w:ilvl w:val="0"/>
          <w:numId w:val="10"/>
        </w:numPr>
        <w:spacing w:after="120" w:line="240" w:lineRule="auto"/>
        <w:jc w:val="both"/>
        <w:rPr>
          <w:lang w:val="ru-RU"/>
        </w:rPr>
      </w:pPr>
      <w:r w:rsidRPr="0081198F">
        <w:rPr>
          <w:lang w:val="ru-RU"/>
        </w:rPr>
        <w:t>Косковская</w:t>
      </w:r>
      <w:r>
        <w:rPr>
          <w:szCs w:val="24"/>
          <w:lang w:val="ru-RU"/>
        </w:rPr>
        <w:t xml:space="preserve"> Елена Евгеньевна, </w:t>
      </w:r>
      <w:r w:rsidRPr="0057150F">
        <w:rPr>
          <w:lang w:val="ru-RU"/>
        </w:rPr>
        <w:t>учитель русского языка и литературы</w:t>
      </w:r>
      <w:r>
        <w:rPr>
          <w:lang w:val="ru-RU"/>
        </w:rPr>
        <w:t xml:space="preserve"> первой</w:t>
      </w:r>
      <w:r w:rsidRPr="0057150F">
        <w:rPr>
          <w:lang w:val="ru-RU"/>
        </w:rPr>
        <w:t xml:space="preserve"> </w:t>
      </w:r>
      <w:r>
        <w:rPr>
          <w:lang w:val="ru-RU"/>
        </w:rPr>
        <w:t>квалификационной категории МАОУ </w:t>
      </w:r>
      <w:r w:rsidRPr="0057150F">
        <w:rPr>
          <w:lang w:val="ru-RU"/>
        </w:rPr>
        <w:t>«Лицей №131»</w:t>
      </w:r>
    </w:p>
    <w:p w:rsidR="0057150F" w:rsidRPr="0057150F" w:rsidRDefault="0057150F" w:rsidP="0057150F">
      <w:pPr>
        <w:rPr>
          <w:lang w:val="ru-RU"/>
        </w:rPr>
      </w:pPr>
      <w:r w:rsidRPr="00E9053F">
        <w:rPr>
          <w:b/>
          <w:lang w:val="ru-RU"/>
        </w:rPr>
        <w:t>Аудитория</w:t>
      </w:r>
      <w:r w:rsidR="0081198F">
        <w:rPr>
          <w:b/>
          <w:lang w:val="ru-RU"/>
        </w:rPr>
        <w:t xml:space="preserve"> 18</w:t>
      </w:r>
    </w:p>
    <w:tbl>
      <w:tblPr>
        <w:tblStyle w:val="14"/>
        <w:tblW w:w="0" w:type="auto"/>
        <w:tblLook w:val="04A0" w:firstRow="1" w:lastRow="0" w:firstColumn="1" w:lastColumn="0" w:noHBand="0" w:noVBand="1"/>
      </w:tblPr>
      <w:tblGrid>
        <w:gridCol w:w="567"/>
        <w:gridCol w:w="2835"/>
        <w:gridCol w:w="3402"/>
        <w:gridCol w:w="3742"/>
        <w:gridCol w:w="3685"/>
      </w:tblGrid>
      <w:tr w:rsidR="0019003B" w:rsidTr="0057150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19003B" w:rsidRDefault="00DF25D7">
            <w:r>
              <w:t>№</w:t>
            </w:r>
          </w:p>
        </w:tc>
        <w:tc>
          <w:tcPr>
            <w:tcW w:w="2835" w:type="dxa"/>
          </w:tcPr>
          <w:p w:rsidR="0019003B" w:rsidRDefault="00DF25D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ФИО докладчика</w:t>
            </w:r>
          </w:p>
        </w:tc>
        <w:tc>
          <w:tcPr>
            <w:tcW w:w="3402" w:type="dxa"/>
          </w:tcPr>
          <w:p w:rsidR="0019003B" w:rsidRDefault="00DF25D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Название работы</w:t>
            </w:r>
          </w:p>
        </w:tc>
        <w:tc>
          <w:tcPr>
            <w:tcW w:w="3742" w:type="dxa"/>
          </w:tcPr>
          <w:p w:rsidR="0019003B" w:rsidRDefault="00DF25D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Образовательная организация докладчика</w:t>
            </w:r>
          </w:p>
        </w:tc>
        <w:tc>
          <w:tcPr>
            <w:tcW w:w="3685" w:type="dxa"/>
          </w:tcPr>
          <w:p w:rsidR="0019003B" w:rsidRDefault="00DF25D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Научный руководитель</w:t>
            </w:r>
          </w:p>
        </w:tc>
      </w:tr>
      <w:tr w:rsidR="00A65963" w:rsidRPr="000E13B0" w:rsidTr="005715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A65963" w:rsidRPr="0057150F" w:rsidRDefault="0057150F" w:rsidP="00A65963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835" w:type="dxa"/>
          </w:tcPr>
          <w:p w:rsidR="00A65963" w:rsidRDefault="00A65963" w:rsidP="005851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Мингазетдинова Малика</w:t>
            </w:r>
            <w:r w:rsidR="005851C3">
              <w:rPr>
                <w:lang w:val="ru-RU"/>
              </w:rPr>
              <w:t> </w:t>
            </w:r>
            <w:r>
              <w:t>Маратовна, 7 класс</w:t>
            </w:r>
          </w:p>
        </w:tc>
        <w:tc>
          <w:tcPr>
            <w:tcW w:w="3402" w:type="dxa"/>
          </w:tcPr>
          <w:p w:rsidR="00A65963" w:rsidRPr="00DF25D7" w:rsidRDefault="00A65963" w:rsidP="00A659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F25D7">
              <w:rPr>
                <w:lang w:val="ru-RU"/>
              </w:rPr>
              <w:t>Функциональные особенности глаголов в рассказе</w:t>
            </w:r>
            <w:r>
              <w:rPr>
                <w:lang w:val="ru-RU"/>
              </w:rPr>
              <w:t xml:space="preserve"> </w:t>
            </w:r>
            <w:r w:rsidRPr="00DF25D7">
              <w:rPr>
                <w:lang w:val="ru-RU"/>
              </w:rPr>
              <w:t>В.</w:t>
            </w:r>
            <w:r w:rsidR="005851C3">
              <w:rPr>
                <w:lang w:val="ru-RU"/>
              </w:rPr>
              <w:t> </w:t>
            </w:r>
            <w:r w:rsidRPr="00DF25D7">
              <w:rPr>
                <w:lang w:val="ru-RU"/>
              </w:rPr>
              <w:t>Аксенова «Завтраки 43-го года»</w:t>
            </w:r>
          </w:p>
        </w:tc>
        <w:tc>
          <w:tcPr>
            <w:tcW w:w="3742" w:type="dxa"/>
          </w:tcPr>
          <w:p w:rsidR="00A65963" w:rsidRPr="00DF25D7" w:rsidRDefault="008262BD" w:rsidP="00A659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>
              <w:rPr>
                <w:lang w:val="ru-RU"/>
              </w:rPr>
              <w:t xml:space="preserve">МБОУ </w:t>
            </w:r>
            <w:r w:rsidR="00A65963" w:rsidRPr="00DF25D7">
              <w:rPr>
                <w:lang w:val="ru-RU"/>
              </w:rPr>
              <w:t>«Лицей №116 имени Героя Советского Союза А.</w:t>
            </w:r>
            <w:r w:rsidR="005851C3">
              <w:rPr>
                <w:lang w:val="ru-RU"/>
              </w:rPr>
              <w:t> </w:t>
            </w:r>
            <w:r w:rsidR="00A65963" w:rsidRPr="00DF25D7">
              <w:rPr>
                <w:lang w:val="ru-RU"/>
              </w:rPr>
              <w:t>С.</w:t>
            </w:r>
            <w:r w:rsidR="005851C3">
              <w:rPr>
                <w:lang w:val="ru-RU"/>
              </w:rPr>
              <w:t> </w:t>
            </w:r>
            <w:r w:rsidR="00A65963" w:rsidRPr="00DF25D7">
              <w:rPr>
                <w:lang w:val="ru-RU"/>
              </w:rPr>
              <w:t xml:space="preserve">Умеркина» Вахитовского района </w:t>
            </w:r>
            <w:r w:rsidR="00A65963">
              <w:rPr>
                <w:lang w:val="ru-RU"/>
              </w:rPr>
              <w:t>г. Казани</w:t>
            </w:r>
          </w:p>
        </w:tc>
        <w:tc>
          <w:tcPr>
            <w:tcW w:w="3685" w:type="dxa"/>
          </w:tcPr>
          <w:p w:rsidR="00A65963" w:rsidRPr="00DF25D7" w:rsidRDefault="005851C3" w:rsidP="00A659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>
              <w:rPr>
                <w:lang w:val="ru-RU"/>
              </w:rPr>
              <w:t>Агапова Екатерина Сергеевна</w:t>
            </w:r>
            <w:r w:rsidR="00A65963" w:rsidRPr="00DF25D7">
              <w:rPr>
                <w:lang w:val="ru-RU"/>
              </w:rPr>
              <w:t xml:space="preserve">, к.филол.н., учитель русского языка и литературы высшей квалификационной категории </w:t>
            </w:r>
          </w:p>
        </w:tc>
      </w:tr>
      <w:tr w:rsidR="00A65963" w:rsidTr="005715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A65963" w:rsidRPr="0057150F" w:rsidRDefault="0057150F" w:rsidP="00A65963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835" w:type="dxa"/>
          </w:tcPr>
          <w:p w:rsidR="00A65963" w:rsidRDefault="00A65963" w:rsidP="005851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Гибадуллина Милана</w:t>
            </w:r>
            <w:r w:rsidR="005851C3">
              <w:rPr>
                <w:lang w:val="ru-RU"/>
              </w:rPr>
              <w:t> </w:t>
            </w:r>
            <w:r>
              <w:t>Руслановна, 6 класс</w:t>
            </w:r>
          </w:p>
        </w:tc>
        <w:tc>
          <w:tcPr>
            <w:tcW w:w="3402" w:type="dxa"/>
          </w:tcPr>
          <w:p w:rsidR="00A65963" w:rsidRPr="00DF25D7" w:rsidRDefault="00A65963" w:rsidP="005851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F25D7">
              <w:rPr>
                <w:lang w:val="ru-RU"/>
              </w:rPr>
              <w:t xml:space="preserve">Слова </w:t>
            </w:r>
            <w:r w:rsidR="005851C3">
              <w:rPr>
                <w:lang w:val="ru-RU"/>
              </w:rPr>
              <w:t>«</w:t>
            </w:r>
            <w:r w:rsidRPr="00DF25D7">
              <w:rPr>
                <w:lang w:val="ru-RU"/>
              </w:rPr>
              <w:t>начало</w:t>
            </w:r>
            <w:r w:rsidR="005851C3">
              <w:rPr>
                <w:lang w:val="ru-RU"/>
              </w:rPr>
              <w:t>»</w:t>
            </w:r>
            <w:r w:rsidRPr="00DF25D7">
              <w:rPr>
                <w:lang w:val="ru-RU"/>
              </w:rPr>
              <w:t xml:space="preserve"> и </w:t>
            </w:r>
            <w:r w:rsidR="005851C3">
              <w:rPr>
                <w:lang w:val="ru-RU"/>
              </w:rPr>
              <w:t>«</w:t>
            </w:r>
            <w:r w:rsidRPr="00DF25D7">
              <w:rPr>
                <w:lang w:val="ru-RU"/>
              </w:rPr>
              <w:t>конец</w:t>
            </w:r>
            <w:r w:rsidR="005851C3">
              <w:rPr>
                <w:lang w:val="ru-RU"/>
              </w:rPr>
              <w:t xml:space="preserve">» </w:t>
            </w:r>
            <w:r w:rsidR="005851C3" w:rsidRPr="00DF25D7">
              <w:rPr>
                <w:lang w:val="ru-RU"/>
              </w:rPr>
              <w:t>–</w:t>
            </w:r>
            <w:r w:rsidRPr="00DF25D7">
              <w:rPr>
                <w:lang w:val="ru-RU"/>
              </w:rPr>
              <w:t xml:space="preserve"> родственные?</w:t>
            </w:r>
          </w:p>
        </w:tc>
        <w:tc>
          <w:tcPr>
            <w:tcW w:w="3742" w:type="dxa"/>
          </w:tcPr>
          <w:p w:rsidR="00A65963" w:rsidRPr="00DF25D7" w:rsidRDefault="008262BD" w:rsidP="005851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>
              <w:rPr>
                <w:lang w:val="ru-RU"/>
              </w:rPr>
              <w:t xml:space="preserve">МБОУ </w:t>
            </w:r>
            <w:r w:rsidR="005851C3">
              <w:rPr>
                <w:lang w:val="ru-RU"/>
              </w:rPr>
              <w:t>«</w:t>
            </w:r>
            <w:r w:rsidR="00A65963" w:rsidRPr="00DF25D7">
              <w:rPr>
                <w:lang w:val="ru-RU"/>
              </w:rPr>
              <w:t>СОШ №60</w:t>
            </w:r>
            <w:r w:rsidR="005851C3">
              <w:rPr>
                <w:lang w:val="ru-RU"/>
              </w:rPr>
              <w:t>»</w:t>
            </w:r>
          </w:p>
        </w:tc>
        <w:tc>
          <w:tcPr>
            <w:tcW w:w="3685" w:type="dxa"/>
          </w:tcPr>
          <w:p w:rsidR="00A65963" w:rsidRDefault="00A65963" w:rsidP="005851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Садртдинова Айсылу</w:t>
            </w:r>
            <w:r w:rsidR="005851C3">
              <w:rPr>
                <w:lang w:val="ru-RU"/>
              </w:rPr>
              <w:t> </w:t>
            </w:r>
            <w:r>
              <w:t>Шаймардановна</w:t>
            </w:r>
          </w:p>
        </w:tc>
      </w:tr>
      <w:tr w:rsidR="00A65963" w:rsidTr="005715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A65963" w:rsidRPr="0057150F" w:rsidRDefault="0057150F" w:rsidP="00A65963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2835" w:type="dxa"/>
          </w:tcPr>
          <w:p w:rsidR="00A65963" w:rsidRPr="00DF25D7" w:rsidRDefault="005851C3" w:rsidP="00A659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>
              <w:rPr>
                <w:lang w:val="ru-RU"/>
              </w:rPr>
              <w:t>Иванов Никита Максимович, Хафизов Анвар </w:t>
            </w:r>
            <w:r w:rsidR="00A65963" w:rsidRPr="00DF25D7">
              <w:rPr>
                <w:lang w:val="ru-RU"/>
              </w:rPr>
              <w:t>Айратович, 7</w:t>
            </w:r>
            <w:r w:rsidR="00A65963">
              <w:t> </w:t>
            </w:r>
            <w:r w:rsidR="00A65963" w:rsidRPr="00DF25D7">
              <w:rPr>
                <w:lang w:val="ru-RU"/>
              </w:rPr>
              <w:t>класс</w:t>
            </w:r>
          </w:p>
        </w:tc>
        <w:tc>
          <w:tcPr>
            <w:tcW w:w="3402" w:type="dxa"/>
          </w:tcPr>
          <w:p w:rsidR="00A65963" w:rsidRPr="00DF25D7" w:rsidRDefault="00A65963" w:rsidP="005851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F25D7">
              <w:rPr>
                <w:lang w:val="ru-RU"/>
              </w:rPr>
              <w:t xml:space="preserve">Эта непростая простая буква </w:t>
            </w:r>
            <w:r w:rsidR="005851C3">
              <w:rPr>
                <w:lang w:val="ru-RU"/>
              </w:rPr>
              <w:t>«</w:t>
            </w:r>
            <w:r w:rsidRPr="00DF25D7">
              <w:rPr>
                <w:lang w:val="ru-RU"/>
              </w:rPr>
              <w:t>И</w:t>
            </w:r>
            <w:r w:rsidR="005851C3">
              <w:rPr>
                <w:lang w:val="ru-RU"/>
              </w:rPr>
              <w:t>»</w:t>
            </w:r>
          </w:p>
        </w:tc>
        <w:tc>
          <w:tcPr>
            <w:tcW w:w="3742" w:type="dxa"/>
          </w:tcPr>
          <w:p w:rsidR="00A65963" w:rsidRPr="00DF25D7" w:rsidRDefault="008262BD" w:rsidP="00C053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>
              <w:rPr>
                <w:lang w:val="ru-RU"/>
              </w:rPr>
              <w:t>МАОУ «Лицей №131»</w:t>
            </w:r>
          </w:p>
        </w:tc>
        <w:tc>
          <w:tcPr>
            <w:tcW w:w="3685" w:type="dxa"/>
          </w:tcPr>
          <w:p w:rsidR="00A65963" w:rsidRDefault="00A65963" w:rsidP="00A659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Косковская Елена Евгеньевна</w:t>
            </w:r>
          </w:p>
        </w:tc>
      </w:tr>
      <w:tr w:rsidR="00C053AA" w:rsidRPr="000E13B0" w:rsidTr="005715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C053AA" w:rsidRPr="0057150F" w:rsidRDefault="0057150F" w:rsidP="00C053AA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2835" w:type="dxa"/>
          </w:tcPr>
          <w:p w:rsidR="00C053AA" w:rsidRDefault="00C053AA" w:rsidP="00C053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Калинин Демьян</w:t>
            </w:r>
            <w:r>
              <w:rPr>
                <w:lang w:val="ru-RU"/>
              </w:rPr>
              <w:t> </w:t>
            </w:r>
            <w:r>
              <w:t>Кириллович, 6 класс</w:t>
            </w:r>
          </w:p>
        </w:tc>
        <w:tc>
          <w:tcPr>
            <w:tcW w:w="3402" w:type="dxa"/>
          </w:tcPr>
          <w:p w:rsidR="00C053AA" w:rsidRDefault="00C053AA" w:rsidP="00C053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Исследование происхождения числительного «девяносто»</w:t>
            </w:r>
          </w:p>
        </w:tc>
        <w:tc>
          <w:tcPr>
            <w:tcW w:w="3742" w:type="dxa"/>
          </w:tcPr>
          <w:p w:rsidR="00C053AA" w:rsidRPr="00DF25D7" w:rsidRDefault="008262BD" w:rsidP="00C053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>
              <w:rPr>
                <w:lang w:val="ru-RU"/>
              </w:rPr>
              <w:t xml:space="preserve">МБОУ </w:t>
            </w:r>
            <w:r w:rsidR="00C053AA" w:rsidRPr="00DF25D7">
              <w:rPr>
                <w:lang w:val="ru-RU"/>
              </w:rPr>
              <w:t xml:space="preserve">«Средняя общеобразовательная школа №55 с углубленным изучением отдельных предметов» Московского района </w:t>
            </w:r>
            <w:r w:rsidR="00C053AA">
              <w:rPr>
                <w:lang w:val="ru-RU"/>
              </w:rPr>
              <w:t>г. Казани</w:t>
            </w:r>
          </w:p>
        </w:tc>
        <w:tc>
          <w:tcPr>
            <w:tcW w:w="3685" w:type="dxa"/>
          </w:tcPr>
          <w:p w:rsidR="00C053AA" w:rsidRPr="00DF25D7" w:rsidRDefault="00C053AA" w:rsidP="00C053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F25D7">
              <w:rPr>
                <w:lang w:val="ru-RU"/>
              </w:rPr>
              <w:t>Трифонова Эльвира Ленмарковна, учитель русского языка и литературы, высшая квалификационная категория</w:t>
            </w:r>
          </w:p>
        </w:tc>
      </w:tr>
      <w:tr w:rsidR="00C053AA" w:rsidRPr="000E13B0" w:rsidTr="005715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C053AA" w:rsidRPr="0057150F" w:rsidRDefault="0057150F" w:rsidP="00C053AA">
            <w:pPr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2835" w:type="dxa"/>
          </w:tcPr>
          <w:p w:rsidR="00C053AA" w:rsidRDefault="00160FF8" w:rsidP="00C053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Хуснуллина Дина</w:t>
            </w:r>
            <w:r>
              <w:rPr>
                <w:lang w:val="ru-RU"/>
              </w:rPr>
              <w:t> </w:t>
            </w:r>
            <w:r w:rsidR="00C053AA">
              <w:t>Радиковна, 9 класс</w:t>
            </w:r>
          </w:p>
        </w:tc>
        <w:tc>
          <w:tcPr>
            <w:tcW w:w="3402" w:type="dxa"/>
          </w:tcPr>
          <w:p w:rsidR="00C053AA" w:rsidRPr="00DF25D7" w:rsidRDefault="00C053AA" w:rsidP="00C053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F25D7">
              <w:rPr>
                <w:lang w:val="ru-RU"/>
              </w:rPr>
              <w:t>Витражи, как произведения</w:t>
            </w:r>
            <w:r w:rsidR="00160FF8">
              <w:rPr>
                <w:lang w:val="ru-RU"/>
              </w:rPr>
              <w:t xml:space="preserve"> искусства средневековых храмов</w:t>
            </w:r>
          </w:p>
        </w:tc>
        <w:tc>
          <w:tcPr>
            <w:tcW w:w="3742" w:type="dxa"/>
          </w:tcPr>
          <w:p w:rsidR="00C053AA" w:rsidRPr="00DF25D7" w:rsidRDefault="00C053AA" w:rsidP="00160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F25D7">
              <w:rPr>
                <w:lang w:val="ru-RU"/>
              </w:rPr>
              <w:t xml:space="preserve">МАОУ </w:t>
            </w:r>
            <w:r w:rsidR="00160FF8">
              <w:rPr>
                <w:lang w:val="ru-RU"/>
              </w:rPr>
              <w:t>«</w:t>
            </w:r>
            <w:r w:rsidRPr="00DF25D7">
              <w:rPr>
                <w:lang w:val="ru-RU"/>
              </w:rPr>
              <w:t>Лицей №121 имени Героя Советского Союза С. А. Ахтямова</w:t>
            </w:r>
            <w:r w:rsidR="00160FF8">
              <w:rPr>
                <w:lang w:val="ru-RU"/>
              </w:rPr>
              <w:t>»</w:t>
            </w:r>
            <w:r w:rsidRPr="00DF25D7">
              <w:rPr>
                <w:lang w:val="ru-RU"/>
              </w:rPr>
              <w:t xml:space="preserve"> Советского района </w:t>
            </w:r>
            <w:r>
              <w:rPr>
                <w:lang w:val="ru-RU"/>
              </w:rPr>
              <w:t>г. Казани</w:t>
            </w:r>
            <w:r w:rsidRPr="00DF25D7">
              <w:rPr>
                <w:lang w:val="ru-RU"/>
              </w:rPr>
              <w:t xml:space="preserve"> (Центр образования №178)</w:t>
            </w:r>
          </w:p>
        </w:tc>
        <w:tc>
          <w:tcPr>
            <w:tcW w:w="3685" w:type="dxa"/>
          </w:tcPr>
          <w:p w:rsidR="00C053AA" w:rsidRPr="00DF25D7" w:rsidRDefault="00160FF8" w:rsidP="00C053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>
              <w:rPr>
                <w:lang w:val="ru-RU"/>
              </w:rPr>
              <w:t>Хасанова Флера Анваровна, у</w:t>
            </w:r>
            <w:r w:rsidRPr="00DF25D7">
              <w:rPr>
                <w:lang w:val="ru-RU"/>
              </w:rPr>
              <w:t>читель истории и обществознания</w:t>
            </w:r>
          </w:p>
        </w:tc>
      </w:tr>
      <w:tr w:rsidR="00160FF8" w:rsidTr="005715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160FF8" w:rsidRPr="0057150F" w:rsidRDefault="0057150F" w:rsidP="00160FF8">
            <w:pPr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2835" w:type="dxa"/>
          </w:tcPr>
          <w:p w:rsidR="00160FF8" w:rsidRDefault="00160FF8" w:rsidP="0057150F">
            <w:pPr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Горник Софья</w:t>
            </w:r>
            <w:r>
              <w:rPr>
                <w:lang w:val="ru-RU"/>
              </w:rPr>
              <w:t> </w:t>
            </w:r>
            <w:r>
              <w:t>Леонидовна, 10 класс</w:t>
            </w:r>
          </w:p>
        </w:tc>
        <w:tc>
          <w:tcPr>
            <w:tcW w:w="3402" w:type="dxa"/>
          </w:tcPr>
          <w:p w:rsidR="00160FF8" w:rsidRPr="00DF25D7" w:rsidRDefault="00160FF8" w:rsidP="0057150F">
            <w:pPr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F25D7">
              <w:rPr>
                <w:lang w:val="ru-RU"/>
              </w:rPr>
              <w:t>Процессы в современном русском языке</w:t>
            </w:r>
          </w:p>
        </w:tc>
        <w:tc>
          <w:tcPr>
            <w:tcW w:w="3742" w:type="dxa"/>
          </w:tcPr>
          <w:p w:rsidR="00160FF8" w:rsidRPr="00DF25D7" w:rsidRDefault="008262BD" w:rsidP="0057150F">
            <w:pPr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>
              <w:rPr>
                <w:lang w:val="ru-RU"/>
              </w:rPr>
              <w:t>МАОУ</w:t>
            </w:r>
            <w:r w:rsidR="00160FF8" w:rsidRPr="00DF25D7">
              <w:rPr>
                <w:lang w:val="ru-RU"/>
              </w:rPr>
              <w:t xml:space="preserve"> «</w:t>
            </w:r>
            <w:r w:rsidR="00160FF8">
              <w:rPr>
                <w:lang w:val="ru-RU"/>
              </w:rPr>
              <w:t>С</w:t>
            </w:r>
            <w:r w:rsidR="00160FF8" w:rsidRPr="00DF25D7">
              <w:rPr>
                <w:lang w:val="ru-RU"/>
              </w:rPr>
              <w:t xml:space="preserve">редняя общеобразовательная школа </w:t>
            </w:r>
            <w:r w:rsidR="00160FF8">
              <w:rPr>
                <w:lang w:val="ru-RU"/>
              </w:rPr>
              <w:t>№39 с углубленным изучением анг</w:t>
            </w:r>
            <w:r w:rsidR="00160FF8" w:rsidRPr="00DF25D7">
              <w:rPr>
                <w:lang w:val="ru-RU"/>
              </w:rPr>
              <w:t xml:space="preserve">лийского языка» </w:t>
            </w:r>
            <w:r w:rsidR="00160FF8">
              <w:rPr>
                <w:lang w:val="ru-RU"/>
              </w:rPr>
              <w:t>В</w:t>
            </w:r>
            <w:r w:rsidR="00160FF8" w:rsidRPr="00DF25D7">
              <w:rPr>
                <w:lang w:val="ru-RU"/>
              </w:rPr>
              <w:t xml:space="preserve">ахитовского района </w:t>
            </w:r>
            <w:r w:rsidR="00160FF8">
              <w:rPr>
                <w:lang w:val="ru-RU"/>
              </w:rPr>
              <w:t>г. Казани</w:t>
            </w:r>
          </w:p>
        </w:tc>
        <w:tc>
          <w:tcPr>
            <w:tcW w:w="3685" w:type="dxa"/>
          </w:tcPr>
          <w:p w:rsidR="00160FF8" w:rsidRDefault="00160FF8" w:rsidP="0057150F">
            <w:pPr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Веселова Эльмира Ахметовна</w:t>
            </w:r>
          </w:p>
        </w:tc>
      </w:tr>
    </w:tbl>
    <w:p w:rsidR="0057150F" w:rsidRDefault="0057150F" w:rsidP="0057150F">
      <w:pPr>
        <w:pStyle w:val="1"/>
        <w:jc w:val="center"/>
        <w:rPr>
          <w:lang w:val="ru-RU"/>
        </w:rPr>
      </w:pPr>
      <w:r w:rsidRPr="00DF25D7">
        <w:rPr>
          <w:lang w:val="ru-RU"/>
        </w:rPr>
        <w:lastRenderedPageBreak/>
        <w:t>Секция</w:t>
      </w:r>
      <w:r w:rsidRPr="00DF25D7">
        <w:rPr>
          <w:lang w:val="ru-RU"/>
        </w:rPr>
        <w:br/>
      </w:r>
      <w:r>
        <w:rPr>
          <w:lang w:val="ru-RU"/>
        </w:rPr>
        <w:t>Л</w:t>
      </w:r>
      <w:r w:rsidRPr="00DF25D7">
        <w:rPr>
          <w:lang w:val="ru-RU"/>
        </w:rPr>
        <w:t>итература</w:t>
      </w:r>
    </w:p>
    <w:p w:rsidR="00BD198F" w:rsidRDefault="00BD198F" w:rsidP="00BD198F">
      <w:pPr>
        <w:spacing w:after="0"/>
        <w:ind w:right="225"/>
        <w:jc w:val="both"/>
        <w:rPr>
          <w:lang w:val="ru-RU"/>
        </w:rPr>
      </w:pPr>
      <w:r w:rsidRPr="00F14086">
        <w:rPr>
          <w:b/>
          <w:lang w:val="ru-RU"/>
        </w:rPr>
        <w:t>Руководитель секции</w:t>
      </w:r>
      <w:r>
        <w:rPr>
          <w:lang w:val="ru-RU"/>
        </w:rPr>
        <w:t xml:space="preserve"> </w:t>
      </w:r>
      <w:r w:rsidRPr="00BD198F">
        <w:rPr>
          <w:lang w:val="ru-RU"/>
        </w:rPr>
        <w:t>Ленская Марина Сергеевна, учитель русского языка и литературы высшей ква</w:t>
      </w:r>
      <w:r>
        <w:rPr>
          <w:lang w:val="ru-RU"/>
        </w:rPr>
        <w:t>лификационной категории МАОУ </w:t>
      </w:r>
      <w:r w:rsidRPr="00BD198F">
        <w:rPr>
          <w:lang w:val="ru-RU"/>
        </w:rPr>
        <w:t>«Лицей №131»</w:t>
      </w:r>
    </w:p>
    <w:p w:rsidR="00BD198F" w:rsidRPr="00F14086" w:rsidRDefault="00BD198F" w:rsidP="00BD198F">
      <w:pPr>
        <w:spacing w:after="0"/>
        <w:rPr>
          <w:b/>
          <w:lang w:val="ru-RU"/>
        </w:rPr>
      </w:pPr>
      <w:r w:rsidRPr="00F14086">
        <w:rPr>
          <w:b/>
          <w:lang w:val="ru-RU"/>
        </w:rPr>
        <w:t>Члены жюри</w:t>
      </w:r>
    </w:p>
    <w:p w:rsidR="00BD198F" w:rsidRPr="0036163C" w:rsidRDefault="00BD198F" w:rsidP="00BD198F">
      <w:pPr>
        <w:pStyle w:val="ae"/>
        <w:numPr>
          <w:ilvl w:val="0"/>
          <w:numId w:val="10"/>
        </w:numPr>
        <w:spacing w:after="120" w:line="240" w:lineRule="auto"/>
        <w:jc w:val="both"/>
        <w:rPr>
          <w:lang w:val="ru-RU"/>
        </w:rPr>
      </w:pPr>
      <w:r w:rsidRPr="00BD198F">
        <w:rPr>
          <w:szCs w:val="24"/>
          <w:lang w:val="ru-RU"/>
        </w:rPr>
        <w:t>Жаркова Светлана Борисовна, учитель русского языка и литературы высшей квалификационной категории МАОУ «Лицей № 131»</w:t>
      </w:r>
    </w:p>
    <w:p w:rsidR="00BD198F" w:rsidRDefault="00BD198F" w:rsidP="00BD198F">
      <w:pPr>
        <w:pStyle w:val="ae"/>
        <w:numPr>
          <w:ilvl w:val="0"/>
          <w:numId w:val="10"/>
        </w:numPr>
        <w:spacing w:after="120" w:line="240" w:lineRule="auto"/>
        <w:jc w:val="both"/>
        <w:rPr>
          <w:lang w:val="ru-RU"/>
        </w:rPr>
      </w:pPr>
      <w:r w:rsidRPr="00BD198F">
        <w:rPr>
          <w:lang w:val="ru-RU"/>
        </w:rPr>
        <w:t>Серебрякова Ирина Геннадьевна, учитель русского языка и литературы высшей квалификационной катего</w:t>
      </w:r>
      <w:r>
        <w:rPr>
          <w:lang w:val="ru-RU"/>
        </w:rPr>
        <w:t>рии МБОУ «Лицей №78</w:t>
      </w:r>
      <w:r w:rsidRPr="00BD198F">
        <w:rPr>
          <w:lang w:val="ru-RU"/>
        </w:rPr>
        <w:t>»</w:t>
      </w:r>
    </w:p>
    <w:p w:rsidR="00BD198F" w:rsidRPr="00BD198F" w:rsidRDefault="00BD198F" w:rsidP="00BD198F">
      <w:pPr>
        <w:rPr>
          <w:lang w:val="ru-RU"/>
        </w:rPr>
      </w:pPr>
      <w:r w:rsidRPr="00E9053F">
        <w:rPr>
          <w:b/>
          <w:lang w:val="ru-RU"/>
        </w:rPr>
        <w:t>Аудитория</w:t>
      </w:r>
      <w:r w:rsidR="0081198F">
        <w:rPr>
          <w:b/>
          <w:lang w:val="ru-RU"/>
        </w:rPr>
        <w:t xml:space="preserve"> 17</w:t>
      </w:r>
    </w:p>
    <w:tbl>
      <w:tblPr>
        <w:tblStyle w:val="14"/>
        <w:tblW w:w="0" w:type="auto"/>
        <w:tblLook w:val="04A0" w:firstRow="1" w:lastRow="0" w:firstColumn="1" w:lastColumn="0" w:noHBand="0" w:noVBand="1"/>
      </w:tblPr>
      <w:tblGrid>
        <w:gridCol w:w="567"/>
        <w:gridCol w:w="2835"/>
        <w:gridCol w:w="3402"/>
        <w:gridCol w:w="3685"/>
        <w:gridCol w:w="3685"/>
      </w:tblGrid>
      <w:tr w:rsidR="0057150F" w:rsidTr="008178A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57150F" w:rsidRDefault="0057150F" w:rsidP="008178AF">
            <w:r>
              <w:t>№</w:t>
            </w:r>
          </w:p>
        </w:tc>
        <w:tc>
          <w:tcPr>
            <w:tcW w:w="2835" w:type="dxa"/>
          </w:tcPr>
          <w:p w:rsidR="0057150F" w:rsidRDefault="0057150F" w:rsidP="008178A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ФИО докладчика</w:t>
            </w:r>
          </w:p>
        </w:tc>
        <w:tc>
          <w:tcPr>
            <w:tcW w:w="3402" w:type="dxa"/>
          </w:tcPr>
          <w:p w:rsidR="0057150F" w:rsidRDefault="0057150F" w:rsidP="008178A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Название работы</w:t>
            </w:r>
          </w:p>
        </w:tc>
        <w:tc>
          <w:tcPr>
            <w:tcW w:w="3685" w:type="dxa"/>
          </w:tcPr>
          <w:p w:rsidR="0057150F" w:rsidRDefault="0057150F" w:rsidP="008178A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Образовательная организация докладчика</w:t>
            </w:r>
          </w:p>
        </w:tc>
        <w:tc>
          <w:tcPr>
            <w:tcW w:w="3685" w:type="dxa"/>
          </w:tcPr>
          <w:p w:rsidR="0057150F" w:rsidRDefault="0057150F" w:rsidP="008178A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Научный руководитель</w:t>
            </w:r>
          </w:p>
        </w:tc>
      </w:tr>
      <w:tr w:rsidR="0057150F" w:rsidRPr="000E13B0" w:rsidTr="008178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57150F" w:rsidRDefault="0057150F" w:rsidP="008178AF">
            <w:r>
              <w:t>1</w:t>
            </w:r>
          </w:p>
        </w:tc>
        <w:tc>
          <w:tcPr>
            <w:tcW w:w="2835" w:type="dxa"/>
          </w:tcPr>
          <w:p w:rsidR="0057150F" w:rsidRDefault="0057150F" w:rsidP="008178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Исачкина Дарья</w:t>
            </w:r>
            <w:r>
              <w:rPr>
                <w:lang w:val="ru-RU"/>
              </w:rPr>
              <w:t> Д</w:t>
            </w:r>
            <w:r>
              <w:t>митриевна, 10 класс</w:t>
            </w:r>
          </w:p>
        </w:tc>
        <w:tc>
          <w:tcPr>
            <w:tcW w:w="3402" w:type="dxa"/>
          </w:tcPr>
          <w:p w:rsidR="0057150F" w:rsidRPr="00DF25D7" w:rsidRDefault="0057150F" w:rsidP="008178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F25D7">
              <w:rPr>
                <w:lang w:val="ru-RU"/>
              </w:rPr>
              <w:t>Осмысление опыта Второй Мировой войны в романе И.</w:t>
            </w:r>
            <w:r>
              <w:rPr>
                <w:lang w:val="ru-RU"/>
              </w:rPr>
              <w:t> </w:t>
            </w:r>
            <w:r w:rsidRPr="00DF25D7">
              <w:rPr>
                <w:lang w:val="ru-RU"/>
              </w:rPr>
              <w:t>Макьюэна «Искупление»</w:t>
            </w:r>
          </w:p>
        </w:tc>
        <w:tc>
          <w:tcPr>
            <w:tcW w:w="3685" w:type="dxa"/>
          </w:tcPr>
          <w:p w:rsidR="0057150F" w:rsidRPr="00DF25D7" w:rsidRDefault="0057150F" w:rsidP="008178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F25D7">
              <w:rPr>
                <w:lang w:val="ru-RU"/>
              </w:rPr>
              <w:t xml:space="preserve">Муниципальное образовательное учреждение </w:t>
            </w:r>
            <w:r>
              <w:rPr>
                <w:lang w:val="ru-RU"/>
              </w:rPr>
              <w:t>«</w:t>
            </w:r>
            <w:r w:rsidRPr="00DF25D7">
              <w:rPr>
                <w:lang w:val="ru-RU"/>
              </w:rPr>
              <w:t>Средняя школа №132 с углубленным изучением иностранных языков</w:t>
            </w:r>
            <w:r>
              <w:rPr>
                <w:lang w:val="ru-RU"/>
              </w:rPr>
              <w:t>»</w:t>
            </w:r>
            <w:r w:rsidRPr="00DF25D7">
              <w:rPr>
                <w:lang w:val="ru-RU"/>
              </w:rPr>
              <w:t xml:space="preserve"> Ново-Савиновского района </w:t>
            </w:r>
            <w:r>
              <w:rPr>
                <w:lang w:val="ru-RU"/>
              </w:rPr>
              <w:t>г. Казани</w:t>
            </w:r>
          </w:p>
        </w:tc>
        <w:tc>
          <w:tcPr>
            <w:tcW w:w="3685" w:type="dxa"/>
          </w:tcPr>
          <w:p w:rsidR="0057150F" w:rsidRPr="00DF25D7" w:rsidRDefault="0057150F" w:rsidP="008178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F25D7">
              <w:rPr>
                <w:lang w:val="ru-RU"/>
              </w:rPr>
              <w:t xml:space="preserve">Верухина Регина Борисовна, учитель английского языка </w:t>
            </w:r>
            <w:r>
              <w:t>I</w:t>
            </w:r>
            <w:r>
              <w:rPr>
                <w:lang w:val="ru-RU"/>
              </w:rPr>
              <w:t> </w:t>
            </w:r>
            <w:r w:rsidRPr="00DF25D7">
              <w:rPr>
                <w:lang w:val="ru-RU"/>
              </w:rPr>
              <w:t>квалификационной категории</w:t>
            </w:r>
          </w:p>
        </w:tc>
      </w:tr>
      <w:tr w:rsidR="0057150F" w:rsidRPr="000E13B0" w:rsidTr="008178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57150F" w:rsidRDefault="0057150F" w:rsidP="008178AF">
            <w:r>
              <w:t>2</w:t>
            </w:r>
          </w:p>
        </w:tc>
        <w:tc>
          <w:tcPr>
            <w:tcW w:w="2835" w:type="dxa"/>
          </w:tcPr>
          <w:p w:rsidR="0057150F" w:rsidRDefault="0057150F" w:rsidP="008178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Галимуллина Камила</w:t>
            </w:r>
            <w:r>
              <w:rPr>
                <w:lang w:val="ru-RU"/>
              </w:rPr>
              <w:t> </w:t>
            </w:r>
            <w:r>
              <w:t>Рафаильевна, 9 класс</w:t>
            </w:r>
          </w:p>
        </w:tc>
        <w:tc>
          <w:tcPr>
            <w:tcW w:w="3402" w:type="dxa"/>
          </w:tcPr>
          <w:p w:rsidR="0057150F" w:rsidRPr="00DF25D7" w:rsidRDefault="0057150F" w:rsidP="008178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F25D7">
              <w:rPr>
                <w:lang w:val="ru-RU"/>
              </w:rPr>
              <w:t xml:space="preserve">Война в литературе </w:t>
            </w:r>
            <w:r>
              <w:t>XX</w:t>
            </w:r>
            <w:r w:rsidRPr="00DF25D7">
              <w:rPr>
                <w:lang w:val="ru-RU"/>
              </w:rPr>
              <w:t xml:space="preserve"> и </w:t>
            </w:r>
            <w:r>
              <w:t>XXI</w:t>
            </w:r>
            <w:r w:rsidRPr="00DF25D7">
              <w:rPr>
                <w:lang w:val="ru-RU"/>
              </w:rPr>
              <w:t xml:space="preserve"> века</w:t>
            </w:r>
          </w:p>
        </w:tc>
        <w:tc>
          <w:tcPr>
            <w:tcW w:w="3685" w:type="dxa"/>
          </w:tcPr>
          <w:p w:rsidR="0057150F" w:rsidRPr="00DF25D7" w:rsidRDefault="0057150F" w:rsidP="008178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F25D7">
              <w:rPr>
                <w:lang w:val="ru-RU"/>
              </w:rPr>
              <w:t xml:space="preserve">МАОУ </w:t>
            </w:r>
            <w:r>
              <w:rPr>
                <w:lang w:val="ru-RU"/>
              </w:rPr>
              <w:t>«</w:t>
            </w:r>
            <w:r w:rsidRPr="00DF25D7">
              <w:rPr>
                <w:lang w:val="ru-RU"/>
              </w:rPr>
              <w:t>Лицей №121 имени Героя Советского Союза С.</w:t>
            </w:r>
            <w:r>
              <w:rPr>
                <w:lang w:val="ru-RU"/>
              </w:rPr>
              <w:t> </w:t>
            </w:r>
            <w:r w:rsidRPr="00DF25D7">
              <w:rPr>
                <w:lang w:val="ru-RU"/>
              </w:rPr>
              <w:t>А.</w:t>
            </w:r>
            <w:r>
              <w:rPr>
                <w:lang w:val="ru-RU"/>
              </w:rPr>
              <w:t> </w:t>
            </w:r>
            <w:r w:rsidRPr="00DF25D7">
              <w:rPr>
                <w:lang w:val="ru-RU"/>
              </w:rPr>
              <w:t>Ахтямова</w:t>
            </w:r>
            <w:r>
              <w:rPr>
                <w:lang w:val="ru-RU"/>
              </w:rPr>
              <w:t>»</w:t>
            </w:r>
            <w:r w:rsidRPr="00DF25D7">
              <w:rPr>
                <w:lang w:val="ru-RU"/>
              </w:rPr>
              <w:t xml:space="preserve"> Советского района </w:t>
            </w:r>
            <w:r>
              <w:rPr>
                <w:lang w:val="ru-RU"/>
              </w:rPr>
              <w:t>г. Казани</w:t>
            </w:r>
            <w:r w:rsidRPr="00DF25D7">
              <w:rPr>
                <w:lang w:val="ru-RU"/>
              </w:rPr>
              <w:t xml:space="preserve"> (Центр образования №178)</w:t>
            </w:r>
          </w:p>
        </w:tc>
        <w:tc>
          <w:tcPr>
            <w:tcW w:w="3685" w:type="dxa"/>
          </w:tcPr>
          <w:p w:rsidR="0057150F" w:rsidRPr="00DF25D7" w:rsidRDefault="0057150F" w:rsidP="008178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F25D7">
              <w:rPr>
                <w:lang w:val="ru-RU"/>
              </w:rPr>
              <w:t>Наумова Татьяна Валерьевна, учитель русского языка и литературы</w:t>
            </w:r>
          </w:p>
        </w:tc>
      </w:tr>
      <w:tr w:rsidR="0057150F" w:rsidRPr="000E13B0" w:rsidTr="008178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57150F" w:rsidRDefault="0057150F" w:rsidP="008178AF">
            <w:r>
              <w:t>3</w:t>
            </w:r>
          </w:p>
        </w:tc>
        <w:tc>
          <w:tcPr>
            <w:tcW w:w="2835" w:type="dxa"/>
          </w:tcPr>
          <w:p w:rsidR="0057150F" w:rsidRDefault="0057150F" w:rsidP="008178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Артамолова Камилла</w:t>
            </w:r>
            <w:r>
              <w:rPr>
                <w:lang w:val="ru-RU"/>
              </w:rPr>
              <w:t> </w:t>
            </w:r>
            <w:r>
              <w:t>Александровна, 11 класс</w:t>
            </w:r>
          </w:p>
        </w:tc>
        <w:tc>
          <w:tcPr>
            <w:tcW w:w="3402" w:type="dxa"/>
          </w:tcPr>
          <w:p w:rsidR="0057150F" w:rsidRPr="00DF25D7" w:rsidRDefault="0057150F" w:rsidP="008178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>
              <w:rPr>
                <w:lang w:val="ru-RU"/>
              </w:rPr>
              <w:t>Встреча двух миров –</w:t>
            </w:r>
            <w:r w:rsidRPr="00DF25D7">
              <w:rPr>
                <w:lang w:val="ru-RU"/>
              </w:rPr>
              <w:t xml:space="preserve"> старого и нового</w:t>
            </w:r>
            <w:r>
              <w:rPr>
                <w:lang w:val="ru-RU"/>
              </w:rPr>
              <w:t xml:space="preserve"> </w:t>
            </w:r>
            <w:r w:rsidRPr="00DF25D7">
              <w:rPr>
                <w:lang w:val="ru-RU"/>
              </w:rPr>
              <w:t>в философском эссе Татьяны Толстой «Белые стены»</w:t>
            </w:r>
          </w:p>
        </w:tc>
        <w:tc>
          <w:tcPr>
            <w:tcW w:w="3685" w:type="dxa"/>
          </w:tcPr>
          <w:p w:rsidR="0057150F" w:rsidRPr="00DF25D7" w:rsidRDefault="0057150F" w:rsidP="008178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F25D7">
              <w:rPr>
                <w:lang w:val="ru-RU"/>
              </w:rPr>
              <w:t xml:space="preserve">МБОУ </w:t>
            </w:r>
            <w:r>
              <w:rPr>
                <w:lang w:val="ru-RU"/>
              </w:rPr>
              <w:t>«Школа №167 с </w:t>
            </w:r>
            <w:r w:rsidRPr="00DF25D7">
              <w:rPr>
                <w:lang w:val="ru-RU"/>
              </w:rPr>
              <w:t>уг</w:t>
            </w:r>
            <w:r>
              <w:rPr>
                <w:lang w:val="ru-RU"/>
              </w:rPr>
              <w:t>л</w:t>
            </w:r>
            <w:r w:rsidRPr="00DF25D7">
              <w:rPr>
                <w:lang w:val="ru-RU"/>
              </w:rPr>
              <w:t>убленным изучением отдельных предметов</w:t>
            </w:r>
            <w:r>
              <w:rPr>
                <w:lang w:val="ru-RU"/>
              </w:rPr>
              <w:t>»</w:t>
            </w:r>
          </w:p>
        </w:tc>
        <w:tc>
          <w:tcPr>
            <w:tcW w:w="3685" w:type="dxa"/>
          </w:tcPr>
          <w:p w:rsidR="0057150F" w:rsidRPr="00DF25D7" w:rsidRDefault="0057150F" w:rsidP="008178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F25D7">
              <w:rPr>
                <w:lang w:val="ru-RU"/>
              </w:rPr>
              <w:t>Чечнева Елена Юрьевна,</w:t>
            </w:r>
            <w:r>
              <w:rPr>
                <w:lang w:val="ru-RU"/>
              </w:rPr>
              <w:t xml:space="preserve"> </w:t>
            </w:r>
            <w:r w:rsidRPr="00DF25D7">
              <w:rPr>
                <w:lang w:val="ru-RU"/>
              </w:rPr>
              <w:t>Гатина Наиля Нигматулловна, учителя русского языка и литературы</w:t>
            </w:r>
          </w:p>
        </w:tc>
      </w:tr>
      <w:tr w:rsidR="0057150F" w:rsidRPr="000E13B0" w:rsidTr="008178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57150F" w:rsidRPr="00BD198F" w:rsidRDefault="00BD198F" w:rsidP="008178AF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2835" w:type="dxa"/>
          </w:tcPr>
          <w:p w:rsidR="0057150F" w:rsidRPr="00DF25D7" w:rsidRDefault="0057150F" w:rsidP="008178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>
              <w:rPr>
                <w:lang w:val="ru-RU"/>
              </w:rPr>
              <w:t>Гайнуллина Алсу </w:t>
            </w:r>
            <w:r w:rsidRPr="00DF25D7">
              <w:rPr>
                <w:lang w:val="ru-RU"/>
              </w:rPr>
              <w:t>Саловатовна, Матяж Артемий</w:t>
            </w:r>
            <w:r>
              <w:rPr>
                <w:lang w:val="ru-RU"/>
              </w:rPr>
              <w:t> </w:t>
            </w:r>
            <w:r w:rsidRPr="00DF25D7">
              <w:rPr>
                <w:lang w:val="ru-RU"/>
              </w:rPr>
              <w:t>Владимирович, 9</w:t>
            </w:r>
            <w:r>
              <w:t> </w:t>
            </w:r>
            <w:r w:rsidRPr="00DF25D7">
              <w:rPr>
                <w:lang w:val="ru-RU"/>
              </w:rPr>
              <w:t>класс</w:t>
            </w:r>
          </w:p>
        </w:tc>
        <w:tc>
          <w:tcPr>
            <w:tcW w:w="3402" w:type="dxa"/>
          </w:tcPr>
          <w:p w:rsidR="0057150F" w:rsidRPr="00DF25D7" w:rsidRDefault="0057150F" w:rsidP="008178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F25D7">
              <w:rPr>
                <w:lang w:val="ru-RU"/>
              </w:rPr>
              <w:t>Патриархальный мир в произведениях Г.</w:t>
            </w:r>
            <w:r>
              <w:rPr>
                <w:lang w:val="ru-RU"/>
              </w:rPr>
              <w:t> </w:t>
            </w:r>
            <w:r w:rsidRPr="00DF25D7">
              <w:rPr>
                <w:lang w:val="ru-RU"/>
              </w:rPr>
              <w:t>Ибрагимова и А.Н. Островского</w:t>
            </w:r>
          </w:p>
        </w:tc>
        <w:tc>
          <w:tcPr>
            <w:tcW w:w="3685" w:type="dxa"/>
          </w:tcPr>
          <w:p w:rsidR="0057150F" w:rsidRPr="00DF25D7" w:rsidRDefault="0057150F" w:rsidP="008178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F25D7">
              <w:rPr>
                <w:lang w:val="ru-RU"/>
              </w:rPr>
              <w:t xml:space="preserve">МБОУ </w:t>
            </w:r>
            <w:r>
              <w:rPr>
                <w:lang w:val="ru-RU"/>
              </w:rPr>
              <w:t xml:space="preserve">«Татарская гимназия №17 имени </w:t>
            </w:r>
            <w:r w:rsidRPr="00DF25D7">
              <w:rPr>
                <w:lang w:val="ru-RU"/>
              </w:rPr>
              <w:t>Г.</w:t>
            </w:r>
            <w:r>
              <w:rPr>
                <w:lang w:val="ru-RU"/>
              </w:rPr>
              <w:t> </w:t>
            </w:r>
            <w:r w:rsidRPr="00DF25D7">
              <w:rPr>
                <w:lang w:val="ru-RU"/>
              </w:rPr>
              <w:t>Ибрагимова</w:t>
            </w:r>
            <w:r>
              <w:rPr>
                <w:lang w:val="ru-RU"/>
              </w:rPr>
              <w:t>»</w:t>
            </w:r>
          </w:p>
        </w:tc>
        <w:tc>
          <w:tcPr>
            <w:tcW w:w="3685" w:type="dxa"/>
          </w:tcPr>
          <w:p w:rsidR="0057150F" w:rsidRPr="00DF25D7" w:rsidRDefault="0057150F" w:rsidP="008178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F25D7">
              <w:rPr>
                <w:lang w:val="ru-RU"/>
              </w:rPr>
              <w:t>Ахметгалиева Алсу Рамазановна, учитель русского языка и литературы, Мустафина Светлана Сергеевна, учитель английского языка</w:t>
            </w:r>
          </w:p>
        </w:tc>
      </w:tr>
      <w:tr w:rsidR="0057150F" w:rsidRPr="000E13B0" w:rsidTr="008178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57150F" w:rsidRPr="00BD198F" w:rsidRDefault="00BD198F" w:rsidP="008178AF">
            <w:pPr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2835" w:type="dxa"/>
          </w:tcPr>
          <w:p w:rsidR="0057150F" w:rsidRDefault="0057150F" w:rsidP="008178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Симакова Анна</w:t>
            </w:r>
            <w:r>
              <w:rPr>
                <w:lang w:val="ru-RU"/>
              </w:rPr>
              <w:t> </w:t>
            </w:r>
            <w:r>
              <w:t>Александровна, 9 класс</w:t>
            </w:r>
          </w:p>
        </w:tc>
        <w:tc>
          <w:tcPr>
            <w:tcW w:w="3402" w:type="dxa"/>
          </w:tcPr>
          <w:p w:rsidR="0057150F" w:rsidRPr="00DF25D7" w:rsidRDefault="0057150F" w:rsidP="008178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F25D7">
              <w:rPr>
                <w:lang w:val="ru-RU"/>
              </w:rPr>
              <w:t>Традиции и новаторство изображения вампиров в ро</w:t>
            </w:r>
            <w:r>
              <w:rPr>
                <w:lang w:val="ru-RU"/>
              </w:rPr>
              <w:t>мане Алексея Иванова «Пищеблок»</w:t>
            </w:r>
          </w:p>
        </w:tc>
        <w:tc>
          <w:tcPr>
            <w:tcW w:w="3685" w:type="dxa"/>
          </w:tcPr>
          <w:p w:rsidR="0057150F" w:rsidRPr="00DF25D7" w:rsidRDefault="0057150F" w:rsidP="008178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F25D7">
              <w:rPr>
                <w:lang w:val="ru-RU"/>
              </w:rPr>
              <w:t xml:space="preserve">МБОУ </w:t>
            </w:r>
            <w:r>
              <w:rPr>
                <w:lang w:val="ru-RU"/>
              </w:rPr>
              <w:t>«</w:t>
            </w:r>
            <w:r w:rsidRPr="00DF25D7">
              <w:rPr>
                <w:lang w:val="ru-RU"/>
              </w:rPr>
              <w:t>Средняя общеобразовательная школа №98 (татарско-русская)</w:t>
            </w:r>
            <w:r>
              <w:rPr>
                <w:lang w:val="ru-RU"/>
              </w:rPr>
              <w:t xml:space="preserve">» </w:t>
            </w:r>
            <w:r w:rsidRPr="00DF25D7">
              <w:rPr>
                <w:lang w:val="ru-RU"/>
              </w:rPr>
              <w:t xml:space="preserve">Вахитовского района </w:t>
            </w:r>
            <w:r>
              <w:rPr>
                <w:lang w:val="ru-RU"/>
              </w:rPr>
              <w:t>г. Казани</w:t>
            </w:r>
          </w:p>
        </w:tc>
        <w:tc>
          <w:tcPr>
            <w:tcW w:w="3685" w:type="dxa"/>
          </w:tcPr>
          <w:p w:rsidR="0057150F" w:rsidRPr="00DF25D7" w:rsidRDefault="0057150F" w:rsidP="008178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F25D7">
              <w:rPr>
                <w:lang w:val="ru-RU"/>
              </w:rPr>
              <w:t>Зарубежнова Евгения Михайловна, учитель русского языка и литературы; Романова Наталья Владимировна, учитель русского языка и литературы</w:t>
            </w:r>
          </w:p>
        </w:tc>
      </w:tr>
      <w:tr w:rsidR="0057150F" w:rsidRPr="000E13B0" w:rsidTr="008178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57150F" w:rsidRPr="00BD198F" w:rsidRDefault="00BD198F" w:rsidP="008178AF">
            <w:pPr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2835" w:type="dxa"/>
          </w:tcPr>
          <w:p w:rsidR="0057150F" w:rsidRDefault="0057150F" w:rsidP="008178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Талдыкина Ульяна</w:t>
            </w:r>
            <w:r>
              <w:rPr>
                <w:lang w:val="ru-RU"/>
              </w:rPr>
              <w:t> </w:t>
            </w:r>
            <w:r>
              <w:t>Львовна, 9 класс</w:t>
            </w:r>
          </w:p>
        </w:tc>
        <w:tc>
          <w:tcPr>
            <w:tcW w:w="3402" w:type="dxa"/>
          </w:tcPr>
          <w:p w:rsidR="0057150F" w:rsidRPr="00DF25D7" w:rsidRDefault="0057150F" w:rsidP="008178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F25D7">
              <w:rPr>
                <w:lang w:val="ru-RU"/>
              </w:rPr>
              <w:t>Казанский край в жизни и творчестве Гавриила Романовича Державина</w:t>
            </w:r>
          </w:p>
        </w:tc>
        <w:tc>
          <w:tcPr>
            <w:tcW w:w="3685" w:type="dxa"/>
          </w:tcPr>
          <w:p w:rsidR="0057150F" w:rsidRPr="00C053AA" w:rsidRDefault="0057150F" w:rsidP="008178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>
              <w:t xml:space="preserve">МАОУ </w:t>
            </w:r>
            <w:r>
              <w:rPr>
                <w:lang w:val="ru-RU"/>
              </w:rPr>
              <w:t>«</w:t>
            </w:r>
            <w:r>
              <w:t>Лицей</w:t>
            </w:r>
            <w:r>
              <w:rPr>
                <w:lang w:val="ru-RU"/>
              </w:rPr>
              <w:t xml:space="preserve"> </w:t>
            </w:r>
            <w:r>
              <w:t>№131</w:t>
            </w:r>
            <w:r>
              <w:rPr>
                <w:lang w:val="ru-RU"/>
              </w:rPr>
              <w:t>»</w:t>
            </w:r>
          </w:p>
        </w:tc>
        <w:tc>
          <w:tcPr>
            <w:tcW w:w="3685" w:type="dxa"/>
          </w:tcPr>
          <w:p w:rsidR="0057150F" w:rsidRPr="00DF25D7" w:rsidRDefault="0057150F" w:rsidP="008178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F25D7">
              <w:rPr>
                <w:lang w:val="ru-RU"/>
              </w:rPr>
              <w:t>Ленская Марина Сергеевна, учитель русского языка и литературы, выс</w:t>
            </w:r>
            <w:r>
              <w:rPr>
                <w:lang w:val="ru-RU"/>
              </w:rPr>
              <w:t>шая квалификационная категория</w:t>
            </w:r>
          </w:p>
        </w:tc>
      </w:tr>
      <w:tr w:rsidR="0057150F" w:rsidRPr="000E13B0" w:rsidTr="008178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57150F" w:rsidRPr="00BD198F" w:rsidRDefault="00BD198F" w:rsidP="008178AF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7</w:t>
            </w:r>
          </w:p>
        </w:tc>
        <w:tc>
          <w:tcPr>
            <w:tcW w:w="2835" w:type="dxa"/>
          </w:tcPr>
          <w:p w:rsidR="0057150F" w:rsidRDefault="0057150F" w:rsidP="008178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Ибрагимова Афина</w:t>
            </w:r>
            <w:r>
              <w:rPr>
                <w:lang w:val="ru-RU"/>
              </w:rPr>
              <w:t> </w:t>
            </w:r>
            <w:r>
              <w:t>Яковлевна, 7 класс</w:t>
            </w:r>
          </w:p>
        </w:tc>
        <w:tc>
          <w:tcPr>
            <w:tcW w:w="3402" w:type="dxa"/>
          </w:tcPr>
          <w:p w:rsidR="0057150F" w:rsidRPr="00DF25D7" w:rsidRDefault="0057150F" w:rsidP="008178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>
              <w:rPr>
                <w:lang w:val="ru-RU"/>
              </w:rPr>
              <w:t>Номинации в рассказах А.П. Чехова и В.М. </w:t>
            </w:r>
            <w:r w:rsidRPr="00DF25D7">
              <w:rPr>
                <w:lang w:val="ru-RU"/>
              </w:rPr>
              <w:t>Шукшина</w:t>
            </w:r>
          </w:p>
        </w:tc>
        <w:tc>
          <w:tcPr>
            <w:tcW w:w="3685" w:type="dxa"/>
          </w:tcPr>
          <w:p w:rsidR="0057150F" w:rsidRPr="00DF25D7" w:rsidRDefault="008262BD" w:rsidP="008178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>
              <w:t xml:space="preserve">МАОУ </w:t>
            </w:r>
            <w:r>
              <w:rPr>
                <w:lang w:val="ru-RU"/>
              </w:rPr>
              <w:t>«</w:t>
            </w:r>
            <w:r>
              <w:t>Лицей</w:t>
            </w:r>
            <w:r>
              <w:rPr>
                <w:lang w:val="ru-RU"/>
              </w:rPr>
              <w:t xml:space="preserve"> </w:t>
            </w:r>
            <w:r>
              <w:t>№131</w:t>
            </w:r>
            <w:r>
              <w:rPr>
                <w:lang w:val="ru-RU"/>
              </w:rPr>
              <w:t>»</w:t>
            </w:r>
          </w:p>
        </w:tc>
        <w:tc>
          <w:tcPr>
            <w:tcW w:w="3685" w:type="dxa"/>
          </w:tcPr>
          <w:p w:rsidR="0057150F" w:rsidRPr="00DF25D7" w:rsidRDefault="00BD198F" w:rsidP="008178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BD198F">
              <w:rPr>
                <w:szCs w:val="24"/>
                <w:lang w:val="ru-RU"/>
              </w:rPr>
              <w:t>Жаркова Светлана Борисовна, учитель русского языка и литературы высшей квалификационной категории</w:t>
            </w:r>
          </w:p>
        </w:tc>
      </w:tr>
      <w:tr w:rsidR="0057150F" w:rsidRPr="000E13B0" w:rsidTr="008178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57150F" w:rsidRPr="00BD198F" w:rsidRDefault="00BD198F" w:rsidP="008178AF">
            <w:pPr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2835" w:type="dxa"/>
          </w:tcPr>
          <w:p w:rsidR="0057150F" w:rsidRDefault="0057150F" w:rsidP="008178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Донченко Арина</w:t>
            </w:r>
            <w:r>
              <w:rPr>
                <w:lang w:val="ru-RU"/>
              </w:rPr>
              <w:t> </w:t>
            </w:r>
            <w:r>
              <w:t>Денисовна, 10 класс</w:t>
            </w:r>
          </w:p>
        </w:tc>
        <w:tc>
          <w:tcPr>
            <w:tcW w:w="3402" w:type="dxa"/>
          </w:tcPr>
          <w:p w:rsidR="0057150F" w:rsidRPr="00DF25D7" w:rsidRDefault="0057150F" w:rsidP="008178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F25D7">
              <w:rPr>
                <w:lang w:val="ru-RU"/>
              </w:rPr>
              <w:t>Феномен сиротства в русской литературе</w:t>
            </w:r>
          </w:p>
        </w:tc>
        <w:tc>
          <w:tcPr>
            <w:tcW w:w="3685" w:type="dxa"/>
          </w:tcPr>
          <w:p w:rsidR="0057150F" w:rsidRPr="00160FF8" w:rsidRDefault="0057150F" w:rsidP="008178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>
              <w:t xml:space="preserve">МАОУ </w:t>
            </w:r>
            <w:r>
              <w:rPr>
                <w:lang w:val="ru-RU"/>
              </w:rPr>
              <w:t>«</w:t>
            </w:r>
            <w:r>
              <w:t>Лицей</w:t>
            </w:r>
            <w:r>
              <w:rPr>
                <w:lang w:val="ru-RU"/>
              </w:rPr>
              <w:t xml:space="preserve"> </w:t>
            </w:r>
            <w:r>
              <w:t>№131</w:t>
            </w:r>
            <w:r>
              <w:rPr>
                <w:lang w:val="ru-RU"/>
              </w:rPr>
              <w:t>»</w:t>
            </w:r>
          </w:p>
        </w:tc>
        <w:tc>
          <w:tcPr>
            <w:tcW w:w="3685" w:type="dxa"/>
          </w:tcPr>
          <w:p w:rsidR="0057150F" w:rsidRPr="00BD198F" w:rsidRDefault="00BD198F" w:rsidP="008178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BD198F">
              <w:rPr>
                <w:szCs w:val="24"/>
                <w:lang w:val="ru-RU"/>
              </w:rPr>
              <w:t>Жаркова Светлана Борисовна, учитель русского языка и литературы высшей квалификационной категории</w:t>
            </w:r>
          </w:p>
        </w:tc>
      </w:tr>
    </w:tbl>
    <w:p w:rsidR="0057150F" w:rsidRDefault="0057150F" w:rsidP="0057150F">
      <w:pPr>
        <w:pStyle w:val="1"/>
        <w:jc w:val="center"/>
        <w:rPr>
          <w:lang w:val="ru-RU"/>
        </w:rPr>
      </w:pPr>
      <w:r w:rsidRPr="00DF25D7">
        <w:rPr>
          <w:lang w:val="ru-RU"/>
        </w:rPr>
        <w:lastRenderedPageBreak/>
        <w:t>Секция</w:t>
      </w:r>
      <w:r w:rsidRPr="00DF25D7">
        <w:rPr>
          <w:lang w:val="ru-RU"/>
        </w:rPr>
        <w:br/>
        <w:t>МХК</w:t>
      </w:r>
    </w:p>
    <w:p w:rsidR="00BD198F" w:rsidRDefault="00BD198F" w:rsidP="00BD198F">
      <w:pPr>
        <w:spacing w:after="0"/>
        <w:ind w:right="225"/>
        <w:jc w:val="both"/>
        <w:rPr>
          <w:lang w:val="ru-RU"/>
        </w:rPr>
      </w:pPr>
      <w:r w:rsidRPr="00F14086">
        <w:rPr>
          <w:b/>
          <w:lang w:val="ru-RU"/>
        </w:rPr>
        <w:t>Руководитель секции</w:t>
      </w:r>
      <w:r>
        <w:rPr>
          <w:lang w:val="ru-RU"/>
        </w:rPr>
        <w:t xml:space="preserve"> </w:t>
      </w:r>
      <w:r w:rsidRPr="00BD198F">
        <w:rPr>
          <w:lang w:val="ru-RU"/>
        </w:rPr>
        <w:t>Ахмадее</w:t>
      </w:r>
      <w:r>
        <w:rPr>
          <w:lang w:val="ru-RU"/>
        </w:rPr>
        <w:t>ва Фатима Касимовна, учитель МХК</w:t>
      </w:r>
      <w:r w:rsidRPr="00BD198F">
        <w:rPr>
          <w:lang w:val="ru-RU"/>
        </w:rPr>
        <w:t xml:space="preserve"> первой квалификационной категории МАОУ «Лицей №131»</w:t>
      </w:r>
    </w:p>
    <w:p w:rsidR="00BD198F" w:rsidRPr="00F14086" w:rsidRDefault="00BD198F" w:rsidP="00BD198F">
      <w:pPr>
        <w:spacing w:after="0"/>
        <w:rPr>
          <w:b/>
          <w:lang w:val="ru-RU"/>
        </w:rPr>
      </w:pPr>
      <w:r w:rsidRPr="00F14086">
        <w:rPr>
          <w:b/>
          <w:lang w:val="ru-RU"/>
        </w:rPr>
        <w:t>Члены жюри</w:t>
      </w:r>
    </w:p>
    <w:p w:rsidR="00BD198F" w:rsidRPr="0036163C" w:rsidRDefault="00BD198F" w:rsidP="00BD198F">
      <w:pPr>
        <w:pStyle w:val="ae"/>
        <w:numPr>
          <w:ilvl w:val="0"/>
          <w:numId w:val="10"/>
        </w:numPr>
        <w:spacing w:after="120" w:line="240" w:lineRule="auto"/>
        <w:jc w:val="both"/>
        <w:rPr>
          <w:lang w:val="ru-RU"/>
        </w:rPr>
      </w:pPr>
      <w:r w:rsidRPr="00BD198F">
        <w:rPr>
          <w:szCs w:val="24"/>
          <w:lang w:val="ru-RU"/>
        </w:rPr>
        <w:t>Куприянова Виктория Альбертовна, учитель русского языка и литературы высшей квалификационной категории МАОУ «Лицей №131»</w:t>
      </w:r>
    </w:p>
    <w:p w:rsidR="00BD198F" w:rsidRDefault="00BD198F" w:rsidP="00BD198F">
      <w:pPr>
        <w:pStyle w:val="ae"/>
        <w:numPr>
          <w:ilvl w:val="0"/>
          <w:numId w:val="10"/>
        </w:numPr>
        <w:spacing w:after="120" w:line="240" w:lineRule="auto"/>
        <w:jc w:val="both"/>
        <w:rPr>
          <w:lang w:val="ru-RU"/>
        </w:rPr>
      </w:pPr>
      <w:r w:rsidRPr="00BD198F">
        <w:rPr>
          <w:lang w:val="ru-RU"/>
        </w:rPr>
        <w:t>Литвина Фарида Сагитовна, учитель русского языка и литературы высшей квалификационной категории МАОУ «Лицей №131»</w:t>
      </w:r>
    </w:p>
    <w:p w:rsidR="00BD198F" w:rsidRPr="00BD198F" w:rsidRDefault="00BD198F" w:rsidP="00BD198F">
      <w:pPr>
        <w:rPr>
          <w:lang w:val="ru-RU"/>
        </w:rPr>
      </w:pPr>
      <w:r w:rsidRPr="00E9053F">
        <w:rPr>
          <w:b/>
          <w:lang w:val="ru-RU"/>
        </w:rPr>
        <w:t>Аудитория</w:t>
      </w:r>
      <w:r>
        <w:rPr>
          <w:b/>
          <w:lang w:val="ru-RU"/>
        </w:rPr>
        <w:t xml:space="preserve"> 42</w:t>
      </w:r>
    </w:p>
    <w:tbl>
      <w:tblPr>
        <w:tblStyle w:val="14"/>
        <w:tblW w:w="0" w:type="auto"/>
        <w:tblLook w:val="04A0" w:firstRow="1" w:lastRow="0" w:firstColumn="1" w:lastColumn="0" w:noHBand="0" w:noVBand="1"/>
      </w:tblPr>
      <w:tblGrid>
        <w:gridCol w:w="567"/>
        <w:gridCol w:w="2835"/>
        <w:gridCol w:w="3402"/>
        <w:gridCol w:w="3685"/>
        <w:gridCol w:w="3685"/>
      </w:tblGrid>
      <w:tr w:rsidR="0057150F" w:rsidTr="008178A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57150F" w:rsidRDefault="0057150F" w:rsidP="008178AF">
            <w:r>
              <w:t>№</w:t>
            </w:r>
          </w:p>
        </w:tc>
        <w:tc>
          <w:tcPr>
            <w:tcW w:w="2835" w:type="dxa"/>
          </w:tcPr>
          <w:p w:rsidR="0057150F" w:rsidRDefault="0057150F" w:rsidP="008178A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ФИО докладчика</w:t>
            </w:r>
          </w:p>
        </w:tc>
        <w:tc>
          <w:tcPr>
            <w:tcW w:w="3402" w:type="dxa"/>
          </w:tcPr>
          <w:p w:rsidR="0057150F" w:rsidRDefault="0057150F" w:rsidP="008178A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Название работы</w:t>
            </w:r>
          </w:p>
        </w:tc>
        <w:tc>
          <w:tcPr>
            <w:tcW w:w="3685" w:type="dxa"/>
          </w:tcPr>
          <w:p w:rsidR="0057150F" w:rsidRDefault="0057150F" w:rsidP="008178A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Образовательная организация докладчика</w:t>
            </w:r>
          </w:p>
        </w:tc>
        <w:tc>
          <w:tcPr>
            <w:tcW w:w="3685" w:type="dxa"/>
          </w:tcPr>
          <w:p w:rsidR="0057150F" w:rsidRDefault="0057150F" w:rsidP="008178A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Научный руководитель</w:t>
            </w:r>
          </w:p>
        </w:tc>
      </w:tr>
      <w:tr w:rsidR="0057150F" w:rsidRPr="000E13B0" w:rsidTr="008178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57150F" w:rsidRPr="00BD198F" w:rsidRDefault="00BD198F" w:rsidP="008178AF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835" w:type="dxa"/>
          </w:tcPr>
          <w:p w:rsidR="0057150F" w:rsidRDefault="0057150F" w:rsidP="008178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Кремень Амалия</w:t>
            </w:r>
            <w:r>
              <w:rPr>
                <w:lang w:val="ru-RU"/>
              </w:rPr>
              <w:t> </w:t>
            </w:r>
            <w:r>
              <w:t>Наилевна, 9 класс</w:t>
            </w:r>
          </w:p>
        </w:tc>
        <w:tc>
          <w:tcPr>
            <w:tcW w:w="3402" w:type="dxa"/>
          </w:tcPr>
          <w:p w:rsidR="0057150F" w:rsidRDefault="0057150F" w:rsidP="008178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Казани тёплые дома</w:t>
            </w:r>
          </w:p>
        </w:tc>
        <w:tc>
          <w:tcPr>
            <w:tcW w:w="3685" w:type="dxa"/>
          </w:tcPr>
          <w:p w:rsidR="0057150F" w:rsidRDefault="0057150F" w:rsidP="008178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МАОУ «Лицей-инженерный центр»</w:t>
            </w:r>
          </w:p>
        </w:tc>
        <w:tc>
          <w:tcPr>
            <w:tcW w:w="3685" w:type="dxa"/>
          </w:tcPr>
          <w:p w:rsidR="0057150F" w:rsidRPr="00DF25D7" w:rsidRDefault="0057150F" w:rsidP="008178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>
              <w:rPr>
                <w:lang w:val="ru-RU"/>
              </w:rPr>
              <w:t>Девятых Светлана Николаевна, у</w:t>
            </w:r>
            <w:r w:rsidRPr="00DF25D7">
              <w:rPr>
                <w:lang w:val="ru-RU"/>
              </w:rPr>
              <w:t>чит</w:t>
            </w:r>
            <w:r>
              <w:rPr>
                <w:lang w:val="ru-RU"/>
              </w:rPr>
              <w:t>ель русского языка и литературы,</w:t>
            </w:r>
            <w:r w:rsidRPr="00DF25D7">
              <w:rPr>
                <w:lang w:val="ru-RU"/>
              </w:rPr>
              <w:t xml:space="preserve"> </w:t>
            </w:r>
            <w:r>
              <w:rPr>
                <w:lang w:val="ru-RU"/>
              </w:rPr>
              <w:t>в</w:t>
            </w:r>
            <w:r w:rsidRPr="00DF25D7">
              <w:rPr>
                <w:lang w:val="ru-RU"/>
              </w:rPr>
              <w:t xml:space="preserve">ысшая квалификационная категория </w:t>
            </w:r>
          </w:p>
        </w:tc>
      </w:tr>
      <w:tr w:rsidR="0057150F" w:rsidRPr="000E13B0" w:rsidTr="008178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57150F" w:rsidRPr="00BD198F" w:rsidRDefault="00BD198F" w:rsidP="008178AF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835" w:type="dxa"/>
          </w:tcPr>
          <w:p w:rsidR="0057150F" w:rsidRDefault="0057150F" w:rsidP="008178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Ильина Олеся</w:t>
            </w:r>
            <w:r>
              <w:rPr>
                <w:lang w:val="ru-RU"/>
              </w:rPr>
              <w:t> </w:t>
            </w:r>
            <w:r>
              <w:t>Станиславовна, 10 класс</w:t>
            </w:r>
          </w:p>
        </w:tc>
        <w:tc>
          <w:tcPr>
            <w:tcW w:w="3402" w:type="dxa"/>
          </w:tcPr>
          <w:p w:rsidR="0057150F" w:rsidRPr="00DF25D7" w:rsidRDefault="0057150F" w:rsidP="008178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>
              <w:rPr>
                <w:lang w:val="ru-RU"/>
              </w:rPr>
              <w:t>Черты его карандаша… (о </w:t>
            </w:r>
            <w:r w:rsidRPr="00DF25D7">
              <w:rPr>
                <w:lang w:val="ru-RU"/>
              </w:rPr>
              <w:t>рисунках Пушкина)</w:t>
            </w:r>
          </w:p>
        </w:tc>
        <w:tc>
          <w:tcPr>
            <w:tcW w:w="3685" w:type="dxa"/>
          </w:tcPr>
          <w:p w:rsidR="0057150F" w:rsidRPr="00DF25D7" w:rsidRDefault="0057150F" w:rsidP="008178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F25D7">
              <w:rPr>
                <w:lang w:val="ru-RU"/>
              </w:rPr>
              <w:t xml:space="preserve">Муниципальное общеобразовательное учреждение </w:t>
            </w:r>
            <w:r>
              <w:rPr>
                <w:lang w:val="ru-RU"/>
              </w:rPr>
              <w:t>«</w:t>
            </w:r>
            <w:r w:rsidRPr="00DF25D7">
              <w:rPr>
                <w:lang w:val="ru-RU"/>
              </w:rPr>
              <w:t>Средняя общеобразовательная русско-татарская школа №150</w:t>
            </w:r>
            <w:r>
              <w:rPr>
                <w:lang w:val="ru-RU"/>
              </w:rPr>
              <w:t>»</w:t>
            </w:r>
            <w:r w:rsidRPr="00DF25D7">
              <w:rPr>
                <w:lang w:val="ru-RU"/>
              </w:rPr>
              <w:t xml:space="preserve"> Приволжского района города Казани</w:t>
            </w:r>
          </w:p>
        </w:tc>
        <w:tc>
          <w:tcPr>
            <w:tcW w:w="3685" w:type="dxa"/>
          </w:tcPr>
          <w:p w:rsidR="0057150F" w:rsidRPr="00DF25D7" w:rsidRDefault="0057150F" w:rsidP="008178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F25D7">
              <w:rPr>
                <w:lang w:val="ru-RU"/>
              </w:rPr>
              <w:t>Капралова Ирина Алексеевна, учитель русского языка и литературы, 1 квалификационная категория</w:t>
            </w:r>
          </w:p>
        </w:tc>
      </w:tr>
      <w:tr w:rsidR="0057150F" w:rsidRPr="000E13B0" w:rsidTr="008178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57150F" w:rsidRPr="00BD198F" w:rsidRDefault="00BD198F" w:rsidP="008178AF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2835" w:type="dxa"/>
          </w:tcPr>
          <w:p w:rsidR="0057150F" w:rsidRDefault="0057150F" w:rsidP="008178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Гималетдинова Милана</w:t>
            </w:r>
            <w:r>
              <w:rPr>
                <w:lang w:val="ru-RU"/>
              </w:rPr>
              <w:t> </w:t>
            </w:r>
            <w:r>
              <w:t>Руслановна, 7 класс</w:t>
            </w:r>
          </w:p>
        </w:tc>
        <w:tc>
          <w:tcPr>
            <w:tcW w:w="3402" w:type="dxa"/>
          </w:tcPr>
          <w:p w:rsidR="0057150F" w:rsidRPr="00DF25D7" w:rsidRDefault="0057150F" w:rsidP="008178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F25D7">
              <w:rPr>
                <w:lang w:val="ru-RU"/>
              </w:rPr>
              <w:t>Опыт участия в проекте писательского мастерства «Поезд эмоций» Юлии Кузнецовой</w:t>
            </w:r>
          </w:p>
        </w:tc>
        <w:tc>
          <w:tcPr>
            <w:tcW w:w="3685" w:type="dxa"/>
          </w:tcPr>
          <w:p w:rsidR="0057150F" w:rsidRPr="00DF25D7" w:rsidRDefault="0057150F" w:rsidP="008178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F25D7">
              <w:rPr>
                <w:lang w:val="ru-RU"/>
              </w:rPr>
              <w:t>МБОУ Средняя общеобразовательная школа № 9 с углубленным изучением английского языка</w:t>
            </w:r>
          </w:p>
        </w:tc>
        <w:tc>
          <w:tcPr>
            <w:tcW w:w="3685" w:type="dxa"/>
          </w:tcPr>
          <w:p w:rsidR="0057150F" w:rsidRPr="00DF25D7" w:rsidRDefault="0057150F" w:rsidP="008178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F25D7">
              <w:rPr>
                <w:lang w:val="ru-RU"/>
              </w:rPr>
              <w:t xml:space="preserve">Гималетдинова Гульнара Камилевна, доцент, кандидат филологических наук, доцент </w:t>
            </w:r>
          </w:p>
        </w:tc>
      </w:tr>
      <w:tr w:rsidR="0057150F" w:rsidRPr="000E13B0" w:rsidTr="008178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57150F" w:rsidRPr="00BD198F" w:rsidRDefault="00BD198F" w:rsidP="008178AF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2835" w:type="dxa"/>
          </w:tcPr>
          <w:p w:rsidR="0057150F" w:rsidRPr="00DF25D7" w:rsidRDefault="0057150F" w:rsidP="008178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>
              <w:rPr>
                <w:lang w:val="ru-RU"/>
              </w:rPr>
              <w:t>Сабитова Камилла Алмазовна, Хусаинова Камилла Шамилевна</w:t>
            </w:r>
            <w:r w:rsidRPr="00DF25D7">
              <w:rPr>
                <w:lang w:val="ru-RU"/>
              </w:rPr>
              <w:t>, 6</w:t>
            </w:r>
            <w:r>
              <w:t> </w:t>
            </w:r>
            <w:r w:rsidRPr="00DF25D7">
              <w:rPr>
                <w:lang w:val="ru-RU"/>
              </w:rPr>
              <w:t>класс</w:t>
            </w:r>
          </w:p>
        </w:tc>
        <w:tc>
          <w:tcPr>
            <w:tcW w:w="3402" w:type="dxa"/>
          </w:tcPr>
          <w:p w:rsidR="0057150F" w:rsidRPr="00DF25D7" w:rsidRDefault="0057150F" w:rsidP="008178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F25D7">
              <w:rPr>
                <w:lang w:val="ru-RU"/>
              </w:rPr>
              <w:t>Ученики школы «Бала – Сити» как потенциальная и реальная</w:t>
            </w:r>
            <w:r>
              <w:rPr>
                <w:lang w:val="ru-RU"/>
              </w:rPr>
              <w:t xml:space="preserve"> </w:t>
            </w:r>
            <w:r w:rsidRPr="00DF25D7">
              <w:rPr>
                <w:lang w:val="ru-RU"/>
              </w:rPr>
              <w:t>аудитория топ 5 музеев мира</w:t>
            </w:r>
          </w:p>
        </w:tc>
        <w:tc>
          <w:tcPr>
            <w:tcW w:w="3685" w:type="dxa"/>
          </w:tcPr>
          <w:p w:rsidR="0057150F" w:rsidRPr="00DF25D7" w:rsidRDefault="0057150F" w:rsidP="008178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F25D7">
              <w:rPr>
                <w:lang w:val="ru-RU"/>
              </w:rPr>
              <w:t xml:space="preserve">АНО ОО </w:t>
            </w:r>
            <w:r>
              <w:rPr>
                <w:lang w:val="ru-RU"/>
              </w:rPr>
              <w:t>«</w:t>
            </w:r>
            <w:r w:rsidRPr="00DF25D7">
              <w:rPr>
                <w:lang w:val="ru-RU"/>
              </w:rPr>
              <w:t>Школа новых технологий</w:t>
            </w:r>
            <w:r>
              <w:rPr>
                <w:lang w:val="ru-RU"/>
              </w:rPr>
              <w:t>»</w:t>
            </w:r>
          </w:p>
        </w:tc>
        <w:tc>
          <w:tcPr>
            <w:tcW w:w="3685" w:type="dxa"/>
          </w:tcPr>
          <w:p w:rsidR="0057150F" w:rsidRPr="00DF25D7" w:rsidRDefault="0057150F" w:rsidP="008178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F25D7">
              <w:rPr>
                <w:lang w:val="ru-RU"/>
              </w:rPr>
              <w:t xml:space="preserve">Перова Евгения Александровна, учитель истории </w:t>
            </w:r>
          </w:p>
        </w:tc>
      </w:tr>
      <w:tr w:rsidR="0057150F" w:rsidRPr="000E13B0" w:rsidTr="008178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57150F" w:rsidRPr="00BD198F" w:rsidRDefault="00BD198F" w:rsidP="008178AF">
            <w:pPr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2835" w:type="dxa"/>
          </w:tcPr>
          <w:p w:rsidR="0057150F" w:rsidRDefault="0057150F" w:rsidP="008178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Квасова Александра</w:t>
            </w:r>
            <w:r>
              <w:rPr>
                <w:lang w:val="ru-RU"/>
              </w:rPr>
              <w:t> </w:t>
            </w:r>
            <w:r>
              <w:t>Сергеевна, 10 класс</w:t>
            </w:r>
          </w:p>
        </w:tc>
        <w:tc>
          <w:tcPr>
            <w:tcW w:w="3402" w:type="dxa"/>
          </w:tcPr>
          <w:p w:rsidR="0057150F" w:rsidRPr="00DF25D7" w:rsidRDefault="0057150F" w:rsidP="008178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F25D7">
              <w:rPr>
                <w:lang w:val="ru-RU"/>
              </w:rPr>
              <w:t>Роль Тулуз-Лотрека в развитии искусства плаката</w:t>
            </w:r>
          </w:p>
        </w:tc>
        <w:tc>
          <w:tcPr>
            <w:tcW w:w="3685" w:type="dxa"/>
          </w:tcPr>
          <w:p w:rsidR="0057150F" w:rsidRPr="00DF25D7" w:rsidRDefault="008262BD" w:rsidP="008178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>
              <w:t xml:space="preserve">МАОУ </w:t>
            </w:r>
            <w:r>
              <w:rPr>
                <w:lang w:val="ru-RU"/>
              </w:rPr>
              <w:t>«</w:t>
            </w:r>
            <w:r>
              <w:t>Лицей</w:t>
            </w:r>
            <w:r>
              <w:rPr>
                <w:lang w:val="ru-RU"/>
              </w:rPr>
              <w:t xml:space="preserve"> </w:t>
            </w:r>
            <w:r>
              <w:t>№131</w:t>
            </w:r>
            <w:r>
              <w:rPr>
                <w:lang w:val="ru-RU"/>
              </w:rPr>
              <w:t>»</w:t>
            </w:r>
          </w:p>
        </w:tc>
        <w:tc>
          <w:tcPr>
            <w:tcW w:w="3685" w:type="dxa"/>
          </w:tcPr>
          <w:p w:rsidR="0057150F" w:rsidRPr="00DF25D7" w:rsidRDefault="0057150F" w:rsidP="008178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F25D7">
              <w:rPr>
                <w:lang w:val="ru-RU"/>
              </w:rPr>
              <w:t>Ахмадеева Фатима Касимовна, учитель</w:t>
            </w:r>
            <w:r>
              <w:rPr>
                <w:lang w:val="ru-RU"/>
              </w:rPr>
              <w:t xml:space="preserve"> искусства</w:t>
            </w:r>
          </w:p>
        </w:tc>
      </w:tr>
      <w:tr w:rsidR="0057150F" w:rsidRPr="000E13B0" w:rsidTr="008178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57150F" w:rsidRPr="00BD198F" w:rsidRDefault="00BD198F" w:rsidP="008178AF">
            <w:pPr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2835" w:type="dxa"/>
          </w:tcPr>
          <w:p w:rsidR="0057150F" w:rsidRPr="00DF25D7" w:rsidRDefault="0057150F" w:rsidP="008178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F25D7">
              <w:rPr>
                <w:lang w:val="ru-RU"/>
              </w:rPr>
              <w:t>Ткачева Лаура</w:t>
            </w:r>
            <w:r>
              <w:rPr>
                <w:lang w:val="ru-RU"/>
              </w:rPr>
              <w:t> Владимировна, Баженова Ксения </w:t>
            </w:r>
            <w:r w:rsidRPr="00DF25D7">
              <w:rPr>
                <w:lang w:val="ru-RU"/>
              </w:rPr>
              <w:t>Сергеевна, 9</w:t>
            </w:r>
            <w:r>
              <w:t> </w:t>
            </w:r>
            <w:r w:rsidRPr="00DF25D7">
              <w:rPr>
                <w:lang w:val="ru-RU"/>
              </w:rPr>
              <w:t>класс</w:t>
            </w:r>
          </w:p>
        </w:tc>
        <w:tc>
          <w:tcPr>
            <w:tcW w:w="3402" w:type="dxa"/>
          </w:tcPr>
          <w:p w:rsidR="0057150F" w:rsidRPr="00DF25D7" w:rsidRDefault="0057150F" w:rsidP="008178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F25D7">
              <w:rPr>
                <w:lang w:val="ru-RU"/>
              </w:rPr>
              <w:t>Сюрреализм – мост в реальность. Н</w:t>
            </w:r>
            <w:r>
              <w:rPr>
                <w:lang w:val="ru-RU"/>
              </w:rPr>
              <w:t>ет ничего реальнее сюрреализма</w:t>
            </w:r>
          </w:p>
        </w:tc>
        <w:tc>
          <w:tcPr>
            <w:tcW w:w="3685" w:type="dxa"/>
          </w:tcPr>
          <w:p w:rsidR="0057150F" w:rsidRPr="00C053AA" w:rsidRDefault="0057150F" w:rsidP="008178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>
              <w:t xml:space="preserve">МБОУ </w:t>
            </w:r>
            <w:r>
              <w:rPr>
                <w:lang w:val="ru-RU"/>
              </w:rPr>
              <w:t>«</w:t>
            </w:r>
            <w:r>
              <w:t>Школа № 150</w:t>
            </w:r>
            <w:r>
              <w:rPr>
                <w:lang w:val="ru-RU"/>
              </w:rPr>
              <w:t>»</w:t>
            </w:r>
          </w:p>
        </w:tc>
        <w:tc>
          <w:tcPr>
            <w:tcW w:w="3685" w:type="dxa"/>
          </w:tcPr>
          <w:p w:rsidR="0057150F" w:rsidRPr="00DF25D7" w:rsidRDefault="0057150F" w:rsidP="008178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F25D7">
              <w:rPr>
                <w:lang w:val="ru-RU"/>
              </w:rPr>
              <w:t>С</w:t>
            </w:r>
            <w:r>
              <w:rPr>
                <w:lang w:val="ru-RU"/>
              </w:rPr>
              <w:t>прожецкая Наталья </w:t>
            </w:r>
            <w:r w:rsidRPr="00DF25D7">
              <w:rPr>
                <w:lang w:val="ru-RU"/>
              </w:rPr>
              <w:t>Вячеславовна</w:t>
            </w:r>
            <w:r>
              <w:rPr>
                <w:lang w:val="ru-RU"/>
              </w:rPr>
              <w:t>,</w:t>
            </w:r>
            <w:r w:rsidRPr="00DF25D7">
              <w:rPr>
                <w:lang w:val="ru-RU"/>
              </w:rPr>
              <w:t xml:space="preserve"> учитель изо и технологии</w:t>
            </w:r>
          </w:p>
        </w:tc>
      </w:tr>
      <w:tr w:rsidR="0057150F" w:rsidRPr="000E13B0" w:rsidTr="008178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57150F" w:rsidRPr="00BD198F" w:rsidRDefault="00BD198F" w:rsidP="008178AF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7</w:t>
            </w:r>
          </w:p>
        </w:tc>
        <w:tc>
          <w:tcPr>
            <w:tcW w:w="2835" w:type="dxa"/>
          </w:tcPr>
          <w:p w:rsidR="0057150F" w:rsidRDefault="0057150F" w:rsidP="008178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Ахметзянова Диляра</w:t>
            </w:r>
            <w:r>
              <w:rPr>
                <w:lang w:val="ru-RU"/>
              </w:rPr>
              <w:t> </w:t>
            </w:r>
            <w:r>
              <w:t>Раилевна, 11 класс</w:t>
            </w:r>
          </w:p>
        </w:tc>
        <w:tc>
          <w:tcPr>
            <w:tcW w:w="3402" w:type="dxa"/>
          </w:tcPr>
          <w:p w:rsidR="0057150F" w:rsidRPr="00DF25D7" w:rsidRDefault="0057150F" w:rsidP="008178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F25D7">
              <w:rPr>
                <w:lang w:val="ru-RU"/>
              </w:rPr>
              <w:t>Мифопоэтика образа тополей в</w:t>
            </w:r>
            <w:r>
              <w:rPr>
                <w:lang w:val="ru-RU"/>
              </w:rPr>
              <w:t> </w:t>
            </w:r>
            <w:r w:rsidRPr="00DF25D7">
              <w:rPr>
                <w:lang w:val="ru-RU"/>
              </w:rPr>
              <w:t>повести Ч.</w:t>
            </w:r>
            <w:r>
              <w:rPr>
                <w:lang w:val="ru-RU"/>
              </w:rPr>
              <w:t> </w:t>
            </w:r>
            <w:r w:rsidRPr="00DF25D7">
              <w:rPr>
                <w:lang w:val="ru-RU"/>
              </w:rPr>
              <w:t>Айтматова «Первый учитель» и в одноимённом фильме</w:t>
            </w:r>
          </w:p>
        </w:tc>
        <w:tc>
          <w:tcPr>
            <w:tcW w:w="3685" w:type="dxa"/>
          </w:tcPr>
          <w:p w:rsidR="0057150F" w:rsidRPr="00DF25D7" w:rsidRDefault="0057150F" w:rsidP="008178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F25D7">
              <w:rPr>
                <w:lang w:val="ru-RU"/>
              </w:rPr>
              <w:t xml:space="preserve">МБОУ </w:t>
            </w:r>
            <w:r>
              <w:rPr>
                <w:lang w:val="ru-RU"/>
              </w:rPr>
              <w:t>«</w:t>
            </w:r>
            <w:r w:rsidRPr="00DF25D7">
              <w:rPr>
                <w:lang w:val="ru-RU"/>
              </w:rPr>
              <w:t>Татарская гимназия</w:t>
            </w:r>
            <w:r w:rsidR="008262BD">
              <w:rPr>
                <w:lang w:val="ru-RU"/>
              </w:rPr>
              <w:t xml:space="preserve"> №17</w:t>
            </w:r>
            <w:r w:rsidRPr="00DF25D7">
              <w:rPr>
                <w:lang w:val="ru-RU"/>
              </w:rPr>
              <w:t xml:space="preserve"> им</w:t>
            </w:r>
            <w:r>
              <w:rPr>
                <w:lang w:val="ru-RU"/>
              </w:rPr>
              <w:t>ени</w:t>
            </w:r>
            <w:r w:rsidRPr="00DF25D7">
              <w:rPr>
                <w:lang w:val="ru-RU"/>
              </w:rPr>
              <w:t xml:space="preserve"> Г.</w:t>
            </w:r>
            <w:r>
              <w:rPr>
                <w:lang w:val="ru-RU"/>
              </w:rPr>
              <w:t> </w:t>
            </w:r>
            <w:r w:rsidRPr="00DF25D7">
              <w:rPr>
                <w:lang w:val="ru-RU"/>
              </w:rPr>
              <w:t>Ибрагимова</w:t>
            </w:r>
            <w:r>
              <w:rPr>
                <w:lang w:val="ru-RU"/>
              </w:rPr>
              <w:t>»</w:t>
            </w:r>
            <w:r w:rsidRPr="00DF25D7">
              <w:rPr>
                <w:lang w:val="ru-RU"/>
              </w:rPr>
              <w:t xml:space="preserve"> Московского района город</w:t>
            </w:r>
            <w:r>
              <w:rPr>
                <w:lang w:val="ru-RU"/>
              </w:rPr>
              <w:t>а Казани</w:t>
            </w:r>
          </w:p>
        </w:tc>
        <w:tc>
          <w:tcPr>
            <w:tcW w:w="3685" w:type="dxa"/>
          </w:tcPr>
          <w:p w:rsidR="0057150F" w:rsidRPr="00DF25D7" w:rsidRDefault="0057150F" w:rsidP="008178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F25D7">
              <w:rPr>
                <w:lang w:val="ru-RU"/>
              </w:rPr>
              <w:t>Агзамова Динара Рустэмовна, педагог дополнительного образования высшей квалификационной категории</w:t>
            </w:r>
          </w:p>
        </w:tc>
      </w:tr>
      <w:tr w:rsidR="0057150F" w:rsidRPr="000E13B0" w:rsidTr="008178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57150F" w:rsidRPr="00BD198F" w:rsidRDefault="00BD198F" w:rsidP="008178AF">
            <w:pPr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2835" w:type="dxa"/>
          </w:tcPr>
          <w:p w:rsidR="0057150F" w:rsidRDefault="0057150F" w:rsidP="008178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Хуснуллина Дина</w:t>
            </w:r>
            <w:r>
              <w:rPr>
                <w:lang w:val="ru-RU"/>
              </w:rPr>
              <w:t> </w:t>
            </w:r>
            <w:r>
              <w:t>Радиковна, 9 класс</w:t>
            </w:r>
          </w:p>
        </w:tc>
        <w:tc>
          <w:tcPr>
            <w:tcW w:w="3402" w:type="dxa"/>
          </w:tcPr>
          <w:p w:rsidR="0057150F" w:rsidRPr="00DF25D7" w:rsidRDefault="0057150F" w:rsidP="008178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F25D7">
              <w:rPr>
                <w:lang w:val="ru-RU"/>
              </w:rPr>
              <w:t>Витражи, как произведения</w:t>
            </w:r>
            <w:r>
              <w:rPr>
                <w:lang w:val="ru-RU"/>
              </w:rPr>
              <w:t xml:space="preserve"> искусства средневековых храмов</w:t>
            </w:r>
          </w:p>
        </w:tc>
        <w:tc>
          <w:tcPr>
            <w:tcW w:w="3685" w:type="dxa"/>
          </w:tcPr>
          <w:p w:rsidR="0057150F" w:rsidRPr="00DF25D7" w:rsidRDefault="0057150F" w:rsidP="008178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F25D7">
              <w:rPr>
                <w:lang w:val="ru-RU"/>
              </w:rPr>
              <w:t xml:space="preserve">МАОУ </w:t>
            </w:r>
            <w:r>
              <w:rPr>
                <w:lang w:val="ru-RU"/>
              </w:rPr>
              <w:t>«</w:t>
            </w:r>
            <w:r w:rsidRPr="00DF25D7">
              <w:rPr>
                <w:lang w:val="ru-RU"/>
              </w:rPr>
              <w:t>Лицей №121 имени Героя Советского Союза С. А. Ахтямова</w:t>
            </w:r>
            <w:r>
              <w:rPr>
                <w:lang w:val="ru-RU"/>
              </w:rPr>
              <w:t>»</w:t>
            </w:r>
            <w:r w:rsidRPr="00DF25D7">
              <w:rPr>
                <w:lang w:val="ru-RU"/>
              </w:rPr>
              <w:t xml:space="preserve"> Советского района </w:t>
            </w:r>
            <w:r>
              <w:rPr>
                <w:lang w:val="ru-RU"/>
              </w:rPr>
              <w:t>г. Казани</w:t>
            </w:r>
            <w:r w:rsidRPr="00DF25D7">
              <w:rPr>
                <w:lang w:val="ru-RU"/>
              </w:rPr>
              <w:t xml:space="preserve"> (Центр образования №178)</w:t>
            </w:r>
          </w:p>
        </w:tc>
        <w:tc>
          <w:tcPr>
            <w:tcW w:w="3685" w:type="dxa"/>
          </w:tcPr>
          <w:p w:rsidR="0057150F" w:rsidRPr="00DF25D7" w:rsidRDefault="0057150F" w:rsidP="008178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>
              <w:rPr>
                <w:lang w:val="ru-RU"/>
              </w:rPr>
              <w:t>Хасанова Флера Анваровна, у</w:t>
            </w:r>
            <w:r w:rsidRPr="00DF25D7">
              <w:rPr>
                <w:lang w:val="ru-RU"/>
              </w:rPr>
              <w:t>читель истории и обществознания</w:t>
            </w:r>
          </w:p>
        </w:tc>
      </w:tr>
      <w:tr w:rsidR="0057150F" w:rsidRPr="000E13B0" w:rsidTr="008178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57150F" w:rsidRPr="00BD198F" w:rsidRDefault="00BD198F" w:rsidP="008178AF">
            <w:pPr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2835" w:type="dxa"/>
          </w:tcPr>
          <w:p w:rsidR="0057150F" w:rsidRDefault="0057150F" w:rsidP="008178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Исмагилова Дина</w:t>
            </w:r>
            <w:r>
              <w:rPr>
                <w:lang w:val="ru-RU"/>
              </w:rPr>
              <w:t> </w:t>
            </w:r>
            <w:r>
              <w:t>Маратовна, 10 класс</w:t>
            </w:r>
          </w:p>
        </w:tc>
        <w:tc>
          <w:tcPr>
            <w:tcW w:w="3402" w:type="dxa"/>
          </w:tcPr>
          <w:p w:rsidR="0057150F" w:rsidRPr="00DF25D7" w:rsidRDefault="0057150F" w:rsidP="008178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F25D7">
              <w:rPr>
                <w:lang w:val="ru-RU"/>
              </w:rPr>
              <w:t>И среди людей больше копий, чем оригиналов</w:t>
            </w:r>
          </w:p>
        </w:tc>
        <w:tc>
          <w:tcPr>
            <w:tcW w:w="3685" w:type="dxa"/>
          </w:tcPr>
          <w:p w:rsidR="0057150F" w:rsidRDefault="0057150F" w:rsidP="008178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7150F">
              <w:t>МАОУ «Лицей №131»</w:t>
            </w:r>
          </w:p>
        </w:tc>
        <w:tc>
          <w:tcPr>
            <w:tcW w:w="3685" w:type="dxa"/>
          </w:tcPr>
          <w:p w:rsidR="0057150F" w:rsidRPr="00DF25D7" w:rsidRDefault="0057150F" w:rsidP="008178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F25D7">
              <w:rPr>
                <w:lang w:val="ru-RU"/>
              </w:rPr>
              <w:t>Ахмадеева Фатима Касимовна, учитель искусства</w:t>
            </w:r>
          </w:p>
        </w:tc>
      </w:tr>
    </w:tbl>
    <w:p w:rsidR="0019003B" w:rsidRPr="00FD275A" w:rsidRDefault="009A50D0">
      <w:pPr>
        <w:pStyle w:val="1"/>
        <w:jc w:val="center"/>
        <w:rPr>
          <w:lang w:val="ru-RU"/>
        </w:rPr>
      </w:pPr>
      <w:r w:rsidRPr="00FD275A">
        <w:rPr>
          <w:lang w:val="ru-RU"/>
        </w:rPr>
        <w:lastRenderedPageBreak/>
        <w:t>Секция</w:t>
      </w:r>
      <w:r w:rsidRPr="00FD275A">
        <w:rPr>
          <w:lang w:val="ru-RU"/>
        </w:rPr>
        <w:br/>
        <w:t>Биология</w:t>
      </w:r>
    </w:p>
    <w:p w:rsidR="00FD275A" w:rsidRDefault="00FD275A" w:rsidP="00FD275A">
      <w:pPr>
        <w:spacing w:after="0"/>
        <w:ind w:right="225"/>
        <w:jc w:val="both"/>
        <w:rPr>
          <w:lang w:val="ru-RU"/>
        </w:rPr>
      </w:pPr>
      <w:r w:rsidRPr="00F14086">
        <w:rPr>
          <w:b/>
          <w:lang w:val="ru-RU"/>
        </w:rPr>
        <w:t>Руководитель секции</w:t>
      </w:r>
      <w:r>
        <w:rPr>
          <w:lang w:val="ru-RU"/>
        </w:rPr>
        <w:t xml:space="preserve"> </w:t>
      </w:r>
    </w:p>
    <w:p w:rsidR="00FD275A" w:rsidRPr="00F14086" w:rsidRDefault="00FD275A" w:rsidP="00FD275A">
      <w:pPr>
        <w:spacing w:after="0"/>
        <w:rPr>
          <w:b/>
          <w:lang w:val="ru-RU"/>
        </w:rPr>
      </w:pPr>
      <w:r w:rsidRPr="00F14086">
        <w:rPr>
          <w:b/>
          <w:lang w:val="ru-RU"/>
        </w:rPr>
        <w:t>Члены жюри</w:t>
      </w:r>
    </w:p>
    <w:p w:rsidR="00FD275A" w:rsidRPr="0081386D" w:rsidRDefault="000E13B0" w:rsidP="00FD275A">
      <w:pPr>
        <w:pStyle w:val="ae"/>
        <w:numPr>
          <w:ilvl w:val="0"/>
          <w:numId w:val="10"/>
        </w:numPr>
        <w:spacing w:after="120" w:line="240" w:lineRule="auto"/>
        <w:jc w:val="both"/>
        <w:rPr>
          <w:lang w:val="ru-RU"/>
        </w:rPr>
      </w:pPr>
      <w:r>
        <w:rPr>
          <w:szCs w:val="24"/>
          <w:lang w:val="ru-RU"/>
        </w:rPr>
        <w:t>состав жюри уточняется</w:t>
      </w:r>
      <w:bookmarkStart w:id="0" w:name="_GoBack"/>
      <w:bookmarkEnd w:id="0"/>
    </w:p>
    <w:p w:rsidR="009A50D0" w:rsidRPr="009A50D0" w:rsidRDefault="00FD275A" w:rsidP="00FD275A">
      <w:r w:rsidRPr="00E9053F">
        <w:rPr>
          <w:b/>
          <w:lang w:val="ru-RU"/>
        </w:rPr>
        <w:t>Аудитория</w:t>
      </w:r>
      <w:r>
        <w:rPr>
          <w:b/>
          <w:lang w:val="ru-RU"/>
        </w:rPr>
        <w:t xml:space="preserve"> 4</w:t>
      </w:r>
    </w:p>
    <w:tbl>
      <w:tblPr>
        <w:tblStyle w:val="14"/>
        <w:tblW w:w="0" w:type="auto"/>
        <w:tblLook w:val="04A0" w:firstRow="1" w:lastRow="0" w:firstColumn="1" w:lastColumn="0" w:noHBand="0" w:noVBand="1"/>
      </w:tblPr>
      <w:tblGrid>
        <w:gridCol w:w="567"/>
        <w:gridCol w:w="2835"/>
        <w:gridCol w:w="3402"/>
        <w:gridCol w:w="3685"/>
        <w:gridCol w:w="3685"/>
      </w:tblGrid>
      <w:tr w:rsidR="0019003B" w:rsidTr="008E77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19003B" w:rsidRDefault="00DF25D7">
            <w:r>
              <w:t>№</w:t>
            </w:r>
          </w:p>
        </w:tc>
        <w:tc>
          <w:tcPr>
            <w:tcW w:w="2835" w:type="dxa"/>
          </w:tcPr>
          <w:p w:rsidR="0019003B" w:rsidRDefault="00DF25D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ФИО докладчика</w:t>
            </w:r>
          </w:p>
        </w:tc>
        <w:tc>
          <w:tcPr>
            <w:tcW w:w="3402" w:type="dxa"/>
          </w:tcPr>
          <w:p w:rsidR="0019003B" w:rsidRDefault="00DF25D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Название работы</w:t>
            </w:r>
          </w:p>
        </w:tc>
        <w:tc>
          <w:tcPr>
            <w:tcW w:w="3685" w:type="dxa"/>
          </w:tcPr>
          <w:p w:rsidR="0019003B" w:rsidRDefault="00DF25D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Образовательная организация докладчика</w:t>
            </w:r>
          </w:p>
        </w:tc>
        <w:tc>
          <w:tcPr>
            <w:tcW w:w="3685" w:type="dxa"/>
          </w:tcPr>
          <w:p w:rsidR="0019003B" w:rsidRDefault="00DF25D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Научный руководитель</w:t>
            </w:r>
          </w:p>
        </w:tc>
      </w:tr>
      <w:tr w:rsidR="0019003B" w:rsidRPr="000E13B0" w:rsidTr="008E77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19003B" w:rsidRPr="009A50D0" w:rsidRDefault="009A50D0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835" w:type="dxa"/>
          </w:tcPr>
          <w:p w:rsidR="0019003B" w:rsidRDefault="008E77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Исмагилов Амир</w:t>
            </w:r>
            <w:r>
              <w:rPr>
                <w:lang w:val="ru-RU"/>
              </w:rPr>
              <w:t> </w:t>
            </w:r>
            <w:r w:rsidR="00DF25D7">
              <w:t>Алмазович, 6 класс</w:t>
            </w:r>
          </w:p>
        </w:tc>
        <w:tc>
          <w:tcPr>
            <w:tcW w:w="3402" w:type="dxa"/>
          </w:tcPr>
          <w:p w:rsidR="0019003B" w:rsidRPr="00DF25D7" w:rsidRDefault="00DF25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F25D7">
              <w:rPr>
                <w:lang w:val="ru-RU"/>
              </w:rPr>
              <w:t>Полосатые труженики или медовая история</w:t>
            </w:r>
          </w:p>
        </w:tc>
        <w:tc>
          <w:tcPr>
            <w:tcW w:w="3685" w:type="dxa"/>
          </w:tcPr>
          <w:p w:rsidR="0019003B" w:rsidRPr="00DF25D7" w:rsidRDefault="00DF25D7" w:rsidP="008E77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F25D7">
              <w:rPr>
                <w:lang w:val="ru-RU"/>
              </w:rPr>
              <w:t xml:space="preserve">МАОУ </w:t>
            </w:r>
            <w:r w:rsidR="008E7715">
              <w:rPr>
                <w:lang w:val="ru-RU"/>
              </w:rPr>
              <w:t>«</w:t>
            </w:r>
            <w:r w:rsidRPr="00DF25D7">
              <w:rPr>
                <w:lang w:val="ru-RU"/>
              </w:rPr>
              <w:t>Лицей №121 имени</w:t>
            </w:r>
            <w:r w:rsidR="00DD0962">
              <w:rPr>
                <w:lang w:val="ru-RU"/>
              </w:rPr>
              <w:t xml:space="preserve"> </w:t>
            </w:r>
            <w:r w:rsidRPr="00DF25D7">
              <w:rPr>
                <w:lang w:val="ru-RU"/>
              </w:rPr>
              <w:t>Героя Советского Союза</w:t>
            </w:r>
            <w:r w:rsidR="00DD0962">
              <w:rPr>
                <w:lang w:val="ru-RU"/>
              </w:rPr>
              <w:t xml:space="preserve"> </w:t>
            </w:r>
            <w:r w:rsidRPr="00DF25D7">
              <w:rPr>
                <w:lang w:val="ru-RU"/>
              </w:rPr>
              <w:t>С.</w:t>
            </w:r>
            <w:r w:rsidR="008262BD">
              <w:rPr>
                <w:lang w:val="ru-RU"/>
              </w:rPr>
              <w:t> </w:t>
            </w:r>
            <w:r w:rsidRPr="00DF25D7">
              <w:rPr>
                <w:lang w:val="ru-RU"/>
              </w:rPr>
              <w:t>А.</w:t>
            </w:r>
            <w:r w:rsidR="008262BD">
              <w:rPr>
                <w:lang w:val="ru-RU"/>
              </w:rPr>
              <w:t> </w:t>
            </w:r>
            <w:r w:rsidRPr="00DF25D7">
              <w:rPr>
                <w:lang w:val="ru-RU"/>
              </w:rPr>
              <w:t>Ахтямова</w:t>
            </w:r>
            <w:r w:rsidR="008E7715">
              <w:rPr>
                <w:lang w:val="ru-RU"/>
              </w:rPr>
              <w:t>»</w:t>
            </w:r>
            <w:r w:rsidRPr="00DF25D7">
              <w:rPr>
                <w:lang w:val="ru-RU"/>
              </w:rPr>
              <w:t xml:space="preserve"> Советского района </w:t>
            </w:r>
            <w:r w:rsidR="00DD0962">
              <w:rPr>
                <w:lang w:val="ru-RU"/>
              </w:rPr>
              <w:t>г. Казани</w:t>
            </w:r>
            <w:r w:rsidRPr="00DF25D7">
              <w:rPr>
                <w:lang w:val="ru-RU"/>
              </w:rPr>
              <w:t xml:space="preserve"> (Центр образования №178)</w:t>
            </w:r>
          </w:p>
        </w:tc>
        <w:tc>
          <w:tcPr>
            <w:tcW w:w="3685" w:type="dxa"/>
          </w:tcPr>
          <w:p w:rsidR="0019003B" w:rsidRPr="00DF25D7" w:rsidRDefault="00DF25D7" w:rsidP="008E77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F25D7">
              <w:rPr>
                <w:lang w:val="ru-RU"/>
              </w:rPr>
              <w:t xml:space="preserve">Блинова Светлана Николаевна, учитель начальных классов, </w:t>
            </w:r>
            <w:r w:rsidR="008E7715">
              <w:rPr>
                <w:lang w:val="ru-RU"/>
              </w:rPr>
              <w:t>в</w:t>
            </w:r>
            <w:r w:rsidRPr="00DF25D7">
              <w:rPr>
                <w:lang w:val="ru-RU"/>
              </w:rPr>
              <w:t>ысшая квалификационная категория</w:t>
            </w:r>
          </w:p>
        </w:tc>
      </w:tr>
      <w:tr w:rsidR="0019003B" w:rsidRPr="000E13B0" w:rsidTr="008E77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19003B" w:rsidRPr="009A50D0" w:rsidRDefault="009A50D0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835" w:type="dxa"/>
          </w:tcPr>
          <w:p w:rsidR="0019003B" w:rsidRDefault="008E77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Дубков Радгамир</w:t>
            </w:r>
            <w:r>
              <w:rPr>
                <w:lang w:val="ru-RU"/>
              </w:rPr>
              <w:t> </w:t>
            </w:r>
            <w:r w:rsidR="00DF25D7">
              <w:t>Владимирович, 10 класс</w:t>
            </w:r>
          </w:p>
        </w:tc>
        <w:tc>
          <w:tcPr>
            <w:tcW w:w="3402" w:type="dxa"/>
          </w:tcPr>
          <w:p w:rsidR="0019003B" w:rsidRPr="00DF25D7" w:rsidRDefault="00DF25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F25D7">
              <w:rPr>
                <w:lang w:val="ru-RU"/>
              </w:rPr>
              <w:t>Пространственная структура популяций некоторых редких видов флоры</w:t>
            </w:r>
            <w:r w:rsidR="00DD0962">
              <w:rPr>
                <w:lang w:val="ru-RU"/>
              </w:rPr>
              <w:t xml:space="preserve"> </w:t>
            </w:r>
            <w:r w:rsidRPr="00DF25D7">
              <w:rPr>
                <w:lang w:val="ru-RU"/>
              </w:rPr>
              <w:t xml:space="preserve">на правобережье залива Куйбышевского водохранилища в </w:t>
            </w:r>
            <w:r w:rsidR="00DD0962">
              <w:rPr>
                <w:lang w:val="ru-RU"/>
              </w:rPr>
              <w:t>г. Казани</w:t>
            </w:r>
          </w:p>
        </w:tc>
        <w:tc>
          <w:tcPr>
            <w:tcW w:w="3685" w:type="dxa"/>
          </w:tcPr>
          <w:p w:rsidR="0019003B" w:rsidRPr="00DF25D7" w:rsidRDefault="008262BD" w:rsidP="008E77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>
              <w:rPr>
                <w:lang w:val="ru-RU"/>
              </w:rPr>
              <w:t xml:space="preserve">МБОУ </w:t>
            </w:r>
            <w:r w:rsidR="008E7715">
              <w:rPr>
                <w:lang w:val="ru-RU"/>
              </w:rPr>
              <w:t>«</w:t>
            </w:r>
            <w:r w:rsidR="00DF25D7" w:rsidRPr="00DF25D7">
              <w:rPr>
                <w:lang w:val="ru-RU"/>
              </w:rPr>
              <w:t>Лицей № 177</w:t>
            </w:r>
            <w:r w:rsidR="008E7715">
              <w:rPr>
                <w:lang w:val="ru-RU"/>
              </w:rPr>
              <w:t>»</w:t>
            </w:r>
            <w:r w:rsidR="00DF25D7" w:rsidRPr="00DF25D7">
              <w:rPr>
                <w:lang w:val="ru-RU"/>
              </w:rPr>
              <w:t xml:space="preserve"> </w:t>
            </w:r>
          </w:p>
        </w:tc>
        <w:tc>
          <w:tcPr>
            <w:tcW w:w="3685" w:type="dxa"/>
          </w:tcPr>
          <w:p w:rsidR="0019003B" w:rsidRPr="00DF25D7" w:rsidRDefault="00DF25D7" w:rsidP="008E77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F25D7">
              <w:rPr>
                <w:lang w:val="ru-RU"/>
              </w:rPr>
              <w:t>Сергеева Светлана Владимировна, учитель биологии высшей квалификационной категории;</w:t>
            </w:r>
            <w:r w:rsidR="00DD0962">
              <w:rPr>
                <w:lang w:val="ru-RU"/>
              </w:rPr>
              <w:t xml:space="preserve"> </w:t>
            </w:r>
            <w:r w:rsidRPr="00DF25D7">
              <w:rPr>
                <w:lang w:val="ru-RU"/>
              </w:rPr>
              <w:t>Мухачев С. Г., заведующий комплексн</w:t>
            </w:r>
            <w:r w:rsidR="008E7715">
              <w:rPr>
                <w:lang w:val="ru-RU"/>
              </w:rPr>
              <w:t>ой</w:t>
            </w:r>
            <w:r w:rsidRPr="00DF25D7">
              <w:rPr>
                <w:lang w:val="ru-RU"/>
              </w:rPr>
              <w:t xml:space="preserve"> лабораторией </w:t>
            </w:r>
            <w:r w:rsidR="008E7715">
              <w:rPr>
                <w:lang w:val="ru-RU"/>
              </w:rPr>
              <w:t>«</w:t>
            </w:r>
            <w:r w:rsidRPr="00DF25D7">
              <w:rPr>
                <w:lang w:val="ru-RU"/>
              </w:rPr>
              <w:t>Инженерные проблемы биотехнологии</w:t>
            </w:r>
            <w:r w:rsidR="008E7715">
              <w:rPr>
                <w:lang w:val="ru-RU"/>
              </w:rPr>
              <w:t>»</w:t>
            </w:r>
            <w:r w:rsidRPr="00DF25D7">
              <w:rPr>
                <w:lang w:val="ru-RU"/>
              </w:rPr>
              <w:t xml:space="preserve">, доцент кафедры </w:t>
            </w:r>
            <w:r w:rsidR="008E7715">
              <w:rPr>
                <w:lang w:val="ru-RU"/>
              </w:rPr>
              <w:t>«</w:t>
            </w:r>
            <w:r w:rsidRPr="00DF25D7">
              <w:rPr>
                <w:lang w:val="ru-RU"/>
              </w:rPr>
              <w:t>Химической кибернетики</w:t>
            </w:r>
            <w:r w:rsidR="008E7715">
              <w:rPr>
                <w:lang w:val="ru-RU"/>
              </w:rPr>
              <w:t xml:space="preserve">» </w:t>
            </w:r>
            <w:r w:rsidRPr="00DF25D7">
              <w:rPr>
                <w:lang w:val="ru-RU"/>
              </w:rPr>
              <w:t xml:space="preserve">КНИТУ </w:t>
            </w:r>
          </w:p>
        </w:tc>
      </w:tr>
      <w:tr w:rsidR="0019003B" w:rsidRPr="000E13B0" w:rsidTr="008E77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19003B" w:rsidRPr="009A50D0" w:rsidRDefault="009A50D0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2835" w:type="dxa"/>
          </w:tcPr>
          <w:p w:rsidR="0019003B" w:rsidRDefault="008E77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Малкина Виолетта</w:t>
            </w:r>
            <w:r>
              <w:rPr>
                <w:lang w:val="ru-RU"/>
              </w:rPr>
              <w:t> </w:t>
            </w:r>
            <w:r w:rsidR="00DF25D7">
              <w:t>Аркадьевна, 7 класс</w:t>
            </w:r>
          </w:p>
        </w:tc>
        <w:tc>
          <w:tcPr>
            <w:tcW w:w="3402" w:type="dxa"/>
          </w:tcPr>
          <w:p w:rsidR="0019003B" w:rsidRDefault="00DF25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Фитоценоз луга</w:t>
            </w:r>
          </w:p>
        </w:tc>
        <w:tc>
          <w:tcPr>
            <w:tcW w:w="3685" w:type="dxa"/>
          </w:tcPr>
          <w:p w:rsidR="0019003B" w:rsidRPr="00DF25D7" w:rsidRDefault="008262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>
              <w:rPr>
                <w:lang w:val="ru-RU"/>
              </w:rPr>
              <w:t xml:space="preserve">МБОУ </w:t>
            </w:r>
            <w:r w:rsidR="00DF25D7" w:rsidRPr="00DF25D7">
              <w:rPr>
                <w:lang w:val="ru-RU"/>
              </w:rPr>
              <w:t>«Гимназия№ 175» Советского района города Казани</w:t>
            </w:r>
          </w:p>
        </w:tc>
        <w:tc>
          <w:tcPr>
            <w:tcW w:w="3685" w:type="dxa"/>
          </w:tcPr>
          <w:p w:rsidR="0019003B" w:rsidRPr="00DF25D7" w:rsidRDefault="00DF25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F25D7">
              <w:rPr>
                <w:lang w:val="ru-RU"/>
              </w:rPr>
              <w:t>Пономарева Алла Борисовна, учитель биологии первой квалификационной категории</w:t>
            </w:r>
          </w:p>
        </w:tc>
      </w:tr>
      <w:tr w:rsidR="0019003B" w:rsidRPr="000E13B0" w:rsidTr="008E77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19003B" w:rsidRPr="009A50D0" w:rsidRDefault="009A50D0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2835" w:type="dxa"/>
          </w:tcPr>
          <w:p w:rsidR="0019003B" w:rsidRDefault="008E77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Ахмадеева Диана</w:t>
            </w:r>
            <w:r>
              <w:rPr>
                <w:lang w:val="ru-RU"/>
              </w:rPr>
              <w:t> </w:t>
            </w:r>
            <w:r w:rsidR="00DF25D7">
              <w:t>Фаилевна, 7 класс</w:t>
            </w:r>
          </w:p>
        </w:tc>
        <w:tc>
          <w:tcPr>
            <w:tcW w:w="3402" w:type="dxa"/>
          </w:tcPr>
          <w:p w:rsidR="0019003B" w:rsidRDefault="00DF25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Гидропоника</w:t>
            </w:r>
          </w:p>
        </w:tc>
        <w:tc>
          <w:tcPr>
            <w:tcW w:w="3685" w:type="dxa"/>
          </w:tcPr>
          <w:p w:rsidR="0019003B" w:rsidRPr="00DF25D7" w:rsidRDefault="008262BD" w:rsidP="008E77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>
              <w:rPr>
                <w:lang w:val="ru-RU"/>
              </w:rPr>
              <w:t xml:space="preserve">МБОУ </w:t>
            </w:r>
            <w:r w:rsidR="008E7715">
              <w:rPr>
                <w:lang w:val="ru-RU"/>
              </w:rPr>
              <w:t>«</w:t>
            </w:r>
            <w:r w:rsidR="00DF25D7" w:rsidRPr="00DF25D7">
              <w:rPr>
                <w:lang w:val="ru-RU"/>
              </w:rPr>
              <w:t>Средняя общеобразовательная школа №112</w:t>
            </w:r>
            <w:r w:rsidR="008E7715">
              <w:rPr>
                <w:lang w:val="ru-RU"/>
              </w:rPr>
              <w:t>»</w:t>
            </w:r>
            <w:r w:rsidR="00DF25D7" w:rsidRPr="00DF25D7">
              <w:rPr>
                <w:lang w:val="ru-RU"/>
              </w:rPr>
              <w:t xml:space="preserve"> Авиастроительного района </w:t>
            </w:r>
            <w:r w:rsidR="00DD0962">
              <w:rPr>
                <w:lang w:val="ru-RU"/>
              </w:rPr>
              <w:t>г. Казани</w:t>
            </w:r>
          </w:p>
        </w:tc>
        <w:tc>
          <w:tcPr>
            <w:tcW w:w="3685" w:type="dxa"/>
          </w:tcPr>
          <w:p w:rsidR="0019003B" w:rsidRPr="00DF25D7" w:rsidRDefault="00DF25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F25D7">
              <w:rPr>
                <w:lang w:val="ru-RU"/>
              </w:rPr>
              <w:t>Скворцова Светлана Сергеевна, учитель биологии 1 квалификационной категории</w:t>
            </w:r>
          </w:p>
        </w:tc>
      </w:tr>
      <w:tr w:rsidR="0019003B" w:rsidRPr="000E13B0" w:rsidTr="008E77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19003B" w:rsidRPr="009A50D0" w:rsidRDefault="009A50D0">
            <w:pPr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2835" w:type="dxa"/>
          </w:tcPr>
          <w:p w:rsidR="0019003B" w:rsidRDefault="003A08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Мурсалов Тимур</w:t>
            </w:r>
            <w:r>
              <w:rPr>
                <w:lang w:val="ru-RU"/>
              </w:rPr>
              <w:t> </w:t>
            </w:r>
            <w:r w:rsidR="00DF25D7">
              <w:t>Фатулахович, 9 класс</w:t>
            </w:r>
          </w:p>
        </w:tc>
        <w:tc>
          <w:tcPr>
            <w:tcW w:w="3402" w:type="dxa"/>
          </w:tcPr>
          <w:p w:rsidR="0019003B" w:rsidRPr="00DF25D7" w:rsidRDefault="003A08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>
              <w:rPr>
                <w:lang w:val="ru-RU"/>
              </w:rPr>
              <w:t>Рыбоводство –</w:t>
            </w:r>
            <w:r w:rsidR="00DF25D7" w:rsidRPr="00DF25D7">
              <w:rPr>
                <w:lang w:val="ru-RU"/>
              </w:rPr>
              <w:t xml:space="preserve"> перспективная, экологически безопасная и высокодоходная отрасль современного сельского хозяйства</w:t>
            </w:r>
          </w:p>
        </w:tc>
        <w:tc>
          <w:tcPr>
            <w:tcW w:w="3685" w:type="dxa"/>
          </w:tcPr>
          <w:p w:rsidR="0019003B" w:rsidRPr="00DF25D7" w:rsidRDefault="008262BD" w:rsidP="003A08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>
              <w:rPr>
                <w:lang w:val="ru-RU"/>
              </w:rPr>
              <w:t xml:space="preserve">МБОУ </w:t>
            </w:r>
            <w:r w:rsidR="003A0809">
              <w:rPr>
                <w:lang w:val="ru-RU"/>
              </w:rPr>
              <w:t>«</w:t>
            </w:r>
            <w:r w:rsidR="00DF25D7" w:rsidRPr="00DF25D7">
              <w:rPr>
                <w:lang w:val="ru-RU"/>
              </w:rPr>
              <w:t xml:space="preserve">Средняя общеобразовательная школа 100 </w:t>
            </w:r>
            <w:r w:rsidR="003A0809">
              <w:rPr>
                <w:lang w:val="ru-RU"/>
              </w:rPr>
              <w:t>–</w:t>
            </w:r>
            <w:r w:rsidR="00DF25D7" w:rsidRPr="00DF25D7">
              <w:rPr>
                <w:lang w:val="ru-RU"/>
              </w:rPr>
              <w:t xml:space="preserve"> Центр образования</w:t>
            </w:r>
            <w:r w:rsidR="003A0809">
              <w:rPr>
                <w:lang w:val="ru-RU"/>
              </w:rPr>
              <w:t>»</w:t>
            </w:r>
          </w:p>
        </w:tc>
        <w:tc>
          <w:tcPr>
            <w:tcW w:w="3685" w:type="dxa"/>
          </w:tcPr>
          <w:p w:rsidR="0019003B" w:rsidRPr="00DF25D7" w:rsidRDefault="00DF25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F25D7">
              <w:rPr>
                <w:lang w:val="ru-RU"/>
              </w:rPr>
              <w:t>Абаева Луи</w:t>
            </w:r>
            <w:r w:rsidR="003A0809">
              <w:rPr>
                <w:lang w:val="ru-RU"/>
              </w:rPr>
              <w:t xml:space="preserve">за Габбасовна, учитель биологии и </w:t>
            </w:r>
            <w:r w:rsidRPr="00DF25D7">
              <w:rPr>
                <w:lang w:val="ru-RU"/>
              </w:rPr>
              <w:t>химии высшей категории</w:t>
            </w:r>
          </w:p>
        </w:tc>
      </w:tr>
      <w:tr w:rsidR="0019003B" w:rsidTr="008E77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19003B" w:rsidRPr="009A50D0" w:rsidRDefault="009A50D0">
            <w:pPr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2835" w:type="dxa"/>
          </w:tcPr>
          <w:p w:rsidR="0019003B" w:rsidRDefault="00DF25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Сабирова Лея Олегона, 10 класс</w:t>
            </w:r>
          </w:p>
        </w:tc>
        <w:tc>
          <w:tcPr>
            <w:tcW w:w="3402" w:type="dxa"/>
          </w:tcPr>
          <w:p w:rsidR="0019003B" w:rsidRDefault="00DF25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Лечебные травы</w:t>
            </w:r>
          </w:p>
        </w:tc>
        <w:tc>
          <w:tcPr>
            <w:tcW w:w="3685" w:type="dxa"/>
          </w:tcPr>
          <w:p w:rsidR="0019003B" w:rsidRPr="003A0809" w:rsidRDefault="00DF25D7" w:rsidP="003A08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>
              <w:t xml:space="preserve">МАОУ </w:t>
            </w:r>
            <w:r w:rsidR="003A0809">
              <w:rPr>
                <w:lang w:val="ru-RU"/>
              </w:rPr>
              <w:t>«Л</w:t>
            </w:r>
            <w:r>
              <w:t>ицей 131</w:t>
            </w:r>
            <w:r w:rsidR="003A0809">
              <w:rPr>
                <w:lang w:val="ru-RU"/>
              </w:rPr>
              <w:t>»</w:t>
            </w:r>
          </w:p>
        </w:tc>
        <w:tc>
          <w:tcPr>
            <w:tcW w:w="3685" w:type="dxa"/>
          </w:tcPr>
          <w:p w:rsidR="0019003B" w:rsidRDefault="00DF25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Кириллова Виолетта Валерьевна</w:t>
            </w:r>
          </w:p>
        </w:tc>
      </w:tr>
      <w:tr w:rsidR="0019003B" w:rsidTr="008E77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19003B" w:rsidRPr="009A50D0" w:rsidRDefault="009A50D0">
            <w:pPr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2835" w:type="dxa"/>
          </w:tcPr>
          <w:p w:rsidR="0019003B" w:rsidRDefault="003A08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Нигметзянова</w:t>
            </w:r>
            <w:r w:rsidR="00DF25D7">
              <w:t xml:space="preserve"> Эвелина, 10 класс</w:t>
            </w:r>
          </w:p>
        </w:tc>
        <w:tc>
          <w:tcPr>
            <w:tcW w:w="3402" w:type="dxa"/>
          </w:tcPr>
          <w:p w:rsidR="0019003B" w:rsidRDefault="00DF25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Генетические </w:t>
            </w:r>
            <w:r w:rsidR="003A0809">
              <w:t>заболевания. Болезнь Штаргардта</w:t>
            </w:r>
          </w:p>
        </w:tc>
        <w:tc>
          <w:tcPr>
            <w:tcW w:w="3685" w:type="dxa"/>
          </w:tcPr>
          <w:p w:rsidR="0019003B" w:rsidRPr="00DF25D7" w:rsidRDefault="00DF25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F25D7">
              <w:rPr>
                <w:lang w:val="ru-RU"/>
              </w:rPr>
              <w:t xml:space="preserve">МБОУ «Татарская гимназия №17 имени Г. Ибрагимова» Московского района </w:t>
            </w:r>
            <w:r w:rsidR="00DD0962">
              <w:rPr>
                <w:lang w:val="ru-RU"/>
              </w:rPr>
              <w:t>г. Казани</w:t>
            </w:r>
            <w:r w:rsidRPr="00DF25D7">
              <w:rPr>
                <w:lang w:val="ru-RU"/>
              </w:rPr>
              <w:t xml:space="preserve"> </w:t>
            </w:r>
          </w:p>
        </w:tc>
        <w:tc>
          <w:tcPr>
            <w:tcW w:w="3685" w:type="dxa"/>
          </w:tcPr>
          <w:p w:rsidR="0019003B" w:rsidRDefault="00DF25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Мифтахова Камила Габдрауфовна</w:t>
            </w:r>
          </w:p>
        </w:tc>
      </w:tr>
      <w:tr w:rsidR="0019003B" w:rsidTr="008E77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19003B" w:rsidRPr="009A50D0" w:rsidRDefault="009A50D0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8</w:t>
            </w:r>
          </w:p>
        </w:tc>
        <w:tc>
          <w:tcPr>
            <w:tcW w:w="2835" w:type="dxa"/>
          </w:tcPr>
          <w:p w:rsidR="0019003B" w:rsidRDefault="00DF25D7" w:rsidP="003A08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Набиуллин Амир</w:t>
            </w:r>
            <w:r w:rsidR="003A0809">
              <w:rPr>
                <w:lang w:val="ru-RU"/>
              </w:rPr>
              <w:t> </w:t>
            </w:r>
            <w:r>
              <w:t>Рустемович, 8 класс</w:t>
            </w:r>
          </w:p>
        </w:tc>
        <w:tc>
          <w:tcPr>
            <w:tcW w:w="3402" w:type="dxa"/>
          </w:tcPr>
          <w:p w:rsidR="0019003B" w:rsidRDefault="00DF25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Некоронованный вирус</w:t>
            </w:r>
          </w:p>
        </w:tc>
        <w:tc>
          <w:tcPr>
            <w:tcW w:w="3685" w:type="dxa"/>
          </w:tcPr>
          <w:p w:rsidR="0019003B" w:rsidRPr="00DF25D7" w:rsidRDefault="00DF25D7" w:rsidP="003A08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F25D7">
              <w:rPr>
                <w:lang w:val="ru-RU"/>
              </w:rPr>
              <w:t xml:space="preserve">МАОУ </w:t>
            </w:r>
            <w:r w:rsidR="003A0809">
              <w:rPr>
                <w:lang w:val="ru-RU"/>
              </w:rPr>
              <w:t>«</w:t>
            </w:r>
            <w:r w:rsidRPr="00DF25D7">
              <w:rPr>
                <w:lang w:val="ru-RU"/>
              </w:rPr>
              <w:t>Лицей 131</w:t>
            </w:r>
            <w:r w:rsidR="003A0809">
              <w:rPr>
                <w:lang w:val="ru-RU"/>
              </w:rPr>
              <w:t>»</w:t>
            </w:r>
            <w:r w:rsidRPr="00DF25D7">
              <w:rPr>
                <w:lang w:val="ru-RU"/>
              </w:rPr>
              <w:t xml:space="preserve"> Вахитовского района </w:t>
            </w:r>
            <w:r w:rsidR="00DD0962">
              <w:rPr>
                <w:lang w:val="ru-RU"/>
              </w:rPr>
              <w:t>г. Казани</w:t>
            </w:r>
          </w:p>
        </w:tc>
        <w:tc>
          <w:tcPr>
            <w:tcW w:w="3685" w:type="dxa"/>
          </w:tcPr>
          <w:p w:rsidR="0019003B" w:rsidRDefault="00DF25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Храмова Маргарита Юрьевна</w:t>
            </w:r>
          </w:p>
        </w:tc>
      </w:tr>
      <w:tr w:rsidR="0019003B" w:rsidTr="008E77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19003B" w:rsidRPr="009A50D0" w:rsidRDefault="009A50D0">
            <w:pPr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2835" w:type="dxa"/>
          </w:tcPr>
          <w:p w:rsidR="0019003B" w:rsidRDefault="003A08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Кириллова Александра</w:t>
            </w:r>
            <w:r>
              <w:rPr>
                <w:lang w:val="ru-RU"/>
              </w:rPr>
              <w:t> </w:t>
            </w:r>
            <w:r w:rsidR="00DF25D7">
              <w:t>Павловна, 10 класс</w:t>
            </w:r>
          </w:p>
        </w:tc>
        <w:tc>
          <w:tcPr>
            <w:tcW w:w="3402" w:type="dxa"/>
          </w:tcPr>
          <w:p w:rsidR="0019003B" w:rsidRDefault="00DF25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Синдром фантомных вибраций</w:t>
            </w:r>
          </w:p>
        </w:tc>
        <w:tc>
          <w:tcPr>
            <w:tcW w:w="3685" w:type="dxa"/>
          </w:tcPr>
          <w:p w:rsidR="0019003B" w:rsidRPr="003A0809" w:rsidRDefault="00DF25D7" w:rsidP="003A08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>
              <w:t xml:space="preserve">МБОУ </w:t>
            </w:r>
            <w:r w:rsidR="003A0809">
              <w:rPr>
                <w:lang w:val="ru-RU"/>
              </w:rPr>
              <w:t>«</w:t>
            </w:r>
            <w:r>
              <w:t>Гимназия 175</w:t>
            </w:r>
            <w:r w:rsidR="003A0809">
              <w:rPr>
                <w:lang w:val="ru-RU"/>
              </w:rPr>
              <w:t>»</w:t>
            </w:r>
          </w:p>
        </w:tc>
        <w:tc>
          <w:tcPr>
            <w:tcW w:w="3685" w:type="dxa"/>
          </w:tcPr>
          <w:p w:rsidR="0019003B" w:rsidRDefault="00DF25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Пономарева Алла Борисовна</w:t>
            </w:r>
          </w:p>
        </w:tc>
      </w:tr>
      <w:tr w:rsidR="00492254" w:rsidRPr="000E13B0" w:rsidTr="008E77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492254" w:rsidRDefault="00492254">
            <w:pPr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2835" w:type="dxa"/>
          </w:tcPr>
          <w:p w:rsidR="00492254" w:rsidRPr="00492254" w:rsidRDefault="004922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>
              <w:rPr>
                <w:lang w:val="ru-RU"/>
              </w:rPr>
              <w:t>Мирзоян Алари Сержикович, 10 класс</w:t>
            </w:r>
          </w:p>
        </w:tc>
        <w:tc>
          <w:tcPr>
            <w:tcW w:w="3402" w:type="dxa"/>
          </w:tcPr>
          <w:p w:rsidR="00492254" w:rsidRPr="00492254" w:rsidRDefault="004922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>
              <w:rPr>
                <w:lang w:val="ru-RU"/>
              </w:rPr>
              <w:t>Флористическая галерея лицея</w:t>
            </w:r>
          </w:p>
        </w:tc>
        <w:tc>
          <w:tcPr>
            <w:tcW w:w="3685" w:type="dxa"/>
          </w:tcPr>
          <w:p w:rsidR="00492254" w:rsidRDefault="00492254" w:rsidP="003A08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4598">
              <w:rPr>
                <w:lang w:val="ru-RU"/>
              </w:rPr>
              <w:t>МАОУ «Лицей-инженерный центр»</w:t>
            </w:r>
          </w:p>
        </w:tc>
        <w:tc>
          <w:tcPr>
            <w:tcW w:w="3685" w:type="dxa"/>
          </w:tcPr>
          <w:p w:rsidR="00492254" w:rsidRPr="00492254" w:rsidRDefault="004922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>
              <w:rPr>
                <w:lang w:val="ru-RU"/>
              </w:rPr>
              <w:t>Вилюмс Луиза Артуровна, учитель английского языка, Мельникова Нурсина Ильязовна, учитель биологии</w:t>
            </w:r>
          </w:p>
        </w:tc>
      </w:tr>
    </w:tbl>
    <w:p w:rsidR="009A50D0" w:rsidRPr="00FD275A" w:rsidRDefault="009A50D0" w:rsidP="009A50D0">
      <w:pPr>
        <w:pStyle w:val="1"/>
        <w:jc w:val="center"/>
        <w:rPr>
          <w:lang w:val="ru-RU"/>
        </w:rPr>
      </w:pPr>
      <w:r w:rsidRPr="00FD275A">
        <w:rPr>
          <w:lang w:val="ru-RU"/>
        </w:rPr>
        <w:lastRenderedPageBreak/>
        <w:t>Секция</w:t>
      </w:r>
      <w:r w:rsidRPr="00FD275A">
        <w:rPr>
          <w:lang w:val="ru-RU"/>
        </w:rPr>
        <w:br/>
      </w:r>
      <w:r>
        <w:rPr>
          <w:lang w:val="ru-RU"/>
        </w:rPr>
        <w:t>Э</w:t>
      </w:r>
      <w:r w:rsidRPr="00FD275A">
        <w:rPr>
          <w:lang w:val="ru-RU"/>
        </w:rPr>
        <w:t>кология</w:t>
      </w:r>
    </w:p>
    <w:p w:rsidR="00FD275A" w:rsidRDefault="00FD275A" w:rsidP="00FD275A">
      <w:pPr>
        <w:spacing w:after="0"/>
        <w:ind w:right="225"/>
        <w:jc w:val="both"/>
        <w:rPr>
          <w:lang w:val="ru-RU"/>
        </w:rPr>
      </w:pPr>
      <w:r w:rsidRPr="00F14086">
        <w:rPr>
          <w:b/>
          <w:lang w:val="ru-RU"/>
        </w:rPr>
        <w:t>Руководитель секции</w:t>
      </w:r>
      <w:r>
        <w:rPr>
          <w:lang w:val="ru-RU"/>
        </w:rPr>
        <w:t xml:space="preserve"> </w:t>
      </w:r>
    </w:p>
    <w:p w:rsidR="00FD275A" w:rsidRPr="00F14086" w:rsidRDefault="00FD275A" w:rsidP="00FD275A">
      <w:pPr>
        <w:spacing w:after="0"/>
        <w:rPr>
          <w:b/>
          <w:lang w:val="ru-RU"/>
        </w:rPr>
      </w:pPr>
      <w:r w:rsidRPr="00F14086">
        <w:rPr>
          <w:b/>
          <w:lang w:val="ru-RU"/>
        </w:rPr>
        <w:t>Члены жюри</w:t>
      </w:r>
    </w:p>
    <w:p w:rsidR="00FD275A" w:rsidRPr="0081386D" w:rsidRDefault="000E13B0" w:rsidP="00FD275A">
      <w:pPr>
        <w:pStyle w:val="ae"/>
        <w:numPr>
          <w:ilvl w:val="0"/>
          <w:numId w:val="10"/>
        </w:numPr>
        <w:spacing w:after="120" w:line="240" w:lineRule="auto"/>
        <w:jc w:val="both"/>
        <w:rPr>
          <w:lang w:val="ru-RU"/>
        </w:rPr>
      </w:pPr>
      <w:r>
        <w:rPr>
          <w:szCs w:val="24"/>
          <w:lang w:val="ru-RU"/>
        </w:rPr>
        <w:t>состав жюри уточняется</w:t>
      </w:r>
    </w:p>
    <w:p w:rsidR="009A50D0" w:rsidRPr="009A50D0" w:rsidRDefault="00FD275A" w:rsidP="009A50D0">
      <w:r w:rsidRPr="00E9053F">
        <w:rPr>
          <w:b/>
          <w:lang w:val="ru-RU"/>
        </w:rPr>
        <w:t>Аудитория</w:t>
      </w:r>
      <w:r>
        <w:rPr>
          <w:b/>
          <w:lang w:val="ru-RU"/>
        </w:rPr>
        <w:t xml:space="preserve"> 33</w:t>
      </w:r>
    </w:p>
    <w:tbl>
      <w:tblPr>
        <w:tblStyle w:val="14"/>
        <w:tblW w:w="0" w:type="auto"/>
        <w:tblLook w:val="04A0" w:firstRow="1" w:lastRow="0" w:firstColumn="1" w:lastColumn="0" w:noHBand="0" w:noVBand="1"/>
      </w:tblPr>
      <w:tblGrid>
        <w:gridCol w:w="567"/>
        <w:gridCol w:w="2835"/>
        <w:gridCol w:w="3402"/>
        <w:gridCol w:w="3685"/>
        <w:gridCol w:w="3685"/>
      </w:tblGrid>
      <w:tr w:rsidR="009A50D0" w:rsidTr="008178A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9A50D0" w:rsidRDefault="009A50D0" w:rsidP="008178AF">
            <w:r>
              <w:t>№</w:t>
            </w:r>
          </w:p>
        </w:tc>
        <w:tc>
          <w:tcPr>
            <w:tcW w:w="2835" w:type="dxa"/>
          </w:tcPr>
          <w:p w:rsidR="009A50D0" w:rsidRDefault="009A50D0" w:rsidP="008178A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ФИО докладчика</w:t>
            </w:r>
          </w:p>
        </w:tc>
        <w:tc>
          <w:tcPr>
            <w:tcW w:w="3402" w:type="dxa"/>
          </w:tcPr>
          <w:p w:rsidR="009A50D0" w:rsidRDefault="009A50D0" w:rsidP="008178A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Название работы</w:t>
            </w:r>
          </w:p>
        </w:tc>
        <w:tc>
          <w:tcPr>
            <w:tcW w:w="3685" w:type="dxa"/>
          </w:tcPr>
          <w:p w:rsidR="009A50D0" w:rsidRDefault="009A50D0" w:rsidP="008178A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Образовательная организация докладчика</w:t>
            </w:r>
          </w:p>
        </w:tc>
        <w:tc>
          <w:tcPr>
            <w:tcW w:w="3685" w:type="dxa"/>
          </w:tcPr>
          <w:p w:rsidR="009A50D0" w:rsidRDefault="009A50D0" w:rsidP="008178A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Научный руководитель</w:t>
            </w:r>
          </w:p>
        </w:tc>
      </w:tr>
      <w:tr w:rsidR="009A50D0" w:rsidRPr="000E13B0" w:rsidTr="008178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9A50D0" w:rsidRPr="00D54598" w:rsidRDefault="00D54598" w:rsidP="008178AF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835" w:type="dxa"/>
          </w:tcPr>
          <w:p w:rsidR="009A50D0" w:rsidRDefault="009A50D0" w:rsidP="008178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Мингалеев Артур</w:t>
            </w:r>
            <w:r>
              <w:rPr>
                <w:lang w:val="ru-RU"/>
              </w:rPr>
              <w:t> </w:t>
            </w:r>
            <w:r>
              <w:t>Дамирович, 10 класс</w:t>
            </w:r>
          </w:p>
        </w:tc>
        <w:tc>
          <w:tcPr>
            <w:tcW w:w="3402" w:type="dxa"/>
          </w:tcPr>
          <w:p w:rsidR="009A50D0" w:rsidRPr="00DF25D7" w:rsidRDefault="009A50D0" w:rsidP="008178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F25D7">
              <w:rPr>
                <w:lang w:val="ru-RU"/>
              </w:rPr>
              <w:t>Тяжелые металлы в донных отложениях литорали озер Волжско-Камского заповедника</w:t>
            </w:r>
          </w:p>
        </w:tc>
        <w:tc>
          <w:tcPr>
            <w:tcW w:w="3685" w:type="dxa"/>
          </w:tcPr>
          <w:p w:rsidR="009A50D0" w:rsidRPr="00DF25D7" w:rsidRDefault="009A50D0" w:rsidP="008178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F25D7">
              <w:rPr>
                <w:lang w:val="ru-RU"/>
              </w:rPr>
              <w:t xml:space="preserve">МАОУ </w:t>
            </w:r>
            <w:r>
              <w:rPr>
                <w:lang w:val="ru-RU"/>
              </w:rPr>
              <w:t>«</w:t>
            </w:r>
            <w:r w:rsidRPr="00DF25D7">
              <w:rPr>
                <w:lang w:val="ru-RU"/>
              </w:rPr>
              <w:t>Лицей №121 имени Героя Советского Союза С. А. Ахтямова</w:t>
            </w:r>
            <w:r>
              <w:rPr>
                <w:lang w:val="ru-RU"/>
              </w:rPr>
              <w:t>»</w:t>
            </w:r>
            <w:r w:rsidRPr="00DF25D7">
              <w:rPr>
                <w:lang w:val="ru-RU"/>
              </w:rPr>
              <w:t xml:space="preserve"> Советского района </w:t>
            </w:r>
            <w:r>
              <w:rPr>
                <w:lang w:val="ru-RU"/>
              </w:rPr>
              <w:t>г. Казани</w:t>
            </w:r>
          </w:p>
        </w:tc>
        <w:tc>
          <w:tcPr>
            <w:tcW w:w="3685" w:type="dxa"/>
          </w:tcPr>
          <w:p w:rsidR="009A50D0" w:rsidRPr="00DF25D7" w:rsidRDefault="009A50D0" w:rsidP="008178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F25D7">
              <w:rPr>
                <w:lang w:val="ru-RU"/>
              </w:rPr>
              <w:t xml:space="preserve">Шамаев Денис Евгеньевич, м.н.с. ИПЭН АН РТ, п.д.о. МБУДО </w:t>
            </w:r>
            <w:r>
              <w:rPr>
                <w:lang w:val="ru-RU"/>
              </w:rPr>
              <w:t>«</w:t>
            </w:r>
            <w:r w:rsidRPr="00DF25D7">
              <w:rPr>
                <w:lang w:val="ru-RU"/>
              </w:rPr>
              <w:t>ЦДТ Танкодром</w:t>
            </w:r>
            <w:r>
              <w:rPr>
                <w:lang w:val="ru-RU"/>
              </w:rPr>
              <w:t>»</w:t>
            </w:r>
          </w:p>
        </w:tc>
      </w:tr>
      <w:tr w:rsidR="009A50D0" w:rsidTr="008178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9A50D0" w:rsidRPr="00D54598" w:rsidRDefault="00D54598" w:rsidP="008178AF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835" w:type="dxa"/>
          </w:tcPr>
          <w:p w:rsidR="009A50D0" w:rsidRPr="00DF25D7" w:rsidRDefault="009A50D0" w:rsidP="008178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>
              <w:rPr>
                <w:lang w:val="ru-RU"/>
              </w:rPr>
              <w:t>Зарипова Зифа </w:t>
            </w:r>
            <w:r w:rsidRPr="00DF25D7">
              <w:rPr>
                <w:lang w:val="ru-RU"/>
              </w:rPr>
              <w:t>Айратовна, Заднепровская Дарья</w:t>
            </w:r>
            <w:r>
              <w:rPr>
                <w:lang w:val="ru-RU"/>
              </w:rPr>
              <w:t> </w:t>
            </w:r>
            <w:r w:rsidRPr="00DF25D7">
              <w:rPr>
                <w:lang w:val="ru-RU"/>
              </w:rPr>
              <w:t>Олеговна, 9</w:t>
            </w:r>
            <w:r>
              <w:t> </w:t>
            </w:r>
            <w:r w:rsidRPr="00DF25D7">
              <w:rPr>
                <w:lang w:val="ru-RU"/>
              </w:rPr>
              <w:t>класс</w:t>
            </w:r>
          </w:p>
        </w:tc>
        <w:tc>
          <w:tcPr>
            <w:tcW w:w="3402" w:type="dxa"/>
          </w:tcPr>
          <w:p w:rsidR="009A50D0" w:rsidRDefault="009A50D0" w:rsidP="008178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Обнаружение нитратов в плодовоовощных</w:t>
            </w:r>
          </w:p>
        </w:tc>
        <w:tc>
          <w:tcPr>
            <w:tcW w:w="3685" w:type="dxa"/>
          </w:tcPr>
          <w:p w:rsidR="009A50D0" w:rsidRPr="00DF25D7" w:rsidRDefault="009A50D0" w:rsidP="008178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F25D7">
              <w:rPr>
                <w:lang w:val="ru-RU"/>
              </w:rPr>
              <w:t>МБОУ «Русско-татарская средняя общеобразовательная школа №129»</w:t>
            </w:r>
          </w:p>
        </w:tc>
        <w:tc>
          <w:tcPr>
            <w:tcW w:w="3685" w:type="dxa"/>
          </w:tcPr>
          <w:p w:rsidR="009A50D0" w:rsidRDefault="009A50D0" w:rsidP="008178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Миннахметова Виктория</w:t>
            </w:r>
            <w:r>
              <w:rPr>
                <w:lang w:val="ru-RU"/>
              </w:rPr>
              <w:t> </w:t>
            </w:r>
            <w:r>
              <w:t xml:space="preserve">Андреевна </w:t>
            </w:r>
          </w:p>
        </w:tc>
      </w:tr>
      <w:tr w:rsidR="009A50D0" w:rsidRPr="000E13B0" w:rsidTr="008178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9A50D0" w:rsidRPr="00D54598" w:rsidRDefault="00D54598" w:rsidP="008178AF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2835" w:type="dxa"/>
          </w:tcPr>
          <w:p w:rsidR="009A50D0" w:rsidRDefault="009A50D0" w:rsidP="008178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Соболев Антон</w:t>
            </w:r>
            <w:r>
              <w:rPr>
                <w:lang w:val="ru-RU"/>
              </w:rPr>
              <w:t> </w:t>
            </w:r>
            <w:r>
              <w:t>Егорович, 7 класс</w:t>
            </w:r>
          </w:p>
        </w:tc>
        <w:tc>
          <w:tcPr>
            <w:tcW w:w="3402" w:type="dxa"/>
          </w:tcPr>
          <w:p w:rsidR="009A50D0" w:rsidRDefault="009A50D0" w:rsidP="008178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Изменчивость размеров жужелицы pterostichus oblongopunctatus fabricius. 1891 на участках с разной степенью урбанизации</w:t>
            </w:r>
          </w:p>
        </w:tc>
        <w:tc>
          <w:tcPr>
            <w:tcW w:w="3685" w:type="dxa"/>
          </w:tcPr>
          <w:p w:rsidR="009A50D0" w:rsidRPr="00DF25D7" w:rsidRDefault="009A50D0" w:rsidP="008178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>
              <w:rPr>
                <w:lang w:val="ru-RU"/>
              </w:rPr>
              <w:t>МБОУ «</w:t>
            </w:r>
            <w:r w:rsidRPr="00DF25D7">
              <w:rPr>
                <w:lang w:val="ru-RU"/>
              </w:rPr>
              <w:t>Лицей №145</w:t>
            </w:r>
            <w:r>
              <w:rPr>
                <w:lang w:val="ru-RU"/>
              </w:rPr>
              <w:t>»</w:t>
            </w:r>
            <w:r w:rsidRPr="00DF25D7">
              <w:rPr>
                <w:lang w:val="ru-RU"/>
              </w:rPr>
              <w:t xml:space="preserve"> Авиастроительного района </w:t>
            </w:r>
            <w:r>
              <w:rPr>
                <w:lang w:val="ru-RU"/>
              </w:rPr>
              <w:t>г. Казани</w:t>
            </w:r>
          </w:p>
        </w:tc>
        <w:tc>
          <w:tcPr>
            <w:tcW w:w="3685" w:type="dxa"/>
          </w:tcPr>
          <w:p w:rsidR="009A50D0" w:rsidRPr="00DF25D7" w:rsidRDefault="009A50D0" w:rsidP="008178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F25D7">
              <w:rPr>
                <w:lang w:val="ru-RU"/>
              </w:rPr>
              <w:t>Суходольская Раиса Анатольевна</w:t>
            </w:r>
            <w:r>
              <w:rPr>
                <w:lang w:val="ru-RU"/>
              </w:rPr>
              <w:t>,</w:t>
            </w:r>
            <w:r w:rsidRPr="00DF25D7">
              <w:rPr>
                <w:lang w:val="ru-RU"/>
              </w:rPr>
              <w:t xml:space="preserve"> н.с. Института проблем экологии и недропользования АН РТ</w:t>
            </w:r>
            <w:r>
              <w:rPr>
                <w:lang w:val="ru-RU"/>
              </w:rPr>
              <w:t>,</w:t>
            </w:r>
            <w:r w:rsidRPr="00DF25D7">
              <w:rPr>
                <w:lang w:val="ru-RU"/>
              </w:rPr>
              <w:t xml:space="preserve"> </w:t>
            </w:r>
            <w:r>
              <w:rPr>
                <w:lang w:val="ru-RU"/>
              </w:rPr>
              <w:t>учитель</w:t>
            </w:r>
            <w:r w:rsidRPr="00DF25D7">
              <w:rPr>
                <w:lang w:val="ru-RU"/>
              </w:rPr>
              <w:t xml:space="preserve"> биологии, научный консультант КБН </w:t>
            </w:r>
          </w:p>
        </w:tc>
      </w:tr>
      <w:tr w:rsidR="009A50D0" w:rsidRPr="000E13B0" w:rsidTr="008178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9A50D0" w:rsidRPr="00D54598" w:rsidRDefault="00D54598" w:rsidP="008178AF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2835" w:type="dxa"/>
          </w:tcPr>
          <w:p w:rsidR="009A50D0" w:rsidRDefault="009A50D0" w:rsidP="008178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Ахметова Диана</w:t>
            </w:r>
            <w:r>
              <w:rPr>
                <w:lang w:val="ru-RU"/>
              </w:rPr>
              <w:t> </w:t>
            </w:r>
            <w:r>
              <w:t>Иномовна, 7 класс</w:t>
            </w:r>
          </w:p>
        </w:tc>
        <w:tc>
          <w:tcPr>
            <w:tcW w:w="3402" w:type="dxa"/>
          </w:tcPr>
          <w:p w:rsidR="009A50D0" w:rsidRDefault="009A50D0" w:rsidP="008178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Морфометрическая изменчивость и половой диморфизм в популяции жужелицы Poecilus cupreus L. (Coleoptera, Carabidae)</w:t>
            </w:r>
          </w:p>
        </w:tc>
        <w:tc>
          <w:tcPr>
            <w:tcW w:w="3685" w:type="dxa"/>
          </w:tcPr>
          <w:p w:rsidR="009A50D0" w:rsidRPr="00DF25D7" w:rsidRDefault="009A50D0" w:rsidP="008178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F25D7">
              <w:rPr>
                <w:lang w:val="ru-RU"/>
              </w:rPr>
              <w:t xml:space="preserve">МБОУ </w:t>
            </w:r>
            <w:r>
              <w:rPr>
                <w:lang w:val="ru-RU"/>
              </w:rPr>
              <w:t>«</w:t>
            </w:r>
            <w:r w:rsidRPr="00DF25D7">
              <w:rPr>
                <w:lang w:val="ru-RU"/>
              </w:rPr>
              <w:t>Гимназия № 28</w:t>
            </w:r>
            <w:r>
              <w:rPr>
                <w:lang w:val="ru-RU"/>
              </w:rPr>
              <w:t xml:space="preserve">» </w:t>
            </w:r>
            <w:r w:rsidRPr="00DF25D7">
              <w:rPr>
                <w:lang w:val="ru-RU"/>
              </w:rPr>
              <w:t>Вахитовского района города Казани</w:t>
            </w:r>
          </w:p>
        </w:tc>
        <w:tc>
          <w:tcPr>
            <w:tcW w:w="3685" w:type="dxa"/>
          </w:tcPr>
          <w:p w:rsidR="009A50D0" w:rsidRPr="00DF25D7" w:rsidRDefault="009A50D0" w:rsidP="008178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F25D7">
              <w:rPr>
                <w:lang w:val="ru-RU"/>
              </w:rPr>
              <w:t>Гатиятова Алсу Гумаровна</w:t>
            </w:r>
            <w:r>
              <w:rPr>
                <w:lang w:val="ru-RU"/>
              </w:rPr>
              <w:t>,</w:t>
            </w:r>
            <w:r w:rsidRPr="00DF25D7">
              <w:rPr>
                <w:lang w:val="ru-RU"/>
              </w:rPr>
              <w:t xml:space="preserve"> учитель биологии первой квалификационной категории</w:t>
            </w:r>
          </w:p>
        </w:tc>
      </w:tr>
      <w:tr w:rsidR="009A50D0" w:rsidRPr="000E13B0" w:rsidTr="008178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9A50D0" w:rsidRPr="00D54598" w:rsidRDefault="00D54598" w:rsidP="008178AF">
            <w:pPr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2835" w:type="dxa"/>
          </w:tcPr>
          <w:p w:rsidR="009A50D0" w:rsidRPr="00DF25D7" w:rsidRDefault="009A50D0" w:rsidP="009A50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F25D7">
              <w:rPr>
                <w:lang w:val="ru-RU"/>
              </w:rPr>
              <w:t>Шагимарданов Камиль</w:t>
            </w:r>
            <w:r>
              <w:rPr>
                <w:lang w:val="ru-RU"/>
              </w:rPr>
              <w:t> Ильнурович,</w:t>
            </w:r>
            <w:r w:rsidRPr="00DF25D7">
              <w:rPr>
                <w:lang w:val="ru-RU"/>
              </w:rPr>
              <w:t xml:space="preserve"> 9</w:t>
            </w:r>
            <w:r>
              <w:t> </w:t>
            </w:r>
            <w:r w:rsidRPr="00DF25D7">
              <w:rPr>
                <w:lang w:val="ru-RU"/>
              </w:rPr>
              <w:t>класс</w:t>
            </w:r>
          </w:p>
        </w:tc>
        <w:tc>
          <w:tcPr>
            <w:tcW w:w="3402" w:type="dxa"/>
          </w:tcPr>
          <w:p w:rsidR="009A50D0" w:rsidRPr="00DF25D7" w:rsidRDefault="009A50D0" w:rsidP="008178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F25D7">
              <w:rPr>
                <w:lang w:val="ru-RU"/>
              </w:rPr>
              <w:t>Экологические проблемы загрязнения сточных вод и устройство для их очистки</w:t>
            </w:r>
          </w:p>
        </w:tc>
        <w:tc>
          <w:tcPr>
            <w:tcW w:w="3685" w:type="dxa"/>
          </w:tcPr>
          <w:p w:rsidR="009A50D0" w:rsidRDefault="009A50D0" w:rsidP="008178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МБОУ Лицей</w:t>
            </w:r>
            <w:r>
              <w:rPr>
                <w:lang w:val="ru-RU"/>
              </w:rPr>
              <w:t xml:space="preserve"> </w:t>
            </w:r>
            <w:r>
              <w:t>№145</w:t>
            </w:r>
          </w:p>
        </w:tc>
        <w:tc>
          <w:tcPr>
            <w:tcW w:w="3685" w:type="dxa"/>
          </w:tcPr>
          <w:p w:rsidR="009A50D0" w:rsidRPr="00DF25D7" w:rsidRDefault="009A50D0" w:rsidP="008178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F25D7">
              <w:rPr>
                <w:lang w:val="ru-RU"/>
              </w:rPr>
              <w:t>Мингазетдинов Идгай Хасанович профессор КНИТУ-КАИ</w:t>
            </w:r>
          </w:p>
        </w:tc>
      </w:tr>
      <w:tr w:rsidR="009A50D0" w:rsidRPr="000E13B0" w:rsidTr="008178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9A50D0" w:rsidRPr="00D54598" w:rsidRDefault="00D54598" w:rsidP="008178AF">
            <w:pPr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2835" w:type="dxa"/>
          </w:tcPr>
          <w:p w:rsidR="009A50D0" w:rsidRPr="00DF25D7" w:rsidRDefault="009A50D0" w:rsidP="008178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>
              <w:rPr>
                <w:lang w:val="ru-RU"/>
              </w:rPr>
              <w:t>Гарифуллин Айгиз Ильгизович, Семенова Анастасия </w:t>
            </w:r>
            <w:r w:rsidRPr="00DF25D7">
              <w:rPr>
                <w:lang w:val="ru-RU"/>
              </w:rPr>
              <w:t>Сергеевна, 7</w:t>
            </w:r>
            <w:r>
              <w:t> </w:t>
            </w:r>
            <w:r w:rsidRPr="00DF25D7">
              <w:rPr>
                <w:lang w:val="ru-RU"/>
              </w:rPr>
              <w:t>класс</w:t>
            </w:r>
          </w:p>
        </w:tc>
        <w:tc>
          <w:tcPr>
            <w:tcW w:w="3402" w:type="dxa"/>
          </w:tcPr>
          <w:p w:rsidR="009A50D0" w:rsidRDefault="009A50D0" w:rsidP="008178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Синантропизация энтомофауны городских строений</w:t>
            </w:r>
          </w:p>
        </w:tc>
        <w:tc>
          <w:tcPr>
            <w:tcW w:w="3685" w:type="dxa"/>
          </w:tcPr>
          <w:p w:rsidR="009A50D0" w:rsidRPr="00DF25D7" w:rsidRDefault="009A50D0" w:rsidP="008178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F25D7">
              <w:rPr>
                <w:lang w:val="ru-RU"/>
              </w:rPr>
              <w:t xml:space="preserve">Муниципальное бюджетное образовательное учреждение </w:t>
            </w:r>
            <w:r>
              <w:rPr>
                <w:lang w:val="ru-RU"/>
              </w:rPr>
              <w:t>«</w:t>
            </w:r>
            <w:r w:rsidRPr="00DF25D7">
              <w:rPr>
                <w:lang w:val="ru-RU"/>
              </w:rPr>
              <w:t>Средняя общеобразовательная школа №47</w:t>
            </w:r>
            <w:r>
              <w:rPr>
                <w:lang w:val="ru-RU"/>
              </w:rPr>
              <w:t>»</w:t>
            </w:r>
          </w:p>
        </w:tc>
        <w:tc>
          <w:tcPr>
            <w:tcW w:w="3685" w:type="dxa"/>
          </w:tcPr>
          <w:p w:rsidR="009A50D0" w:rsidRPr="00DF25D7" w:rsidRDefault="009A50D0" w:rsidP="008178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>
              <w:rPr>
                <w:lang w:val="ru-RU"/>
              </w:rPr>
              <w:t>Идрисов Рамиль Раисович, учитель географии и биологии,</w:t>
            </w:r>
            <w:r w:rsidRPr="00DF25D7">
              <w:rPr>
                <w:lang w:val="ru-RU"/>
              </w:rPr>
              <w:t xml:space="preserve"> 1</w:t>
            </w:r>
            <w:r>
              <w:rPr>
                <w:lang w:val="ru-RU"/>
              </w:rPr>
              <w:noBreakHyphen/>
              <w:t>я квалификационная категория;</w:t>
            </w:r>
            <w:r w:rsidRPr="00DF25D7">
              <w:rPr>
                <w:lang w:val="ru-RU"/>
              </w:rPr>
              <w:t xml:space="preserve"> Маковецкая Любовь Николаевна</w:t>
            </w:r>
            <w:r>
              <w:rPr>
                <w:lang w:val="ru-RU"/>
              </w:rPr>
              <w:t>, учитель химии и биологии</w:t>
            </w:r>
          </w:p>
        </w:tc>
      </w:tr>
      <w:tr w:rsidR="009A50D0" w:rsidTr="008178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9A50D0" w:rsidRPr="00D54598" w:rsidRDefault="00D54598" w:rsidP="008178AF">
            <w:pPr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2835" w:type="dxa"/>
          </w:tcPr>
          <w:p w:rsidR="009A50D0" w:rsidRDefault="009A50D0" w:rsidP="008178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Марасов Дмитрий</w:t>
            </w:r>
            <w:r>
              <w:rPr>
                <w:lang w:val="ru-RU"/>
              </w:rPr>
              <w:t> </w:t>
            </w:r>
            <w:r>
              <w:t>Сергеевич, 7 класс</w:t>
            </w:r>
          </w:p>
        </w:tc>
        <w:tc>
          <w:tcPr>
            <w:tcW w:w="3402" w:type="dxa"/>
          </w:tcPr>
          <w:p w:rsidR="009A50D0" w:rsidRPr="00DF25D7" w:rsidRDefault="009A50D0" w:rsidP="008178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F25D7">
              <w:rPr>
                <w:lang w:val="ru-RU"/>
              </w:rPr>
              <w:t>Изменение состояния</w:t>
            </w:r>
            <w:r>
              <w:rPr>
                <w:lang w:val="ru-RU"/>
              </w:rPr>
              <w:t xml:space="preserve"> </w:t>
            </w:r>
            <w:r w:rsidRPr="00DF25D7">
              <w:rPr>
                <w:lang w:val="ru-RU"/>
              </w:rPr>
              <w:t>водных объектов в посёлке</w:t>
            </w:r>
            <w:r>
              <w:rPr>
                <w:lang w:val="ru-RU"/>
              </w:rPr>
              <w:t xml:space="preserve"> </w:t>
            </w:r>
            <w:r w:rsidRPr="00DF25D7">
              <w:rPr>
                <w:lang w:val="ru-RU"/>
              </w:rPr>
              <w:t>Отары за 2019-2020 годы</w:t>
            </w:r>
          </w:p>
        </w:tc>
        <w:tc>
          <w:tcPr>
            <w:tcW w:w="3685" w:type="dxa"/>
          </w:tcPr>
          <w:p w:rsidR="009A50D0" w:rsidRPr="00DF25D7" w:rsidRDefault="009A50D0" w:rsidP="008178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F25D7">
              <w:rPr>
                <w:lang w:val="ru-RU"/>
              </w:rPr>
              <w:t xml:space="preserve">МБОУ </w:t>
            </w:r>
            <w:r>
              <w:rPr>
                <w:lang w:val="ru-RU"/>
              </w:rPr>
              <w:t>«</w:t>
            </w:r>
            <w:r w:rsidRPr="00DF25D7">
              <w:rPr>
                <w:lang w:val="ru-RU"/>
              </w:rPr>
              <w:t xml:space="preserve">Средняя </w:t>
            </w:r>
            <w:r>
              <w:rPr>
                <w:lang w:val="ru-RU"/>
              </w:rPr>
              <w:t>общеобразовательная школа №100 –</w:t>
            </w:r>
            <w:r w:rsidRPr="00DF25D7">
              <w:rPr>
                <w:lang w:val="ru-RU"/>
              </w:rPr>
              <w:t xml:space="preserve"> Центр образования</w:t>
            </w:r>
            <w:r>
              <w:rPr>
                <w:lang w:val="ru-RU"/>
              </w:rPr>
              <w:t>»</w:t>
            </w:r>
            <w:r w:rsidRPr="00DF25D7">
              <w:rPr>
                <w:lang w:val="ru-RU"/>
              </w:rPr>
              <w:t xml:space="preserve"> Приволжского района </w:t>
            </w:r>
            <w:r>
              <w:rPr>
                <w:lang w:val="ru-RU"/>
              </w:rPr>
              <w:t>г. Казани</w:t>
            </w:r>
          </w:p>
        </w:tc>
        <w:tc>
          <w:tcPr>
            <w:tcW w:w="3685" w:type="dxa"/>
          </w:tcPr>
          <w:p w:rsidR="009A50D0" w:rsidRDefault="009A50D0" w:rsidP="008178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Абаева Луиза Габбасовна</w:t>
            </w:r>
          </w:p>
        </w:tc>
      </w:tr>
      <w:tr w:rsidR="009A50D0" w:rsidTr="008178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9A50D0" w:rsidRPr="00D54598" w:rsidRDefault="00D54598" w:rsidP="008178AF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8</w:t>
            </w:r>
          </w:p>
        </w:tc>
        <w:tc>
          <w:tcPr>
            <w:tcW w:w="2835" w:type="dxa"/>
          </w:tcPr>
          <w:p w:rsidR="009A50D0" w:rsidRPr="00DF25D7" w:rsidRDefault="009A50D0" w:rsidP="009A50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F25D7">
              <w:rPr>
                <w:lang w:val="ru-RU"/>
              </w:rPr>
              <w:t>Серазетдинова Малика</w:t>
            </w:r>
            <w:r>
              <w:rPr>
                <w:lang w:val="ru-RU"/>
              </w:rPr>
              <w:t> Рустемовна, Тихонова Анита </w:t>
            </w:r>
            <w:r w:rsidRPr="00DF25D7">
              <w:rPr>
                <w:lang w:val="ru-RU"/>
              </w:rPr>
              <w:t>Сергеевна, 8</w:t>
            </w:r>
            <w:r>
              <w:t> </w:t>
            </w:r>
            <w:r w:rsidRPr="00DF25D7">
              <w:rPr>
                <w:lang w:val="ru-RU"/>
              </w:rPr>
              <w:t>класс</w:t>
            </w:r>
          </w:p>
        </w:tc>
        <w:tc>
          <w:tcPr>
            <w:tcW w:w="3402" w:type="dxa"/>
          </w:tcPr>
          <w:p w:rsidR="009A50D0" w:rsidRPr="00DF25D7" w:rsidRDefault="009A50D0" w:rsidP="008178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F25D7">
              <w:rPr>
                <w:lang w:val="ru-RU"/>
              </w:rPr>
              <w:t xml:space="preserve">Анализ и сравнение воды с разных районов Казани и </w:t>
            </w:r>
            <w:r>
              <w:rPr>
                <w:lang w:val="ru-RU"/>
              </w:rPr>
              <w:t>близлежащих районов Татарстана</w:t>
            </w:r>
          </w:p>
        </w:tc>
        <w:tc>
          <w:tcPr>
            <w:tcW w:w="3685" w:type="dxa"/>
          </w:tcPr>
          <w:p w:rsidR="009A50D0" w:rsidRDefault="009A50D0" w:rsidP="008178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МАОУ </w:t>
            </w:r>
            <w:r>
              <w:rPr>
                <w:lang w:val="ru-RU"/>
              </w:rPr>
              <w:t>«</w:t>
            </w:r>
            <w:r>
              <w:t>Лицей №131</w:t>
            </w:r>
            <w:r>
              <w:rPr>
                <w:lang w:val="ru-RU"/>
              </w:rPr>
              <w:t>»</w:t>
            </w:r>
            <w:r>
              <w:t xml:space="preserve"> </w:t>
            </w:r>
          </w:p>
        </w:tc>
        <w:tc>
          <w:tcPr>
            <w:tcW w:w="3685" w:type="dxa"/>
          </w:tcPr>
          <w:p w:rsidR="009A50D0" w:rsidRDefault="009A50D0" w:rsidP="00FD27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Хр</w:t>
            </w:r>
            <w:r w:rsidR="00FD275A">
              <w:rPr>
                <w:lang w:val="ru-RU"/>
              </w:rPr>
              <w:t>а</w:t>
            </w:r>
            <w:r>
              <w:t xml:space="preserve">мова Маргарита Юрьевна </w:t>
            </w:r>
          </w:p>
        </w:tc>
      </w:tr>
      <w:tr w:rsidR="009A50D0" w:rsidRPr="001C1F25" w:rsidTr="008178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9A50D0" w:rsidRPr="00D54598" w:rsidRDefault="00D54598" w:rsidP="008178AF">
            <w:pPr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2835" w:type="dxa"/>
          </w:tcPr>
          <w:p w:rsidR="009A50D0" w:rsidRPr="00D54598" w:rsidRDefault="00D54598" w:rsidP="008178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>
              <w:t>Талипова Динара</w:t>
            </w:r>
            <w:r>
              <w:rPr>
                <w:lang w:val="ru-RU"/>
              </w:rPr>
              <w:t> </w:t>
            </w:r>
            <w:r w:rsidRPr="00D54598">
              <w:t>Рузилевна</w:t>
            </w:r>
            <w:r>
              <w:rPr>
                <w:lang w:val="ru-RU"/>
              </w:rPr>
              <w:t>, 11 класс</w:t>
            </w:r>
          </w:p>
        </w:tc>
        <w:tc>
          <w:tcPr>
            <w:tcW w:w="3402" w:type="dxa"/>
          </w:tcPr>
          <w:p w:rsidR="009A50D0" w:rsidRPr="00DF25D7" w:rsidRDefault="00D54598" w:rsidP="008178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54598">
              <w:rPr>
                <w:lang w:val="ru-RU"/>
              </w:rPr>
              <w:t xml:space="preserve">Project E </w:t>
            </w:r>
            <w:r>
              <w:rPr>
                <w:lang w:val="ru-RU"/>
              </w:rPr>
              <w:t>–</w:t>
            </w:r>
            <w:r w:rsidRPr="00D54598">
              <w:rPr>
                <w:lang w:val="ru-RU"/>
              </w:rPr>
              <w:t xml:space="preserve"> уменьш</w:t>
            </w:r>
            <w:r w:rsidR="00667926">
              <w:rPr>
                <w:lang w:val="ru-RU"/>
              </w:rPr>
              <w:t>ение экологического следа Лицей</w:t>
            </w:r>
            <w:r w:rsidR="00667926">
              <w:rPr>
                <w:lang w:val="ru-RU"/>
              </w:rPr>
              <w:noBreakHyphen/>
            </w:r>
            <w:r w:rsidRPr="00D54598">
              <w:rPr>
                <w:lang w:val="ru-RU"/>
              </w:rPr>
              <w:t>инженерного центра</w:t>
            </w:r>
          </w:p>
        </w:tc>
        <w:tc>
          <w:tcPr>
            <w:tcW w:w="3685" w:type="dxa"/>
          </w:tcPr>
          <w:p w:rsidR="009A50D0" w:rsidRPr="003A0809" w:rsidRDefault="00D54598" w:rsidP="008178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54598">
              <w:rPr>
                <w:lang w:val="ru-RU"/>
              </w:rPr>
              <w:t>МАОУ «Лицей-инженерный центр»</w:t>
            </w:r>
          </w:p>
        </w:tc>
        <w:tc>
          <w:tcPr>
            <w:tcW w:w="3685" w:type="dxa"/>
          </w:tcPr>
          <w:p w:rsidR="009A50D0" w:rsidRPr="00DF25D7" w:rsidRDefault="00D54598" w:rsidP="008178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54598">
              <w:rPr>
                <w:lang w:val="ru-RU"/>
              </w:rPr>
              <w:t>Аникеев Илья Аркадьевич</w:t>
            </w:r>
          </w:p>
        </w:tc>
      </w:tr>
    </w:tbl>
    <w:p w:rsidR="0019003B" w:rsidRPr="000E13B0" w:rsidRDefault="00BF7FF8">
      <w:pPr>
        <w:pStyle w:val="1"/>
        <w:jc w:val="center"/>
        <w:rPr>
          <w:lang w:val="ru-RU"/>
        </w:rPr>
      </w:pPr>
      <w:r w:rsidRPr="000E13B0">
        <w:rPr>
          <w:lang w:val="ru-RU"/>
        </w:rPr>
        <w:lastRenderedPageBreak/>
        <w:t>Секция</w:t>
      </w:r>
      <w:r w:rsidRPr="000E13B0">
        <w:rPr>
          <w:lang w:val="ru-RU"/>
        </w:rPr>
        <w:br/>
        <w:t>История</w:t>
      </w:r>
    </w:p>
    <w:p w:rsidR="00A95981" w:rsidRDefault="00A95981" w:rsidP="00A95981">
      <w:pPr>
        <w:spacing w:after="0"/>
        <w:ind w:right="225"/>
        <w:jc w:val="both"/>
        <w:rPr>
          <w:lang w:val="ru-RU"/>
        </w:rPr>
      </w:pPr>
      <w:r w:rsidRPr="00F14086">
        <w:rPr>
          <w:b/>
          <w:lang w:val="ru-RU"/>
        </w:rPr>
        <w:t>Руководитель секции</w:t>
      </w:r>
      <w:r>
        <w:rPr>
          <w:lang w:val="ru-RU"/>
        </w:rPr>
        <w:t xml:space="preserve"> Алеева </w:t>
      </w:r>
      <w:r w:rsidRPr="00A95981">
        <w:rPr>
          <w:lang w:val="ru-RU"/>
        </w:rPr>
        <w:t>Идилия Ильтазаровна, учитель истории и обществознания МАОУ «Лицей №131»</w:t>
      </w:r>
    </w:p>
    <w:p w:rsidR="00A95981" w:rsidRPr="00F14086" w:rsidRDefault="00A95981" w:rsidP="00A95981">
      <w:pPr>
        <w:spacing w:after="0"/>
        <w:rPr>
          <w:b/>
          <w:lang w:val="ru-RU"/>
        </w:rPr>
      </w:pPr>
      <w:r w:rsidRPr="00F14086">
        <w:rPr>
          <w:b/>
          <w:lang w:val="ru-RU"/>
        </w:rPr>
        <w:t>Члены жюри</w:t>
      </w:r>
    </w:p>
    <w:p w:rsidR="00A95981" w:rsidRPr="003A04A4" w:rsidRDefault="00A95981" w:rsidP="00A95981">
      <w:pPr>
        <w:pStyle w:val="ae"/>
        <w:numPr>
          <w:ilvl w:val="0"/>
          <w:numId w:val="10"/>
        </w:numPr>
        <w:spacing w:after="120" w:line="240" w:lineRule="auto"/>
        <w:jc w:val="both"/>
        <w:rPr>
          <w:lang w:val="ru-RU"/>
        </w:rPr>
      </w:pPr>
      <w:r>
        <w:rPr>
          <w:szCs w:val="24"/>
          <w:lang w:val="ru-RU"/>
        </w:rPr>
        <w:t xml:space="preserve">Рамазанова </w:t>
      </w:r>
      <w:r w:rsidRPr="00A95981">
        <w:rPr>
          <w:szCs w:val="24"/>
          <w:lang w:val="ru-RU"/>
        </w:rPr>
        <w:t>Гузалия Джавдатовна, учитель истории и обществознания первой квалификационной категории МАОУ «Лицей №131»</w:t>
      </w:r>
    </w:p>
    <w:p w:rsidR="003A04A4" w:rsidRDefault="003A04A4" w:rsidP="000B0531">
      <w:pPr>
        <w:pStyle w:val="ae"/>
        <w:numPr>
          <w:ilvl w:val="0"/>
          <w:numId w:val="10"/>
        </w:numPr>
        <w:spacing w:after="120" w:line="240" w:lineRule="auto"/>
        <w:jc w:val="both"/>
        <w:rPr>
          <w:lang w:val="ru-RU"/>
        </w:rPr>
      </w:pPr>
      <w:r w:rsidRPr="003A04A4">
        <w:rPr>
          <w:lang w:val="ru-RU"/>
        </w:rPr>
        <w:t xml:space="preserve">Чуманова </w:t>
      </w:r>
      <w:r w:rsidR="000B0531" w:rsidRPr="000B0531">
        <w:rPr>
          <w:lang w:val="ru-RU"/>
        </w:rPr>
        <w:t>Виктория Юрьевна</w:t>
      </w:r>
      <w:r w:rsidRPr="003A04A4">
        <w:rPr>
          <w:lang w:val="ru-RU"/>
        </w:rPr>
        <w:t xml:space="preserve">, </w:t>
      </w:r>
      <w:r>
        <w:rPr>
          <w:lang w:val="ru-RU"/>
        </w:rPr>
        <w:t>cтудент</w:t>
      </w:r>
      <w:r w:rsidRPr="003A04A4">
        <w:rPr>
          <w:lang w:val="ru-RU"/>
        </w:rPr>
        <w:t xml:space="preserve"> 4 курса Института международных отношений </w:t>
      </w:r>
      <w:r>
        <w:rPr>
          <w:lang w:val="ru-RU"/>
        </w:rPr>
        <w:t>ФГАОУ ВО</w:t>
      </w:r>
      <w:r w:rsidRPr="003A04A4">
        <w:rPr>
          <w:lang w:val="ru-RU"/>
        </w:rPr>
        <w:t xml:space="preserve"> «К(П)</w:t>
      </w:r>
      <w:r w:rsidR="000B0531">
        <w:rPr>
          <w:lang w:val="ru-RU"/>
        </w:rPr>
        <w:t>ФУ</w:t>
      </w:r>
      <w:r w:rsidRPr="003A04A4">
        <w:rPr>
          <w:lang w:val="ru-RU"/>
        </w:rPr>
        <w:t>»</w:t>
      </w:r>
    </w:p>
    <w:p w:rsidR="003A04A4" w:rsidRDefault="003A04A4" w:rsidP="000B0531">
      <w:pPr>
        <w:pStyle w:val="ae"/>
        <w:numPr>
          <w:ilvl w:val="0"/>
          <w:numId w:val="10"/>
        </w:numPr>
        <w:spacing w:after="120" w:line="240" w:lineRule="auto"/>
        <w:jc w:val="both"/>
        <w:rPr>
          <w:lang w:val="ru-RU"/>
        </w:rPr>
      </w:pPr>
      <w:r w:rsidRPr="003A04A4">
        <w:rPr>
          <w:lang w:val="ru-RU"/>
        </w:rPr>
        <w:t xml:space="preserve">Голодова </w:t>
      </w:r>
      <w:r w:rsidR="000B0531" w:rsidRPr="000B0531">
        <w:rPr>
          <w:lang w:val="ru-RU"/>
        </w:rPr>
        <w:t>Лиана Рафисовна</w:t>
      </w:r>
      <w:r w:rsidRPr="003A04A4">
        <w:rPr>
          <w:lang w:val="ru-RU"/>
        </w:rPr>
        <w:t xml:space="preserve">, </w:t>
      </w:r>
      <w:r>
        <w:rPr>
          <w:lang w:val="ru-RU"/>
        </w:rPr>
        <w:t>cтудент</w:t>
      </w:r>
      <w:r w:rsidRPr="003A04A4">
        <w:rPr>
          <w:lang w:val="ru-RU"/>
        </w:rPr>
        <w:t xml:space="preserve"> 4 курса Института международных отношений </w:t>
      </w:r>
      <w:r>
        <w:rPr>
          <w:lang w:val="ru-RU"/>
        </w:rPr>
        <w:t>ФГАОУ ВО</w:t>
      </w:r>
      <w:r w:rsidRPr="003A04A4">
        <w:rPr>
          <w:lang w:val="ru-RU"/>
        </w:rPr>
        <w:t xml:space="preserve"> «К(П)</w:t>
      </w:r>
      <w:r w:rsidR="000B0531">
        <w:rPr>
          <w:lang w:val="ru-RU"/>
        </w:rPr>
        <w:t>ФУ</w:t>
      </w:r>
      <w:r w:rsidRPr="003A04A4">
        <w:rPr>
          <w:lang w:val="ru-RU"/>
        </w:rPr>
        <w:t>»</w:t>
      </w:r>
    </w:p>
    <w:p w:rsidR="000E13B0" w:rsidRPr="0081386D" w:rsidRDefault="000E13B0" w:rsidP="000B0531">
      <w:pPr>
        <w:pStyle w:val="ae"/>
        <w:numPr>
          <w:ilvl w:val="0"/>
          <w:numId w:val="10"/>
        </w:numPr>
        <w:spacing w:after="120" w:line="240" w:lineRule="auto"/>
        <w:jc w:val="both"/>
        <w:rPr>
          <w:lang w:val="ru-RU"/>
        </w:rPr>
      </w:pPr>
      <w:r>
        <w:rPr>
          <w:lang w:val="ru-RU"/>
        </w:rPr>
        <w:t xml:space="preserve">Харитонова </w:t>
      </w:r>
      <w:r w:rsidRPr="000B0531">
        <w:rPr>
          <w:lang w:val="ru-RU"/>
        </w:rPr>
        <w:t>Екатерина Сергеевна</w:t>
      </w:r>
      <w:r w:rsidRPr="003A04A4">
        <w:rPr>
          <w:lang w:val="ru-RU"/>
        </w:rPr>
        <w:t xml:space="preserve">, </w:t>
      </w:r>
      <w:r>
        <w:rPr>
          <w:lang w:val="ru-RU"/>
        </w:rPr>
        <w:t>cтудент</w:t>
      </w:r>
      <w:r w:rsidRPr="003A04A4">
        <w:rPr>
          <w:lang w:val="ru-RU"/>
        </w:rPr>
        <w:t xml:space="preserve"> 4 курса Ин</w:t>
      </w:r>
      <w:r>
        <w:rPr>
          <w:lang w:val="ru-RU"/>
        </w:rPr>
        <w:t>ститута международных отношений ФГАОУ ВО</w:t>
      </w:r>
      <w:r w:rsidRPr="003A04A4">
        <w:rPr>
          <w:lang w:val="ru-RU"/>
        </w:rPr>
        <w:t xml:space="preserve"> «К(П)</w:t>
      </w:r>
      <w:r>
        <w:rPr>
          <w:lang w:val="ru-RU"/>
        </w:rPr>
        <w:t>ФУ</w:t>
      </w:r>
      <w:r w:rsidRPr="003A04A4">
        <w:rPr>
          <w:lang w:val="ru-RU"/>
        </w:rPr>
        <w:t>»</w:t>
      </w:r>
    </w:p>
    <w:p w:rsidR="00A95981" w:rsidRPr="00A95981" w:rsidRDefault="00A95981" w:rsidP="00A95981">
      <w:r w:rsidRPr="00E9053F">
        <w:rPr>
          <w:b/>
          <w:lang w:val="ru-RU"/>
        </w:rPr>
        <w:t>Аудитория</w:t>
      </w:r>
      <w:r>
        <w:rPr>
          <w:b/>
          <w:lang w:val="ru-RU"/>
        </w:rPr>
        <w:t xml:space="preserve"> 25</w:t>
      </w:r>
    </w:p>
    <w:tbl>
      <w:tblPr>
        <w:tblStyle w:val="14"/>
        <w:tblW w:w="0" w:type="auto"/>
        <w:tblLook w:val="04A0" w:firstRow="1" w:lastRow="0" w:firstColumn="1" w:lastColumn="0" w:noHBand="0" w:noVBand="1"/>
      </w:tblPr>
      <w:tblGrid>
        <w:gridCol w:w="567"/>
        <w:gridCol w:w="2835"/>
        <w:gridCol w:w="3402"/>
        <w:gridCol w:w="3685"/>
        <w:gridCol w:w="3685"/>
      </w:tblGrid>
      <w:tr w:rsidR="0019003B" w:rsidTr="009D4F0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19003B" w:rsidRDefault="00DF25D7">
            <w:r>
              <w:t>№</w:t>
            </w:r>
          </w:p>
        </w:tc>
        <w:tc>
          <w:tcPr>
            <w:tcW w:w="2835" w:type="dxa"/>
          </w:tcPr>
          <w:p w:rsidR="0019003B" w:rsidRDefault="00DF25D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ФИО докладчика</w:t>
            </w:r>
          </w:p>
        </w:tc>
        <w:tc>
          <w:tcPr>
            <w:tcW w:w="3402" w:type="dxa"/>
          </w:tcPr>
          <w:p w:rsidR="0019003B" w:rsidRDefault="00DF25D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Название работы</w:t>
            </w:r>
          </w:p>
        </w:tc>
        <w:tc>
          <w:tcPr>
            <w:tcW w:w="3685" w:type="dxa"/>
          </w:tcPr>
          <w:p w:rsidR="0019003B" w:rsidRDefault="00DF25D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Образовательная организация докладчика</w:t>
            </w:r>
          </w:p>
        </w:tc>
        <w:tc>
          <w:tcPr>
            <w:tcW w:w="3685" w:type="dxa"/>
          </w:tcPr>
          <w:p w:rsidR="0019003B" w:rsidRDefault="00DF25D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Научный руководитель</w:t>
            </w:r>
          </w:p>
        </w:tc>
      </w:tr>
      <w:tr w:rsidR="000E13B0" w:rsidRPr="000E13B0" w:rsidTr="009D4F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0E13B0" w:rsidRDefault="000E13B0" w:rsidP="000E13B0">
            <w:r>
              <w:t>1</w:t>
            </w:r>
          </w:p>
        </w:tc>
        <w:tc>
          <w:tcPr>
            <w:tcW w:w="2835" w:type="dxa"/>
          </w:tcPr>
          <w:p w:rsidR="000E13B0" w:rsidRPr="000E13B0" w:rsidRDefault="000E13B0" w:rsidP="000E13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>
              <w:rPr>
                <w:lang w:val="ru-RU"/>
              </w:rPr>
              <w:t>Жданов Илья Ренадович, 7 класс</w:t>
            </w:r>
          </w:p>
        </w:tc>
        <w:tc>
          <w:tcPr>
            <w:tcW w:w="3402" w:type="dxa"/>
          </w:tcPr>
          <w:p w:rsidR="000E13B0" w:rsidRPr="000E13B0" w:rsidRDefault="000E13B0" w:rsidP="000E13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>
              <w:rPr>
                <w:lang w:val="ru-RU"/>
              </w:rPr>
              <w:t>Моя родословная</w:t>
            </w:r>
          </w:p>
        </w:tc>
        <w:tc>
          <w:tcPr>
            <w:tcW w:w="3685" w:type="dxa"/>
          </w:tcPr>
          <w:p w:rsidR="000E13B0" w:rsidRDefault="000E13B0" w:rsidP="000E13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МАОУ </w:t>
            </w:r>
            <w:r>
              <w:rPr>
                <w:lang w:val="ru-RU"/>
              </w:rPr>
              <w:t>«</w:t>
            </w:r>
            <w:r>
              <w:t>Лицей №131</w:t>
            </w:r>
            <w:r>
              <w:rPr>
                <w:lang w:val="ru-RU"/>
              </w:rPr>
              <w:t>»</w:t>
            </w:r>
          </w:p>
        </w:tc>
        <w:tc>
          <w:tcPr>
            <w:tcW w:w="3685" w:type="dxa"/>
          </w:tcPr>
          <w:p w:rsidR="000E13B0" w:rsidRPr="00DF25D7" w:rsidRDefault="000E13B0" w:rsidP="000E13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>
              <w:rPr>
                <w:szCs w:val="24"/>
                <w:lang w:val="ru-RU"/>
              </w:rPr>
              <w:t xml:space="preserve">Вахтурова </w:t>
            </w:r>
            <w:r w:rsidRPr="003A04A4">
              <w:rPr>
                <w:szCs w:val="24"/>
                <w:lang w:val="ru-RU"/>
              </w:rPr>
              <w:t>Елена Витальевна,</w:t>
            </w:r>
            <w:r w:rsidRPr="00A95981">
              <w:rPr>
                <w:szCs w:val="24"/>
                <w:lang w:val="ru-RU"/>
              </w:rPr>
              <w:t xml:space="preserve"> у</w:t>
            </w:r>
            <w:r>
              <w:rPr>
                <w:szCs w:val="24"/>
                <w:lang w:val="ru-RU"/>
              </w:rPr>
              <w:t xml:space="preserve">читель истории и обществознания, </w:t>
            </w:r>
            <w:r w:rsidRPr="0036163C">
              <w:rPr>
                <w:lang w:val="ru-RU"/>
              </w:rPr>
              <w:t xml:space="preserve">Ахтямова Гузалия Гильмутдиновна, учитель </w:t>
            </w:r>
            <w:r>
              <w:rPr>
                <w:lang w:val="ru-RU"/>
              </w:rPr>
              <w:t xml:space="preserve">родного </w:t>
            </w:r>
            <w:r w:rsidRPr="0036163C">
              <w:rPr>
                <w:lang w:val="ru-RU"/>
              </w:rPr>
              <w:t>языка и литературы высшей квалификационной категории</w:t>
            </w:r>
          </w:p>
        </w:tc>
      </w:tr>
      <w:tr w:rsidR="000E13B0" w:rsidRPr="000E13B0" w:rsidTr="009D4F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0E13B0" w:rsidRPr="00BF7FF8" w:rsidRDefault="000E13B0" w:rsidP="000E13B0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835" w:type="dxa"/>
          </w:tcPr>
          <w:p w:rsidR="000E13B0" w:rsidRDefault="000E13B0" w:rsidP="000E13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Хисматуллина Регина</w:t>
            </w:r>
            <w:r>
              <w:rPr>
                <w:lang w:val="ru-RU"/>
              </w:rPr>
              <w:t> </w:t>
            </w:r>
            <w:r>
              <w:t>Рафилевна, 10 класс</w:t>
            </w:r>
          </w:p>
        </w:tc>
        <w:tc>
          <w:tcPr>
            <w:tcW w:w="3402" w:type="dxa"/>
          </w:tcPr>
          <w:p w:rsidR="000E13B0" w:rsidRDefault="000E13B0" w:rsidP="000E13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Взрастило их время войны</w:t>
            </w:r>
          </w:p>
        </w:tc>
        <w:tc>
          <w:tcPr>
            <w:tcW w:w="3685" w:type="dxa"/>
          </w:tcPr>
          <w:p w:rsidR="000E13B0" w:rsidRPr="009D4F03" w:rsidRDefault="000E13B0" w:rsidP="000E13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>
              <w:t xml:space="preserve">МБОУ </w:t>
            </w:r>
            <w:r>
              <w:rPr>
                <w:lang w:val="ru-RU"/>
              </w:rPr>
              <w:t>«</w:t>
            </w:r>
            <w:r>
              <w:t>Средняя общеобразовательная школа №86</w:t>
            </w:r>
            <w:r>
              <w:rPr>
                <w:lang w:val="ru-RU"/>
              </w:rPr>
              <w:t>»</w:t>
            </w:r>
          </w:p>
        </w:tc>
        <w:tc>
          <w:tcPr>
            <w:tcW w:w="3685" w:type="dxa"/>
          </w:tcPr>
          <w:p w:rsidR="000E13B0" w:rsidRPr="00DF25D7" w:rsidRDefault="000E13B0" w:rsidP="000E13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F25D7">
              <w:rPr>
                <w:lang w:val="ru-RU"/>
              </w:rPr>
              <w:t>Гараева Наиля Габделхаевна, учитель истории и обществознания, высшая квалификационная категория</w:t>
            </w:r>
          </w:p>
        </w:tc>
      </w:tr>
      <w:tr w:rsidR="000E13B0" w:rsidRPr="000E13B0" w:rsidTr="009D4F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0E13B0" w:rsidRPr="00BF7FF8" w:rsidRDefault="000E13B0" w:rsidP="000E13B0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2835" w:type="dxa"/>
          </w:tcPr>
          <w:p w:rsidR="000E13B0" w:rsidRDefault="000E13B0" w:rsidP="000E13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Чигвинцев Никита</w:t>
            </w:r>
            <w:r>
              <w:rPr>
                <w:lang w:val="ru-RU"/>
              </w:rPr>
              <w:t> </w:t>
            </w:r>
            <w:r>
              <w:t>Сергеевич, 10 класс</w:t>
            </w:r>
          </w:p>
        </w:tc>
        <w:tc>
          <w:tcPr>
            <w:tcW w:w="3402" w:type="dxa"/>
          </w:tcPr>
          <w:p w:rsidR="000E13B0" w:rsidRDefault="000E13B0" w:rsidP="000E13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Советско-финские войны</w:t>
            </w:r>
          </w:p>
        </w:tc>
        <w:tc>
          <w:tcPr>
            <w:tcW w:w="3685" w:type="dxa"/>
          </w:tcPr>
          <w:p w:rsidR="000E13B0" w:rsidRPr="009D4F03" w:rsidRDefault="000E13B0" w:rsidP="000E13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>
              <w:t xml:space="preserve">МАОУ </w:t>
            </w:r>
            <w:r>
              <w:rPr>
                <w:lang w:val="ru-RU"/>
              </w:rPr>
              <w:t>«</w:t>
            </w:r>
            <w:r>
              <w:t>Лицей №131</w:t>
            </w:r>
            <w:r>
              <w:rPr>
                <w:lang w:val="ru-RU"/>
              </w:rPr>
              <w:t>»</w:t>
            </w:r>
          </w:p>
        </w:tc>
        <w:tc>
          <w:tcPr>
            <w:tcW w:w="3685" w:type="dxa"/>
          </w:tcPr>
          <w:p w:rsidR="000E13B0" w:rsidRPr="00DF25D7" w:rsidRDefault="000E13B0" w:rsidP="000E13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F25D7">
              <w:rPr>
                <w:lang w:val="ru-RU"/>
              </w:rPr>
              <w:t>Рамазанова Гузель Джавдатовна</w:t>
            </w:r>
            <w:r>
              <w:rPr>
                <w:lang w:val="ru-RU"/>
              </w:rPr>
              <w:t>, п</w:t>
            </w:r>
            <w:r w:rsidRPr="00DF25D7">
              <w:rPr>
                <w:lang w:val="ru-RU"/>
              </w:rPr>
              <w:t>репода</w:t>
            </w:r>
            <w:r>
              <w:rPr>
                <w:lang w:val="ru-RU"/>
              </w:rPr>
              <w:t>ватель истории и обществознания, п</w:t>
            </w:r>
            <w:r w:rsidRPr="00DF25D7">
              <w:rPr>
                <w:lang w:val="ru-RU"/>
              </w:rPr>
              <w:t>ервая квалификационная категория</w:t>
            </w:r>
          </w:p>
        </w:tc>
      </w:tr>
      <w:tr w:rsidR="000E13B0" w:rsidRPr="000E13B0" w:rsidTr="009D4F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0E13B0" w:rsidRPr="00BF7FF8" w:rsidRDefault="000E13B0" w:rsidP="000E13B0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2835" w:type="dxa"/>
          </w:tcPr>
          <w:p w:rsidR="000E13B0" w:rsidRDefault="000E13B0" w:rsidP="000E13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Степанова Карина</w:t>
            </w:r>
            <w:r>
              <w:rPr>
                <w:lang w:val="ru-RU"/>
              </w:rPr>
              <w:t> </w:t>
            </w:r>
            <w:r>
              <w:t>Ильдаровна, 9 класс</w:t>
            </w:r>
          </w:p>
        </w:tc>
        <w:tc>
          <w:tcPr>
            <w:tcW w:w="3402" w:type="dxa"/>
          </w:tcPr>
          <w:p w:rsidR="000E13B0" w:rsidRPr="00DF25D7" w:rsidRDefault="000E13B0" w:rsidP="000E13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F25D7">
              <w:rPr>
                <w:lang w:val="ru-RU"/>
              </w:rPr>
              <w:t>Япония и Советский союз накануне Второй мировой войны</w:t>
            </w:r>
          </w:p>
        </w:tc>
        <w:tc>
          <w:tcPr>
            <w:tcW w:w="3685" w:type="dxa"/>
          </w:tcPr>
          <w:p w:rsidR="000E13B0" w:rsidRPr="00DF25D7" w:rsidRDefault="000E13B0" w:rsidP="000E13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F25D7">
              <w:rPr>
                <w:lang w:val="ru-RU"/>
              </w:rPr>
              <w:t xml:space="preserve">МБОУ «Русско-татарская средняя общеобразовательная школа №129» Приволжского района </w:t>
            </w:r>
            <w:r>
              <w:rPr>
                <w:lang w:val="ru-RU"/>
              </w:rPr>
              <w:t>г. Казани</w:t>
            </w:r>
          </w:p>
        </w:tc>
        <w:tc>
          <w:tcPr>
            <w:tcW w:w="3685" w:type="dxa"/>
          </w:tcPr>
          <w:p w:rsidR="000E13B0" w:rsidRPr="00DF25D7" w:rsidRDefault="000E13B0" w:rsidP="000E13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F25D7">
              <w:rPr>
                <w:lang w:val="ru-RU"/>
              </w:rPr>
              <w:t>Кунакбаева Альбина Фанисовна, учитель истории и обществознания</w:t>
            </w:r>
          </w:p>
        </w:tc>
      </w:tr>
      <w:tr w:rsidR="000E13B0" w:rsidRPr="000E13B0" w:rsidTr="009D4F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0E13B0" w:rsidRPr="00BF7FF8" w:rsidRDefault="000E13B0" w:rsidP="000E13B0">
            <w:pPr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2835" w:type="dxa"/>
          </w:tcPr>
          <w:p w:rsidR="000E13B0" w:rsidRDefault="000E13B0" w:rsidP="000E13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Полинчук Матвей</w:t>
            </w:r>
            <w:r>
              <w:rPr>
                <w:lang w:val="ru-RU"/>
              </w:rPr>
              <w:t> </w:t>
            </w:r>
            <w:r>
              <w:t>Дмитриевич, 6 класс</w:t>
            </w:r>
          </w:p>
        </w:tc>
        <w:tc>
          <w:tcPr>
            <w:tcW w:w="3402" w:type="dxa"/>
          </w:tcPr>
          <w:p w:rsidR="000E13B0" w:rsidRPr="00DF25D7" w:rsidRDefault="000E13B0" w:rsidP="000E13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F25D7">
              <w:rPr>
                <w:lang w:val="ru-RU"/>
              </w:rPr>
              <w:t>Разрушение</w:t>
            </w:r>
            <w:r>
              <w:rPr>
                <w:lang w:val="ru-RU"/>
              </w:rPr>
              <w:t xml:space="preserve"> стереотипов в истории викингов</w:t>
            </w:r>
          </w:p>
        </w:tc>
        <w:tc>
          <w:tcPr>
            <w:tcW w:w="3685" w:type="dxa"/>
          </w:tcPr>
          <w:p w:rsidR="000E13B0" w:rsidRPr="00DF25D7" w:rsidRDefault="000E13B0" w:rsidP="000E13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F25D7">
              <w:rPr>
                <w:lang w:val="ru-RU"/>
              </w:rPr>
              <w:t xml:space="preserve">МБОУ </w:t>
            </w:r>
            <w:r>
              <w:rPr>
                <w:lang w:val="ru-RU"/>
              </w:rPr>
              <w:t>«Г</w:t>
            </w:r>
            <w:r w:rsidRPr="00DF25D7">
              <w:rPr>
                <w:lang w:val="ru-RU"/>
              </w:rPr>
              <w:t xml:space="preserve">имназия №8 </w:t>
            </w:r>
            <w:r>
              <w:rPr>
                <w:lang w:val="ru-RU"/>
              </w:rPr>
              <w:t>–</w:t>
            </w:r>
            <w:r w:rsidRPr="00DF25D7">
              <w:rPr>
                <w:lang w:val="ru-RU"/>
              </w:rPr>
              <w:t xml:space="preserve"> ЦО</w:t>
            </w:r>
            <w:r>
              <w:rPr>
                <w:lang w:val="ru-RU"/>
              </w:rPr>
              <w:t>»</w:t>
            </w:r>
            <w:r w:rsidRPr="00DF25D7">
              <w:rPr>
                <w:lang w:val="ru-RU"/>
              </w:rPr>
              <w:t xml:space="preserve"> Советского района </w:t>
            </w:r>
            <w:r>
              <w:rPr>
                <w:lang w:val="ru-RU"/>
              </w:rPr>
              <w:t>г. Казани</w:t>
            </w:r>
          </w:p>
        </w:tc>
        <w:tc>
          <w:tcPr>
            <w:tcW w:w="3685" w:type="dxa"/>
          </w:tcPr>
          <w:p w:rsidR="000E13B0" w:rsidRPr="00DF25D7" w:rsidRDefault="000E13B0" w:rsidP="000E13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F25D7">
              <w:rPr>
                <w:lang w:val="ru-RU"/>
              </w:rPr>
              <w:t>Хамидова Альфия Альфатовна, учитель истории и обществознания, 1 кв.катег</w:t>
            </w:r>
            <w:r>
              <w:rPr>
                <w:lang w:val="ru-RU"/>
              </w:rPr>
              <w:t>о</w:t>
            </w:r>
            <w:r w:rsidRPr="00DF25D7">
              <w:rPr>
                <w:lang w:val="ru-RU"/>
              </w:rPr>
              <w:t>рия</w:t>
            </w:r>
          </w:p>
        </w:tc>
      </w:tr>
      <w:tr w:rsidR="000E13B0" w:rsidRPr="000E13B0" w:rsidTr="009D4F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0E13B0" w:rsidRPr="00BF7FF8" w:rsidRDefault="000E13B0" w:rsidP="000E13B0">
            <w:pPr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2835" w:type="dxa"/>
          </w:tcPr>
          <w:p w:rsidR="000E13B0" w:rsidRDefault="000E13B0" w:rsidP="000E13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Андреева Елизавета</w:t>
            </w:r>
            <w:r>
              <w:rPr>
                <w:lang w:val="ru-RU"/>
              </w:rPr>
              <w:t> </w:t>
            </w:r>
            <w:r>
              <w:t>Ильинична, 6 класс</w:t>
            </w:r>
          </w:p>
        </w:tc>
        <w:tc>
          <w:tcPr>
            <w:tcW w:w="3402" w:type="dxa"/>
          </w:tcPr>
          <w:p w:rsidR="000E13B0" w:rsidRPr="00DF25D7" w:rsidRDefault="000E13B0" w:rsidP="000E13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F25D7">
              <w:rPr>
                <w:lang w:val="ru-RU"/>
              </w:rPr>
              <w:t>Семейные реликвии, как связь времен</w:t>
            </w:r>
            <w:r>
              <w:rPr>
                <w:lang w:val="ru-RU"/>
              </w:rPr>
              <w:t xml:space="preserve"> </w:t>
            </w:r>
            <w:r w:rsidRPr="00DF25D7">
              <w:rPr>
                <w:lang w:val="ru-RU"/>
              </w:rPr>
              <w:t>на примере истории одного креста</w:t>
            </w:r>
          </w:p>
        </w:tc>
        <w:tc>
          <w:tcPr>
            <w:tcW w:w="3685" w:type="dxa"/>
          </w:tcPr>
          <w:p w:rsidR="000E13B0" w:rsidRPr="00DF25D7" w:rsidRDefault="000E13B0" w:rsidP="000E13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>
              <w:rPr>
                <w:lang w:val="ru-RU"/>
              </w:rPr>
              <w:t xml:space="preserve">МБОУ </w:t>
            </w:r>
            <w:r w:rsidRPr="00DF25D7">
              <w:rPr>
                <w:lang w:val="ru-RU"/>
              </w:rPr>
              <w:t xml:space="preserve">«Многопрофильный лицей №186 - «Перспектива» Приволжского района </w:t>
            </w:r>
            <w:r>
              <w:rPr>
                <w:lang w:val="ru-RU"/>
              </w:rPr>
              <w:t>г. Казани</w:t>
            </w:r>
          </w:p>
        </w:tc>
        <w:tc>
          <w:tcPr>
            <w:tcW w:w="3685" w:type="dxa"/>
          </w:tcPr>
          <w:p w:rsidR="000E13B0" w:rsidRPr="00DF25D7" w:rsidRDefault="000E13B0" w:rsidP="000E13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F25D7">
              <w:rPr>
                <w:lang w:val="ru-RU"/>
              </w:rPr>
              <w:t>Бастракова Ирина Владимировна, учитель истории высшей категории</w:t>
            </w:r>
          </w:p>
        </w:tc>
      </w:tr>
      <w:tr w:rsidR="000E13B0" w:rsidTr="009D4F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0E13B0" w:rsidRPr="00BF7FF8" w:rsidRDefault="000E13B0" w:rsidP="000E13B0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7</w:t>
            </w:r>
          </w:p>
        </w:tc>
        <w:tc>
          <w:tcPr>
            <w:tcW w:w="2835" w:type="dxa"/>
          </w:tcPr>
          <w:p w:rsidR="000E13B0" w:rsidRDefault="000E13B0" w:rsidP="000E13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Саидов Булат</w:t>
            </w:r>
            <w:r>
              <w:rPr>
                <w:lang w:val="ru-RU"/>
              </w:rPr>
              <w:t> </w:t>
            </w:r>
            <w:r>
              <w:t>Ленарович, 10 класс</w:t>
            </w:r>
          </w:p>
        </w:tc>
        <w:tc>
          <w:tcPr>
            <w:tcW w:w="3402" w:type="dxa"/>
          </w:tcPr>
          <w:p w:rsidR="000E13B0" w:rsidRPr="00DF25D7" w:rsidRDefault="000E13B0" w:rsidP="000E13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F25D7">
              <w:rPr>
                <w:lang w:val="ru-RU"/>
              </w:rPr>
              <w:t>Синхронное развитие прогресса в разных странах и чем оно вызвано</w:t>
            </w:r>
          </w:p>
        </w:tc>
        <w:tc>
          <w:tcPr>
            <w:tcW w:w="3685" w:type="dxa"/>
          </w:tcPr>
          <w:p w:rsidR="000E13B0" w:rsidRPr="009D4F03" w:rsidRDefault="000E13B0" w:rsidP="000E13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>
              <w:t xml:space="preserve">МАОУ </w:t>
            </w:r>
            <w:r>
              <w:rPr>
                <w:lang w:val="ru-RU"/>
              </w:rPr>
              <w:t>«</w:t>
            </w:r>
            <w:r>
              <w:t>Лицей №131</w:t>
            </w:r>
            <w:r>
              <w:rPr>
                <w:lang w:val="ru-RU"/>
              </w:rPr>
              <w:t>»</w:t>
            </w:r>
          </w:p>
        </w:tc>
        <w:tc>
          <w:tcPr>
            <w:tcW w:w="3685" w:type="dxa"/>
          </w:tcPr>
          <w:p w:rsidR="000E13B0" w:rsidRDefault="000E13B0" w:rsidP="000E13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Рамазанова Гузалия Джавдатовна</w:t>
            </w:r>
          </w:p>
        </w:tc>
      </w:tr>
      <w:tr w:rsidR="000E13B0" w:rsidRPr="000E13B0" w:rsidTr="009D4F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0E13B0" w:rsidRPr="00B507FB" w:rsidRDefault="000E13B0" w:rsidP="000E13B0">
            <w:pPr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2835" w:type="dxa"/>
          </w:tcPr>
          <w:p w:rsidR="000E13B0" w:rsidRPr="00DF25D7" w:rsidRDefault="000E13B0" w:rsidP="000E13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>
              <w:rPr>
                <w:lang w:val="ru-RU"/>
              </w:rPr>
              <w:t>Крайнов Данил Денисович, Крайнов Данил </w:t>
            </w:r>
            <w:r w:rsidRPr="00DF25D7">
              <w:rPr>
                <w:lang w:val="ru-RU"/>
              </w:rPr>
              <w:t>Денисович, 10</w:t>
            </w:r>
            <w:r>
              <w:t> </w:t>
            </w:r>
            <w:r w:rsidRPr="00DF25D7">
              <w:rPr>
                <w:lang w:val="ru-RU"/>
              </w:rPr>
              <w:t>класс</w:t>
            </w:r>
          </w:p>
        </w:tc>
        <w:tc>
          <w:tcPr>
            <w:tcW w:w="3402" w:type="dxa"/>
          </w:tcPr>
          <w:p w:rsidR="000E13B0" w:rsidRPr="00B507FB" w:rsidRDefault="000E13B0" w:rsidP="000E13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>
              <w:t xml:space="preserve">Квест </w:t>
            </w:r>
            <w:r>
              <w:rPr>
                <w:lang w:val="ru-RU"/>
              </w:rPr>
              <w:t>«</w:t>
            </w:r>
            <w:r>
              <w:t>Путешествия викингов</w:t>
            </w:r>
            <w:r>
              <w:rPr>
                <w:lang w:val="ru-RU"/>
              </w:rPr>
              <w:t>»</w:t>
            </w:r>
          </w:p>
        </w:tc>
        <w:tc>
          <w:tcPr>
            <w:tcW w:w="3685" w:type="dxa"/>
          </w:tcPr>
          <w:p w:rsidR="000E13B0" w:rsidRPr="008462C6" w:rsidRDefault="000E13B0" w:rsidP="000E13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>
              <w:t xml:space="preserve">МБОУ </w:t>
            </w:r>
            <w:r>
              <w:rPr>
                <w:lang w:val="ru-RU"/>
              </w:rPr>
              <w:t>«</w:t>
            </w:r>
            <w:r>
              <w:t>Гимназия №175</w:t>
            </w:r>
            <w:r>
              <w:rPr>
                <w:lang w:val="ru-RU"/>
              </w:rPr>
              <w:t>»</w:t>
            </w:r>
          </w:p>
        </w:tc>
        <w:tc>
          <w:tcPr>
            <w:tcW w:w="3685" w:type="dxa"/>
          </w:tcPr>
          <w:p w:rsidR="000E13B0" w:rsidRPr="00DF25D7" w:rsidRDefault="000E13B0" w:rsidP="000E13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F25D7">
              <w:rPr>
                <w:lang w:val="ru-RU"/>
              </w:rPr>
              <w:t>Хафизова Эльвира Закирзянов</w:t>
            </w:r>
            <w:r>
              <w:rPr>
                <w:lang w:val="ru-RU"/>
              </w:rPr>
              <w:t>н</w:t>
            </w:r>
            <w:r w:rsidRPr="00DF25D7">
              <w:rPr>
                <w:lang w:val="ru-RU"/>
              </w:rPr>
              <w:t>а учитель истории и обществознания</w:t>
            </w:r>
          </w:p>
        </w:tc>
      </w:tr>
      <w:tr w:rsidR="000E13B0" w:rsidRPr="000E13B0" w:rsidTr="009D4F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0E13B0" w:rsidRPr="00B507FB" w:rsidRDefault="000E13B0" w:rsidP="000E13B0">
            <w:pPr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2835" w:type="dxa"/>
          </w:tcPr>
          <w:p w:rsidR="000E13B0" w:rsidRPr="00DF25D7" w:rsidRDefault="000E13B0" w:rsidP="000E13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>
              <w:rPr>
                <w:lang w:val="ru-RU"/>
              </w:rPr>
              <w:t>Уткин Данил </w:t>
            </w:r>
            <w:r w:rsidRPr="00DF25D7">
              <w:rPr>
                <w:lang w:val="ru-RU"/>
              </w:rPr>
              <w:t>Евгеньевич</w:t>
            </w:r>
            <w:r>
              <w:rPr>
                <w:lang w:val="ru-RU"/>
              </w:rPr>
              <w:t>, Габитов Дамир </w:t>
            </w:r>
            <w:r w:rsidRPr="00DF25D7">
              <w:rPr>
                <w:lang w:val="ru-RU"/>
              </w:rPr>
              <w:t>Наилевич, 8</w:t>
            </w:r>
            <w:r>
              <w:t> </w:t>
            </w:r>
            <w:r w:rsidRPr="00DF25D7">
              <w:rPr>
                <w:lang w:val="ru-RU"/>
              </w:rPr>
              <w:t>класс</w:t>
            </w:r>
          </w:p>
        </w:tc>
        <w:tc>
          <w:tcPr>
            <w:tcW w:w="3402" w:type="dxa"/>
          </w:tcPr>
          <w:p w:rsidR="000E13B0" w:rsidRPr="00DF25D7" w:rsidRDefault="000E13B0" w:rsidP="000E13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F25D7">
              <w:rPr>
                <w:lang w:val="ru-RU"/>
              </w:rPr>
              <w:t>Казачество</w:t>
            </w:r>
            <w:r>
              <w:rPr>
                <w:lang w:val="ru-RU"/>
              </w:rPr>
              <w:t xml:space="preserve"> – </w:t>
            </w:r>
            <w:r w:rsidRPr="00DF25D7">
              <w:rPr>
                <w:lang w:val="ru-RU"/>
              </w:rPr>
              <w:t>феномен русской</w:t>
            </w:r>
            <w:r w:rsidRPr="00DF25D7">
              <w:rPr>
                <w:lang w:val="ru-RU"/>
              </w:rPr>
              <w:br/>
              <w:t>истории и культуры</w:t>
            </w:r>
          </w:p>
        </w:tc>
        <w:tc>
          <w:tcPr>
            <w:tcW w:w="3685" w:type="dxa"/>
          </w:tcPr>
          <w:p w:rsidR="000E13B0" w:rsidRPr="00DF25D7" w:rsidRDefault="000E13B0" w:rsidP="000E13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F25D7">
              <w:rPr>
                <w:lang w:val="ru-RU"/>
              </w:rPr>
              <w:t>Казанская школа-интернат</w:t>
            </w:r>
            <w:r w:rsidRPr="00DF25D7">
              <w:rPr>
                <w:lang w:val="ru-RU"/>
              </w:rPr>
              <w:br/>
              <w:t>№ 4 для детей с</w:t>
            </w:r>
            <w:r w:rsidRPr="00DF25D7">
              <w:rPr>
                <w:lang w:val="ru-RU"/>
              </w:rPr>
              <w:br/>
              <w:t>ограниченными</w:t>
            </w:r>
            <w:r w:rsidRPr="00DF25D7">
              <w:rPr>
                <w:lang w:val="ru-RU"/>
              </w:rPr>
              <w:br/>
              <w:t>возможностями здоровья</w:t>
            </w:r>
          </w:p>
        </w:tc>
        <w:tc>
          <w:tcPr>
            <w:tcW w:w="3685" w:type="dxa"/>
          </w:tcPr>
          <w:p w:rsidR="000E13B0" w:rsidRPr="00DF25D7" w:rsidRDefault="000E13B0" w:rsidP="000E13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F25D7">
              <w:rPr>
                <w:lang w:val="ru-RU"/>
              </w:rPr>
              <w:t>Анисимов Герман Юрьевич</w:t>
            </w:r>
            <w:r w:rsidRPr="00DF25D7">
              <w:rPr>
                <w:lang w:val="ru-RU"/>
              </w:rPr>
              <w:br/>
              <w:t>учитель истории и</w:t>
            </w:r>
            <w:r w:rsidRPr="00DF25D7">
              <w:rPr>
                <w:lang w:val="ru-RU"/>
              </w:rPr>
              <w:br/>
              <w:t xml:space="preserve">обществознания, </w:t>
            </w:r>
            <w:r>
              <w:t>I</w:t>
            </w:r>
            <w:r w:rsidRPr="00DF25D7">
              <w:rPr>
                <w:lang w:val="ru-RU"/>
              </w:rPr>
              <w:t xml:space="preserve"> категория</w:t>
            </w:r>
          </w:p>
        </w:tc>
      </w:tr>
    </w:tbl>
    <w:p w:rsidR="00BF7FF8" w:rsidRPr="00667926" w:rsidRDefault="00BF7FF8" w:rsidP="00BF7FF8">
      <w:pPr>
        <w:pStyle w:val="1"/>
        <w:jc w:val="center"/>
        <w:rPr>
          <w:lang w:val="ru-RU"/>
        </w:rPr>
      </w:pPr>
      <w:r w:rsidRPr="00667926">
        <w:rPr>
          <w:lang w:val="ru-RU"/>
        </w:rPr>
        <w:lastRenderedPageBreak/>
        <w:t>Секция</w:t>
      </w:r>
      <w:r w:rsidRPr="00667926">
        <w:rPr>
          <w:lang w:val="ru-RU"/>
        </w:rPr>
        <w:br/>
      </w:r>
      <w:r>
        <w:rPr>
          <w:lang w:val="ru-RU"/>
        </w:rPr>
        <w:t>О</w:t>
      </w:r>
      <w:r w:rsidRPr="00667926">
        <w:rPr>
          <w:lang w:val="ru-RU"/>
        </w:rPr>
        <w:t>бществознание</w:t>
      </w:r>
    </w:p>
    <w:p w:rsidR="003A04A4" w:rsidRDefault="003A04A4" w:rsidP="003A04A4">
      <w:pPr>
        <w:spacing w:after="0"/>
        <w:ind w:right="225"/>
        <w:jc w:val="both"/>
        <w:rPr>
          <w:lang w:val="ru-RU"/>
        </w:rPr>
      </w:pPr>
      <w:r w:rsidRPr="00F14086">
        <w:rPr>
          <w:b/>
          <w:lang w:val="ru-RU"/>
        </w:rPr>
        <w:t>Руководитель секции</w:t>
      </w:r>
      <w:r w:rsidR="000E0C01">
        <w:rPr>
          <w:lang w:val="ru-RU"/>
        </w:rPr>
        <w:t xml:space="preserve"> Улыбин Григорий И</w:t>
      </w:r>
      <w:r>
        <w:rPr>
          <w:lang w:val="ru-RU"/>
        </w:rPr>
        <w:t>ванович</w:t>
      </w:r>
      <w:r w:rsidRPr="00A95981">
        <w:rPr>
          <w:lang w:val="ru-RU"/>
        </w:rPr>
        <w:t>, учитель истории и обществознания МАОУ «Лицей №131»</w:t>
      </w:r>
    </w:p>
    <w:p w:rsidR="003A04A4" w:rsidRPr="00F14086" w:rsidRDefault="003A04A4" w:rsidP="003A04A4">
      <w:pPr>
        <w:spacing w:after="0"/>
        <w:rPr>
          <w:b/>
          <w:lang w:val="ru-RU"/>
        </w:rPr>
      </w:pPr>
      <w:r w:rsidRPr="00F14086">
        <w:rPr>
          <w:b/>
          <w:lang w:val="ru-RU"/>
        </w:rPr>
        <w:t>Члены жюри</w:t>
      </w:r>
    </w:p>
    <w:p w:rsidR="003A04A4" w:rsidRPr="000E0C01" w:rsidRDefault="003A04A4" w:rsidP="003A04A4">
      <w:pPr>
        <w:pStyle w:val="ae"/>
        <w:numPr>
          <w:ilvl w:val="0"/>
          <w:numId w:val="10"/>
        </w:numPr>
        <w:spacing w:after="120" w:line="240" w:lineRule="auto"/>
        <w:jc w:val="both"/>
        <w:rPr>
          <w:lang w:val="ru-RU"/>
        </w:rPr>
      </w:pPr>
      <w:r>
        <w:rPr>
          <w:szCs w:val="24"/>
          <w:lang w:val="ru-RU"/>
        </w:rPr>
        <w:t xml:space="preserve">Вахтурова </w:t>
      </w:r>
      <w:r w:rsidRPr="003A04A4">
        <w:rPr>
          <w:szCs w:val="24"/>
          <w:lang w:val="ru-RU"/>
        </w:rPr>
        <w:t>Елена Витальевна,</w:t>
      </w:r>
      <w:r w:rsidRPr="00A95981">
        <w:rPr>
          <w:szCs w:val="24"/>
          <w:lang w:val="ru-RU"/>
        </w:rPr>
        <w:t xml:space="preserve"> учитель истории и обществознания МАОУ «Лицей №131»</w:t>
      </w:r>
    </w:p>
    <w:p w:rsidR="003A04A4" w:rsidRPr="000E13B0" w:rsidRDefault="000E0C01" w:rsidP="008073E8">
      <w:pPr>
        <w:pStyle w:val="ae"/>
        <w:numPr>
          <w:ilvl w:val="0"/>
          <w:numId w:val="10"/>
        </w:numPr>
        <w:spacing w:after="120" w:line="240" w:lineRule="auto"/>
        <w:jc w:val="both"/>
        <w:rPr>
          <w:lang w:val="ru-RU"/>
        </w:rPr>
      </w:pPr>
      <w:r w:rsidRPr="000E13B0">
        <w:rPr>
          <w:lang w:val="ru-RU"/>
        </w:rPr>
        <w:t>Аникеев Илья Аркадьевич, учитель истории</w:t>
      </w:r>
      <w:r w:rsidR="008178AF" w:rsidRPr="000E13B0">
        <w:rPr>
          <w:lang w:val="ru-RU"/>
        </w:rPr>
        <w:t xml:space="preserve"> и обществознания</w:t>
      </w:r>
      <w:r w:rsidRPr="000E13B0">
        <w:rPr>
          <w:lang w:val="ru-RU"/>
        </w:rPr>
        <w:t xml:space="preserve"> высшей квалификационной категории МАОУ «Лицей</w:t>
      </w:r>
      <w:r w:rsidRPr="000E13B0">
        <w:rPr>
          <w:lang w:val="ru-RU"/>
        </w:rPr>
        <w:noBreakHyphen/>
        <w:t>инженерный центр»</w:t>
      </w:r>
    </w:p>
    <w:p w:rsidR="003A04A4" w:rsidRPr="003A04A4" w:rsidRDefault="003A04A4" w:rsidP="003A04A4">
      <w:r w:rsidRPr="00E9053F">
        <w:rPr>
          <w:b/>
          <w:lang w:val="ru-RU"/>
        </w:rPr>
        <w:t>Аудитория</w:t>
      </w:r>
      <w:r>
        <w:rPr>
          <w:b/>
          <w:lang w:val="ru-RU"/>
        </w:rPr>
        <w:t xml:space="preserve"> 28</w:t>
      </w:r>
    </w:p>
    <w:tbl>
      <w:tblPr>
        <w:tblStyle w:val="14"/>
        <w:tblW w:w="0" w:type="auto"/>
        <w:tblLook w:val="04A0" w:firstRow="1" w:lastRow="0" w:firstColumn="1" w:lastColumn="0" w:noHBand="0" w:noVBand="1"/>
      </w:tblPr>
      <w:tblGrid>
        <w:gridCol w:w="567"/>
        <w:gridCol w:w="2835"/>
        <w:gridCol w:w="3402"/>
        <w:gridCol w:w="3685"/>
        <w:gridCol w:w="3685"/>
      </w:tblGrid>
      <w:tr w:rsidR="00BF7FF8" w:rsidTr="003A04A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BF7FF8" w:rsidRDefault="00BF7FF8" w:rsidP="003A04A4">
            <w:r>
              <w:t>№</w:t>
            </w:r>
          </w:p>
        </w:tc>
        <w:tc>
          <w:tcPr>
            <w:tcW w:w="2835" w:type="dxa"/>
          </w:tcPr>
          <w:p w:rsidR="00BF7FF8" w:rsidRDefault="00BF7FF8" w:rsidP="003A04A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ФИО докладчика</w:t>
            </w:r>
          </w:p>
        </w:tc>
        <w:tc>
          <w:tcPr>
            <w:tcW w:w="3402" w:type="dxa"/>
          </w:tcPr>
          <w:p w:rsidR="00BF7FF8" w:rsidRDefault="00BF7FF8" w:rsidP="003A04A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Название работы</w:t>
            </w:r>
          </w:p>
        </w:tc>
        <w:tc>
          <w:tcPr>
            <w:tcW w:w="3685" w:type="dxa"/>
          </w:tcPr>
          <w:p w:rsidR="00BF7FF8" w:rsidRDefault="00BF7FF8" w:rsidP="003A04A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Образовательная организация докладчика</w:t>
            </w:r>
          </w:p>
        </w:tc>
        <w:tc>
          <w:tcPr>
            <w:tcW w:w="3685" w:type="dxa"/>
          </w:tcPr>
          <w:p w:rsidR="00BF7FF8" w:rsidRDefault="00BF7FF8" w:rsidP="003A04A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Научный руководитель</w:t>
            </w:r>
          </w:p>
        </w:tc>
      </w:tr>
      <w:tr w:rsidR="00BF7FF8" w:rsidRPr="000E13B0" w:rsidTr="003A04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BF7FF8" w:rsidRPr="00BF7FF8" w:rsidRDefault="00BF7FF8" w:rsidP="003A04A4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835" w:type="dxa"/>
          </w:tcPr>
          <w:p w:rsidR="00BF7FF8" w:rsidRDefault="00BF7FF8" w:rsidP="003A04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Бухтиенко Мария</w:t>
            </w:r>
            <w:r>
              <w:rPr>
                <w:lang w:val="ru-RU"/>
              </w:rPr>
              <w:t> </w:t>
            </w:r>
            <w:r>
              <w:t>Валерьевна, 10 класс</w:t>
            </w:r>
          </w:p>
        </w:tc>
        <w:tc>
          <w:tcPr>
            <w:tcW w:w="3402" w:type="dxa"/>
          </w:tcPr>
          <w:p w:rsidR="00BF7FF8" w:rsidRPr="00DF25D7" w:rsidRDefault="008462C6" w:rsidP="003A04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>
              <w:rPr>
                <w:lang w:val="ru-RU"/>
              </w:rPr>
              <w:t>Интернет-</w:t>
            </w:r>
            <w:r w:rsidR="00BF7FF8" w:rsidRPr="00DF25D7">
              <w:rPr>
                <w:lang w:val="ru-RU"/>
              </w:rPr>
              <w:t>магазины в условиях современной пандемии</w:t>
            </w:r>
          </w:p>
        </w:tc>
        <w:tc>
          <w:tcPr>
            <w:tcW w:w="3685" w:type="dxa"/>
          </w:tcPr>
          <w:p w:rsidR="00BF7FF8" w:rsidRPr="00DF25D7" w:rsidRDefault="008262BD" w:rsidP="003A04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>
              <w:rPr>
                <w:lang w:val="ru-RU"/>
              </w:rPr>
              <w:t xml:space="preserve">МБОУ </w:t>
            </w:r>
            <w:r w:rsidR="00BF7FF8">
              <w:rPr>
                <w:lang w:val="ru-RU"/>
              </w:rPr>
              <w:t>«</w:t>
            </w:r>
            <w:r w:rsidR="00BF7FF8" w:rsidRPr="00DF25D7">
              <w:rPr>
                <w:lang w:val="ru-RU"/>
              </w:rPr>
              <w:t>Гимназия № 175</w:t>
            </w:r>
            <w:r w:rsidR="00BF7FF8">
              <w:rPr>
                <w:lang w:val="ru-RU"/>
              </w:rPr>
              <w:t>»</w:t>
            </w:r>
          </w:p>
        </w:tc>
        <w:tc>
          <w:tcPr>
            <w:tcW w:w="3685" w:type="dxa"/>
          </w:tcPr>
          <w:p w:rsidR="00BF7FF8" w:rsidRPr="00DF25D7" w:rsidRDefault="00BF7FF8" w:rsidP="003A04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F25D7">
              <w:rPr>
                <w:lang w:val="ru-RU"/>
              </w:rPr>
              <w:t>Якупова Гюзель Альб</w:t>
            </w:r>
            <w:r>
              <w:rPr>
                <w:lang w:val="ru-RU"/>
              </w:rPr>
              <w:t>ертовна, учитель обществознания</w:t>
            </w:r>
          </w:p>
        </w:tc>
      </w:tr>
      <w:tr w:rsidR="00BF7FF8" w:rsidRPr="000E13B0" w:rsidTr="003A04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BF7FF8" w:rsidRPr="00BF7FF8" w:rsidRDefault="00BF7FF8" w:rsidP="003A04A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835" w:type="dxa"/>
          </w:tcPr>
          <w:p w:rsidR="00BF7FF8" w:rsidRPr="00DF25D7" w:rsidRDefault="00BF7FF8" w:rsidP="003A04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F25D7">
              <w:rPr>
                <w:lang w:val="ru-RU"/>
              </w:rPr>
              <w:t>Осипенко Владислав</w:t>
            </w:r>
            <w:r>
              <w:rPr>
                <w:lang w:val="ru-RU"/>
              </w:rPr>
              <w:t> </w:t>
            </w:r>
            <w:r w:rsidRPr="00DF25D7">
              <w:rPr>
                <w:lang w:val="ru-RU"/>
              </w:rPr>
              <w:t>Валентинович, С</w:t>
            </w:r>
            <w:r>
              <w:rPr>
                <w:lang w:val="ru-RU"/>
              </w:rPr>
              <w:t>авельев Дмитрий </w:t>
            </w:r>
            <w:r w:rsidRPr="00DF25D7">
              <w:rPr>
                <w:lang w:val="ru-RU"/>
              </w:rPr>
              <w:t>Андреевич, 8</w:t>
            </w:r>
            <w:r>
              <w:t> </w:t>
            </w:r>
            <w:r w:rsidRPr="00DF25D7">
              <w:rPr>
                <w:lang w:val="ru-RU"/>
              </w:rPr>
              <w:t>класс</w:t>
            </w:r>
          </w:p>
        </w:tc>
        <w:tc>
          <w:tcPr>
            <w:tcW w:w="3402" w:type="dxa"/>
          </w:tcPr>
          <w:p w:rsidR="00BF7FF8" w:rsidRPr="00DF25D7" w:rsidRDefault="00BF7FF8" w:rsidP="003A04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F25D7">
              <w:rPr>
                <w:lang w:val="ru-RU"/>
              </w:rPr>
              <w:t>Возможности сторителлинга в продвижении товаров как инструмента маркетинга товаров как</w:t>
            </w:r>
          </w:p>
        </w:tc>
        <w:tc>
          <w:tcPr>
            <w:tcW w:w="3685" w:type="dxa"/>
          </w:tcPr>
          <w:p w:rsidR="00BF7FF8" w:rsidRPr="009D4F03" w:rsidRDefault="00BF7FF8" w:rsidP="003A04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>
              <w:t xml:space="preserve">МБОУ </w:t>
            </w:r>
            <w:r>
              <w:rPr>
                <w:lang w:val="ru-RU"/>
              </w:rPr>
              <w:t>«</w:t>
            </w:r>
            <w:r>
              <w:t>Гимназия 3</w:t>
            </w:r>
            <w:r>
              <w:rPr>
                <w:lang w:val="ru-RU"/>
              </w:rPr>
              <w:t>»</w:t>
            </w:r>
          </w:p>
        </w:tc>
        <w:tc>
          <w:tcPr>
            <w:tcW w:w="3685" w:type="dxa"/>
          </w:tcPr>
          <w:p w:rsidR="00BF7FF8" w:rsidRPr="00DF25D7" w:rsidRDefault="00BF7FF8" w:rsidP="003A04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F25D7">
              <w:rPr>
                <w:lang w:val="ru-RU"/>
              </w:rPr>
              <w:t>Илюшина Гульсина Ал</w:t>
            </w:r>
            <w:r>
              <w:rPr>
                <w:lang w:val="ru-RU"/>
              </w:rPr>
              <w:t>имбековна, учитель технологии, высшая</w:t>
            </w:r>
            <w:r w:rsidRPr="00DF25D7">
              <w:rPr>
                <w:lang w:val="ru-RU"/>
              </w:rPr>
              <w:t xml:space="preserve"> квалификационная категория</w:t>
            </w:r>
          </w:p>
        </w:tc>
      </w:tr>
      <w:tr w:rsidR="00BF7FF8" w:rsidRPr="000E13B0" w:rsidTr="003A04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BF7FF8" w:rsidRPr="00BF7FF8" w:rsidRDefault="00BF7FF8" w:rsidP="003A04A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2835" w:type="dxa"/>
          </w:tcPr>
          <w:p w:rsidR="00BF7FF8" w:rsidRDefault="00BF7FF8" w:rsidP="003A04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Шайхутдинова Нэля</w:t>
            </w:r>
            <w:r>
              <w:rPr>
                <w:lang w:val="ru-RU"/>
              </w:rPr>
              <w:t> </w:t>
            </w:r>
            <w:r>
              <w:t>Вилевна, 10 класс</w:t>
            </w:r>
          </w:p>
        </w:tc>
        <w:tc>
          <w:tcPr>
            <w:tcW w:w="3402" w:type="dxa"/>
          </w:tcPr>
          <w:p w:rsidR="00BF7FF8" w:rsidRPr="00DD0962" w:rsidRDefault="00BF7FF8" w:rsidP="003A04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F25D7">
              <w:rPr>
                <w:lang w:val="ru-RU"/>
              </w:rPr>
              <w:t>Жизнь людей с ограниченными возможностями</w:t>
            </w:r>
            <w:r>
              <w:rPr>
                <w:lang w:val="ru-RU"/>
              </w:rPr>
              <w:t xml:space="preserve"> </w:t>
            </w:r>
            <w:r w:rsidRPr="00DF25D7">
              <w:rPr>
                <w:lang w:val="ru-RU"/>
              </w:rPr>
              <w:t xml:space="preserve">в современном мире. </w:t>
            </w:r>
            <w:r w:rsidRPr="00DD0962">
              <w:rPr>
                <w:lang w:val="ru-RU"/>
              </w:rPr>
              <w:t>Инклюзивное образование.</w:t>
            </w:r>
          </w:p>
        </w:tc>
        <w:tc>
          <w:tcPr>
            <w:tcW w:w="3685" w:type="dxa"/>
          </w:tcPr>
          <w:p w:rsidR="00BF7FF8" w:rsidRPr="009D4F03" w:rsidRDefault="00BF7FF8" w:rsidP="003A04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>
              <w:t xml:space="preserve">МАОУ </w:t>
            </w:r>
            <w:r>
              <w:rPr>
                <w:lang w:val="ru-RU"/>
              </w:rPr>
              <w:t>«</w:t>
            </w:r>
            <w:r>
              <w:t>Лицей №131</w:t>
            </w:r>
            <w:r>
              <w:rPr>
                <w:lang w:val="ru-RU"/>
              </w:rPr>
              <w:t>»</w:t>
            </w:r>
          </w:p>
        </w:tc>
        <w:tc>
          <w:tcPr>
            <w:tcW w:w="3685" w:type="dxa"/>
          </w:tcPr>
          <w:p w:rsidR="00BF7FF8" w:rsidRPr="00DF25D7" w:rsidRDefault="00BF7FF8" w:rsidP="003A04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F25D7">
              <w:rPr>
                <w:lang w:val="ru-RU"/>
              </w:rPr>
              <w:t xml:space="preserve">Рамазанова Гузель Джавдатовна, преподаватель истории и обществознания, первая квалификационная категория </w:t>
            </w:r>
          </w:p>
        </w:tc>
      </w:tr>
      <w:tr w:rsidR="00BF7FF8" w:rsidRPr="000E13B0" w:rsidTr="003A04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BF7FF8" w:rsidRPr="00BF7FF8" w:rsidRDefault="00BF7FF8" w:rsidP="003A04A4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2835" w:type="dxa"/>
          </w:tcPr>
          <w:p w:rsidR="00BF7FF8" w:rsidRDefault="00BF7FF8" w:rsidP="003A04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Зарипова Арина</w:t>
            </w:r>
            <w:r>
              <w:rPr>
                <w:lang w:val="ru-RU"/>
              </w:rPr>
              <w:t> </w:t>
            </w:r>
            <w:r>
              <w:t>Альбертовна, 9 класс</w:t>
            </w:r>
          </w:p>
        </w:tc>
        <w:tc>
          <w:tcPr>
            <w:tcW w:w="3402" w:type="dxa"/>
          </w:tcPr>
          <w:p w:rsidR="00BF7FF8" w:rsidRPr="00DF25D7" w:rsidRDefault="00BF7FF8" w:rsidP="003A04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F25D7">
              <w:rPr>
                <w:lang w:val="ru-RU"/>
              </w:rPr>
              <w:t>Тенденции развития социальной стр</w:t>
            </w:r>
            <w:r>
              <w:rPr>
                <w:lang w:val="ru-RU"/>
              </w:rPr>
              <w:t>атификации российского общества</w:t>
            </w:r>
          </w:p>
        </w:tc>
        <w:tc>
          <w:tcPr>
            <w:tcW w:w="3685" w:type="dxa"/>
          </w:tcPr>
          <w:p w:rsidR="00BF7FF8" w:rsidRPr="009D4F03" w:rsidRDefault="00BF7FF8" w:rsidP="003A04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>
              <w:t xml:space="preserve">МАОУ </w:t>
            </w:r>
            <w:r>
              <w:rPr>
                <w:lang w:val="ru-RU"/>
              </w:rPr>
              <w:t>«</w:t>
            </w:r>
            <w:r>
              <w:t>Лицей 131</w:t>
            </w:r>
            <w:r>
              <w:rPr>
                <w:lang w:val="ru-RU"/>
              </w:rPr>
              <w:t>»</w:t>
            </w:r>
          </w:p>
        </w:tc>
        <w:tc>
          <w:tcPr>
            <w:tcW w:w="3685" w:type="dxa"/>
          </w:tcPr>
          <w:p w:rsidR="00BF7FF8" w:rsidRPr="00DF25D7" w:rsidRDefault="00BF7FF8" w:rsidP="003A04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F25D7">
              <w:rPr>
                <w:lang w:val="ru-RU"/>
              </w:rPr>
              <w:t>Улыбин Григорий Иванович, учитель истории и обществознания</w:t>
            </w:r>
          </w:p>
        </w:tc>
      </w:tr>
      <w:tr w:rsidR="00BF7FF8" w:rsidTr="003A04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BF7FF8" w:rsidRPr="00BF7FF8" w:rsidRDefault="00BF7FF8" w:rsidP="003A04A4">
            <w:pPr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2835" w:type="dxa"/>
          </w:tcPr>
          <w:p w:rsidR="00BF7FF8" w:rsidRDefault="00BF7FF8" w:rsidP="003A04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Куртаев Альберт</w:t>
            </w:r>
            <w:r>
              <w:rPr>
                <w:lang w:val="ru-RU"/>
              </w:rPr>
              <w:t> </w:t>
            </w:r>
            <w:r>
              <w:t>Фанисович, 10 класс</w:t>
            </w:r>
          </w:p>
        </w:tc>
        <w:tc>
          <w:tcPr>
            <w:tcW w:w="3402" w:type="dxa"/>
          </w:tcPr>
          <w:p w:rsidR="00BF7FF8" w:rsidRPr="00DF25D7" w:rsidRDefault="00BF7FF8" w:rsidP="003A04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F25D7">
              <w:rPr>
                <w:lang w:val="ru-RU"/>
              </w:rPr>
              <w:t>Зависимость интеллектуаль</w:t>
            </w:r>
            <w:r>
              <w:rPr>
                <w:lang w:val="ru-RU"/>
              </w:rPr>
              <w:t>ного развития от сфер интересов</w:t>
            </w:r>
          </w:p>
        </w:tc>
        <w:tc>
          <w:tcPr>
            <w:tcW w:w="3685" w:type="dxa"/>
          </w:tcPr>
          <w:p w:rsidR="00BF7FF8" w:rsidRPr="009D4F03" w:rsidRDefault="00BF7FF8" w:rsidP="003A04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>
              <w:t xml:space="preserve">МАОУ </w:t>
            </w:r>
            <w:r>
              <w:rPr>
                <w:lang w:val="ru-RU"/>
              </w:rPr>
              <w:t>«</w:t>
            </w:r>
            <w:r>
              <w:t>Лицей №131</w:t>
            </w:r>
            <w:r>
              <w:rPr>
                <w:lang w:val="ru-RU"/>
              </w:rPr>
              <w:t>»</w:t>
            </w:r>
          </w:p>
        </w:tc>
        <w:tc>
          <w:tcPr>
            <w:tcW w:w="3685" w:type="dxa"/>
          </w:tcPr>
          <w:p w:rsidR="00BF7FF8" w:rsidRDefault="00BF7FF8" w:rsidP="003A04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Рамазанова Гузель Джавдатовна</w:t>
            </w:r>
          </w:p>
        </w:tc>
      </w:tr>
      <w:tr w:rsidR="00BF7FF8" w:rsidTr="003A04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BF7FF8" w:rsidRPr="00BF7FF8" w:rsidRDefault="00BF7FF8" w:rsidP="003A04A4">
            <w:pPr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2835" w:type="dxa"/>
          </w:tcPr>
          <w:p w:rsidR="00BF7FF8" w:rsidRDefault="00BF7FF8" w:rsidP="003A04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Саидов Булат</w:t>
            </w:r>
            <w:r>
              <w:rPr>
                <w:lang w:val="ru-RU"/>
              </w:rPr>
              <w:t> </w:t>
            </w:r>
            <w:r>
              <w:t>Ленарович, 10 класс</w:t>
            </w:r>
          </w:p>
        </w:tc>
        <w:tc>
          <w:tcPr>
            <w:tcW w:w="3402" w:type="dxa"/>
          </w:tcPr>
          <w:p w:rsidR="00BF7FF8" w:rsidRPr="00DF25D7" w:rsidRDefault="00BF7FF8" w:rsidP="003A04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F25D7">
              <w:rPr>
                <w:lang w:val="ru-RU"/>
              </w:rPr>
              <w:t>Синхронное развитие прогресса в разных странах и чем оно вызвано</w:t>
            </w:r>
          </w:p>
        </w:tc>
        <w:tc>
          <w:tcPr>
            <w:tcW w:w="3685" w:type="dxa"/>
          </w:tcPr>
          <w:p w:rsidR="00BF7FF8" w:rsidRPr="009D4F03" w:rsidRDefault="00BF7FF8" w:rsidP="003A04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>
              <w:t xml:space="preserve">МАОУ </w:t>
            </w:r>
            <w:r>
              <w:rPr>
                <w:lang w:val="ru-RU"/>
              </w:rPr>
              <w:t>«</w:t>
            </w:r>
            <w:r>
              <w:t>Лицей №131</w:t>
            </w:r>
            <w:r>
              <w:rPr>
                <w:lang w:val="ru-RU"/>
              </w:rPr>
              <w:t>»</w:t>
            </w:r>
          </w:p>
        </w:tc>
        <w:tc>
          <w:tcPr>
            <w:tcW w:w="3685" w:type="dxa"/>
          </w:tcPr>
          <w:p w:rsidR="00BF7FF8" w:rsidRDefault="00BF7FF8" w:rsidP="003A04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Рамазанова Гузалия Джавдатовна</w:t>
            </w:r>
          </w:p>
        </w:tc>
      </w:tr>
      <w:tr w:rsidR="00BF7FF8" w:rsidRPr="000E13B0" w:rsidTr="003A04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BF7FF8" w:rsidRPr="00BF7FF8" w:rsidRDefault="00BF7FF8" w:rsidP="003A04A4">
            <w:pPr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2835" w:type="dxa"/>
          </w:tcPr>
          <w:p w:rsidR="00BF7FF8" w:rsidRDefault="00BF7FF8" w:rsidP="003A04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Галиев Динар</w:t>
            </w:r>
            <w:r>
              <w:rPr>
                <w:lang w:val="ru-RU"/>
              </w:rPr>
              <w:t> </w:t>
            </w:r>
            <w:r>
              <w:t>Алмазович, 8 класс</w:t>
            </w:r>
          </w:p>
        </w:tc>
        <w:tc>
          <w:tcPr>
            <w:tcW w:w="3402" w:type="dxa"/>
          </w:tcPr>
          <w:p w:rsidR="00BF7FF8" w:rsidRPr="00DF25D7" w:rsidRDefault="00BF7FF8" w:rsidP="003A04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F25D7">
              <w:rPr>
                <w:lang w:val="ru-RU"/>
              </w:rPr>
              <w:t>Конституция Российской Федерации как источник формирования правовой культуры учащихся</w:t>
            </w:r>
          </w:p>
        </w:tc>
        <w:tc>
          <w:tcPr>
            <w:tcW w:w="3685" w:type="dxa"/>
          </w:tcPr>
          <w:p w:rsidR="00BF7FF8" w:rsidRPr="00DF25D7" w:rsidRDefault="00BF7FF8" w:rsidP="003A04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F25D7">
              <w:rPr>
                <w:lang w:val="ru-RU"/>
              </w:rPr>
              <w:t xml:space="preserve">ГБОУ </w:t>
            </w:r>
            <w:r>
              <w:rPr>
                <w:lang w:val="ru-RU"/>
              </w:rPr>
              <w:t>«</w:t>
            </w:r>
            <w:r w:rsidRPr="00DF25D7">
              <w:rPr>
                <w:lang w:val="ru-RU"/>
              </w:rPr>
              <w:t>Казанская кадетская школа-интернат им. Героя Советского Союза Б. К. Кузнецова</w:t>
            </w:r>
            <w:r>
              <w:rPr>
                <w:lang w:val="ru-RU"/>
              </w:rPr>
              <w:t>»</w:t>
            </w:r>
          </w:p>
        </w:tc>
        <w:tc>
          <w:tcPr>
            <w:tcW w:w="3685" w:type="dxa"/>
          </w:tcPr>
          <w:p w:rsidR="00BF7FF8" w:rsidRPr="00DF25D7" w:rsidRDefault="00BF7FF8" w:rsidP="003A04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F25D7">
              <w:rPr>
                <w:lang w:val="ru-RU"/>
              </w:rPr>
              <w:t>Хазбиева Лилия Ильгизовна, учитель истории и обществознания высшей квалификационной категории</w:t>
            </w:r>
          </w:p>
        </w:tc>
      </w:tr>
      <w:tr w:rsidR="008178AF" w:rsidRPr="000E13B0" w:rsidTr="003A04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8178AF" w:rsidRDefault="008178AF" w:rsidP="003A04A4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8</w:t>
            </w:r>
          </w:p>
        </w:tc>
        <w:tc>
          <w:tcPr>
            <w:tcW w:w="2835" w:type="dxa"/>
          </w:tcPr>
          <w:p w:rsidR="008178AF" w:rsidRPr="008178AF" w:rsidRDefault="008178AF" w:rsidP="003A04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>
              <w:rPr>
                <w:lang w:val="ru-RU"/>
              </w:rPr>
              <w:t>Самсонов Артем Игоревич, 10 класс</w:t>
            </w:r>
          </w:p>
        </w:tc>
        <w:tc>
          <w:tcPr>
            <w:tcW w:w="3402" w:type="dxa"/>
          </w:tcPr>
          <w:p w:rsidR="008178AF" w:rsidRPr="00DF25D7" w:rsidRDefault="008178AF" w:rsidP="003A04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>
              <w:rPr>
                <w:lang w:val="ru-RU"/>
              </w:rPr>
              <w:t>Экскурсия как способ коммуникации</w:t>
            </w:r>
          </w:p>
        </w:tc>
        <w:tc>
          <w:tcPr>
            <w:tcW w:w="3685" w:type="dxa"/>
          </w:tcPr>
          <w:p w:rsidR="008178AF" w:rsidRPr="00DF25D7" w:rsidRDefault="008A1317" w:rsidP="003A04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>
              <w:rPr>
                <w:lang w:val="ru-RU"/>
              </w:rPr>
              <w:t xml:space="preserve">МАОУ </w:t>
            </w:r>
            <w:r w:rsidRPr="00DF25D7">
              <w:rPr>
                <w:lang w:val="ru-RU"/>
              </w:rPr>
              <w:t xml:space="preserve">«Лицей </w:t>
            </w:r>
            <w:r>
              <w:rPr>
                <w:lang w:val="ru-RU"/>
              </w:rPr>
              <w:t>–</w:t>
            </w:r>
            <w:r w:rsidRPr="00DF25D7">
              <w:rPr>
                <w:lang w:val="ru-RU"/>
              </w:rPr>
              <w:t xml:space="preserve"> инженерный центр» Советского района </w:t>
            </w:r>
            <w:r>
              <w:rPr>
                <w:lang w:val="ru-RU"/>
              </w:rPr>
              <w:t>г. Казани</w:t>
            </w:r>
          </w:p>
        </w:tc>
        <w:tc>
          <w:tcPr>
            <w:tcW w:w="3685" w:type="dxa"/>
          </w:tcPr>
          <w:p w:rsidR="008178AF" w:rsidRPr="00DF25D7" w:rsidRDefault="008A1317" w:rsidP="003A04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>
              <w:rPr>
                <w:lang w:val="ru-RU"/>
              </w:rPr>
              <w:t>Аникеев Илья Аркадьевич, учитель истории и обществознания высшей квалификационной категории, Вилюмс Луиза Артуровна, учитель английского языка</w:t>
            </w:r>
          </w:p>
        </w:tc>
      </w:tr>
    </w:tbl>
    <w:p w:rsidR="0019003B" w:rsidRPr="00E9053F" w:rsidRDefault="00DF25D7">
      <w:pPr>
        <w:pStyle w:val="1"/>
        <w:jc w:val="center"/>
        <w:rPr>
          <w:lang w:val="ru-RU"/>
        </w:rPr>
      </w:pPr>
      <w:r w:rsidRPr="00E9053F">
        <w:rPr>
          <w:lang w:val="ru-RU"/>
        </w:rPr>
        <w:lastRenderedPageBreak/>
        <w:t>Секция</w:t>
      </w:r>
      <w:r w:rsidRPr="00E9053F">
        <w:rPr>
          <w:lang w:val="ru-RU"/>
        </w:rPr>
        <w:br/>
        <w:t>Иностранные языки</w:t>
      </w:r>
      <w:r w:rsidR="00E9053F" w:rsidRPr="00E9053F">
        <w:rPr>
          <w:lang w:val="ru-RU"/>
        </w:rPr>
        <w:t xml:space="preserve"> 1</w:t>
      </w:r>
    </w:p>
    <w:p w:rsidR="00E9053F" w:rsidRDefault="00E9053F" w:rsidP="00E9053F">
      <w:pPr>
        <w:spacing w:after="0"/>
        <w:ind w:right="225"/>
        <w:jc w:val="both"/>
        <w:rPr>
          <w:lang w:val="ru-RU"/>
        </w:rPr>
      </w:pPr>
      <w:r w:rsidRPr="00F14086">
        <w:rPr>
          <w:b/>
          <w:lang w:val="ru-RU"/>
        </w:rPr>
        <w:t>Руководитель секции</w:t>
      </w:r>
      <w:r>
        <w:rPr>
          <w:lang w:val="ru-RU"/>
        </w:rPr>
        <w:t xml:space="preserve"> </w:t>
      </w:r>
      <w:r w:rsidRPr="00E9053F">
        <w:rPr>
          <w:lang w:val="ru-RU"/>
        </w:rPr>
        <w:t>Халитова Лилия Камилевна, доцент кафедры романо-германской филологии Института филологии и межкультурной коммуникации КФУ</w:t>
      </w:r>
    </w:p>
    <w:p w:rsidR="00E9053F" w:rsidRPr="00F14086" w:rsidRDefault="00E9053F" w:rsidP="00E9053F">
      <w:pPr>
        <w:spacing w:after="0"/>
        <w:rPr>
          <w:b/>
          <w:lang w:val="ru-RU"/>
        </w:rPr>
      </w:pPr>
      <w:r w:rsidRPr="00F14086">
        <w:rPr>
          <w:b/>
          <w:lang w:val="ru-RU"/>
        </w:rPr>
        <w:t>Члены жюри</w:t>
      </w:r>
    </w:p>
    <w:p w:rsidR="00E9053F" w:rsidRPr="0081386D" w:rsidRDefault="00E9053F" w:rsidP="00E9053F">
      <w:pPr>
        <w:pStyle w:val="ae"/>
        <w:numPr>
          <w:ilvl w:val="0"/>
          <w:numId w:val="10"/>
        </w:numPr>
        <w:spacing w:after="0" w:line="240" w:lineRule="auto"/>
        <w:jc w:val="both"/>
        <w:rPr>
          <w:lang w:val="ru-RU"/>
        </w:rPr>
      </w:pPr>
      <w:r w:rsidRPr="00E9053F">
        <w:rPr>
          <w:szCs w:val="24"/>
          <w:lang w:val="ru-RU"/>
        </w:rPr>
        <w:t>Солнышкова Таисия Станиславовна, учитель английского языка первой квалификационной категории МАОУ «Лицей №131»</w:t>
      </w:r>
    </w:p>
    <w:p w:rsidR="00E9053F" w:rsidRPr="00E9053F" w:rsidRDefault="00E9053F" w:rsidP="00E9053F">
      <w:pPr>
        <w:pStyle w:val="ae"/>
        <w:numPr>
          <w:ilvl w:val="0"/>
          <w:numId w:val="10"/>
        </w:numPr>
        <w:spacing w:after="120" w:line="240" w:lineRule="auto"/>
        <w:jc w:val="both"/>
        <w:rPr>
          <w:lang w:val="ru-RU"/>
        </w:rPr>
      </w:pPr>
      <w:r w:rsidRPr="00E9053F">
        <w:rPr>
          <w:szCs w:val="24"/>
          <w:lang w:val="ru-RU"/>
        </w:rPr>
        <w:t>Рахманова Ляйля Рустямовна, учитель английского языка высшей квалификационной категории МАОУ «Лицей №131»</w:t>
      </w:r>
    </w:p>
    <w:p w:rsidR="00E9053F" w:rsidRPr="00E9053F" w:rsidRDefault="00E9053F" w:rsidP="00E9053F">
      <w:pPr>
        <w:spacing w:after="240" w:line="240" w:lineRule="auto"/>
        <w:jc w:val="both"/>
        <w:rPr>
          <w:b/>
          <w:lang w:val="ru-RU"/>
        </w:rPr>
      </w:pPr>
      <w:r w:rsidRPr="00E9053F">
        <w:rPr>
          <w:b/>
          <w:lang w:val="ru-RU"/>
        </w:rPr>
        <w:t>Аудитория 7</w:t>
      </w:r>
    </w:p>
    <w:tbl>
      <w:tblPr>
        <w:tblStyle w:val="14"/>
        <w:tblW w:w="0" w:type="auto"/>
        <w:tblLook w:val="04A0" w:firstRow="1" w:lastRow="0" w:firstColumn="1" w:lastColumn="0" w:noHBand="0" w:noVBand="1"/>
      </w:tblPr>
      <w:tblGrid>
        <w:gridCol w:w="567"/>
        <w:gridCol w:w="2835"/>
        <w:gridCol w:w="3402"/>
        <w:gridCol w:w="3685"/>
        <w:gridCol w:w="3685"/>
      </w:tblGrid>
      <w:tr w:rsidR="0019003B" w:rsidTr="00C93B7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19003B" w:rsidRDefault="00DF25D7">
            <w:r>
              <w:t>№</w:t>
            </w:r>
          </w:p>
        </w:tc>
        <w:tc>
          <w:tcPr>
            <w:tcW w:w="2835" w:type="dxa"/>
          </w:tcPr>
          <w:p w:rsidR="0019003B" w:rsidRDefault="00DF25D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ФИО докладчика</w:t>
            </w:r>
          </w:p>
        </w:tc>
        <w:tc>
          <w:tcPr>
            <w:tcW w:w="3402" w:type="dxa"/>
          </w:tcPr>
          <w:p w:rsidR="0019003B" w:rsidRDefault="00DF25D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Название работы</w:t>
            </w:r>
          </w:p>
        </w:tc>
        <w:tc>
          <w:tcPr>
            <w:tcW w:w="3685" w:type="dxa"/>
          </w:tcPr>
          <w:p w:rsidR="0019003B" w:rsidRDefault="00DF25D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Образовательная организация докладчика</w:t>
            </w:r>
          </w:p>
        </w:tc>
        <w:tc>
          <w:tcPr>
            <w:tcW w:w="3685" w:type="dxa"/>
          </w:tcPr>
          <w:p w:rsidR="0019003B" w:rsidRDefault="00DF25D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Научный руководитель</w:t>
            </w:r>
          </w:p>
        </w:tc>
      </w:tr>
      <w:tr w:rsidR="0019003B" w:rsidRPr="000E13B0" w:rsidTr="00C93B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19003B" w:rsidRDefault="00DF25D7">
            <w:r>
              <w:t>1</w:t>
            </w:r>
          </w:p>
        </w:tc>
        <w:tc>
          <w:tcPr>
            <w:tcW w:w="2835" w:type="dxa"/>
          </w:tcPr>
          <w:p w:rsidR="0019003B" w:rsidRDefault="00BF2B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Зиганшина Аделя</w:t>
            </w:r>
            <w:r>
              <w:rPr>
                <w:lang w:val="ru-RU"/>
              </w:rPr>
              <w:t> </w:t>
            </w:r>
            <w:r w:rsidR="00DF25D7">
              <w:t>Ахтамовна, 7 класс</w:t>
            </w:r>
          </w:p>
        </w:tc>
        <w:tc>
          <w:tcPr>
            <w:tcW w:w="3402" w:type="dxa"/>
          </w:tcPr>
          <w:p w:rsidR="0019003B" w:rsidRPr="00DF25D7" w:rsidRDefault="00DF25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F25D7">
              <w:rPr>
                <w:lang w:val="ru-RU"/>
              </w:rPr>
              <w:t>Лингвистические особенности англоязычных и р</w:t>
            </w:r>
            <w:r w:rsidR="00BF2B37">
              <w:rPr>
                <w:lang w:val="ru-RU"/>
              </w:rPr>
              <w:t>усскоязычных рекламных слоганов</w:t>
            </w:r>
          </w:p>
        </w:tc>
        <w:tc>
          <w:tcPr>
            <w:tcW w:w="3685" w:type="dxa"/>
          </w:tcPr>
          <w:p w:rsidR="0019003B" w:rsidRPr="00DF25D7" w:rsidRDefault="008262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>
              <w:rPr>
                <w:lang w:val="ru-RU"/>
              </w:rPr>
              <w:t xml:space="preserve">МБОУ </w:t>
            </w:r>
            <w:r w:rsidR="00DF25D7" w:rsidRPr="00DF25D7">
              <w:rPr>
                <w:lang w:val="ru-RU"/>
              </w:rPr>
              <w:t xml:space="preserve">«Средняя общеобразовательная русско-татарская школа № 161» Советского района </w:t>
            </w:r>
            <w:r w:rsidR="00DD0962">
              <w:rPr>
                <w:lang w:val="ru-RU"/>
              </w:rPr>
              <w:t>г. Казани</w:t>
            </w:r>
          </w:p>
        </w:tc>
        <w:tc>
          <w:tcPr>
            <w:tcW w:w="3685" w:type="dxa"/>
          </w:tcPr>
          <w:p w:rsidR="0019003B" w:rsidRPr="00DF25D7" w:rsidRDefault="00DF25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F25D7">
              <w:rPr>
                <w:lang w:val="ru-RU"/>
              </w:rPr>
              <w:t xml:space="preserve">Зарипова Фирдаус Самигулловна. Учитель английского языка 1-ой квалификационной категории </w:t>
            </w:r>
          </w:p>
        </w:tc>
      </w:tr>
      <w:tr w:rsidR="0019003B" w:rsidRPr="000E13B0" w:rsidTr="00C93B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19003B" w:rsidRPr="003C45D6" w:rsidRDefault="003C45D6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835" w:type="dxa"/>
          </w:tcPr>
          <w:p w:rsidR="0019003B" w:rsidRPr="00DF25D7" w:rsidRDefault="00DF25D7" w:rsidP="00BF2B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F25D7">
              <w:rPr>
                <w:lang w:val="ru-RU"/>
              </w:rPr>
              <w:t>Набиуллина Алиана</w:t>
            </w:r>
            <w:r w:rsidR="00BF2B37">
              <w:rPr>
                <w:lang w:val="ru-RU"/>
              </w:rPr>
              <w:t> </w:t>
            </w:r>
            <w:r w:rsidRPr="00DF25D7">
              <w:rPr>
                <w:lang w:val="ru-RU"/>
              </w:rPr>
              <w:t>Ильдаровна, Файзрахманова Аделя</w:t>
            </w:r>
            <w:r w:rsidR="00BF2B37">
              <w:rPr>
                <w:lang w:val="ru-RU"/>
              </w:rPr>
              <w:t> </w:t>
            </w:r>
            <w:r w:rsidRPr="00DF25D7">
              <w:rPr>
                <w:lang w:val="ru-RU"/>
              </w:rPr>
              <w:t>Маратовна, 7</w:t>
            </w:r>
            <w:r>
              <w:t> </w:t>
            </w:r>
            <w:r w:rsidRPr="00DF25D7">
              <w:rPr>
                <w:lang w:val="ru-RU"/>
              </w:rPr>
              <w:t>класс</w:t>
            </w:r>
          </w:p>
        </w:tc>
        <w:tc>
          <w:tcPr>
            <w:tcW w:w="3402" w:type="dxa"/>
          </w:tcPr>
          <w:p w:rsidR="0019003B" w:rsidRDefault="00DF25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Особенности английских сокращений</w:t>
            </w:r>
          </w:p>
        </w:tc>
        <w:tc>
          <w:tcPr>
            <w:tcW w:w="3685" w:type="dxa"/>
          </w:tcPr>
          <w:p w:rsidR="0019003B" w:rsidRPr="00BF2B37" w:rsidRDefault="00DF25D7" w:rsidP="00BF2B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>
              <w:t xml:space="preserve">МБОУ </w:t>
            </w:r>
            <w:r w:rsidR="00BF2B37">
              <w:rPr>
                <w:lang w:val="ru-RU"/>
              </w:rPr>
              <w:t>«</w:t>
            </w:r>
            <w:r>
              <w:t>Гимназия №183</w:t>
            </w:r>
            <w:r w:rsidR="00BF2B37">
              <w:rPr>
                <w:lang w:val="ru-RU"/>
              </w:rPr>
              <w:t>»</w:t>
            </w:r>
          </w:p>
        </w:tc>
        <w:tc>
          <w:tcPr>
            <w:tcW w:w="3685" w:type="dxa"/>
          </w:tcPr>
          <w:p w:rsidR="0019003B" w:rsidRPr="00BF2B37" w:rsidRDefault="00DF25D7" w:rsidP="00BF2B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F25D7">
              <w:rPr>
                <w:lang w:val="ru-RU"/>
              </w:rPr>
              <w:t>Мустафина Лейсан Ринатовна,</w:t>
            </w:r>
            <w:r w:rsidR="00BF2B37">
              <w:rPr>
                <w:lang w:val="ru-RU"/>
              </w:rPr>
              <w:t xml:space="preserve"> </w:t>
            </w:r>
            <w:r w:rsidR="00BF2B37" w:rsidRPr="00DF25D7">
              <w:rPr>
                <w:lang w:val="ru-RU"/>
              </w:rPr>
              <w:t xml:space="preserve">учитель 1 кв.кат. англ. яз. </w:t>
            </w:r>
            <w:r w:rsidRPr="00BF2B37">
              <w:rPr>
                <w:lang w:val="ru-RU"/>
              </w:rPr>
              <w:t>Саляхова Альбина Маслявеевна</w:t>
            </w:r>
            <w:r w:rsidR="00BF2B37">
              <w:rPr>
                <w:lang w:val="ru-RU"/>
              </w:rPr>
              <w:t xml:space="preserve">, </w:t>
            </w:r>
            <w:r w:rsidR="00BF2B37" w:rsidRPr="00DF25D7">
              <w:rPr>
                <w:lang w:val="ru-RU"/>
              </w:rPr>
              <w:t>учитель 1 кв.кат. англ. яз.</w:t>
            </w:r>
          </w:p>
        </w:tc>
      </w:tr>
      <w:tr w:rsidR="0019003B" w:rsidRPr="000E13B0" w:rsidTr="00C93B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19003B" w:rsidRPr="003C45D6" w:rsidRDefault="003C45D6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2835" w:type="dxa"/>
          </w:tcPr>
          <w:p w:rsidR="0019003B" w:rsidRDefault="00BF2B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Фатхуллина Адиля</w:t>
            </w:r>
            <w:r>
              <w:rPr>
                <w:lang w:val="ru-RU"/>
              </w:rPr>
              <w:t> </w:t>
            </w:r>
            <w:r w:rsidR="00DF25D7">
              <w:t>Маратовна, 7 класс</w:t>
            </w:r>
          </w:p>
        </w:tc>
        <w:tc>
          <w:tcPr>
            <w:tcW w:w="3402" w:type="dxa"/>
          </w:tcPr>
          <w:p w:rsidR="0019003B" w:rsidRPr="00DF25D7" w:rsidRDefault="00DF25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F25D7">
              <w:rPr>
                <w:lang w:val="ru-RU"/>
              </w:rPr>
              <w:t>Современные формы обращений в английском и русском языках</w:t>
            </w:r>
          </w:p>
        </w:tc>
        <w:tc>
          <w:tcPr>
            <w:tcW w:w="3685" w:type="dxa"/>
          </w:tcPr>
          <w:p w:rsidR="0019003B" w:rsidRPr="00DF25D7" w:rsidRDefault="00DF25D7" w:rsidP="00BF2B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F25D7">
              <w:rPr>
                <w:lang w:val="ru-RU"/>
              </w:rPr>
              <w:t xml:space="preserve">МБОУ </w:t>
            </w:r>
            <w:r w:rsidR="00BF2B37">
              <w:rPr>
                <w:lang w:val="ru-RU"/>
              </w:rPr>
              <w:t>«</w:t>
            </w:r>
            <w:r w:rsidRPr="00DF25D7">
              <w:rPr>
                <w:lang w:val="ru-RU"/>
              </w:rPr>
              <w:t>Многопрофильная школа № 181</w:t>
            </w:r>
            <w:r w:rsidR="00BF2B37">
              <w:rPr>
                <w:lang w:val="ru-RU"/>
              </w:rPr>
              <w:t>»</w:t>
            </w:r>
            <w:r w:rsidRPr="00DF25D7">
              <w:rPr>
                <w:lang w:val="ru-RU"/>
              </w:rPr>
              <w:t xml:space="preserve"> Советского района </w:t>
            </w:r>
            <w:r w:rsidR="00DD0962">
              <w:rPr>
                <w:lang w:val="ru-RU"/>
              </w:rPr>
              <w:t>г. Казани</w:t>
            </w:r>
          </w:p>
        </w:tc>
        <w:tc>
          <w:tcPr>
            <w:tcW w:w="3685" w:type="dxa"/>
          </w:tcPr>
          <w:p w:rsidR="0019003B" w:rsidRPr="00DF25D7" w:rsidRDefault="00DF25D7" w:rsidP="00BF2B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F25D7">
              <w:rPr>
                <w:lang w:val="ru-RU"/>
              </w:rPr>
              <w:t>Гараева Динара Борисовна, учитель английского языка 1</w:t>
            </w:r>
            <w:r w:rsidR="00BF2B37">
              <w:rPr>
                <w:lang w:val="ru-RU"/>
              </w:rPr>
              <w:t> </w:t>
            </w:r>
            <w:r w:rsidRPr="00DF25D7">
              <w:rPr>
                <w:lang w:val="ru-RU"/>
              </w:rPr>
              <w:t>квалификационной категории</w:t>
            </w:r>
          </w:p>
        </w:tc>
      </w:tr>
      <w:tr w:rsidR="0019003B" w:rsidTr="00C93B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19003B" w:rsidRPr="003C45D6" w:rsidRDefault="003C45D6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2835" w:type="dxa"/>
          </w:tcPr>
          <w:p w:rsidR="0019003B" w:rsidRDefault="00BF2B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Демидова Дина</w:t>
            </w:r>
            <w:r>
              <w:rPr>
                <w:lang w:val="ru-RU"/>
              </w:rPr>
              <w:t> </w:t>
            </w:r>
            <w:r w:rsidR="00DF25D7">
              <w:t>Ивановна, 7 класс</w:t>
            </w:r>
          </w:p>
        </w:tc>
        <w:tc>
          <w:tcPr>
            <w:tcW w:w="3402" w:type="dxa"/>
          </w:tcPr>
          <w:p w:rsidR="0019003B" w:rsidRDefault="00DF25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Гаджеты в современном мире</w:t>
            </w:r>
          </w:p>
        </w:tc>
        <w:tc>
          <w:tcPr>
            <w:tcW w:w="3685" w:type="dxa"/>
          </w:tcPr>
          <w:p w:rsidR="0019003B" w:rsidRPr="00BF2B37" w:rsidRDefault="00DF25D7" w:rsidP="00BF2B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>
              <w:t xml:space="preserve">МАОУ </w:t>
            </w:r>
            <w:r w:rsidR="00BF2B37">
              <w:rPr>
                <w:lang w:val="ru-RU"/>
              </w:rPr>
              <w:t>«</w:t>
            </w:r>
            <w:r>
              <w:t>Лицей№131</w:t>
            </w:r>
            <w:r w:rsidR="00BF2B37">
              <w:rPr>
                <w:lang w:val="ru-RU"/>
              </w:rPr>
              <w:t>»</w:t>
            </w:r>
          </w:p>
        </w:tc>
        <w:tc>
          <w:tcPr>
            <w:tcW w:w="3685" w:type="dxa"/>
          </w:tcPr>
          <w:p w:rsidR="0019003B" w:rsidRDefault="00DF25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Серебрякова Марина Геннадьевна</w:t>
            </w:r>
          </w:p>
        </w:tc>
      </w:tr>
      <w:tr w:rsidR="0019003B" w:rsidRPr="000E13B0" w:rsidTr="00C93B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19003B" w:rsidRPr="003C45D6" w:rsidRDefault="003C45D6">
            <w:pPr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2835" w:type="dxa"/>
          </w:tcPr>
          <w:p w:rsidR="0019003B" w:rsidRDefault="00BF2B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Искендерова Ясмин</w:t>
            </w:r>
            <w:r>
              <w:rPr>
                <w:lang w:val="ru-RU"/>
              </w:rPr>
              <w:t> </w:t>
            </w:r>
            <w:r w:rsidR="00DF25D7">
              <w:t>Расимовна, 7 класс</w:t>
            </w:r>
          </w:p>
        </w:tc>
        <w:tc>
          <w:tcPr>
            <w:tcW w:w="3402" w:type="dxa"/>
          </w:tcPr>
          <w:p w:rsidR="0019003B" w:rsidRPr="00DF25D7" w:rsidRDefault="00DF25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F25D7">
              <w:rPr>
                <w:lang w:val="ru-RU"/>
              </w:rPr>
              <w:t>Спорт в королевской семье Великобритании</w:t>
            </w:r>
          </w:p>
        </w:tc>
        <w:tc>
          <w:tcPr>
            <w:tcW w:w="3685" w:type="dxa"/>
          </w:tcPr>
          <w:p w:rsidR="0019003B" w:rsidRPr="00BF2B37" w:rsidRDefault="00DF25D7" w:rsidP="00BF2B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>
              <w:t xml:space="preserve">МАОУ </w:t>
            </w:r>
            <w:r w:rsidR="00BF2B37">
              <w:rPr>
                <w:lang w:val="ru-RU"/>
              </w:rPr>
              <w:t>«</w:t>
            </w:r>
            <w:r>
              <w:t>Лицей №131</w:t>
            </w:r>
            <w:r w:rsidR="00BF2B37">
              <w:rPr>
                <w:lang w:val="ru-RU"/>
              </w:rPr>
              <w:t>»</w:t>
            </w:r>
          </w:p>
        </w:tc>
        <w:tc>
          <w:tcPr>
            <w:tcW w:w="3685" w:type="dxa"/>
          </w:tcPr>
          <w:p w:rsidR="0019003B" w:rsidRPr="00DF25D7" w:rsidRDefault="00DF25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F25D7">
              <w:rPr>
                <w:lang w:val="ru-RU"/>
              </w:rPr>
              <w:t>Серебрякова Марина Геннадьевна, учитель английского языка</w:t>
            </w:r>
          </w:p>
        </w:tc>
      </w:tr>
      <w:tr w:rsidR="0019003B" w:rsidTr="00C93B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19003B" w:rsidRPr="003C45D6" w:rsidRDefault="003C45D6">
            <w:pPr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2835" w:type="dxa"/>
          </w:tcPr>
          <w:p w:rsidR="0019003B" w:rsidRDefault="00A777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Шакирова София</w:t>
            </w:r>
            <w:r>
              <w:rPr>
                <w:lang w:val="ru-RU"/>
              </w:rPr>
              <w:t> </w:t>
            </w:r>
            <w:r w:rsidR="00DF25D7">
              <w:t>Андреевна, 6 класс</w:t>
            </w:r>
          </w:p>
        </w:tc>
        <w:tc>
          <w:tcPr>
            <w:tcW w:w="3402" w:type="dxa"/>
          </w:tcPr>
          <w:p w:rsidR="0019003B" w:rsidRPr="00DF25D7" w:rsidRDefault="00DF25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F25D7">
              <w:rPr>
                <w:lang w:val="ru-RU"/>
              </w:rPr>
              <w:t>Диминутивность в русском и английском языках на примере сказки Г.</w:t>
            </w:r>
            <w:r w:rsidR="00A77728">
              <w:rPr>
                <w:lang w:val="ru-RU"/>
              </w:rPr>
              <w:t> </w:t>
            </w:r>
            <w:r w:rsidRPr="00DF25D7">
              <w:rPr>
                <w:lang w:val="ru-RU"/>
              </w:rPr>
              <w:t>Х.</w:t>
            </w:r>
            <w:r w:rsidR="00A77728">
              <w:rPr>
                <w:lang w:val="ru-RU"/>
              </w:rPr>
              <w:t> </w:t>
            </w:r>
            <w:r w:rsidRPr="00DF25D7">
              <w:rPr>
                <w:lang w:val="ru-RU"/>
              </w:rPr>
              <w:t>Андерсена «Девочка со спичками»</w:t>
            </w:r>
          </w:p>
        </w:tc>
        <w:tc>
          <w:tcPr>
            <w:tcW w:w="3685" w:type="dxa"/>
          </w:tcPr>
          <w:p w:rsidR="0019003B" w:rsidRPr="00DF25D7" w:rsidRDefault="00DF25D7" w:rsidP="00A777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F25D7">
              <w:rPr>
                <w:lang w:val="ru-RU"/>
              </w:rPr>
              <w:t xml:space="preserve">МБОУ </w:t>
            </w:r>
            <w:r w:rsidR="00A77728">
              <w:rPr>
                <w:lang w:val="ru-RU"/>
              </w:rPr>
              <w:t>«</w:t>
            </w:r>
            <w:r w:rsidRPr="00DF25D7">
              <w:rPr>
                <w:lang w:val="ru-RU"/>
              </w:rPr>
              <w:t>Татарская гимназия №17 имени Г.</w:t>
            </w:r>
            <w:r w:rsidR="00A77728">
              <w:rPr>
                <w:lang w:val="ru-RU"/>
              </w:rPr>
              <w:t> </w:t>
            </w:r>
            <w:r w:rsidRPr="00DF25D7">
              <w:rPr>
                <w:lang w:val="ru-RU"/>
              </w:rPr>
              <w:t>Ибрагимова</w:t>
            </w:r>
            <w:r w:rsidR="00A77728">
              <w:rPr>
                <w:lang w:val="ru-RU"/>
              </w:rPr>
              <w:t>»</w:t>
            </w:r>
            <w:r w:rsidRPr="00DF25D7">
              <w:rPr>
                <w:lang w:val="ru-RU"/>
              </w:rPr>
              <w:t xml:space="preserve"> Московского района </w:t>
            </w:r>
            <w:r w:rsidR="00DD0962">
              <w:rPr>
                <w:lang w:val="ru-RU"/>
              </w:rPr>
              <w:t>г. Казани</w:t>
            </w:r>
          </w:p>
        </w:tc>
        <w:tc>
          <w:tcPr>
            <w:tcW w:w="3685" w:type="dxa"/>
          </w:tcPr>
          <w:p w:rsidR="0019003B" w:rsidRDefault="00DF25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Хайбуллина Гузял Назыровна</w:t>
            </w:r>
          </w:p>
        </w:tc>
      </w:tr>
      <w:tr w:rsidR="0019003B" w:rsidRPr="000E13B0" w:rsidTr="00C93B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19003B" w:rsidRPr="003C45D6" w:rsidRDefault="003C45D6">
            <w:pPr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2835" w:type="dxa"/>
          </w:tcPr>
          <w:p w:rsidR="0019003B" w:rsidRDefault="005B61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Гайнутдинова Юлия</w:t>
            </w:r>
            <w:r>
              <w:rPr>
                <w:lang w:val="ru-RU"/>
              </w:rPr>
              <w:t> </w:t>
            </w:r>
            <w:r w:rsidR="00DF25D7">
              <w:t>Артуровна, 7 класс</w:t>
            </w:r>
          </w:p>
        </w:tc>
        <w:tc>
          <w:tcPr>
            <w:tcW w:w="3402" w:type="dxa"/>
          </w:tcPr>
          <w:p w:rsidR="0019003B" w:rsidRPr="00DF25D7" w:rsidRDefault="00DF25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F25D7">
              <w:rPr>
                <w:lang w:val="ru-RU"/>
              </w:rPr>
              <w:t>Значение и происхождение немецких фамилий</w:t>
            </w:r>
          </w:p>
        </w:tc>
        <w:tc>
          <w:tcPr>
            <w:tcW w:w="3685" w:type="dxa"/>
          </w:tcPr>
          <w:p w:rsidR="0019003B" w:rsidRPr="00DF25D7" w:rsidRDefault="00DF25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F25D7">
              <w:rPr>
                <w:lang w:val="ru-RU"/>
              </w:rPr>
              <w:t xml:space="preserve">МБОУ «Средняя общеобразовательная школа №72 с углубленным изучением немецкого языка» Советского района </w:t>
            </w:r>
            <w:r w:rsidR="00DD0962">
              <w:rPr>
                <w:lang w:val="ru-RU"/>
              </w:rPr>
              <w:t>г. Казани</w:t>
            </w:r>
          </w:p>
        </w:tc>
        <w:tc>
          <w:tcPr>
            <w:tcW w:w="3685" w:type="dxa"/>
          </w:tcPr>
          <w:p w:rsidR="0019003B" w:rsidRPr="00DF25D7" w:rsidRDefault="005B61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>
              <w:rPr>
                <w:lang w:val="ru-RU"/>
              </w:rPr>
              <w:t>Фахертдинова Гузелия </w:t>
            </w:r>
            <w:r w:rsidR="00DF25D7" w:rsidRPr="00DF25D7">
              <w:rPr>
                <w:lang w:val="ru-RU"/>
              </w:rPr>
              <w:t>Ришатовна, учитель немецкого языка</w:t>
            </w:r>
          </w:p>
        </w:tc>
      </w:tr>
      <w:tr w:rsidR="00D4345F" w:rsidRPr="000E13B0" w:rsidTr="00C93B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D4345F" w:rsidRDefault="00D4345F" w:rsidP="00D4345F">
            <w:pPr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2835" w:type="dxa"/>
          </w:tcPr>
          <w:p w:rsidR="00D4345F" w:rsidRDefault="00D4345F" w:rsidP="00D434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Хабутдинов Карим</w:t>
            </w:r>
            <w:r>
              <w:rPr>
                <w:lang w:val="ru-RU"/>
              </w:rPr>
              <w:t> </w:t>
            </w:r>
            <w:r>
              <w:t>Айдарович, 7 класс</w:t>
            </w:r>
          </w:p>
        </w:tc>
        <w:tc>
          <w:tcPr>
            <w:tcW w:w="3402" w:type="dxa"/>
          </w:tcPr>
          <w:p w:rsidR="00D4345F" w:rsidRPr="00DF25D7" w:rsidRDefault="00D4345F" w:rsidP="00D434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F25D7">
              <w:rPr>
                <w:lang w:val="ru-RU"/>
              </w:rPr>
              <w:t>Английские принты как способ самовыражения</w:t>
            </w:r>
          </w:p>
        </w:tc>
        <w:tc>
          <w:tcPr>
            <w:tcW w:w="3685" w:type="dxa"/>
          </w:tcPr>
          <w:p w:rsidR="00D4345F" w:rsidRPr="00BF2B37" w:rsidRDefault="00D4345F" w:rsidP="00D434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>
              <w:t xml:space="preserve">МАОУ </w:t>
            </w:r>
            <w:r>
              <w:rPr>
                <w:lang w:val="ru-RU"/>
              </w:rPr>
              <w:t>«</w:t>
            </w:r>
            <w:r>
              <w:t>Лицей №131</w:t>
            </w:r>
            <w:r>
              <w:rPr>
                <w:lang w:val="ru-RU"/>
              </w:rPr>
              <w:t>»</w:t>
            </w:r>
          </w:p>
        </w:tc>
        <w:tc>
          <w:tcPr>
            <w:tcW w:w="3685" w:type="dxa"/>
          </w:tcPr>
          <w:p w:rsidR="00D4345F" w:rsidRPr="00DF25D7" w:rsidRDefault="00D4345F" w:rsidP="00D434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F25D7">
              <w:rPr>
                <w:lang w:val="ru-RU"/>
              </w:rPr>
              <w:t>Серебрякова Марина Геннадьевна, учитель английского языка</w:t>
            </w:r>
          </w:p>
        </w:tc>
      </w:tr>
    </w:tbl>
    <w:p w:rsidR="00E9053F" w:rsidRPr="00E9053F" w:rsidRDefault="00E9053F" w:rsidP="00E9053F">
      <w:pPr>
        <w:pStyle w:val="1"/>
        <w:jc w:val="center"/>
        <w:rPr>
          <w:lang w:val="ru-RU"/>
        </w:rPr>
      </w:pPr>
      <w:r w:rsidRPr="00E9053F">
        <w:rPr>
          <w:lang w:val="ru-RU"/>
        </w:rPr>
        <w:lastRenderedPageBreak/>
        <w:t>Секция</w:t>
      </w:r>
      <w:r w:rsidRPr="00E9053F">
        <w:rPr>
          <w:lang w:val="ru-RU"/>
        </w:rPr>
        <w:br/>
        <w:t>Иностранные языки</w:t>
      </w:r>
      <w:r>
        <w:rPr>
          <w:lang w:val="ru-RU"/>
        </w:rPr>
        <w:t xml:space="preserve"> 2</w:t>
      </w:r>
    </w:p>
    <w:p w:rsidR="00E9053F" w:rsidRDefault="00E9053F" w:rsidP="00E9053F">
      <w:pPr>
        <w:spacing w:after="0"/>
        <w:ind w:right="225"/>
        <w:jc w:val="both"/>
        <w:rPr>
          <w:lang w:val="ru-RU"/>
        </w:rPr>
      </w:pPr>
      <w:r w:rsidRPr="00F14086">
        <w:rPr>
          <w:b/>
          <w:lang w:val="ru-RU"/>
        </w:rPr>
        <w:t>Руководитель секции</w:t>
      </w:r>
      <w:r>
        <w:rPr>
          <w:lang w:val="ru-RU"/>
        </w:rPr>
        <w:t xml:space="preserve"> </w:t>
      </w:r>
      <w:r w:rsidR="003C45D6" w:rsidRPr="003C45D6">
        <w:rPr>
          <w:lang w:val="ru-RU"/>
        </w:rPr>
        <w:t>Хайбуллина Гузял Назыровна, учитель английского языка вы</w:t>
      </w:r>
      <w:r w:rsidR="003C45D6">
        <w:rPr>
          <w:lang w:val="ru-RU"/>
        </w:rPr>
        <w:t>сшей квалификационной категории</w:t>
      </w:r>
      <w:r w:rsidR="003C45D6">
        <w:rPr>
          <w:lang w:val="ru-RU"/>
        </w:rPr>
        <w:br/>
      </w:r>
      <w:r w:rsidR="003C45D6" w:rsidRPr="003C45D6">
        <w:rPr>
          <w:lang w:val="ru-RU"/>
        </w:rPr>
        <w:t xml:space="preserve">МБОУ </w:t>
      </w:r>
      <w:r w:rsidR="003C45D6">
        <w:rPr>
          <w:lang w:val="ru-RU"/>
        </w:rPr>
        <w:t>«</w:t>
      </w:r>
      <w:r w:rsidR="003C45D6" w:rsidRPr="003C45D6">
        <w:rPr>
          <w:lang w:val="ru-RU"/>
        </w:rPr>
        <w:t>Татарская гимназия №17 имени Г.</w:t>
      </w:r>
      <w:r w:rsidR="003C45D6">
        <w:rPr>
          <w:lang w:val="ru-RU"/>
        </w:rPr>
        <w:t> </w:t>
      </w:r>
      <w:r w:rsidR="003C45D6" w:rsidRPr="003C45D6">
        <w:rPr>
          <w:lang w:val="ru-RU"/>
        </w:rPr>
        <w:t>Ибрагимова</w:t>
      </w:r>
      <w:r w:rsidR="003C45D6">
        <w:rPr>
          <w:lang w:val="ru-RU"/>
        </w:rPr>
        <w:t>»</w:t>
      </w:r>
      <w:r w:rsidR="003C45D6" w:rsidRPr="003C45D6">
        <w:rPr>
          <w:lang w:val="ru-RU"/>
        </w:rPr>
        <w:t xml:space="preserve"> Московского района г.</w:t>
      </w:r>
      <w:r w:rsidR="003C45D6">
        <w:rPr>
          <w:lang w:val="ru-RU"/>
        </w:rPr>
        <w:t> </w:t>
      </w:r>
      <w:r w:rsidR="003C45D6" w:rsidRPr="003C45D6">
        <w:rPr>
          <w:lang w:val="ru-RU"/>
        </w:rPr>
        <w:t>Казани</w:t>
      </w:r>
    </w:p>
    <w:p w:rsidR="00E9053F" w:rsidRPr="00F14086" w:rsidRDefault="00E9053F" w:rsidP="00E9053F">
      <w:pPr>
        <w:spacing w:after="0"/>
        <w:rPr>
          <w:b/>
          <w:lang w:val="ru-RU"/>
        </w:rPr>
      </w:pPr>
      <w:r w:rsidRPr="00F14086">
        <w:rPr>
          <w:b/>
          <w:lang w:val="ru-RU"/>
        </w:rPr>
        <w:t>Члены жюри</w:t>
      </w:r>
    </w:p>
    <w:p w:rsidR="00E9053F" w:rsidRPr="0081386D" w:rsidRDefault="003C45D6" w:rsidP="003C45D6">
      <w:pPr>
        <w:pStyle w:val="ae"/>
        <w:numPr>
          <w:ilvl w:val="0"/>
          <w:numId w:val="10"/>
        </w:numPr>
        <w:spacing w:after="0" w:line="240" w:lineRule="auto"/>
        <w:jc w:val="both"/>
        <w:rPr>
          <w:lang w:val="ru-RU"/>
        </w:rPr>
      </w:pPr>
      <w:r w:rsidRPr="003C45D6">
        <w:rPr>
          <w:szCs w:val="24"/>
          <w:lang w:val="ru-RU"/>
        </w:rPr>
        <w:t>Аксёнова Йолдыз Гумеровна, заместитель директора по ВР, учитель английского языка первой квалификационной категории МАОУ</w:t>
      </w:r>
      <w:r>
        <w:rPr>
          <w:szCs w:val="24"/>
          <w:lang w:val="ru-RU"/>
        </w:rPr>
        <w:t> </w:t>
      </w:r>
      <w:r w:rsidRPr="003C45D6">
        <w:rPr>
          <w:szCs w:val="24"/>
          <w:lang w:val="ru-RU"/>
        </w:rPr>
        <w:t>«Лицей № 131»</w:t>
      </w:r>
    </w:p>
    <w:p w:rsidR="00E9053F" w:rsidRPr="00990303" w:rsidRDefault="003C45D6" w:rsidP="00990303">
      <w:pPr>
        <w:pStyle w:val="ae"/>
        <w:numPr>
          <w:ilvl w:val="0"/>
          <w:numId w:val="10"/>
        </w:numPr>
        <w:spacing w:after="120" w:line="240" w:lineRule="auto"/>
        <w:jc w:val="both"/>
        <w:rPr>
          <w:lang w:val="ru-RU"/>
        </w:rPr>
      </w:pPr>
      <w:r w:rsidRPr="003C45D6">
        <w:rPr>
          <w:szCs w:val="24"/>
          <w:lang w:val="ru-RU"/>
        </w:rPr>
        <w:t>Бариева Луиза Каюмовна, учитель английского языка высшей квалификационной категории МАОУ «Лицей №131»</w:t>
      </w:r>
    </w:p>
    <w:p w:rsidR="00990303" w:rsidRPr="00990303" w:rsidRDefault="00990303" w:rsidP="00990303">
      <w:pPr>
        <w:spacing w:after="240" w:line="240" w:lineRule="auto"/>
        <w:jc w:val="both"/>
        <w:rPr>
          <w:b/>
          <w:lang w:val="ru-RU"/>
        </w:rPr>
      </w:pPr>
      <w:r w:rsidRPr="00990303">
        <w:rPr>
          <w:b/>
          <w:lang w:val="ru-RU"/>
        </w:rPr>
        <w:t>Аудитория 14</w:t>
      </w:r>
    </w:p>
    <w:tbl>
      <w:tblPr>
        <w:tblStyle w:val="14"/>
        <w:tblW w:w="0" w:type="auto"/>
        <w:tblLook w:val="04A0" w:firstRow="1" w:lastRow="0" w:firstColumn="1" w:lastColumn="0" w:noHBand="0" w:noVBand="1"/>
      </w:tblPr>
      <w:tblGrid>
        <w:gridCol w:w="567"/>
        <w:gridCol w:w="2835"/>
        <w:gridCol w:w="3402"/>
        <w:gridCol w:w="3685"/>
        <w:gridCol w:w="3685"/>
      </w:tblGrid>
      <w:tr w:rsidR="00E9053F" w:rsidTr="003A04A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E9053F" w:rsidRDefault="00E9053F" w:rsidP="003A04A4">
            <w:r>
              <w:t>№</w:t>
            </w:r>
          </w:p>
        </w:tc>
        <w:tc>
          <w:tcPr>
            <w:tcW w:w="2835" w:type="dxa"/>
          </w:tcPr>
          <w:p w:rsidR="00E9053F" w:rsidRDefault="00E9053F" w:rsidP="003A04A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ФИО докладчика</w:t>
            </w:r>
          </w:p>
        </w:tc>
        <w:tc>
          <w:tcPr>
            <w:tcW w:w="3402" w:type="dxa"/>
          </w:tcPr>
          <w:p w:rsidR="00E9053F" w:rsidRDefault="00E9053F" w:rsidP="003A04A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Название работы</w:t>
            </w:r>
          </w:p>
        </w:tc>
        <w:tc>
          <w:tcPr>
            <w:tcW w:w="3685" w:type="dxa"/>
          </w:tcPr>
          <w:p w:rsidR="00E9053F" w:rsidRDefault="00E9053F" w:rsidP="003A04A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Образовательная организация докладчика</w:t>
            </w:r>
          </w:p>
        </w:tc>
        <w:tc>
          <w:tcPr>
            <w:tcW w:w="3685" w:type="dxa"/>
          </w:tcPr>
          <w:p w:rsidR="00E9053F" w:rsidRDefault="00E9053F" w:rsidP="003A04A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Научный руководитель</w:t>
            </w:r>
          </w:p>
        </w:tc>
      </w:tr>
      <w:tr w:rsidR="00D4345F" w:rsidRPr="001C1F25" w:rsidTr="003A04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D4345F" w:rsidRPr="003C45D6" w:rsidRDefault="00D4345F" w:rsidP="00D4345F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835" w:type="dxa"/>
          </w:tcPr>
          <w:p w:rsidR="00D4345F" w:rsidRDefault="00D4345F" w:rsidP="00D434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Донченко Арина</w:t>
            </w:r>
            <w:r>
              <w:rPr>
                <w:lang w:val="ru-RU"/>
              </w:rPr>
              <w:t> </w:t>
            </w:r>
            <w:r>
              <w:t>Денсовна, 10 класс</w:t>
            </w:r>
          </w:p>
        </w:tc>
        <w:tc>
          <w:tcPr>
            <w:tcW w:w="3402" w:type="dxa"/>
          </w:tcPr>
          <w:p w:rsidR="00D4345F" w:rsidRPr="00DF25D7" w:rsidRDefault="00D4345F" w:rsidP="00D434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F25D7">
              <w:rPr>
                <w:lang w:val="ru-RU"/>
              </w:rPr>
              <w:t>Англицизмы в немецком языке и их классификация</w:t>
            </w:r>
          </w:p>
        </w:tc>
        <w:tc>
          <w:tcPr>
            <w:tcW w:w="3685" w:type="dxa"/>
          </w:tcPr>
          <w:p w:rsidR="00D4345F" w:rsidRPr="005B6118" w:rsidRDefault="00D4345F" w:rsidP="00D434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>
              <w:t xml:space="preserve">МАОУ </w:t>
            </w:r>
            <w:r>
              <w:rPr>
                <w:lang w:val="ru-RU"/>
              </w:rPr>
              <w:t>«</w:t>
            </w:r>
            <w:r>
              <w:t>Лицей №131</w:t>
            </w:r>
            <w:r>
              <w:rPr>
                <w:lang w:val="ru-RU"/>
              </w:rPr>
              <w:t>»</w:t>
            </w:r>
          </w:p>
        </w:tc>
        <w:tc>
          <w:tcPr>
            <w:tcW w:w="3685" w:type="dxa"/>
          </w:tcPr>
          <w:p w:rsidR="00D4345F" w:rsidRDefault="00D4345F" w:rsidP="00D434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Кузьмина Наталья Олеговна</w:t>
            </w:r>
          </w:p>
        </w:tc>
      </w:tr>
      <w:tr w:rsidR="00D4345F" w:rsidRPr="000E13B0" w:rsidTr="003A04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D4345F" w:rsidRPr="003C45D6" w:rsidRDefault="00D4345F" w:rsidP="00D4345F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835" w:type="dxa"/>
          </w:tcPr>
          <w:p w:rsidR="00D4345F" w:rsidRPr="00DF25D7" w:rsidRDefault="00D4345F" w:rsidP="00D434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>
              <w:rPr>
                <w:lang w:val="ru-RU"/>
              </w:rPr>
              <w:t>Яруллина Мадина Наилевна, Гизатуллина Ясмина Рамилевна</w:t>
            </w:r>
            <w:r w:rsidRPr="00DF25D7">
              <w:rPr>
                <w:lang w:val="ru-RU"/>
              </w:rPr>
              <w:t>, 7</w:t>
            </w:r>
            <w:r>
              <w:t> </w:t>
            </w:r>
            <w:r w:rsidRPr="00DF25D7">
              <w:rPr>
                <w:lang w:val="ru-RU"/>
              </w:rPr>
              <w:t>класс</w:t>
            </w:r>
          </w:p>
        </w:tc>
        <w:tc>
          <w:tcPr>
            <w:tcW w:w="3402" w:type="dxa"/>
          </w:tcPr>
          <w:p w:rsidR="00D4345F" w:rsidRPr="00DF25D7" w:rsidRDefault="00D4345F" w:rsidP="00D434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F25D7">
              <w:rPr>
                <w:lang w:val="ru-RU"/>
              </w:rPr>
              <w:t xml:space="preserve">Феномен </w:t>
            </w:r>
            <w:r>
              <w:rPr>
                <w:lang w:val="ru-RU"/>
              </w:rPr>
              <w:t xml:space="preserve">Гарри Поттера. </w:t>
            </w:r>
            <w:r w:rsidRPr="00DF25D7">
              <w:rPr>
                <w:lang w:val="ru-RU"/>
              </w:rPr>
              <w:t xml:space="preserve">Сравнение Хогвартса </w:t>
            </w:r>
            <w:r>
              <w:rPr>
                <w:lang w:val="ru-RU"/>
              </w:rPr>
              <w:t>с </w:t>
            </w:r>
            <w:r w:rsidRPr="00DF25D7">
              <w:rPr>
                <w:lang w:val="ru-RU"/>
              </w:rPr>
              <w:t>Лицеем</w:t>
            </w:r>
            <w:r>
              <w:rPr>
                <w:lang w:val="ru-RU"/>
              </w:rPr>
              <w:t> </w:t>
            </w:r>
            <w:r w:rsidRPr="00DF25D7">
              <w:rPr>
                <w:lang w:val="ru-RU"/>
              </w:rPr>
              <w:t>№131</w:t>
            </w:r>
          </w:p>
        </w:tc>
        <w:tc>
          <w:tcPr>
            <w:tcW w:w="3685" w:type="dxa"/>
          </w:tcPr>
          <w:p w:rsidR="00D4345F" w:rsidRPr="00BF2B37" w:rsidRDefault="00D4345F" w:rsidP="00D434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>
              <w:t xml:space="preserve">МАОУ </w:t>
            </w:r>
            <w:r>
              <w:rPr>
                <w:lang w:val="ru-RU"/>
              </w:rPr>
              <w:t>«</w:t>
            </w:r>
            <w:r>
              <w:t>Лицей №131</w:t>
            </w:r>
            <w:r>
              <w:rPr>
                <w:lang w:val="ru-RU"/>
              </w:rPr>
              <w:t>»</w:t>
            </w:r>
          </w:p>
        </w:tc>
        <w:tc>
          <w:tcPr>
            <w:tcW w:w="3685" w:type="dxa"/>
          </w:tcPr>
          <w:p w:rsidR="00D4345F" w:rsidRPr="00DF25D7" w:rsidRDefault="00D4345F" w:rsidP="00D434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F25D7">
              <w:rPr>
                <w:lang w:val="ru-RU"/>
              </w:rPr>
              <w:t>Серебрякова Марина Геннадьевна, учитель английского языка</w:t>
            </w:r>
          </w:p>
        </w:tc>
      </w:tr>
      <w:tr w:rsidR="00D4345F" w:rsidRPr="000E13B0" w:rsidTr="003A04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D4345F" w:rsidRPr="003C45D6" w:rsidRDefault="00D4345F" w:rsidP="00D4345F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2835" w:type="dxa"/>
          </w:tcPr>
          <w:p w:rsidR="00D4345F" w:rsidRDefault="00D4345F" w:rsidP="00D434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Телятникова Милана</w:t>
            </w:r>
            <w:r>
              <w:rPr>
                <w:lang w:val="ru-RU"/>
              </w:rPr>
              <w:t> </w:t>
            </w:r>
            <w:r>
              <w:t>Андреевна, 7 класс</w:t>
            </w:r>
          </w:p>
        </w:tc>
        <w:tc>
          <w:tcPr>
            <w:tcW w:w="3402" w:type="dxa"/>
          </w:tcPr>
          <w:p w:rsidR="00D4345F" w:rsidRPr="00DF25D7" w:rsidRDefault="00D4345F" w:rsidP="00D434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F25D7">
              <w:rPr>
                <w:lang w:val="ru-RU"/>
              </w:rPr>
              <w:t>Сходства и различия в системе образования Великобритании и США</w:t>
            </w:r>
          </w:p>
        </w:tc>
        <w:tc>
          <w:tcPr>
            <w:tcW w:w="3685" w:type="dxa"/>
          </w:tcPr>
          <w:p w:rsidR="00D4345F" w:rsidRPr="005B6118" w:rsidRDefault="00D4345F" w:rsidP="00D434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>
              <w:t xml:space="preserve">МАОУ </w:t>
            </w:r>
            <w:r>
              <w:rPr>
                <w:lang w:val="ru-RU"/>
              </w:rPr>
              <w:t>«</w:t>
            </w:r>
            <w:r>
              <w:t>Лицей №131</w:t>
            </w:r>
            <w:r>
              <w:rPr>
                <w:lang w:val="ru-RU"/>
              </w:rPr>
              <w:t>»</w:t>
            </w:r>
          </w:p>
        </w:tc>
        <w:tc>
          <w:tcPr>
            <w:tcW w:w="3685" w:type="dxa"/>
          </w:tcPr>
          <w:p w:rsidR="00D4345F" w:rsidRPr="00DF25D7" w:rsidRDefault="00D4345F" w:rsidP="00D434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F25D7">
              <w:rPr>
                <w:lang w:val="ru-RU"/>
              </w:rPr>
              <w:t>Серебрякова Марина Геннадьевна, учитель английского языка</w:t>
            </w:r>
          </w:p>
        </w:tc>
      </w:tr>
      <w:tr w:rsidR="00D4345F" w:rsidRPr="000E13B0" w:rsidTr="003A04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D4345F" w:rsidRPr="003C45D6" w:rsidRDefault="00D4345F" w:rsidP="00D4345F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2835" w:type="dxa"/>
          </w:tcPr>
          <w:p w:rsidR="00D4345F" w:rsidRDefault="00D4345F" w:rsidP="00D434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Халикова Рената</w:t>
            </w:r>
            <w:r>
              <w:rPr>
                <w:lang w:val="ru-RU"/>
              </w:rPr>
              <w:t> </w:t>
            </w:r>
            <w:r>
              <w:t>Шамилевна, 8 класс</w:t>
            </w:r>
          </w:p>
        </w:tc>
        <w:tc>
          <w:tcPr>
            <w:tcW w:w="3402" w:type="dxa"/>
          </w:tcPr>
          <w:p w:rsidR="00D4345F" w:rsidRPr="00DF25D7" w:rsidRDefault="00D4345F" w:rsidP="00D434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F25D7">
              <w:rPr>
                <w:lang w:val="ru-RU"/>
              </w:rPr>
              <w:t xml:space="preserve">Разновидности переводческих трансформаций на примере перевода английского поэтического текста Уолтера де ла Мэра «Снег» </w:t>
            </w:r>
          </w:p>
        </w:tc>
        <w:tc>
          <w:tcPr>
            <w:tcW w:w="3685" w:type="dxa"/>
          </w:tcPr>
          <w:p w:rsidR="00D4345F" w:rsidRPr="00BF2B37" w:rsidRDefault="00D4345F" w:rsidP="00D434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>
              <w:t xml:space="preserve">МБОУ </w:t>
            </w:r>
            <w:r>
              <w:rPr>
                <w:lang w:val="ru-RU"/>
              </w:rPr>
              <w:t>«</w:t>
            </w:r>
            <w:r>
              <w:t>Гимназия № 179</w:t>
            </w:r>
            <w:r>
              <w:rPr>
                <w:lang w:val="ru-RU"/>
              </w:rPr>
              <w:t xml:space="preserve"> – </w:t>
            </w:r>
            <w:r>
              <w:t>центр образования</w:t>
            </w:r>
            <w:r>
              <w:rPr>
                <w:lang w:val="ru-RU"/>
              </w:rPr>
              <w:t>»</w:t>
            </w:r>
          </w:p>
        </w:tc>
        <w:tc>
          <w:tcPr>
            <w:tcW w:w="3685" w:type="dxa"/>
          </w:tcPr>
          <w:p w:rsidR="00D4345F" w:rsidRPr="00DF25D7" w:rsidRDefault="00D4345F" w:rsidP="00D434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F25D7">
              <w:rPr>
                <w:lang w:val="ru-RU"/>
              </w:rPr>
              <w:t>Калмыкова Оксана Анатольевна, учитель английского языка высшей квалификационной категории</w:t>
            </w:r>
          </w:p>
        </w:tc>
      </w:tr>
      <w:tr w:rsidR="00D4345F" w:rsidRPr="000E13B0" w:rsidTr="003A04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D4345F" w:rsidRPr="003C45D6" w:rsidRDefault="00D4345F" w:rsidP="00D4345F">
            <w:pPr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2835" w:type="dxa"/>
          </w:tcPr>
          <w:p w:rsidR="00D4345F" w:rsidRDefault="00D4345F" w:rsidP="00D434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Чопурян Диана</w:t>
            </w:r>
            <w:r>
              <w:rPr>
                <w:lang w:val="ru-RU"/>
              </w:rPr>
              <w:t> </w:t>
            </w:r>
            <w:r>
              <w:t>Грагатовна, 9 класс</w:t>
            </w:r>
          </w:p>
        </w:tc>
        <w:tc>
          <w:tcPr>
            <w:tcW w:w="3402" w:type="dxa"/>
          </w:tcPr>
          <w:p w:rsidR="00D4345F" w:rsidRPr="00DF25D7" w:rsidRDefault="00D4345F" w:rsidP="00D434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F25D7">
              <w:rPr>
                <w:lang w:val="ru-RU"/>
              </w:rPr>
              <w:t>Отражение национальных черт англичан в пословицах и поговорках</w:t>
            </w:r>
          </w:p>
        </w:tc>
        <w:tc>
          <w:tcPr>
            <w:tcW w:w="3685" w:type="dxa"/>
          </w:tcPr>
          <w:p w:rsidR="00D4345F" w:rsidRPr="00DF25D7" w:rsidRDefault="00D4345F" w:rsidP="00D434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F25D7">
              <w:rPr>
                <w:lang w:val="ru-RU"/>
              </w:rPr>
              <w:t xml:space="preserve">МБОУ </w:t>
            </w:r>
            <w:r>
              <w:rPr>
                <w:lang w:val="ru-RU"/>
              </w:rPr>
              <w:t>«</w:t>
            </w:r>
            <w:r w:rsidRPr="00DF25D7">
              <w:rPr>
                <w:lang w:val="ru-RU"/>
              </w:rPr>
              <w:t>Гимназия № 28</w:t>
            </w:r>
            <w:r>
              <w:rPr>
                <w:lang w:val="ru-RU"/>
              </w:rPr>
              <w:t>»</w:t>
            </w:r>
            <w:r w:rsidRPr="00DF25D7">
              <w:rPr>
                <w:lang w:val="ru-RU"/>
              </w:rPr>
              <w:t xml:space="preserve"> Вахитовского района </w:t>
            </w:r>
            <w:r>
              <w:rPr>
                <w:lang w:val="ru-RU"/>
              </w:rPr>
              <w:t>г. Казани</w:t>
            </w:r>
          </w:p>
        </w:tc>
        <w:tc>
          <w:tcPr>
            <w:tcW w:w="3685" w:type="dxa"/>
          </w:tcPr>
          <w:p w:rsidR="00D4345F" w:rsidRPr="00DF25D7" w:rsidRDefault="00D4345F" w:rsidP="00D434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F25D7">
              <w:rPr>
                <w:lang w:val="ru-RU"/>
              </w:rPr>
              <w:t xml:space="preserve">Сибгатуллина Эльвира Дамировна, учитель английского языка </w:t>
            </w:r>
            <w:r>
              <w:t>I</w:t>
            </w:r>
            <w:r w:rsidRPr="00DF25D7">
              <w:rPr>
                <w:lang w:val="ru-RU"/>
              </w:rPr>
              <w:t xml:space="preserve"> квалификационной категории </w:t>
            </w:r>
          </w:p>
        </w:tc>
      </w:tr>
      <w:tr w:rsidR="00D4345F" w:rsidTr="003A04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D4345F" w:rsidRPr="003C45D6" w:rsidRDefault="00D4345F" w:rsidP="00D4345F">
            <w:pPr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2835" w:type="dxa"/>
          </w:tcPr>
          <w:p w:rsidR="00D4345F" w:rsidRDefault="00D4345F" w:rsidP="00D434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Газизова Сания</w:t>
            </w:r>
            <w:r>
              <w:rPr>
                <w:lang w:val="ru-RU"/>
              </w:rPr>
              <w:t> </w:t>
            </w:r>
            <w:r>
              <w:t>Рустемовна, 8 класс</w:t>
            </w:r>
          </w:p>
        </w:tc>
        <w:tc>
          <w:tcPr>
            <w:tcW w:w="3402" w:type="dxa"/>
          </w:tcPr>
          <w:p w:rsidR="00D4345F" w:rsidRPr="00DF25D7" w:rsidRDefault="00D4345F" w:rsidP="00D434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F25D7">
              <w:rPr>
                <w:lang w:val="ru-RU"/>
              </w:rPr>
              <w:t>Сопоставительный анализ пословиц и фразеологизмов в русском и немецком языках</w:t>
            </w:r>
          </w:p>
        </w:tc>
        <w:tc>
          <w:tcPr>
            <w:tcW w:w="3685" w:type="dxa"/>
          </w:tcPr>
          <w:p w:rsidR="00D4345F" w:rsidRPr="00DF25D7" w:rsidRDefault="00D4345F" w:rsidP="00D434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F25D7">
              <w:rPr>
                <w:lang w:val="ru-RU"/>
              </w:rPr>
              <w:t xml:space="preserve">МБОУ «Средняя общеобразовательная школа №72 с углубленным изучением немецкого языка» Советского района </w:t>
            </w:r>
            <w:r>
              <w:rPr>
                <w:lang w:val="ru-RU"/>
              </w:rPr>
              <w:t>г. Казани</w:t>
            </w:r>
          </w:p>
        </w:tc>
        <w:tc>
          <w:tcPr>
            <w:tcW w:w="3685" w:type="dxa"/>
          </w:tcPr>
          <w:p w:rsidR="00D4345F" w:rsidRDefault="00D4345F" w:rsidP="00D434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Ерохина Яна Игоревна</w:t>
            </w:r>
          </w:p>
        </w:tc>
      </w:tr>
      <w:tr w:rsidR="00D4345F" w:rsidTr="003A04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D4345F" w:rsidRPr="003C45D6" w:rsidRDefault="00D4345F" w:rsidP="00D4345F">
            <w:pPr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2835" w:type="dxa"/>
          </w:tcPr>
          <w:p w:rsidR="00D4345F" w:rsidRDefault="00D4345F" w:rsidP="00D434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Фаляхова Карина</w:t>
            </w:r>
            <w:r>
              <w:rPr>
                <w:lang w:val="ru-RU"/>
              </w:rPr>
              <w:t> </w:t>
            </w:r>
            <w:r>
              <w:t>Ренатовна, 10 класс</w:t>
            </w:r>
          </w:p>
        </w:tc>
        <w:tc>
          <w:tcPr>
            <w:tcW w:w="3402" w:type="dxa"/>
          </w:tcPr>
          <w:p w:rsidR="00D4345F" w:rsidRPr="00DF25D7" w:rsidRDefault="00D4345F" w:rsidP="00D434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F25D7">
              <w:rPr>
                <w:lang w:val="ru-RU"/>
              </w:rPr>
              <w:t>Ошибки и ляпы в названиях и слоганах</w:t>
            </w:r>
            <w:r>
              <w:rPr>
                <w:lang w:val="ru-RU"/>
              </w:rPr>
              <w:t xml:space="preserve"> </w:t>
            </w:r>
            <w:r w:rsidRPr="00DF25D7">
              <w:rPr>
                <w:lang w:val="ru-RU"/>
              </w:rPr>
              <w:t>известных компаний</w:t>
            </w:r>
          </w:p>
        </w:tc>
        <w:tc>
          <w:tcPr>
            <w:tcW w:w="3685" w:type="dxa"/>
          </w:tcPr>
          <w:p w:rsidR="00D4345F" w:rsidRPr="00D8645E" w:rsidRDefault="00D4345F" w:rsidP="00D434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>
              <w:t>МБОУ</w:t>
            </w:r>
            <w:r>
              <w:rPr>
                <w:lang w:val="ru-RU"/>
              </w:rPr>
              <w:t xml:space="preserve"> «</w:t>
            </w:r>
            <w:r>
              <w:t>Школа №54</w:t>
            </w:r>
            <w:r>
              <w:rPr>
                <w:lang w:val="ru-RU"/>
              </w:rPr>
              <w:t>»</w:t>
            </w:r>
          </w:p>
        </w:tc>
        <w:tc>
          <w:tcPr>
            <w:tcW w:w="3685" w:type="dxa"/>
          </w:tcPr>
          <w:p w:rsidR="00D4345F" w:rsidRDefault="00D4345F" w:rsidP="00D434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Мамедова Назира Ибрагимовна</w:t>
            </w:r>
          </w:p>
        </w:tc>
      </w:tr>
      <w:tr w:rsidR="00D4345F" w:rsidRPr="000E13B0" w:rsidTr="003A04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D4345F" w:rsidRPr="003C45D6" w:rsidRDefault="00D4345F" w:rsidP="00D4345F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8</w:t>
            </w:r>
          </w:p>
        </w:tc>
        <w:tc>
          <w:tcPr>
            <w:tcW w:w="2835" w:type="dxa"/>
          </w:tcPr>
          <w:p w:rsidR="00D4345F" w:rsidRPr="00DF25D7" w:rsidRDefault="00D4345F" w:rsidP="00D4345F">
            <w:pPr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>
              <w:rPr>
                <w:lang w:val="ru-RU"/>
              </w:rPr>
              <w:t>Габдрахимов Амир Русланович, Федоров Лев </w:t>
            </w:r>
            <w:r w:rsidRPr="00DF25D7">
              <w:rPr>
                <w:lang w:val="ru-RU"/>
              </w:rPr>
              <w:t>Николаевич, 9</w:t>
            </w:r>
            <w:r>
              <w:t> </w:t>
            </w:r>
            <w:r w:rsidRPr="00DF25D7">
              <w:rPr>
                <w:lang w:val="ru-RU"/>
              </w:rPr>
              <w:t>класс</w:t>
            </w:r>
          </w:p>
        </w:tc>
        <w:tc>
          <w:tcPr>
            <w:tcW w:w="3402" w:type="dxa"/>
          </w:tcPr>
          <w:p w:rsidR="00D4345F" w:rsidRPr="00DF25D7" w:rsidRDefault="00D4345F" w:rsidP="00D4345F">
            <w:pPr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F25D7">
              <w:rPr>
                <w:lang w:val="ru-RU"/>
              </w:rPr>
              <w:t>Любимые немецкие праздники и их происхождение</w:t>
            </w:r>
          </w:p>
        </w:tc>
        <w:tc>
          <w:tcPr>
            <w:tcW w:w="3685" w:type="dxa"/>
          </w:tcPr>
          <w:p w:rsidR="00D4345F" w:rsidRPr="005B6118" w:rsidRDefault="00D4345F" w:rsidP="00D4345F">
            <w:pPr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>
              <w:t xml:space="preserve">МАОУ </w:t>
            </w:r>
            <w:r>
              <w:rPr>
                <w:lang w:val="ru-RU"/>
              </w:rPr>
              <w:t>«</w:t>
            </w:r>
            <w:r>
              <w:t>Лицей № 131</w:t>
            </w:r>
            <w:r>
              <w:rPr>
                <w:lang w:val="ru-RU"/>
              </w:rPr>
              <w:t>»</w:t>
            </w:r>
          </w:p>
        </w:tc>
        <w:tc>
          <w:tcPr>
            <w:tcW w:w="3685" w:type="dxa"/>
          </w:tcPr>
          <w:p w:rsidR="00D4345F" w:rsidRPr="00DF25D7" w:rsidRDefault="00D4345F" w:rsidP="00D4345F">
            <w:pPr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F25D7">
              <w:rPr>
                <w:lang w:val="ru-RU"/>
              </w:rPr>
              <w:t>Кузьмина Наталья Олеговна, учитель английского и немецкого языков, высшая категория</w:t>
            </w:r>
          </w:p>
        </w:tc>
      </w:tr>
    </w:tbl>
    <w:p w:rsidR="00E9053F" w:rsidRPr="00990303" w:rsidRDefault="00E9053F" w:rsidP="00E9053F">
      <w:pPr>
        <w:pStyle w:val="1"/>
        <w:jc w:val="center"/>
        <w:rPr>
          <w:lang w:val="ru-RU"/>
        </w:rPr>
      </w:pPr>
      <w:r w:rsidRPr="00E9053F">
        <w:rPr>
          <w:lang w:val="ru-RU"/>
        </w:rPr>
        <w:lastRenderedPageBreak/>
        <w:t>Секция</w:t>
      </w:r>
      <w:r w:rsidRPr="00E9053F">
        <w:rPr>
          <w:lang w:val="ru-RU"/>
        </w:rPr>
        <w:br/>
        <w:t xml:space="preserve">Иностранные языки </w:t>
      </w:r>
      <w:r w:rsidRPr="00990303">
        <w:rPr>
          <w:lang w:val="ru-RU"/>
        </w:rPr>
        <w:t>3</w:t>
      </w:r>
    </w:p>
    <w:p w:rsidR="00E9053F" w:rsidRDefault="00E9053F" w:rsidP="00E9053F">
      <w:pPr>
        <w:spacing w:after="0"/>
        <w:ind w:right="225"/>
        <w:jc w:val="both"/>
        <w:rPr>
          <w:lang w:val="ru-RU"/>
        </w:rPr>
      </w:pPr>
      <w:r w:rsidRPr="00F14086">
        <w:rPr>
          <w:b/>
          <w:lang w:val="ru-RU"/>
        </w:rPr>
        <w:t>Руководитель секции</w:t>
      </w:r>
      <w:r>
        <w:rPr>
          <w:lang w:val="ru-RU"/>
        </w:rPr>
        <w:t xml:space="preserve"> </w:t>
      </w:r>
      <w:r w:rsidR="00990303" w:rsidRPr="00990303">
        <w:rPr>
          <w:lang w:val="ru-RU"/>
        </w:rPr>
        <w:t>Гималетдинова Гульнара Камилевна, доцент кафедры романо-германской филологии Института филологии и межкультурной коммуникации КФУ</w:t>
      </w:r>
    </w:p>
    <w:p w:rsidR="00E9053F" w:rsidRPr="00F14086" w:rsidRDefault="00E9053F" w:rsidP="00E9053F">
      <w:pPr>
        <w:spacing w:after="0"/>
        <w:rPr>
          <w:b/>
          <w:lang w:val="ru-RU"/>
        </w:rPr>
      </w:pPr>
      <w:r w:rsidRPr="00F14086">
        <w:rPr>
          <w:b/>
          <w:lang w:val="ru-RU"/>
        </w:rPr>
        <w:t>Члены жюри</w:t>
      </w:r>
    </w:p>
    <w:p w:rsidR="00E9053F" w:rsidRPr="0081386D" w:rsidRDefault="00990303" w:rsidP="00990303">
      <w:pPr>
        <w:pStyle w:val="ae"/>
        <w:numPr>
          <w:ilvl w:val="0"/>
          <w:numId w:val="10"/>
        </w:numPr>
        <w:spacing w:after="0" w:line="240" w:lineRule="auto"/>
        <w:jc w:val="both"/>
        <w:rPr>
          <w:lang w:val="ru-RU"/>
        </w:rPr>
      </w:pPr>
      <w:r w:rsidRPr="00990303">
        <w:rPr>
          <w:szCs w:val="24"/>
          <w:lang w:val="ru-RU"/>
        </w:rPr>
        <w:t>Серебрякова Марина Геннадьевна, учитель английского языка высшей квалификационной категории МАОУ «Лицей №131»</w:t>
      </w:r>
    </w:p>
    <w:p w:rsidR="00E9053F" w:rsidRPr="00990303" w:rsidRDefault="00990303" w:rsidP="00990303">
      <w:pPr>
        <w:pStyle w:val="ae"/>
        <w:numPr>
          <w:ilvl w:val="0"/>
          <w:numId w:val="10"/>
        </w:numPr>
        <w:spacing w:after="120" w:line="240" w:lineRule="auto"/>
        <w:jc w:val="both"/>
        <w:rPr>
          <w:lang w:val="ru-RU"/>
        </w:rPr>
      </w:pPr>
      <w:r>
        <w:rPr>
          <w:szCs w:val="24"/>
          <w:lang w:val="ru-RU"/>
        </w:rPr>
        <w:t>Рябец Александра Валерьевна</w:t>
      </w:r>
      <w:r w:rsidR="00E9053F" w:rsidRPr="00E9053F">
        <w:rPr>
          <w:szCs w:val="24"/>
          <w:lang w:val="ru-RU"/>
        </w:rPr>
        <w:t xml:space="preserve">, учитель </w:t>
      </w:r>
      <w:r>
        <w:rPr>
          <w:szCs w:val="24"/>
          <w:lang w:val="ru-RU"/>
        </w:rPr>
        <w:t xml:space="preserve">английского языка первой </w:t>
      </w:r>
      <w:r w:rsidR="00E9053F" w:rsidRPr="00E9053F">
        <w:rPr>
          <w:szCs w:val="24"/>
          <w:lang w:val="ru-RU"/>
        </w:rPr>
        <w:t>квалификационной категории МАОУ «Лицей №131»</w:t>
      </w:r>
    </w:p>
    <w:p w:rsidR="00990303" w:rsidRPr="00990303" w:rsidRDefault="00990303" w:rsidP="00990303">
      <w:pPr>
        <w:spacing w:after="240" w:line="240" w:lineRule="auto"/>
        <w:jc w:val="both"/>
        <w:rPr>
          <w:b/>
          <w:lang w:val="ru-RU"/>
        </w:rPr>
      </w:pPr>
      <w:r w:rsidRPr="00990303">
        <w:rPr>
          <w:b/>
          <w:lang w:val="ru-RU"/>
        </w:rPr>
        <w:t>Аудитория 16</w:t>
      </w:r>
    </w:p>
    <w:tbl>
      <w:tblPr>
        <w:tblStyle w:val="14"/>
        <w:tblW w:w="0" w:type="auto"/>
        <w:tblLook w:val="04A0" w:firstRow="1" w:lastRow="0" w:firstColumn="1" w:lastColumn="0" w:noHBand="0" w:noVBand="1"/>
      </w:tblPr>
      <w:tblGrid>
        <w:gridCol w:w="567"/>
        <w:gridCol w:w="2835"/>
        <w:gridCol w:w="3402"/>
        <w:gridCol w:w="3685"/>
        <w:gridCol w:w="3685"/>
      </w:tblGrid>
      <w:tr w:rsidR="00E9053F" w:rsidTr="003A04A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E9053F" w:rsidRDefault="00E9053F" w:rsidP="003A04A4">
            <w:r>
              <w:t>№</w:t>
            </w:r>
          </w:p>
        </w:tc>
        <w:tc>
          <w:tcPr>
            <w:tcW w:w="2835" w:type="dxa"/>
          </w:tcPr>
          <w:p w:rsidR="00E9053F" w:rsidRDefault="00E9053F" w:rsidP="003A04A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ФИО докладчика</w:t>
            </w:r>
          </w:p>
        </w:tc>
        <w:tc>
          <w:tcPr>
            <w:tcW w:w="3402" w:type="dxa"/>
          </w:tcPr>
          <w:p w:rsidR="00E9053F" w:rsidRDefault="00E9053F" w:rsidP="003A04A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Название работы</w:t>
            </w:r>
          </w:p>
        </w:tc>
        <w:tc>
          <w:tcPr>
            <w:tcW w:w="3685" w:type="dxa"/>
          </w:tcPr>
          <w:p w:rsidR="00E9053F" w:rsidRDefault="00E9053F" w:rsidP="003A04A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Образовательная организация докладчика</w:t>
            </w:r>
          </w:p>
        </w:tc>
        <w:tc>
          <w:tcPr>
            <w:tcW w:w="3685" w:type="dxa"/>
          </w:tcPr>
          <w:p w:rsidR="00E9053F" w:rsidRDefault="00E9053F" w:rsidP="003A04A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Научный руководитель</w:t>
            </w:r>
          </w:p>
        </w:tc>
      </w:tr>
      <w:tr w:rsidR="00E9053F" w:rsidRPr="000E13B0" w:rsidTr="003A04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E9053F" w:rsidRPr="00552288" w:rsidRDefault="00552288" w:rsidP="003A04A4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835" w:type="dxa"/>
          </w:tcPr>
          <w:p w:rsidR="00E9053F" w:rsidRDefault="00E9053F" w:rsidP="003A04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Аглиуллин Арслан</w:t>
            </w:r>
            <w:r>
              <w:rPr>
                <w:lang w:val="ru-RU"/>
              </w:rPr>
              <w:t> </w:t>
            </w:r>
            <w:r>
              <w:t>Маратович</w:t>
            </w:r>
            <w:r w:rsidR="008462C6">
              <w:t>,</w:t>
            </w:r>
            <w:r>
              <w:t xml:space="preserve"> 10 класс</w:t>
            </w:r>
          </w:p>
        </w:tc>
        <w:tc>
          <w:tcPr>
            <w:tcW w:w="3402" w:type="dxa"/>
          </w:tcPr>
          <w:p w:rsidR="00E9053F" w:rsidRPr="00DF25D7" w:rsidRDefault="00E9053F" w:rsidP="003A04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F25D7">
              <w:rPr>
                <w:lang w:val="ru-RU"/>
              </w:rPr>
              <w:t>Как социальные сети способств</w:t>
            </w:r>
            <w:r>
              <w:rPr>
                <w:lang w:val="ru-RU"/>
              </w:rPr>
              <w:t>уют пассивному изучению языков?</w:t>
            </w:r>
          </w:p>
        </w:tc>
        <w:tc>
          <w:tcPr>
            <w:tcW w:w="3685" w:type="dxa"/>
          </w:tcPr>
          <w:p w:rsidR="00E9053F" w:rsidRPr="00BF2B37" w:rsidRDefault="00E9053F" w:rsidP="003A04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>
              <w:t xml:space="preserve">МБОУ </w:t>
            </w:r>
            <w:r>
              <w:rPr>
                <w:lang w:val="ru-RU"/>
              </w:rPr>
              <w:t>«</w:t>
            </w:r>
            <w:r>
              <w:t>Школа № 89</w:t>
            </w:r>
            <w:r>
              <w:rPr>
                <w:lang w:val="ru-RU"/>
              </w:rPr>
              <w:t>»</w:t>
            </w:r>
          </w:p>
        </w:tc>
        <w:tc>
          <w:tcPr>
            <w:tcW w:w="3685" w:type="dxa"/>
          </w:tcPr>
          <w:p w:rsidR="00E9053F" w:rsidRPr="00DF25D7" w:rsidRDefault="00E9053F" w:rsidP="003A04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F25D7">
              <w:rPr>
                <w:lang w:val="ru-RU"/>
              </w:rPr>
              <w:t>Ахметгалиева Венера Гильмутдиновна, учитель английского языка первой категории</w:t>
            </w:r>
          </w:p>
        </w:tc>
      </w:tr>
      <w:tr w:rsidR="00E9053F" w:rsidRPr="000E13B0" w:rsidTr="003A04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E9053F" w:rsidRPr="00552288" w:rsidRDefault="00552288" w:rsidP="003A04A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835" w:type="dxa"/>
          </w:tcPr>
          <w:p w:rsidR="00E9053F" w:rsidRDefault="00E9053F" w:rsidP="003A04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Кузнецова Юлия</w:t>
            </w:r>
            <w:r>
              <w:rPr>
                <w:lang w:val="ru-RU"/>
              </w:rPr>
              <w:t> </w:t>
            </w:r>
            <w:r>
              <w:t>Евгеньевна, 11 класс</w:t>
            </w:r>
          </w:p>
        </w:tc>
        <w:tc>
          <w:tcPr>
            <w:tcW w:w="3402" w:type="dxa"/>
          </w:tcPr>
          <w:p w:rsidR="00E9053F" w:rsidRPr="00DF25D7" w:rsidRDefault="00E9053F" w:rsidP="003A04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F25D7">
              <w:rPr>
                <w:lang w:val="ru-RU"/>
              </w:rPr>
              <w:t>Современный англоязычный Пушкин: стратегии репрезентации</w:t>
            </w:r>
            <w:r>
              <w:rPr>
                <w:lang w:val="ru-RU"/>
              </w:rPr>
              <w:t xml:space="preserve"> </w:t>
            </w:r>
            <w:r w:rsidRPr="00DF25D7">
              <w:rPr>
                <w:lang w:val="ru-RU"/>
              </w:rPr>
              <w:t>(На основе анализа переводов «Письма Татьяны к Онегину»)</w:t>
            </w:r>
          </w:p>
        </w:tc>
        <w:tc>
          <w:tcPr>
            <w:tcW w:w="3685" w:type="dxa"/>
          </w:tcPr>
          <w:p w:rsidR="00E9053F" w:rsidRPr="00DF25D7" w:rsidRDefault="008262BD" w:rsidP="003A04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>
              <w:rPr>
                <w:lang w:val="ru-RU"/>
              </w:rPr>
              <w:t xml:space="preserve">МБОУ </w:t>
            </w:r>
            <w:r w:rsidR="00E9053F" w:rsidRPr="00DF25D7">
              <w:rPr>
                <w:lang w:val="ru-RU"/>
              </w:rPr>
              <w:t xml:space="preserve">«Средняя общеобразовательная школа №167 с углубленным изучением отдельных предметов» Советского района </w:t>
            </w:r>
            <w:r w:rsidR="00E9053F">
              <w:rPr>
                <w:lang w:val="ru-RU"/>
              </w:rPr>
              <w:t>г. Казани</w:t>
            </w:r>
          </w:p>
        </w:tc>
        <w:tc>
          <w:tcPr>
            <w:tcW w:w="3685" w:type="dxa"/>
          </w:tcPr>
          <w:p w:rsidR="00E9053F" w:rsidRPr="00DF25D7" w:rsidRDefault="00E9053F" w:rsidP="003A04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F25D7">
              <w:rPr>
                <w:lang w:val="ru-RU"/>
              </w:rPr>
              <w:t>Маматкулова Гульназ Гамировна, учитель английского языка, высшая кв.категория</w:t>
            </w:r>
          </w:p>
        </w:tc>
      </w:tr>
      <w:tr w:rsidR="00E9053F" w:rsidRPr="000E13B0" w:rsidTr="003A04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E9053F" w:rsidRPr="00552288" w:rsidRDefault="00552288" w:rsidP="003A04A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2835" w:type="dxa"/>
          </w:tcPr>
          <w:p w:rsidR="00E9053F" w:rsidRPr="00D4345F" w:rsidRDefault="00D4345F" w:rsidP="003A04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>
              <w:t>Вафина Мария</w:t>
            </w:r>
            <w:r>
              <w:rPr>
                <w:lang w:val="ru-RU"/>
              </w:rPr>
              <w:t> </w:t>
            </w:r>
            <w:r w:rsidRPr="00D4345F">
              <w:t>Руслановна</w:t>
            </w:r>
            <w:r>
              <w:rPr>
                <w:lang w:val="ru-RU"/>
              </w:rPr>
              <w:t>, 10 класс</w:t>
            </w:r>
          </w:p>
        </w:tc>
        <w:tc>
          <w:tcPr>
            <w:tcW w:w="3402" w:type="dxa"/>
          </w:tcPr>
          <w:p w:rsidR="00E9053F" w:rsidRPr="00DF25D7" w:rsidRDefault="00D4345F" w:rsidP="003A04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4345F">
              <w:rPr>
                <w:lang w:val="ru-RU"/>
              </w:rPr>
              <w:t>Австралийская литература</w:t>
            </w:r>
          </w:p>
        </w:tc>
        <w:tc>
          <w:tcPr>
            <w:tcW w:w="3685" w:type="dxa"/>
          </w:tcPr>
          <w:p w:rsidR="00E9053F" w:rsidRPr="005B6118" w:rsidRDefault="00D4345F" w:rsidP="00D434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4345F">
              <w:rPr>
                <w:lang w:val="ru-RU"/>
              </w:rPr>
              <w:t xml:space="preserve">МАОУ </w:t>
            </w:r>
            <w:r>
              <w:rPr>
                <w:lang w:val="ru-RU"/>
              </w:rPr>
              <w:t>«</w:t>
            </w:r>
            <w:r w:rsidRPr="00D4345F">
              <w:rPr>
                <w:lang w:val="ru-RU"/>
              </w:rPr>
              <w:t>СОШ №39</w:t>
            </w:r>
            <w:r>
              <w:rPr>
                <w:lang w:val="ru-RU"/>
              </w:rPr>
              <w:t>»</w:t>
            </w:r>
          </w:p>
        </w:tc>
        <w:tc>
          <w:tcPr>
            <w:tcW w:w="3685" w:type="dxa"/>
          </w:tcPr>
          <w:p w:rsidR="00E9053F" w:rsidRPr="00D4345F" w:rsidRDefault="00D4345F" w:rsidP="003A04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4345F">
              <w:rPr>
                <w:lang w:val="ru-RU"/>
              </w:rPr>
              <w:t>Дроздова Елена Анатольевна, учитель</w:t>
            </w:r>
            <w:r w:rsidRPr="00D4345F">
              <w:t> </w:t>
            </w:r>
            <w:r w:rsidRPr="00D4345F">
              <w:rPr>
                <w:lang w:val="ru-RU"/>
              </w:rPr>
              <w:t>английского языка</w:t>
            </w:r>
          </w:p>
        </w:tc>
      </w:tr>
      <w:tr w:rsidR="00E9053F" w:rsidRPr="000E13B0" w:rsidTr="003A04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E9053F" w:rsidRPr="00552288" w:rsidRDefault="00552288" w:rsidP="003A04A4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2835" w:type="dxa"/>
          </w:tcPr>
          <w:p w:rsidR="00E9053F" w:rsidRDefault="00E9053F" w:rsidP="003A04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Ахметшина Рената</w:t>
            </w:r>
            <w:r>
              <w:rPr>
                <w:lang w:val="ru-RU"/>
              </w:rPr>
              <w:t> </w:t>
            </w:r>
            <w:r>
              <w:t>Айратовна, 10 класс</w:t>
            </w:r>
          </w:p>
        </w:tc>
        <w:tc>
          <w:tcPr>
            <w:tcW w:w="3402" w:type="dxa"/>
          </w:tcPr>
          <w:p w:rsidR="00E9053F" w:rsidRDefault="00E9053F" w:rsidP="003A04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История Великобритании в архитектуре</w:t>
            </w:r>
          </w:p>
        </w:tc>
        <w:tc>
          <w:tcPr>
            <w:tcW w:w="3685" w:type="dxa"/>
          </w:tcPr>
          <w:p w:rsidR="00E9053F" w:rsidRPr="005B6118" w:rsidRDefault="00E9053F" w:rsidP="003A04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>
              <w:t xml:space="preserve">МАОУ </w:t>
            </w:r>
            <w:r>
              <w:rPr>
                <w:lang w:val="ru-RU"/>
              </w:rPr>
              <w:t>«</w:t>
            </w:r>
            <w:r>
              <w:t>Лицей №131</w:t>
            </w:r>
            <w:r>
              <w:rPr>
                <w:lang w:val="ru-RU"/>
              </w:rPr>
              <w:t>»</w:t>
            </w:r>
          </w:p>
        </w:tc>
        <w:tc>
          <w:tcPr>
            <w:tcW w:w="3685" w:type="dxa"/>
          </w:tcPr>
          <w:p w:rsidR="00E9053F" w:rsidRPr="00DF25D7" w:rsidRDefault="00E9053F" w:rsidP="003A04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>
              <w:rPr>
                <w:lang w:val="ru-RU"/>
              </w:rPr>
              <w:t>Солнышкова Таисия </w:t>
            </w:r>
            <w:r w:rsidRPr="00DF25D7">
              <w:rPr>
                <w:lang w:val="ru-RU"/>
              </w:rPr>
              <w:t>Станиславовна, учитель английского языка</w:t>
            </w:r>
          </w:p>
        </w:tc>
      </w:tr>
      <w:tr w:rsidR="00F61F27" w:rsidRPr="000E13B0" w:rsidTr="003A04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F61F27" w:rsidRPr="00552288" w:rsidRDefault="00F61F27" w:rsidP="00F61F27">
            <w:pPr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2835" w:type="dxa"/>
          </w:tcPr>
          <w:p w:rsidR="00F61F27" w:rsidRPr="00D4345F" w:rsidRDefault="00F61F27" w:rsidP="00F61F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>
              <w:t>Шагивалеев Тимур</w:t>
            </w:r>
            <w:r>
              <w:rPr>
                <w:lang w:val="ru-RU"/>
              </w:rPr>
              <w:t> </w:t>
            </w:r>
            <w:r w:rsidRPr="00D4345F">
              <w:t>Фаридович</w:t>
            </w:r>
            <w:r>
              <w:rPr>
                <w:lang w:val="ru-RU"/>
              </w:rPr>
              <w:t>, 10 класс</w:t>
            </w:r>
          </w:p>
        </w:tc>
        <w:tc>
          <w:tcPr>
            <w:tcW w:w="3402" w:type="dxa"/>
          </w:tcPr>
          <w:p w:rsidR="00F61F27" w:rsidRPr="00D4345F" w:rsidRDefault="00F61F27" w:rsidP="00F61F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4345F">
              <w:rPr>
                <w:lang w:val="ru-RU"/>
              </w:rPr>
              <w:t xml:space="preserve">Мотив чревоугодия в </w:t>
            </w:r>
            <w:r>
              <w:rPr>
                <w:lang w:val="ru-RU"/>
              </w:rPr>
              <w:t>«</w:t>
            </w:r>
            <w:r w:rsidRPr="00D4345F">
              <w:rPr>
                <w:lang w:val="ru-RU"/>
              </w:rPr>
              <w:t>Кентер</w:t>
            </w:r>
            <w:r>
              <w:rPr>
                <w:lang w:val="ru-RU"/>
              </w:rPr>
              <w:t>берийских рассказах»</w:t>
            </w:r>
            <w:r w:rsidRPr="00D4345F">
              <w:rPr>
                <w:lang w:val="ru-RU"/>
              </w:rPr>
              <w:t xml:space="preserve"> Джеффри Чосера</w:t>
            </w:r>
          </w:p>
        </w:tc>
        <w:tc>
          <w:tcPr>
            <w:tcW w:w="3685" w:type="dxa"/>
          </w:tcPr>
          <w:p w:rsidR="00F61F27" w:rsidRPr="005B6118" w:rsidRDefault="00F61F27" w:rsidP="00F61F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4345F">
              <w:rPr>
                <w:lang w:val="ru-RU"/>
              </w:rPr>
              <w:t xml:space="preserve">МАОУ </w:t>
            </w:r>
            <w:r>
              <w:rPr>
                <w:lang w:val="ru-RU"/>
              </w:rPr>
              <w:t>«</w:t>
            </w:r>
            <w:r w:rsidRPr="00D4345F">
              <w:rPr>
                <w:lang w:val="ru-RU"/>
              </w:rPr>
              <w:t>СОШ №39</w:t>
            </w:r>
            <w:r>
              <w:rPr>
                <w:lang w:val="ru-RU"/>
              </w:rPr>
              <w:t>»</w:t>
            </w:r>
          </w:p>
        </w:tc>
        <w:tc>
          <w:tcPr>
            <w:tcW w:w="3685" w:type="dxa"/>
          </w:tcPr>
          <w:p w:rsidR="00F61F27" w:rsidRPr="00D4345F" w:rsidRDefault="00F61F27" w:rsidP="00F61F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4345F">
              <w:rPr>
                <w:lang w:val="ru-RU"/>
              </w:rPr>
              <w:t>Дроздова Елена Анатольевна, учитель</w:t>
            </w:r>
            <w:r w:rsidRPr="00D4345F">
              <w:t> </w:t>
            </w:r>
            <w:r w:rsidRPr="00D4345F">
              <w:rPr>
                <w:lang w:val="ru-RU"/>
              </w:rPr>
              <w:t>английского языка</w:t>
            </w:r>
          </w:p>
        </w:tc>
      </w:tr>
      <w:tr w:rsidR="00F61F27" w:rsidRPr="000E13B0" w:rsidTr="003A04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F61F27" w:rsidRDefault="00F61F27" w:rsidP="00F61F27">
            <w:pPr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2835" w:type="dxa"/>
          </w:tcPr>
          <w:p w:rsidR="00F61F27" w:rsidRPr="00D4345F" w:rsidRDefault="00F61F27" w:rsidP="00F61F27">
            <w:pPr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4345F">
              <w:rPr>
                <w:lang w:val="ru-RU"/>
              </w:rPr>
              <w:t>Хабриева Людмила</w:t>
            </w:r>
            <w:r>
              <w:rPr>
                <w:lang w:val="ru-RU"/>
              </w:rPr>
              <w:t> </w:t>
            </w:r>
            <w:r w:rsidRPr="00D4345F">
              <w:rPr>
                <w:lang w:val="ru-RU"/>
              </w:rPr>
              <w:t>Фаритовна</w:t>
            </w:r>
            <w:r>
              <w:rPr>
                <w:lang w:val="ru-RU"/>
              </w:rPr>
              <w:t>, 10 класс</w:t>
            </w:r>
          </w:p>
        </w:tc>
        <w:tc>
          <w:tcPr>
            <w:tcW w:w="3402" w:type="dxa"/>
          </w:tcPr>
          <w:p w:rsidR="00F61F27" w:rsidRPr="00D4345F" w:rsidRDefault="00F61F27" w:rsidP="00F61F27">
            <w:pPr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4345F">
              <w:rPr>
                <w:lang w:val="ru-RU"/>
              </w:rPr>
              <w:t>Связь между гендерными изменениями в английском языке и социальными процессами в обществе</w:t>
            </w:r>
          </w:p>
        </w:tc>
        <w:tc>
          <w:tcPr>
            <w:tcW w:w="3685" w:type="dxa"/>
          </w:tcPr>
          <w:p w:rsidR="00F61F27" w:rsidRPr="005B6118" w:rsidRDefault="00F61F27" w:rsidP="00F61F27">
            <w:pPr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4345F">
              <w:rPr>
                <w:lang w:val="ru-RU"/>
              </w:rPr>
              <w:t xml:space="preserve">МАОУ </w:t>
            </w:r>
            <w:r>
              <w:rPr>
                <w:lang w:val="ru-RU"/>
              </w:rPr>
              <w:t>«</w:t>
            </w:r>
            <w:r w:rsidRPr="00D4345F">
              <w:rPr>
                <w:lang w:val="ru-RU"/>
              </w:rPr>
              <w:t>СОШ №39</w:t>
            </w:r>
            <w:r>
              <w:rPr>
                <w:lang w:val="ru-RU"/>
              </w:rPr>
              <w:t>»</w:t>
            </w:r>
          </w:p>
        </w:tc>
        <w:tc>
          <w:tcPr>
            <w:tcW w:w="3685" w:type="dxa"/>
          </w:tcPr>
          <w:p w:rsidR="00F61F27" w:rsidRPr="00D4345F" w:rsidRDefault="00F61F27" w:rsidP="00F61F27">
            <w:pPr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4345F">
              <w:rPr>
                <w:lang w:val="ru-RU"/>
              </w:rPr>
              <w:t>Дроздова Елена Анатольевна, учитель</w:t>
            </w:r>
            <w:r w:rsidRPr="00D4345F">
              <w:t> </w:t>
            </w:r>
            <w:r w:rsidRPr="00D4345F">
              <w:rPr>
                <w:lang w:val="ru-RU"/>
              </w:rPr>
              <w:t>английского языка</w:t>
            </w:r>
          </w:p>
        </w:tc>
      </w:tr>
      <w:tr w:rsidR="00F61F27" w:rsidRPr="000E13B0" w:rsidTr="003A04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F61F27" w:rsidRDefault="00F61F27" w:rsidP="00F61F27">
            <w:pPr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2835" w:type="dxa"/>
          </w:tcPr>
          <w:p w:rsidR="00F61F27" w:rsidRPr="00D4345F" w:rsidRDefault="00F61F27" w:rsidP="00F61F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>
              <w:rPr>
                <w:lang w:val="ru-RU"/>
              </w:rPr>
              <w:t>Супрунова Юлия </w:t>
            </w:r>
            <w:r w:rsidRPr="00D4345F">
              <w:rPr>
                <w:lang w:val="ru-RU"/>
              </w:rPr>
              <w:t>Игоревна</w:t>
            </w:r>
            <w:r>
              <w:rPr>
                <w:lang w:val="ru-RU"/>
              </w:rPr>
              <w:t>, 11 класс</w:t>
            </w:r>
          </w:p>
        </w:tc>
        <w:tc>
          <w:tcPr>
            <w:tcW w:w="3402" w:type="dxa"/>
          </w:tcPr>
          <w:p w:rsidR="00F61F27" w:rsidRPr="00D4345F" w:rsidRDefault="00F61F27" w:rsidP="00F61F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4345F">
              <w:rPr>
                <w:lang w:val="ru-RU"/>
              </w:rPr>
              <w:t>Исторически обусловленные особенности взаимодействия испанского и английского языков</w:t>
            </w:r>
          </w:p>
        </w:tc>
        <w:tc>
          <w:tcPr>
            <w:tcW w:w="3685" w:type="dxa"/>
          </w:tcPr>
          <w:p w:rsidR="00F61F27" w:rsidRPr="00DF25D7" w:rsidRDefault="00F61F27" w:rsidP="00F61F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4345F">
              <w:rPr>
                <w:lang w:val="ru-RU"/>
              </w:rPr>
              <w:t>МБОУ «Лицей №83 – ЦО»</w:t>
            </w:r>
          </w:p>
        </w:tc>
        <w:tc>
          <w:tcPr>
            <w:tcW w:w="3685" w:type="dxa"/>
          </w:tcPr>
          <w:p w:rsidR="00F61F27" w:rsidRPr="00DF25D7" w:rsidRDefault="00F61F27" w:rsidP="00F61F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4345F">
              <w:rPr>
                <w:lang w:val="ru-RU"/>
              </w:rPr>
              <w:t>Мансурова Т.И., учитель английского языка</w:t>
            </w:r>
            <w:r>
              <w:rPr>
                <w:lang w:val="ru-RU"/>
              </w:rPr>
              <w:t>, Овчинникова </w:t>
            </w:r>
            <w:r w:rsidRPr="00D4345F">
              <w:rPr>
                <w:lang w:val="ru-RU"/>
              </w:rPr>
              <w:t>Д.С., учитель испанского языка</w:t>
            </w:r>
          </w:p>
        </w:tc>
      </w:tr>
    </w:tbl>
    <w:p w:rsidR="0019003B" w:rsidRPr="00667926" w:rsidRDefault="00DF25D7">
      <w:pPr>
        <w:pStyle w:val="1"/>
        <w:jc w:val="center"/>
        <w:rPr>
          <w:lang w:val="ru-RU"/>
        </w:rPr>
      </w:pPr>
      <w:r w:rsidRPr="00667926">
        <w:rPr>
          <w:lang w:val="ru-RU"/>
        </w:rPr>
        <w:lastRenderedPageBreak/>
        <w:t>Секция</w:t>
      </w:r>
      <w:r w:rsidRPr="00667926">
        <w:rPr>
          <w:lang w:val="ru-RU"/>
        </w:rPr>
        <w:br/>
        <w:t>Химия</w:t>
      </w:r>
    </w:p>
    <w:p w:rsidR="00D24339" w:rsidRDefault="00D24339" w:rsidP="00D24339">
      <w:pPr>
        <w:spacing w:after="0"/>
        <w:ind w:right="225"/>
        <w:jc w:val="both"/>
        <w:rPr>
          <w:lang w:val="ru-RU"/>
        </w:rPr>
      </w:pPr>
      <w:r w:rsidRPr="00F14086">
        <w:rPr>
          <w:b/>
          <w:lang w:val="ru-RU"/>
        </w:rPr>
        <w:t>Руководитель секции</w:t>
      </w:r>
      <w:r w:rsidR="00B537A5">
        <w:rPr>
          <w:b/>
          <w:lang w:val="ru-RU"/>
        </w:rPr>
        <w:t xml:space="preserve"> </w:t>
      </w:r>
      <w:r w:rsidR="00B537A5" w:rsidRPr="00B537A5">
        <w:rPr>
          <w:lang w:val="ru-RU"/>
        </w:rPr>
        <w:t>Сафонова Эльфия Рустямовна, учитель химии высшей квалификационной категории МАОУ «Лицей №131»</w:t>
      </w:r>
    </w:p>
    <w:p w:rsidR="00D24339" w:rsidRPr="00F14086" w:rsidRDefault="00D24339" w:rsidP="00D24339">
      <w:pPr>
        <w:spacing w:after="0"/>
        <w:rPr>
          <w:b/>
          <w:lang w:val="ru-RU"/>
        </w:rPr>
      </w:pPr>
      <w:r w:rsidRPr="00F14086">
        <w:rPr>
          <w:b/>
          <w:lang w:val="ru-RU"/>
        </w:rPr>
        <w:t>Члены жюри</w:t>
      </w:r>
    </w:p>
    <w:p w:rsidR="00D24339" w:rsidRPr="0081386D" w:rsidRDefault="00B537A5" w:rsidP="00D24339">
      <w:pPr>
        <w:pStyle w:val="ae"/>
        <w:numPr>
          <w:ilvl w:val="0"/>
          <w:numId w:val="10"/>
        </w:numPr>
        <w:spacing w:after="0" w:line="240" w:lineRule="auto"/>
        <w:jc w:val="both"/>
        <w:rPr>
          <w:lang w:val="ru-RU"/>
        </w:rPr>
      </w:pPr>
      <w:r w:rsidRPr="00B537A5">
        <w:rPr>
          <w:lang w:val="ru-RU"/>
        </w:rPr>
        <w:t>Х</w:t>
      </w:r>
      <w:r>
        <w:rPr>
          <w:lang w:val="ru-RU"/>
        </w:rPr>
        <w:t>абибуллина Альфия Блигвардовна, к.х.н., учитель химии высшей квалификационной категории, директор</w:t>
      </w:r>
      <w:r w:rsidR="00D24339" w:rsidRPr="00990303">
        <w:rPr>
          <w:szCs w:val="24"/>
          <w:lang w:val="ru-RU"/>
        </w:rPr>
        <w:t xml:space="preserve"> МАОУ «Лицей №131»</w:t>
      </w:r>
    </w:p>
    <w:p w:rsidR="00D24339" w:rsidRPr="00990303" w:rsidRDefault="00B537A5" w:rsidP="00D24339">
      <w:pPr>
        <w:pStyle w:val="ae"/>
        <w:numPr>
          <w:ilvl w:val="0"/>
          <w:numId w:val="10"/>
        </w:numPr>
        <w:spacing w:after="120" w:line="240" w:lineRule="auto"/>
        <w:jc w:val="both"/>
        <w:rPr>
          <w:lang w:val="ru-RU"/>
        </w:rPr>
      </w:pPr>
      <w:r>
        <w:rPr>
          <w:szCs w:val="24"/>
          <w:lang w:val="ru-RU"/>
        </w:rPr>
        <w:t>Курамшин Булат Камилевич</w:t>
      </w:r>
      <w:r w:rsidR="00D24339" w:rsidRPr="00E9053F">
        <w:rPr>
          <w:szCs w:val="24"/>
          <w:lang w:val="ru-RU"/>
        </w:rPr>
        <w:t xml:space="preserve">, учитель </w:t>
      </w:r>
      <w:r>
        <w:rPr>
          <w:szCs w:val="24"/>
          <w:lang w:val="ru-RU"/>
        </w:rPr>
        <w:t>химии</w:t>
      </w:r>
      <w:r w:rsidR="00D24339" w:rsidRPr="00E9053F">
        <w:rPr>
          <w:szCs w:val="24"/>
          <w:lang w:val="ru-RU"/>
        </w:rPr>
        <w:t xml:space="preserve"> МАОУ «Лицей №131»</w:t>
      </w:r>
    </w:p>
    <w:p w:rsidR="00D24339" w:rsidRPr="00D24339" w:rsidRDefault="00D24339" w:rsidP="00D24339">
      <w:r w:rsidRPr="00990303">
        <w:rPr>
          <w:b/>
          <w:lang w:val="ru-RU"/>
        </w:rPr>
        <w:t>Аудитория</w:t>
      </w:r>
      <w:r>
        <w:rPr>
          <w:b/>
          <w:lang w:val="ru-RU"/>
        </w:rPr>
        <w:t xml:space="preserve"> 45</w:t>
      </w:r>
    </w:p>
    <w:tbl>
      <w:tblPr>
        <w:tblStyle w:val="14"/>
        <w:tblW w:w="0" w:type="auto"/>
        <w:tblLook w:val="04A0" w:firstRow="1" w:lastRow="0" w:firstColumn="1" w:lastColumn="0" w:noHBand="0" w:noVBand="1"/>
      </w:tblPr>
      <w:tblGrid>
        <w:gridCol w:w="567"/>
        <w:gridCol w:w="2901"/>
        <w:gridCol w:w="3402"/>
        <w:gridCol w:w="3685"/>
        <w:gridCol w:w="3685"/>
      </w:tblGrid>
      <w:tr w:rsidR="0019003B" w:rsidTr="0051643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19003B" w:rsidRDefault="00DF25D7">
            <w:r>
              <w:t>№</w:t>
            </w:r>
          </w:p>
        </w:tc>
        <w:tc>
          <w:tcPr>
            <w:tcW w:w="2835" w:type="dxa"/>
          </w:tcPr>
          <w:p w:rsidR="0019003B" w:rsidRDefault="00DF25D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ФИО докладчика</w:t>
            </w:r>
          </w:p>
        </w:tc>
        <w:tc>
          <w:tcPr>
            <w:tcW w:w="3402" w:type="dxa"/>
          </w:tcPr>
          <w:p w:rsidR="0019003B" w:rsidRDefault="00DF25D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Название работы</w:t>
            </w:r>
          </w:p>
        </w:tc>
        <w:tc>
          <w:tcPr>
            <w:tcW w:w="3685" w:type="dxa"/>
          </w:tcPr>
          <w:p w:rsidR="0019003B" w:rsidRDefault="00DF25D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Образовательная организация докладчика</w:t>
            </w:r>
          </w:p>
        </w:tc>
        <w:tc>
          <w:tcPr>
            <w:tcW w:w="3685" w:type="dxa"/>
          </w:tcPr>
          <w:p w:rsidR="0019003B" w:rsidRDefault="00DF25D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Научный руководитель</w:t>
            </w:r>
          </w:p>
        </w:tc>
      </w:tr>
      <w:tr w:rsidR="0019003B" w:rsidRPr="000E13B0" w:rsidTr="005164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19003B" w:rsidRDefault="00DF25D7">
            <w:r>
              <w:t>1</w:t>
            </w:r>
          </w:p>
        </w:tc>
        <w:tc>
          <w:tcPr>
            <w:tcW w:w="2835" w:type="dxa"/>
          </w:tcPr>
          <w:p w:rsidR="0019003B" w:rsidRPr="00DF25D7" w:rsidRDefault="00DF25D7" w:rsidP="005164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F25D7">
              <w:rPr>
                <w:lang w:val="ru-RU"/>
              </w:rPr>
              <w:t>Коврякова Полина</w:t>
            </w:r>
            <w:r w:rsidR="0051643F">
              <w:rPr>
                <w:lang w:val="ru-RU"/>
              </w:rPr>
              <w:t> Алексеевна, Филюшина Лэйла </w:t>
            </w:r>
            <w:r w:rsidRPr="00DF25D7">
              <w:rPr>
                <w:lang w:val="ru-RU"/>
              </w:rPr>
              <w:t>Александровна, 9</w:t>
            </w:r>
            <w:r>
              <w:t> </w:t>
            </w:r>
            <w:r w:rsidRPr="00DF25D7">
              <w:rPr>
                <w:lang w:val="ru-RU"/>
              </w:rPr>
              <w:t>класс</w:t>
            </w:r>
          </w:p>
        </w:tc>
        <w:tc>
          <w:tcPr>
            <w:tcW w:w="3402" w:type="dxa"/>
          </w:tcPr>
          <w:p w:rsidR="0019003B" w:rsidRDefault="00DF25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Оценка качества дезинфицирующих средств</w:t>
            </w:r>
          </w:p>
        </w:tc>
        <w:tc>
          <w:tcPr>
            <w:tcW w:w="3685" w:type="dxa"/>
          </w:tcPr>
          <w:p w:rsidR="0019003B" w:rsidRPr="00DF25D7" w:rsidRDefault="00B46D8E" w:rsidP="005164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>
              <w:rPr>
                <w:lang w:val="ru-RU"/>
              </w:rPr>
              <w:t>МАОУ</w:t>
            </w:r>
            <w:r w:rsidR="0051643F">
              <w:rPr>
                <w:lang w:val="ru-RU"/>
              </w:rPr>
              <w:t xml:space="preserve"> «Гимназия </w:t>
            </w:r>
            <w:r w:rsidR="00DF25D7" w:rsidRPr="00DF25D7">
              <w:rPr>
                <w:lang w:val="ru-RU"/>
              </w:rPr>
              <w:t>37</w:t>
            </w:r>
            <w:r w:rsidR="0051643F">
              <w:rPr>
                <w:lang w:val="ru-RU"/>
              </w:rPr>
              <w:t xml:space="preserve">» </w:t>
            </w:r>
            <w:r w:rsidR="00DF25D7" w:rsidRPr="00DF25D7">
              <w:rPr>
                <w:lang w:val="ru-RU"/>
              </w:rPr>
              <w:t xml:space="preserve">Авиастроительного района </w:t>
            </w:r>
            <w:r w:rsidR="00DD0962">
              <w:rPr>
                <w:lang w:val="ru-RU"/>
              </w:rPr>
              <w:t>г. Казани</w:t>
            </w:r>
          </w:p>
        </w:tc>
        <w:tc>
          <w:tcPr>
            <w:tcW w:w="3685" w:type="dxa"/>
          </w:tcPr>
          <w:p w:rsidR="0019003B" w:rsidRPr="00DF25D7" w:rsidRDefault="00DF25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F25D7">
              <w:rPr>
                <w:lang w:val="ru-RU"/>
              </w:rPr>
              <w:t>Бухарова Анжелика Вячеслвовна, учитель химии высшей кв.категории</w:t>
            </w:r>
          </w:p>
        </w:tc>
      </w:tr>
      <w:tr w:rsidR="0019003B" w:rsidRPr="000E13B0" w:rsidTr="005164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19003B" w:rsidRDefault="00DF25D7">
            <w:r>
              <w:t>2</w:t>
            </w:r>
          </w:p>
        </w:tc>
        <w:tc>
          <w:tcPr>
            <w:tcW w:w="2835" w:type="dxa"/>
          </w:tcPr>
          <w:p w:rsidR="0019003B" w:rsidRDefault="005164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Каримова Диляра </w:t>
            </w:r>
            <w:r w:rsidR="00DF25D7">
              <w:t>Ильгизовна, 11 класс</w:t>
            </w:r>
          </w:p>
        </w:tc>
        <w:tc>
          <w:tcPr>
            <w:tcW w:w="3402" w:type="dxa"/>
          </w:tcPr>
          <w:p w:rsidR="0019003B" w:rsidRPr="00DF25D7" w:rsidRDefault="00DF25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F25D7">
              <w:rPr>
                <w:lang w:val="ru-RU"/>
              </w:rPr>
              <w:t>Оценка содержания потенциально опасных добавок в сырах</w:t>
            </w:r>
          </w:p>
        </w:tc>
        <w:tc>
          <w:tcPr>
            <w:tcW w:w="3685" w:type="dxa"/>
          </w:tcPr>
          <w:p w:rsidR="0019003B" w:rsidRPr="00DF25D7" w:rsidRDefault="00B46D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>
              <w:rPr>
                <w:lang w:val="ru-RU"/>
              </w:rPr>
              <w:t>МАОУ</w:t>
            </w:r>
            <w:r w:rsidR="0051643F">
              <w:rPr>
                <w:lang w:val="ru-RU"/>
              </w:rPr>
              <w:t xml:space="preserve"> «Гимназия №37»</w:t>
            </w:r>
            <w:r w:rsidR="00DF25D7" w:rsidRPr="00DF25D7">
              <w:rPr>
                <w:lang w:val="ru-RU"/>
              </w:rPr>
              <w:t xml:space="preserve"> Авиастроительного района </w:t>
            </w:r>
            <w:r w:rsidR="00DD0962">
              <w:rPr>
                <w:lang w:val="ru-RU"/>
              </w:rPr>
              <w:t>г. Казани</w:t>
            </w:r>
          </w:p>
        </w:tc>
        <w:tc>
          <w:tcPr>
            <w:tcW w:w="3685" w:type="dxa"/>
          </w:tcPr>
          <w:p w:rsidR="0019003B" w:rsidRPr="00DF25D7" w:rsidRDefault="00DF25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F25D7">
              <w:rPr>
                <w:lang w:val="ru-RU"/>
              </w:rPr>
              <w:t>Бухарова Анжелика Вячеславовна, учитель химии высшей кв.категории</w:t>
            </w:r>
          </w:p>
        </w:tc>
      </w:tr>
      <w:tr w:rsidR="0019003B" w:rsidRPr="000E13B0" w:rsidTr="005164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19003B" w:rsidRDefault="00DF25D7">
            <w:r>
              <w:t>3</w:t>
            </w:r>
          </w:p>
        </w:tc>
        <w:tc>
          <w:tcPr>
            <w:tcW w:w="2835" w:type="dxa"/>
          </w:tcPr>
          <w:p w:rsidR="0019003B" w:rsidRPr="00DF25D7" w:rsidRDefault="005164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>
              <w:rPr>
                <w:lang w:val="ru-RU"/>
              </w:rPr>
              <w:t>Боднар Снежана Олеговна, Одилова Рахима </w:t>
            </w:r>
            <w:r w:rsidR="00DF25D7" w:rsidRPr="00DF25D7">
              <w:rPr>
                <w:lang w:val="ru-RU"/>
              </w:rPr>
              <w:t>Махмадкаримовна, 11</w:t>
            </w:r>
            <w:r w:rsidR="00DF25D7">
              <w:t> </w:t>
            </w:r>
            <w:r w:rsidR="00DF25D7" w:rsidRPr="00DF25D7">
              <w:rPr>
                <w:lang w:val="ru-RU"/>
              </w:rPr>
              <w:t>класс</w:t>
            </w:r>
          </w:p>
        </w:tc>
        <w:tc>
          <w:tcPr>
            <w:tcW w:w="3402" w:type="dxa"/>
          </w:tcPr>
          <w:p w:rsidR="0019003B" w:rsidRPr="00DF25D7" w:rsidRDefault="00DF25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F25D7">
              <w:rPr>
                <w:lang w:val="ru-RU"/>
              </w:rPr>
              <w:t>Определение пригодности почвы пришкольного участка для посадки плодово-ягодных культур</w:t>
            </w:r>
          </w:p>
        </w:tc>
        <w:tc>
          <w:tcPr>
            <w:tcW w:w="3685" w:type="dxa"/>
          </w:tcPr>
          <w:p w:rsidR="0019003B" w:rsidRPr="00DF25D7" w:rsidRDefault="00B46D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>
              <w:rPr>
                <w:lang w:val="ru-RU"/>
              </w:rPr>
              <w:t>МАОУ</w:t>
            </w:r>
            <w:r w:rsidR="0051643F">
              <w:rPr>
                <w:lang w:val="ru-RU"/>
              </w:rPr>
              <w:t xml:space="preserve"> «Гимназия №37»</w:t>
            </w:r>
            <w:r w:rsidR="00DF25D7" w:rsidRPr="00DF25D7">
              <w:rPr>
                <w:lang w:val="ru-RU"/>
              </w:rPr>
              <w:t xml:space="preserve"> Авиастроительного района </w:t>
            </w:r>
            <w:r w:rsidR="00DD0962">
              <w:rPr>
                <w:lang w:val="ru-RU"/>
              </w:rPr>
              <w:t>г. Казани</w:t>
            </w:r>
          </w:p>
        </w:tc>
        <w:tc>
          <w:tcPr>
            <w:tcW w:w="3685" w:type="dxa"/>
          </w:tcPr>
          <w:p w:rsidR="0019003B" w:rsidRPr="00DF25D7" w:rsidRDefault="00DF25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F25D7">
              <w:rPr>
                <w:lang w:val="ru-RU"/>
              </w:rPr>
              <w:t>Бухарова Анжелика Вячеславовна, учитель химии высшей кв.категории</w:t>
            </w:r>
          </w:p>
        </w:tc>
      </w:tr>
      <w:tr w:rsidR="0019003B" w:rsidRPr="000E13B0" w:rsidTr="005164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19003B" w:rsidRDefault="00DF25D7">
            <w:r>
              <w:t>4</w:t>
            </w:r>
          </w:p>
        </w:tc>
        <w:tc>
          <w:tcPr>
            <w:tcW w:w="2835" w:type="dxa"/>
          </w:tcPr>
          <w:p w:rsidR="0019003B" w:rsidRDefault="005164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Зырянова Елизавета </w:t>
            </w:r>
            <w:r w:rsidR="00DF25D7">
              <w:t>Михайловна, 10 класс</w:t>
            </w:r>
          </w:p>
        </w:tc>
        <w:tc>
          <w:tcPr>
            <w:tcW w:w="3402" w:type="dxa"/>
          </w:tcPr>
          <w:p w:rsidR="0019003B" w:rsidRDefault="00DF25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Изготовление зеркал химическим способом</w:t>
            </w:r>
          </w:p>
        </w:tc>
        <w:tc>
          <w:tcPr>
            <w:tcW w:w="3685" w:type="dxa"/>
          </w:tcPr>
          <w:p w:rsidR="0019003B" w:rsidRPr="0051643F" w:rsidRDefault="00DF25D7" w:rsidP="005164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>
              <w:t xml:space="preserve">МАОУ </w:t>
            </w:r>
            <w:r w:rsidR="0051643F">
              <w:rPr>
                <w:lang w:val="ru-RU"/>
              </w:rPr>
              <w:t>«</w:t>
            </w:r>
            <w:r>
              <w:t>Лицей №131</w:t>
            </w:r>
            <w:r w:rsidR="0051643F">
              <w:rPr>
                <w:lang w:val="ru-RU"/>
              </w:rPr>
              <w:t>»</w:t>
            </w:r>
          </w:p>
        </w:tc>
        <w:tc>
          <w:tcPr>
            <w:tcW w:w="3685" w:type="dxa"/>
          </w:tcPr>
          <w:p w:rsidR="0019003B" w:rsidRPr="00DF25D7" w:rsidRDefault="005164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>
              <w:rPr>
                <w:lang w:val="ru-RU"/>
              </w:rPr>
              <w:t>Хабибуллина Альфия </w:t>
            </w:r>
            <w:r w:rsidR="00DF25D7" w:rsidRPr="00DF25D7">
              <w:rPr>
                <w:lang w:val="ru-RU"/>
              </w:rPr>
              <w:t>Блигвардовна, учитель химии, высшая квалификация, кандидат химических наук</w:t>
            </w:r>
          </w:p>
        </w:tc>
      </w:tr>
      <w:tr w:rsidR="0019003B" w:rsidRPr="000E13B0" w:rsidTr="005164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19003B" w:rsidRDefault="00DF25D7">
            <w:r>
              <w:t>5</w:t>
            </w:r>
          </w:p>
        </w:tc>
        <w:tc>
          <w:tcPr>
            <w:tcW w:w="2835" w:type="dxa"/>
          </w:tcPr>
          <w:p w:rsidR="0019003B" w:rsidRDefault="005164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Ткачев Дмитрий </w:t>
            </w:r>
            <w:r w:rsidR="00DF25D7">
              <w:t>Олегович, 9 класс</w:t>
            </w:r>
          </w:p>
        </w:tc>
        <w:tc>
          <w:tcPr>
            <w:tcW w:w="3402" w:type="dxa"/>
          </w:tcPr>
          <w:p w:rsidR="0019003B" w:rsidRDefault="00DF25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Центробежно-флотационный сепаратор </w:t>
            </w:r>
          </w:p>
        </w:tc>
        <w:tc>
          <w:tcPr>
            <w:tcW w:w="3685" w:type="dxa"/>
          </w:tcPr>
          <w:p w:rsidR="0019003B" w:rsidRPr="00DF25D7" w:rsidRDefault="008262BD" w:rsidP="005164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>
              <w:rPr>
                <w:lang w:val="ru-RU"/>
              </w:rPr>
              <w:t xml:space="preserve">МБОУ </w:t>
            </w:r>
            <w:r w:rsidR="0051643F">
              <w:rPr>
                <w:lang w:val="ru-RU"/>
              </w:rPr>
              <w:t>«</w:t>
            </w:r>
            <w:r w:rsidR="00DF25D7" w:rsidRPr="00DF25D7">
              <w:rPr>
                <w:lang w:val="ru-RU"/>
              </w:rPr>
              <w:t>Лицей №145</w:t>
            </w:r>
            <w:r w:rsidR="0051643F">
              <w:rPr>
                <w:lang w:val="ru-RU"/>
              </w:rPr>
              <w:t>»</w:t>
            </w:r>
            <w:r w:rsidR="00DF25D7" w:rsidRPr="00DF25D7">
              <w:rPr>
                <w:lang w:val="ru-RU"/>
              </w:rPr>
              <w:t xml:space="preserve"> </w:t>
            </w:r>
          </w:p>
        </w:tc>
        <w:tc>
          <w:tcPr>
            <w:tcW w:w="3685" w:type="dxa"/>
          </w:tcPr>
          <w:p w:rsidR="0019003B" w:rsidRPr="00DF25D7" w:rsidRDefault="00DF25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F25D7">
              <w:rPr>
                <w:lang w:val="ru-RU"/>
              </w:rPr>
              <w:t>Мингазетдинов Идгай Хасанович, профессор КНИТУ-КАИ</w:t>
            </w:r>
          </w:p>
        </w:tc>
      </w:tr>
      <w:tr w:rsidR="0019003B" w:rsidRPr="000E13B0" w:rsidTr="005164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19003B" w:rsidRDefault="00DF25D7">
            <w:r>
              <w:t>6</w:t>
            </w:r>
          </w:p>
        </w:tc>
        <w:tc>
          <w:tcPr>
            <w:tcW w:w="2835" w:type="dxa"/>
          </w:tcPr>
          <w:p w:rsidR="0019003B" w:rsidRDefault="005164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Шакиров Самат </w:t>
            </w:r>
            <w:r w:rsidR="00DF25D7">
              <w:t>Рустамович, 8 класс</w:t>
            </w:r>
          </w:p>
        </w:tc>
        <w:tc>
          <w:tcPr>
            <w:tcW w:w="3402" w:type="dxa"/>
          </w:tcPr>
          <w:p w:rsidR="0019003B" w:rsidRPr="00DF25D7" w:rsidRDefault="00DF25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F25D7">
              <w:rPr>
                <w:lang w:val="ru-RU"/>
              </w:rPr>
              <w:t>Добавки к неорганическим вяжущим материалам в строительстве</w:t>
            </w:r>
          </w:p>
        </w:tc>
        <w:tc>
          <w:tcPr>
            <w:tcW w:w="3685" w:type="dxa"/>
          </w:tcPr>
          <w:p w:rsidR="0019003B" w:rsidRPr="0051643F" w:rsidRDefault="00DF25D7" w:rsidP="005164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>
              <w:t xml:space="preserve">МАОУ </w:t>
            </w:r>
            <w:r w:rsidR="0051643F">
              <w:rPr>
                <w:lang w:val="ru-RU"/>
              </w:rPr>
              <w:t>«</w:t>
            </w:r>
            <w:r>
              <w:t>Лицей № 131</w:t>
            </w:r>
            <w:r w:rsidR="0051643F">
              <w:rPr>
                <w:lang w:val="ru-RU"/>
              </w:rPr>
              <w:t>»</w:t>
            </w:r>
          </w:p>
        </w:tc>
        <w:tc>
          <w:tcPr>
            <w:tcW w:w="3685" w:type="dxa"/>
          </w:tcPr>
          <w:p w:rsidR="0019003B" w:rsidRPr="00DF25D7" w:rsidRDefault="00DF25D7" w:rsidP="005164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F25D7">
              <w:rPr>
                <w:lang w:val="ru-RU"/>
              </w:rPr>
              <w:t>Сафонова Эльфия Рустямовна, учитель химии, высшая квалификационная категория</w:t>
            </w:r>
          </w:p>
        </w:tc>
      </w:tr>
      <w:tr w:rsidR="0019003B" w:rsidTr="005164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19003B" w:rsidRDefault="00DF25D7">
            <w:r>
              <w:t>7</w:t>
            </w:r>
          </w:p>
        </w:tc>
        <w:tc>
          <w:tcPr>
            <w:tcW w:w="2835" w:type="dxa"/>
          </w:tcPr>
          <w:p w:rsidR="0019003B" w:rsidRDefault="005164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Тюпин Владислав </w:t>
            </w:r>
            <w:r w:rsidR="00DF25D7">
              <w:t>Сергеевич, 10 класс</w:t>
            </w:r>
          </w:p>
        </w:tc>
        <w:tc>
          <w:tcPr>
            <w:tcW w:w="3402" w:type="dxa"/>
          </w:tcPr>
          <w:p w:rsidR="0019003B" w:rsidRDefault="00DF25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Исследование качества молока</w:t>
            </w:r>
          </w:p>
        </w:tc>
        <w:tc>
          <w:tcPr>
            <w:tcW w:w="3685" w:type="dxa"/>
          </w:tcPr>
          <w:p w:rsidR="0019003B" w:rsidRPr="0051643F" w:rsidRDefault="00DF25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>
              <w:t xml:space="preserve">МАОУ </w:t>
            </w:r>
            <w:r w:rsidR="0051643F">
              <w:rPr>
                <w:lang w:val="ru-RU"/>
              </w:rPr>
              <w:t>«</w:t>
            </w:r>
            <w:r>
              <w:t>Лицей №131</w:t>
            </w:r>
            <w:r w:rsidR="0051643F">
              <w:rPr>
                <w:lang w:val="ru-RU"/>
              </w:rPr>
              <w:t>»</w:t>
            </w:r>
          </w:p>
        </w:tc>
        <w:tc>
          <w:tcPr>
            <w:tcW w:w="3685" w:type="dxa"/>
          </w:tcPr>
          <w:p w:rsidR="0019003B" w:rsidRDefault="00DF25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Сафонова Эльфия Рустямовна</w:t>
            </w:r>
          </w:p>
        </w:tc>
      </w:tr>
      <w:tr w:rsidR="0019003B" w:rsidRPr="000E13B0" w:rsidTr="005164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19003B" w:rsidRDefault="00DF25D7">
            <w:r>
              <w:t>8</w:t>
            </w:r>
          </w:p>
        </w:tc>
        <w:tc>
          <w:tcPr>
            <w:tcW w:w="2835" w:type="dxa"/>
          </w:tcPr>
          <w:p w:rsidR="0019003B" w:rsidRDefault="005164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Вагапова Милана </w:t>
            </w:r>
            <w:r w:rsidR="00DF25D7">
              <w:t>Венеровна, 10 класс</w:t>
            </w:r>
          </w:p>
        </w:tc>
        <w:tc>
          <w:tcPr>
            <w:tcW w:w="3402" w:type="dxa"/>
          </w:tcPr>
          <w:p w:rsidR="0019003B" w:rsidRPr="00DF25D7" w:rsidRDefault="00DF25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F25D7">
              <w:rPr>
                <w:lang w:val="ru-RU"/>
              </w:rPr>
              <w:t>Влияние сахара и сахарозаменителя на организм человека</w:t>
            </w:r>
          </w:p>
        </w:tc>
        <w:tc>
          <w:tcPr>
            <w:tcW w:w="3685" w:type="dxa"/>
          </w:tcPr>
          <w:p w:rsidR="0019003B" w:rsidRDefault="00DF25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Средняя общеобразовательная школа №91</w:t>
            </w:r>
          </w:p>
        </w:tc>
        <w:tc>
          <w:tcPr>
            <w:tcW w:w="3685" w:type="dxa"/>
          </w:tcPr>
          <w:p w:rsidR="0019003B" w:rsidRPr="00DF25D7" w:rsidRDefault="00DF25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F25D7">
              <w:rPr>
                <w:lang w:val="ru-RU"/>
              </w:rPr>
              <w:t>Ярунова Алсу Сергеевна, учитель химии</w:t>
            </w:r>
          </w:p>
        </w:tc>
      </w:tr>
    </w:tbl>
    <w:p w:rsidR="0019003B" w:rsidRDefault="00DF25D7">
      <w:pPr>
        <w:pStyle w:val="1"/>
        <w:jc w:val="center"/>
        <w:rPr>
          <w:lang w:val="ru-RU"/>
        </w:rPr>
      </w:pPr>
      <w:r w:rsidRPr="00667926">
        <w:rPr>
          <w:lang w:val="ru-RU"/>
        </w:rPr>
        <w:lastRenderedPageBreak/>
        <w:t>Секция</w:t>
      </w:r>
      <w:r w:rsidRPr="00667926">
        <w:rPr>
          <w:lang w:val="ru-RU"/>
        </w:rPr>
        <w:br/>
        <w:t>Математика</w:t>
      </w:r>
      <w:r w:rsidR="00236334">
        <w:rPr>
          <w:lang w:val="ru-RU"/>
        </w:rPr>
        <w:t xml:space="preserve"> 6 класс</w:t>
      </w:r>
    </w:p>
    <w:p w:rsidR="00236334" w:rsidRDefault="00236334" w:rsidP="00236334">
      <w:pPr>
        <w:spacing w:after="0"/>
        <w:ind w:right="225"/>
        <w:jc w:val="both"/>
        <w:rPr>
          <w:lang w:val="ru-RU"/>
        </w:rPr>
      </w:pPr>
      <w:r w:rsidRPr="00F14086">
        <w:rPr>
          <w:b/>
          <w:lang w:val="ru-RU"/>
        </w:rPr>
        <w:t>Руководитель секции</w:t>
      </w:r>
      <w:r>
        <w:rPr>
          <w:lang w:val="ru-RU"/>
        </w:rPr>
        <w:t xml:space="preserve"> </w:t>
      </w:r>
      <w:r w:rsidRPr="00236334">
        <w:rPr>
          <w:lang w:val="ru-RU"/>
        </w:rPr>
        <w:t>Диянова Ирина Вячеславовна, учитель математики</w:t>
      </w:r>
      <w:r w:rsidRPr="00F75BEF">
        <w:rPr>
          <w:lang w:val="ru-RU"/>
        </w:rPr>
        <w:t xml:space="preserve"> высшей квалификационной категории МАОУ «Лицей №131»</w:t>
      </w:r>
    </w:p>
    <w:p w:rsidR="00236334" w:rsidRPr="00F14086" w:rsidRDefault="00236334" w:rsidP="00236334">
      <w:pPr>
        <w:spacing w:after="0"/>
        <w:rPr>
          <w:b/>
          <w:lang w:val="ru-RU"/>
        </w:rPr>
      </w:pPr>
      <w:r>
        <w:rPr>
          <w:b/>
          <w:lang w:val="ru-RU"/>
        </w:rPr>
        <w:t>Член</w:t>
      </w:r>
      <w:r w:rsidRPr="00F14086">
        <w:rPr>
          <w:b/>
          <w:lang w:val="ru-RU"/>
        </w:rPr>
        <w:t xml:space="preserve"> жюри</w:t>
      </w:r>
    </w:p>
    <w:p w:rsidR="00236334" w:rsidRPr="006A57A6" w:rsidRDefault="00236334" w:rsidP="00236334">
      <w:pPr>
        <w:spacing w:after="120" w:line="240" w:lineRule="auto"/>
        <w:ind w:left="567"/>
        <w:jc w:val="both"/>
        <w:rPr>
          <w:lang w:val="ru-RU"/>
        </w:rPr>
      </w:pPr>
      <w:r w:rsidRPr="00236334">
        <w:rPr>
          <w:szCs w:val="24"/>
          <w:lang w:val="ru-RU"/>
        </w:rPr>
        <w:t>Юматова Анна Николаевна, учитель математики высшей квалификационной категории МАОУ «Лицей №131»</w:t>
      </w:r>
    </w:p>
    <w:p w:rsidR="00236334" w:rsidRPr="00236334" w:rsidRDefault="00236334" w:rsidP="00236334">
      <w:pPr>
        <w:rPr>
          <w:lang w:val="ru-RU"/>
        </w:rPr>
      </w:pPr>
      <w:r w:rsidRPr="00E9053F">
        <w:rPr>
          <w:b/>
          <w:lang w:val="ru-RU"/>
        </w:rPr>
        <w:t>Аудитория</w:t>
      </w:r>
      <w:r>
        <w:rPr>
          <w:b/>
          <w:lang w:val="ru-RU"/>
        </w:rPr>
        <w:t xml:space="preserve"> 32</w:t>
      </w:r>
    </w:p>
    <w:tbl>
      <w:tblPr>
        <w:tblStyle w:val="14"/>
        <w:tblW w:w="0" w:type="auto"/>
        <w:tblLook w:val="04A0" w:firstRow="1" w:lastRow="0" w:firstColumn="1" w:lastColumn="0" w:noHBand="0" w:noVBand="1"/>
      </w:tblPr>
      <w:tblGrid>
        <w:gridCol w:w="567"/>
        <w:gridCol w:w="2835"/>
        <w:gridCol w:w="3402"/>
        <w:gridCol w:w="3685"/>
        <w:gridCol w:w="3685"/>
      </w:tblGrid>
      <w:tr w:rsidR="0019003B" w:rsidTr="0008592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19003B" w:rsidRDefault="00DF25D7">
            <w:r>
              <w:t>№</w:t>
            </w:r>
          </w:p>
        </w:tc>
        <w:tc>
          <w:tcPr>
            <w:tcW w:w="2835" w:type="dxa"/>
          </w:tcPr>
          <w:p w:rsidR="0019003B" w:rsidRDefault="00DF25D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ФИО докладчика</w:t>
            </w:r>
          </w:p>
        </w:tc>
        <w:tc>
          <w:tcPr>
            <w:tcW w:w="3402" w:type="dxa"/>
          </w:tcPr>
          <w:p w:rsidR="0019003B" w:rsidRDefault="00DF25D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Название работы</w:t>
            </w:r>
          </w:p>
        </w:tc>
        <w:tc>
          <w:tcPr>
            <w:tcW w:w="3685" w:type="dxa"/>
          </w:tcPr>
          <w:p w:rsidR="0019003B" w:rsidRDefault="00DF25D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Образовательная организация докладчика</w:t>
            </w:r>
          </w:p>
        </w:tc>
        <w:tc>
          <w:tcPr>
            <w:tcW w:w="3685" w:type="dxa"/>
          </w:tcPr>
          <w:p w:rsidR="0019003B" w:rsidRDefault="00DF25D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Научный руководитель</w:t>
            </w:r>
          </w:p>
        </w:tc>
      </w:tr>
      <w:tr w:rsidR="0019003B" w:rsidRPr="000E13B0" w:rsidTr="000859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19003B" w:rsidRDefault="00DF25D7">
            <w:r>
              <w:t>1</w:t>
            </w:r>
          </w:p>
        </w:tc>
        <w:tc>
          <w:tcPr>
            <w:tcW w:w="2835" w:type="dxa"/>
          </w:tcPr>
          <w:p w:rsidR="0019003B" w:rsidRDefault="00085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Гимадеева Камила </w:t>
            </w:r>
            <w:r w:rsidR="00DF25D7">
              <w:t>Алмазовна, 6 класс</w:t>
            </w:r>
          </w:p>
        </w:tc>
        <w:tc>
          <w:tcPr>
            <w:tcW w:w="3402" w:type="dxa"/>
          </w:tcPr>
          <w:p w:rsidR="0019003B" w:rsidRPr="00DF25D7" w:rsidRDefault="00DF25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F25D7">
              <w:rPr>
                <w:lang w:val="ru-RU"/>
              </w:rPr>
              <w:t>История ТАССР в математических задачах</w:t>
            </w:r>
          </w:p>
        </w:tc>
        <w:tc>
          <w:tcPr>
            <w:tcW w:w="3685" w:type="dxa"/>
          </w:tcPr>
          <w:p w:rsidR="0019003B" w:rsidRPr="00DF25D7" w:rsidRDefault="008262BD" w:rsidP="00085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>
              <w:rPr>
                <w:lang w:val="ru-RU"/>
              </w:rPr>
              <w:t>МБОУ</w:t>
            </w:r>
            <w:r w:rsidR="00DF25D7" w:rsidRPr="00DF25D7">
              <w:rPr>
                <w:lang w:val="ru-RU"/>
              </w:rPr>
              <w:t xml:space="preserve"> </w:t>
            </w:r>
            <w:r w:rsidR="00085922">
              <w:rPr>
                <w:lang w:val="ru-RU"/>
              </w:rPr>
              <w:t>«</w:t>
            </w:r>
            <w:r w:rsidR="00DF25D7" w:rsidRPr="00DF25D7">
              <w:rPr>
                <w:lang w:val="ru-RU"/>
              </w:rPr>
              <w:t>Школа №144 с углубленным изучением отдельных предметов</w:t>
            </w:r>
            <w:r w:rsidR="00085922">
              <w:rPr>
                <w:lang w:val="ru-RU"/>
              </w:rPr>
              <w:t>»</w:t>
            </w:r>
            <w:r w:rsidR="00DF25D7" w:rsidRPr="00DF25D7">
              <w:rPr>
                <w:lang w:val="ru-RU"/>
              </w:rPr>
              <w:t xml:space="preserve"> </w:t>
            </w:r>
          </w:p>
        </w:tc>
        <w:tc>
          <w:tcPr>
            <w:tcW w:w="3685" w:type="dxa"/>
          </w:tcPr>
          <w:p w:rsidR="0019003B" w:rsidRPr="00DF25D7" w:rsidRDefault="00DF25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F25D7">
              <w:rPr>
                <w:lang w:val="ru-RU"/>
              </w:rPr>
              <w:t>Бусова Оксана Юрьевна учитель математики первой квалификационной категории</w:t>
            </w:r>
          </w:p>
        </w:tc>
      </w:tr>
      <w:tr w:rsidR="0019003B" w:rsidTr="000859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19003B" w:rsidRPr="00236334" w:rsidRDefault="0023633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835" w:type="dxa"/>
          </w:tcPr>
          <w:p w:rsidR="0019003B" w:rsidRDefault="000E5F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Хузин Карим </w:t>
            </w:r>
            <w:r w:rsidR="00DF25D7">
              <w:t>Вадимович, 6 класс</w:t>
            </w:r>
          </w:p>
        </w:tc>
        <w:tc>
          <w:tcPr>
            <w:tcW w:w="3402" w:type="dxa"/>
          </w:tcPr>
          <w:p w:rsidR="0019003B" w:rsidRDefault="00DF25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Нестандартные способы умно</w:t>
            </w:r>
            <w:r w:rsidR="000E5FA7">
              <w:t>жения чисел</w:t>
            </w:r>
          </w:p>
        </w:tc>
        <w:tc>
          <w:tcPr>
            <w:tcW w:w="3685" w:type="dxa"/>
          </w:tcPr>
          <w:p w:rsidR="0019003B" w:rsidRDefault="00DF25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МБОУ Средняя школа №129 </w:t>
            </w:r>
          </w:p>
        </w:tc>
        <w:tc>
          <w:tcPr>
            <w:tcW w:w="3685" w:type="dxa"/>
          </w:tcPr>
          <w:p w:rsidR="0019003B" w:rsidRDefault="00DF25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Шакурова Алеся Наилевна</w:t>
            </w:r>
          </w:p>
        </w:tc>
      </w:tr>
      <w:tr w:rsidR="0019003B" w:rsidTr="000859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19003B" w:rsidRPr="00236334" w:rsidRDefault="0023633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2835" w:type="dxa"/>
          </w:tcPr>
          <w:p w:rsidR="0019003B" w:rsidRDefault="000E5F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Сабирзянова Зарина </w:t>
            </w:r>
            <w:r w:rsidR="00DF25D7">
              <w:t>Алмазовна, 6 класс</w:t>
            </w:r>
          </w:p>
        </w:tc>
        <w:tc>
          <w:tcPr>
            <w:tcW w:w="3402" w:type="dxa"/>
          </w:tcPr>
          <w:p w:rsidR="0019003B" w:rsidRDefault="00DF25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Проценты и кредиты</w:t>
            </w:r>
          </w:p>
        </w:tc>
        <w:tc>
          <w:tcPr>
            <w:tcW w:w="3685" w:type="dxa"/>
          </w:tcPr>
          <w:p w:rsidR="0019003B" w:rsidRPr="00DF25D7" w:rsidRDefault="00DF25D7" w:rsidP="000E5F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F25D7">
              <w:rPr>
                <w:lang w:val="ru-RU"/>
              </w:rPr>
              <w:t xml:space="preserve">МБОУ </w:t>
            </w:r>
            <w:r w:rsidR="000E5FA7">
              <w:rPr>
                <w:lang w:val="ru-RU"/>
              </w:rPr>
              <w:t>«</w:t>
            </w:r>
            <w:r w:rsidRPr="00DF25D7">
              <w:rPr>
                <w:lang w:val="ru-RU"/>
              </w:rPr>
              <w:t>Гимназия №27 с татарским языком обучения</w:t>
            </w:r>
            <w:r w:rsidR="000E5FA7">
              <w:rPr>
                <w:lang w:val="ru-RU"/>
              </w:rPr>
              <w:t>»</w:t>
            </w:r>
            <w:r w:rsidRPr="00DF25D7">
              <w:rPr>
                <w:lang w:val="ru-RU"/>
              </w:rPr>
              <w:t xml:space="preserve"> Вахитовского района </w:t>
            </w:r>
            <w:r w:rsidR="00DD0962">
              <w:rPr>
                <w:lang w:val="ru-RU"/>
              </w:rPr>
              <w:t>г. Казани</w:t>
            </w:r>
          </w:p>
        </w:tc>
        <w:tc>
          <w:tcPr>
            <w:tcW w:w="3685" w:type="dxa"/>
          </w:tcPr>
          <w:p w:rsidR="0019003B" w:rsidRDefault="000E5F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Гильмиева Гульназ </w:t>
            </w:r>
            <w:r w:rsidR="00DF25D7">
              <w:t xml:space="preserve">Гапдельзаветовна </w:t>
            </w:r>
          </w:p>
        </w:tc>
      </w:tr>
      <w:tr w:rsidR="0019003B" w:rsidRPr="000E13B0" w:rsidTr="000859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19003B" w:rsidRPr="00236334" w:rsidRDefault="00236334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2835" w:type="dxa"/>
          </w:tcPr>
          <w:p w:rsidR="0019003B" w:rsidRDefault="000E5F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Большакова Елизавета </w:t>
            </w:r>
            <w:r w:rsidR="00DF25D7">
              <w:t>Андреевна, 6 класс</w:t>
            </w:r>
          </w:p>
        </w:tc>
        <w:tc>
          <w:tcPr>
            <w:tcW w:w="3402" w:type="dxa"/>
          </w:tcPr>
          <w:p w:rsidR="0019003B" w:rsidRPr="00DF25D7" w:rsidRDefault="00DF25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F25D7">
              <w:rPr>
                <w:lang w:val="ru-RU"/>
              </w:rPr>
              <w:t>Исследование математических закономерностей в размерах,</w:t>
            </w:r>
            <w:r w:rsidR="00DD0962">
              <w:rPr>
                <w:lang w:val="ru-RU"/>
              </w:rPr>
              <w:t xml:space="preserve"> </w:t>
            </w:r>
            <w:r w:rsidRPr="00DF25D7">
              <w:rPr>
                <w:lang w:val="ru-RU"/>
              </w:rPr>
              <w:t>строении и листорасположении растений на примере</w:t>
            </w:r>
            <w:r w:rsidR="00DD0962">
              <w:rPr>
                <w:lang w:val="ru-RU"/>
              </w:rPr>
              <w:t xml:space="preserve"> </w:t>
            </w:r>
            <w:r w:rsidRPr="00DF25D7">
              <w:rPr>
                <w:lang w:val="ru-RU"/>
              </w:rPr>
              <w:t>комнатных и дикорастущих видов</w:t>
            </w:r>
          </w:p>
        </w:tc>
        <w:tc>
          <w:tcPr>
            <w:tcW w:w="3685" w:type="dxa"/>
          </w:tcPr>
          <w:p w:rsidR="0019003B" w:rsidRPr="00DF25D7" w:rsidRDefault="00DF25D7" w:rsidP="000E5F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F25D7">
              <w:rPr>
                <w:lang w:val="ru-RU"/>
              </w:rPr>
              <w:t xml:space="preserve">МАОУ </w:t>
            </w:r>
            <w:r w:rsidR="000E5FA7">
              <w:rPr>
                <w:lang w:val="ru-RU"/>
              </w:rPr>
              <w:t>«</w:t>
            </w:r>
            <w:r w:rsidRPr="00DF25D7">
              <w:rPr>
                <w:lang w:val="ru-RU"/>
              </w:rPr>
              <w:t>Лицей № 121</w:t>
            </w:r>
            <w:r w:rsidR="00DD0962">
              <w:rPr>
                <w:lang w:val="ru-RU"/>
              </w:rPr>
              <w:t xml:space="preserve"> </w:t>
            </w:r>
            <w:r w:rsidRPr="00DF25D7">
              <w:rPr>
                <w:lang w:val="ru-RU"/>
              </w:rPr>
              <w:t>имени Героя Советского Союза С.А. Ахтямова»</w:t>
            </w:r>
            <w:r w:rsidR="00DD0962">
              <w:rPr>
                <w:lang w:val="ru-RU"/>
              </w:rPr>
              <w:t xml:space="preserve"> </w:t>
            </w:r>
            <w:r w:rsidRPr="00DF25D7">
              <w:rPr>
                <w:lang w:val="ru-RU"/>
              </w:rPr>
              <w:t xml:space="preserve">Советского района </w:t>
            </w:r>
            <w:r w:rsidR="00DD0962">
              <w:rPr>
                <w:lang w:val="ru-RU"/>
              </w:rPr>
              <w:t>г. Казани</w:t>
            </w:r>
          </w:p>
        </w:tc>
        <w:tc>
          <w:tcPr>
            <w:tcW w:w="3685" w:type="dxa"/>
          </w:tcPr>
          <w:p w:rsidR="0019003B" w:rsidRPr="00DF25D7" w:rsidRDefault="00DF25D7" w:rsidP="000E5F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F25D7">
              <w:rPr>
                <w:lang w:val="ru-RU"/>
              </w:rPr>
              <w:t xml:space="preserve">Цветкова Марина Альбертовна, учитель математики </w:t>
            </w:r>
            <w:r w:rsidR="000E5FA7">
              <w:rPr>
                <w:lang w:val="ru-RU"/>
              </w:rPr>
              <w:t>в</w:t>
            </w:r>
            <w:r w:rsidRPr="00DF25D7">
              <w:rPr>
                <w:lang w:val="ru-RU"/>
              </w:rPr>
              <w:t>ысшей квалификационной категории</w:t>
            </w:r>
          </w:p>
        </w:tc>
      </w:tr>
    </w:tbl>
    <w:p w:rsidR="00236334" w:rsidRDefault="00236334" w:rsidP="00236334">
      <w:pPr>
        <w:pStyle w:val="1"/>
        <w:jc w:val="center"/>
        <w:rPr>
          <w:lang w:val="ru-RU"/>
        </w:rPr>
      </w:pPr>
      <w:r w:rsidRPr="00236334">
        <w:rPr>
          <w:lang w:val="ru-RU"/>
        </w:rPr>
        <w:lastRenderedPageBreak/>
        <w:t>Секция</w:t>
      </w:r>
      <w:r w:rsidRPr="00236334">
        <w:rPr>
          <w:lang w:val="ru-RU"/>
        </w:rPr>
        <w:br/>
        <w:t>Математика</w:t>
      </w:r>
      <w:r>
        <w:rPr>
          <w:lang w:val="ru-RU"/>
        </w:rPr>
        <w:t xml:space="preserve"> 8-9 классы</w:t>
      </w:r>
    </w:p>
    <w:p w:rsidR="00236334" w:rsidRDefault="00236334" w:rsidP="00236334">
      <w:pPr>
        <w:spacing w:after="0"/>
        <w:ind w:right="225"/>
        <w:jc w:val="both"/>
        <w:rPr>
          <w:lang w:val="ru-RU"/>
        </w:rPr>
      </w:pPr>
      <w:r w:rsidRPr="00F14086">
        <w:rPr>
          <w:b/>
          <w:lang w:val="ru-RU"/>
        </w:rPr>
        <w:t>Руководитель секции</w:t>
      </w:r>
      <w:r>
        <w:rPr>
          <w:lang w:val="ru-RU"/>
        </w:rPr>
        <w:t xml:space="preserve"> </w:t>
      </w:r>
      <w:r w:rsidR="008109AE" w:rsidRPr="008109AE">
        <w:rPr>
          <w:lang w:val="ru-RU"/>
        </w:rPr>
        <w:t>Бородова Елена Михайловна</w:t>
      </w:r>
      <w:r w:rsidRPr="00236334">
        <w:rPr>
          <w:lang w:val="ru-RU"/>
        </w:rPr>
        <w:t>, учитель математики</w:t>
      </w:r>
      <w:r w:rsidRPr="00F75BEF">
        <w:rPr>
          <w:lang w:val="ru-RU"/>
        </w:rPr>
        <w:t xml:space="preserve"> высшей квалификационной категории МАОУ «Лицей №131»</w:t>
      </w:r>
    </w:p>
    <w:p w:rsidR="00236334" w:rsidRPr="00F14086" w:rsidRDefault="00236334" w:rsidP="00236334">
      <w:pPr>
        <w:spacing w:after="0"/>
        <w:rPr>
          <w:b/>
          <w:lang w:val="ru-RU"/>
        </w:rPr>
      </w:pPr>
      <w:r>
        <w:rPr>
          <w:b/>
          <w:lang w:val="ru-RU"/>
        </w:rPr>
        <w:t>Член</w:t>
      </w:r>
      <w:r w:rsidRPr="00F14086">
        <w:rPr>
          <w:b/>
          <w:lang w:val="ru-RU"/>
        </w:rPr>
        <w:t xml:space="preserve"> жюри</w:t>
      </w:r>
    </w:p>
    <w:p w:rsidR="00236334" w:rsidRPr="006A57A6" w:rsidRDefault="008109AE" w:rsidP="00236334">
      <w:pPr>
        <w:spacing w:after="120" w:line="240" w:lineRule="auto"/>
        <w:ind w:left="567"/>
        <w:jc w:val="both"/>
        <w:rPr>
          <w:lang w:val="ru-RU"/>
        </w:rPr>
      </w:pPr>
      <w:r>
        <w:rPr>
          <w:szCs w:val="24"/>
          <w:lang w:val="ru-RU"/>
        </w:rPr>
        <w:t>Хохрякова Елена Александровна</w:t>
      </w:r>
      <w:r w:rsidR="00236334" w:rsidRPr="00236334">
        <w:rPr>
          <w:szCs w:val="24"/>
          <w:lang w:val="ru-RU"/>
        </w:rPr>
        <w:t>, учитель математики высшей квалификационной категории МАОУ «Лицей №131»</w:t>
      </w:r>
    </w:p>
    <w:p w:rsidR="00236334" w:rsidRPr="00236334" w:rsidRDefault="00236334" w:rsidP="00236334">
      <w:pPr>
        <w:rPr>
          <w:lang w:val="ru-RU"/>
        </w:rPr>
      </w:pPr>
      <w:r w:rsidRPr="00E9053F">
        <w:rPr>
          <w:b/>
          <w:lang w:val="ru-RU"/>
        </w:rPr>
        <w:t>Аудитория</w:t>
      </w:r>
      <w:r w:rsidR="000F4F31">
        <w:rPr>
          <w:b/>
          <w:lang w:val="ru-RU"/>
        </w:rPr>
        <w:t xml:space="preserve"> 31</w:t>
      </w:r>
    </w:p>
    <w:tbl>
      <w:tblPr>
        <w:tblStyle w:val="14"/>
        <w:tblW w:w="0" w:type="auto"/>
        <w:tblLook w:val="04A0" w:firstRow="1" w:lastRow="0" w:firstColumn="1" w:lastColumn="0" w:noHBand="0" w:noVBand="1"/>
      </w:tblPr>
      <w:tblGrid>
        <w:gridCol w:w="567"/>
        <w:gridCol w:w="2835"/>
        <w:gridCol w:w="3402"/>
        <w:gridCol w:w="3685"/>
        <w:gridCol w:w="3685"/>
      </w:tblGrid>
      <w:tr w:rsidR="00236334" w:rsidTr="008178A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236334" w:rsidRDefault="00236334" w:rsidP="008178AF">
            <w:r>
              <w:t>№</w:t>
            </w:r>
          </w:p>
        </w:tc>
        <w:tc>
          <w:tcPr>
            <w:tcW w:w="2835" w:type="dxa"/>
          </w:tcPr>
          <w:p w:rsidR="00236334" w:rsidRDefault="00236334" w:rsidP="008178A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ФИО докладчика</w:t>
            </w:r>
          </w:p>
        </w:tc>
        <w:tc>
          <w:tcPr>
            <w:tcW w:w="3402" w:type="dxa"/>
          </w:tcPr>
          <w:p w:rsidR="00236334" w:rsidRDefault="00236334" w:rsidP="008178A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Название работы</w:t>
            </w:r>
          </w:p>
        </w:tc>
        <w:tc>
          <w:tcPr>
            <w:tcW w:w="3685" w:type="dxa"/>
          </w:tcPr>
          <w:p w:rsidR="00236334" w:rsidRDefault="00236334" w:rsidP="008178A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Образовательная организация докладчика</w:t>
            </w:r>
          </w:p>
        </w:tc>
        <w:tc>
          <w:tcPr>
            <w:tcW w:w="3685" w:type="dxa"/>
          </w:tcPr>
          <w:p w:rsidR="00236334" w:rsidRDefault="00236334" w:rsidP="008178A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Научный руководитель</w:t>
            </w:r>
          </w:p>
        </w:tc>
      </w:tr>
      <w:tr w:rsidR="00236334" w:rsidRPr="000E13B0" w:rsidTr="008178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236334" w:rsidRPr="000F4F31" w:rsidRDefault="000F4F31" w:rsidP="008178AF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835" w:type="dxa"/>
          </w:tcPr>
          <w:p w:rsidR="00236334" w:rsidRDefault="00236334" w:rsidP="008178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Суворов Сергей Анатольевич, 8 класс</w:t>
            </w:r>
          </w:p>
        </w:tc>
        <w:tc>
          <w:tcPr>
            <w:tcW w:w="3402" w:type="dxa"/>
          </w:tcPr>
          <w:p w:rsidR="00236334" w:rsidRPr="00DF25D7" w:rsidRDefault="00236334" w:rsidP="008178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F25D7">
              <w:rPr>
                <w:lang w:val="ru-RU"/>
              </w:rPr>
              <w:t>Вычисление площади фигур с использованием</w:t>
            </w:r>
            <w:r>
              <w:rPr>
                <w:lang w:val="ru-RU"/>
              </w:rPr>
              <w:t xml:space="preserve"> </w:t>
            </w:r>
            <w:r w:rsidRPr="00DF25D7">
              <w:rPr>
                <w:lang w:val="ru-RU"/>
              </w:rPr>
              <w:t>формулы Пика</w:t>
            </w:r>
          </w:p>
        </w:tc>
        <w:tc>
          <w:tcPr>
            <w:tcW w:w="3685" w:type="dxa"/>
          </w:tcPr>
          <w:p w:rsidR="00236334" w:rsidRPr="00DF25D7" w:rsidRDefault="00236334" w:rsidP="008178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F25D7">
              <w:rPr>
                <w:lang w:val="ru-RU"/>
              </w:rPr>
              <w:t xml:space="preserve">МБОУ «Средняя общеобразовательная школа №72 с углубленным изучением немецкого языка» </w:t>
            </w:r>
          </w:p>
        </w:tc>
        <w:tc>
          <w:tcPr>
            <w:tcW w:w="3685" w:type="dxa"/>
          </w:tcPr>
          <w:p w:rsidR="00236334" w:rsidRPr="00DF25D7" w:rsidRDefault="00236334" w:rsidP="008178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F25D7">
              <w:rPr>
                <w:lang w:val="ru-RU"/>
              </w:rPr>
              <w:t>Вазиева Юлия Игоревна</w:t>
            </w:r>
            <w:r>
              <w:rPr>
                <w:lang w:val="ru-RU"/>
              </w:rPr>
              <w:t xml:space="preserve"> </w:t>
            </w:r>
            <w:r w:rsidRPr="00DF25D7">
              <w:rPr>
                <w:lang w:val="ru-RU"/>
              </w:rPr>
              <w:t>учитель первой квалификационной категории</w:t>
            </w:r>
          </w:p>
        </w:tc>
      </w:tr>
      <w:tr w:rsidR="00236334" w:rsidRPr="000E13B0" w:rsidTr="008178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236334" w:rsidRPr="000F4F31" w:rsidRDefault="000F4F31" w:rsidP="008178AF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835" w:type="dxa"/>
          </w:tcPr>
          <w:p w:rsidR="00236334" w:rsidRDefault="00236334" w:rsidP="008178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Муллагалиев Дениз Радикович, 8 класс</w:t>
            </w:r>
          </w:p>
        </w:tc>
        <w:tc>
          <w:tcPr>
            <w:tcW w:w="3402" w:type="dxa"/>
          </w:tcPr>
          <w:p w:rsidR="00236334" w:rsidRPr="00DF25D7" w:rsidRDefault="00236334" w:rsidP="008178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F25D7">
              <w:rPr>
                <w:lang w:val="ru-RU"/>
              </w:rPr>
              <w:t>Симметрия в шахматах как один из аспектов внесения математических приемов в шахматные партии</w:t>
            </w:r>
          </w:p>
        </w:tc>
        <w:tc>
          <w:tcPr>
            <w:tcW w:w="3685" w:type="dxa"/>
          </w:tcPr>
          <w:p w:rsidR="00236334" w:rsidRPr="00DF25D7" w:rsidRDefault="00236334" w:rsidP="008178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F25D7">
              <w:rPr>
                <w:lang w:val="ru-RU"/>
              </w:rPr>
              <w:t xml:space="preserve">МБОУ «Средняя общеобразовательная школа №72 с углубленным изучением немецкого языка» Советского района </w:t>
            </w:r>
            <w:r>
              <w:rPr>
                <w:lang w:val="ru-RU"/>
              </w:rPr>
              <w:t>г. Казани</w:t>
            </w:r>
          </w:p>
        </w:tc>
        <w:tc>
          <w:tcPr>
            <w:tcW w:w="3685" w:type="dxa"/>
          </w:tcPr>
          <w:p w:rsidR="00236334" w:rsidRPr="00DF25D7" w:rsidRDefault="00236334" w:rsidP="008178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F25D7">
              <w:rPr>
                <w:lang w:val="ru-RU"/>
              </w:rPr>
              <w:t>Вазиева Юлия Игоревна, учитель математики, 1 квалификационная категория</w:t>
            </w:r>
          </w:p>
        </w:tc>
      </w:tr>
      <w:tr w:rsidR="00236334" w:rsidRPr="000E13B0" w:rsidTr="008178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236334" w:rsidRPr="000F4F31" w:rsidRDefault="000F4F31" w:rsidP="008178AF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2835" w:type="dxa"/>
          </w:tcPr>
          <w:p w:rsidR="00236334" w:rsidRDefault="00236334" w:rsidP="008178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Ярмухамедов Амир Рашидович, 8 класс</w:t>
            </w:r>
          </w:p>
        </w:tc>
        <w:tc>
          <w:tcPr>
            <w:tcW w:w="3402" w:type="dxa"/>
          </w:tcPr>
          <w:p w:rsidR="00236334" w:rsidRDefault="00236334" w:rsidP="008178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Брахистрона и рулетта</w:t>
            </w:r>
          </w:p>
        </w:tc>
        <w:tc>
          <w:tcPr>
            <w:tcW w:w="3685" w:type="dxa"/>
          </w:tcPr>
          <w:p w:rsidR="00236334" w:rsidRPr="00DF25D7" w:rsidRDefault="00236334" w:rsidP="008178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F25D7">
              <w:rPr>
                <w:lang w:val="ru-RU"/>
              </w:rPr>
              <w:t xml:space="preserve">МБОУ </w:t>
            </w:r>
            <w:r>
              <w:rPr>
                <w:lang w:val="ru-RU"/>
              </w:rPr>
              <w:t>«</w:t>
            </w:r>
            <w:r w:rsidRPr="00DF25D7">
              <w:rPr>
                <w:lang w:val="ru-RU"/>
              </w:rPr>
              <w:t>Гимназия №183</w:t>
            </w:r>
            <w:r>
              <w:rPr>
                <w:lang w:val="ru-RU"/>
              </w:rPr>
              <w:t>»</w:t>
            </w:r>
            <w:r w:rsidRPr="00DF25D7">
              <w:rPr>
                <w:lang w:val="ru-RU"/>
              </w:rPr>
              <w:t xml:space="preserve"> Советского района </w:t>
            </w:r>
            <w:r>
              <w:rPr>
                <w:lang w:val="ru-RU"/>
              </w:rPr>
              <w:t>г. Казани</w:t>
            </w:r>
          </w:p>
        </w:tc>
        <w:tc>
          <w:tcPr>
            <w:tcW w:w="3685" w:type="dxa"/>
          </w:tcPr>
          <w:p w:rsidR="00236334" w:rsidRPr="00DF25D7" w:rsidRDefault="00236334" w:rsidP="008178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F25D7">
              <w:rPr>
                <w:lang w:val="ru-RU"/>
              </w:rPr>
              <w:t>Косолапова-Калиновская Оксана Львовна, учитель математики первой квалификационной категории</w:t>
            </w:r>
          </w:p>
        </w:tc>
      </w:tr>
      <w:tr w:rsidR="00236334" w:rsidRPr="000E13B0" w:rsidTr="008178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236334" w:rsidRPr="000F4F31" w:rsidRDefault="000F4F31" w:rsidP="008178AF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2835" w:type="dxa"/>
          </w:tcPr>
          <w:p w:rsidR="00236334" w:rsidRDefault="00236334" w:rsidP="008178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Гурин Артур Алексеевич, 9 класс</w:t>
            </w:r>
          </w:p>
        </w:tc>
        <w:tc>
          <w:tcPr>
            <w:tcW w:w="3402" w:type="dxa"/>
          </w:tcPr>
          <w:p w:rsidR="00236334" w:rsidRPr="00DF25D7" w:rsidRDefault="00236334" w:rsidP="008178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F25D7">
              <w:rPr>
                <w:lang w:val="ru-RU"/>
              </w:rPr>
              <w:t>Аналоги замечательных точек и линий треугольника в стереометрии</w:t>
            </w:r>
          </w:p>
        </w:tc>
        <w:tc>
          <w:tcPr>
            <w:tcW w:w="3685" w:type="dxa"/>
          </w:tcPr>
          <w:p w:rsidR="00236334" w:rsidRPr="00DF25D7" w:rsidRDefault="008262BD" w:rsidP="008178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>
              <w:rPr>
                <w:lang w:val="ru-RU"/>
              </w:rPr>
              <w:t xml:space="preserve">МБОУ </w:t>
            </w:r>
            <w:r w:rsidR="00236334">
              <w:rPr>
                <w:lang w:val="ru-RU"/>
              </w:rPr>
              <w:t>«</w:t>
            </w:r>
            <w:r w:rsidR="00236334" w:rsidRPr="00DF25D7">
              <w:rPr>
                <w:lang w:val="ru-RU"/>
              </w:rPr>
              <w:t>Лицей №177</w:t>
            </w:r>
            <w:r w:rsidR="00236334">
              <w:rPr>
                <w:lang w:val="ru-RU"/>
              </w:rPr>
              <w:t>»</w:t>
            </w:r>
          </w:p>
        </w:tc>
        <w:tc>
          <w:tcPr>
            <w:tcW w:w="3685" w:type="dxa"/>
          </w:tcPr>
          <w:p w:rsidR="00236334" w:rsidRPr="00DF25D7" w:rsidRDefault="00236334" w:rsidP="008178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F25D7">
              <w:rPr>
                <w:lang w:val="ru-RU"/>
              </w:rPr>
              <w:t>Фалилеева Марина Вик</w:t>
            </w:r>
            <w:r>
              <w:rPr>
                <w:lang w:val="ru-RU"/>
              </w:rPr>
              <w:t xml:space="preserve">торовна, к.п.н., доцент К(П)ФУ, </w:t>
            </w:r>
            <w:r w:rsidRPr="00DF25D7">
              <w:rPr>
                <w:lang w:val="ru-RU"/>
              </w:rPr>
              <w:t>Сайфутдинова Елена Валерьевна учитель математики высшей кв.</w:t>
            </w:r>
            <w:r>
              <w:rPr>
                <w:lang w:val="ru-RU"/>
              </w:rPr>
              <w:t> категории</w:t>
            </w:r>
          </w:p>
        </w:tc>
      </w:tr>
      <w:tr w:rsidR="00236334" w:rsidTr="008178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236334" w:rsidRPr="000F4F31" w:rsidRDefault="000F4F31" w:rsidP="008178AF">
            <w:pPr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2835" w:type="dxa"/>
          </w:tcPr>
          <w:p w:rsidR="00236334" w:rsidRDefault="00236334" w:rsidP="008178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Герасимова Елизавета</w:t>
            </w:r>
            <w:r>
              <w:rPr>
                <w:lang w:val="ru-RU"/>
              </w:rPr>
              <w:t> </w:t>
            </w:r>
            <w:r>
              <w:t>Евгеньевна, 8 класс</w:t>
            </w:r>
          </w:p>
        </w:tc>
        <w:tc>
          <w:tcPr>
            <w:tcW w:w="3402" w:type="dxa"/>
          </w:tcPr>
          <w:p w:rsidR="00236334" w:rsidRPr="00DF25D7" w:rsidRDefault="00236334" w:rsidP="008178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F25D7">
              <w:rPr>
                <w:lang w:val="ru-RU"/>
              </w:rPr>
              <w:t>Топология на пальцах.</w:t>
            </w:r>
            <w:r>
              <w:rPr>
                <w:lang w:val="ru-RU"/>
              </w:rPr>
              <w:t xml:space="preserve"> Лента </w:t>
            </w:r>
            <w:r w:rsidRPr="00DF25D7">
              <w:rPr>
                <w:lang w:val="ru-RU"/>
              </w:rPr>
              <w:t>Мебиуса</w:t>
            </w:r>
          </w:p>
        </w:tc>
        <w:tc>
          <w:tcPr>
            <w:tcW w:w="3685" w:type="dxa"/>
          </w:tcPr>
          <w:p w:rsidR="00236334" w:rsidRDefault="00236334" w:rsidP="008178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МАОУ </w:t>
            </w:r>
            <w:r>
              <w:rPr>
                <w:lang w:val="ru-RU"/>
              </w:rPr>
              <w:t>«</w:t>
            </w:r>
            <w:r>
              <w:t>Лицей №131</w:t>
            </w:r>
            <w:r>
              <w:rPr>
                <w:lang w:val="ru-RU"/>
              </w:rPr>
              <w:t>»</w:t>
            </w:r>
          </w:p>
        </w:tc>
        <w:tc>
          <w:tcPr>
            <w:tcW w:w="3685" w:type="dxa"/>
          </w:tcPr>
          <w:p w:rsidR="00236334" w:rsidRDefault="00236334" w:rsidP="008178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Чепкунова Елена Георгиевна </w:t>
            </w:r>
          </w:p>
        </w:tc>
      </w:tr>
    </w:tbl>
    <w:p w:rsidR="00236334" w:rsidRPr="000F4F31" w:rsidRDefault="00236334" w:rsidP="00236334">
      <w:pPr>
        <w:pStyle w:val="1"/>
        <w:jc w:val="center"/>
        <w:rPr>
          <w:lang w:val="ru-RU"/>
        </w:rPr>
      </w:pPr>
      <w:r>
        <w:lastRenderedPageBreak/>
        <w:t>Секция</w:t>
      </w:r>
      <w:r>
        <w:br/>
        <w:t>Математика</w:t>
      </w:r>
      <w:r w:rsidR="000F4F31">
        <w:rPr>
          <w:lang w:val="ru-RU"/>
        </w:rPr>
        <w:t xml:space="preserve"> 10-11 классы</w:t>
      </w:r>
    </w:p>
    <w:p w:rsidR="000F4F31" w:rsidRDefault="000F4F31" w:rsidP="000F4F31">
      <w:pPr>
        <w:spacing w:after="0"/>
        <w:ind w:right="225"/>
        <w:jc w:val="both"/>
        <w:rPr>
          <w:lang w:val="ru-RU"/>
        </w:rPr>
      </w:pPr>
      <w:r w:rsidRPr="00F14086">
        <w:rPr>
          <w:b/>
          <w:lang w:val="ru-RU"/>
        </w:rPr>
        <w:t>Руководитель секции</w:t>
      </w:r>
      <w:r>
        <w:rPr>
          <w:lang w:val="ru-RU"/>
        </w:rPr>
        <w:t xml:space="preserve"> </w:t>
      </w:r>
      <w:r w:rsidRPr="000F4F31">
        <w:rPr>
          <w:lang w:val="ru-RU"/>
        </w:rPr>
        <w:t>Чернова Алла Моисеевна, учитель математики высшей квалификационной категории МАОУ «Лицей №131»</w:t>
      </w:r>
    </w:p>
    <w:p w:rsidR="000F4F31" w:rsidRPr="00F14086" w:rsidRDefault="000F4F31" w:rsidP="000F4F31">
      <w:pPr>
        <w:spacing w:after="0"/>
        <w:rPr>
          <w:b/>
          <w:lang w:val="ru-RU"/>
        </w:rPr>
      </w:pPr>
      <w:r>
        <w:rPr>
          <w:b/>
          <w:lang w:val="ru-RU"/>
        </w:rPr>
        <w:t>Член</w:t>
      </w:r>
      <w:r w:rsidRPr="00F14086">
        <w:rPr>
          <w:b/>
          <w:lang w:val="ru-RU"/>
        </w:rPr>
        <w:t xml:space="preserve"> жюри</w:t>
      </w:r>
    </w:p>
    <w:p w:rsidR="000F4F31" w:rsidRPr="006A57A6" w:rsidRDefault="000F4F31" w:rsidP="000F4F31">
      <w:pPr>
        <w:spacing w:after="120" w:line="240" w:lineRule="auto"/>
        <w:ind w:left="567"/>
        <w:jc w:val="both"/>
        <w:rPr>
          <w:lang w:val="ru-RU"/>
        </w:rPr>
      </w:pPr>
      <w:r w:rsidRPr="000F4F31">
        <w:rPr>
          <w:szCs w:val="24"/>
          <w:lang w:val="ru-RU"/>
        </w:rPr>
        <w:t>Сергеев Кирилл Михайлович, учитель математики первой квалификационной категории МАОУ «Лицей №131»</w:t>
      </w:r>
    </w:p>
    <w:p w:rsidR="000F4F31" w:rsidRPr="000F4F31" w:rsidRDefault="000F4F31" w:rsidP="000F4F31">
      <w:r w:rsidRPr="00E9053F">
        <w:rPr>
          <w:b/>
          <w:lang w:val="ru-RU"/>
        </w:rPr>
        <w:t>Аудитория</w:t>
      </w:r>
      <w:r>
        <w:rPr>
          <w:b/>
          <w:lang w:val="ru-RU"/>
        </w:rPr>
        <w:t xml:space="preserve"> 29</w:t>
      </w:r>
    </w:p>
    <w:tbl>
      <w:tblPr>
        <w:tblStyle w:val="14"/>
        <w:tblW w:w="0" w:type="auto"/>
        <w:tblLook w:val="04A0" w:firstRow="1" w:lastRow="0" w:firstColumn="1" w:lastColumn="0" w:noHBand="0" w:noVBand="1"/>
      </w:tblPr>
      <w:tblGrid>
        <w:gridCol w:w="567"/>
        <w:gridCol w:w="2835"/>
        <w:gridCol w:w="3402"/>
        <w:gridCol w:w="3685"/>
        <w:gridCol w:w="3685"/>
      </w:tblGrid>
      <w:tr w:rsidR="00236334" w:rsidTr="008178A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236334" w:rsidRDefault="00236334" w:rsidP="008178AF">
            <w:r>
              <w:t>№</w:t>
            </w:r>
          </w:p>
        </w:tc>
        <w:tc>
          <w:tcPr>
            <w:tcW w:w="2835" w:type="dxa"/>
          </w:tcPr>
          <w:p w:rsidR="00236334" w:rsidRDefault="00236334" w:rsidP="008178A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ФИО докладчика</w:t>
            </w:r>
          </w:p>
        </w:tc>
        <w:tc>
          <w:tcPr>
            <w:tcW w:w="3402" w:type="dxa"/>
          </w:tcPr>
          <w:p w:rsidR="00236334" w:rsidRDefault="00236334" w:rsidP="008178A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Название работы</w:t>
            </w:r>
          </w:p>
        </w:tc>
        <w:tc>
          <w:tcPr>
            <w:tcW w:w="3685" w:type="dxa"/>
          </w:tcPr>
          <w:p w:rsidR="00236334" w:rsidRDefault="00236334" w:rsidP="008178A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Образовательная организация докладчика</w:t>
            </w:r>
          </w:p>
        </w:tc>
        <w:tc>
          <w:tcPr>
            <w:tcW w:w="3685" w:type="dxa"/>
          </w:tcPr>
          <w:p w:rsidR="00236334" w:rsidRDefault="00236334" w:rsidP="008178A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Научный руководитель</w:t>
            </w:r>
          </w:p>
        </w:tc>
      </w:tr>
      <w:tr w:rsidR="00236334" w:rsidRPr="000E13B0" w:rsidTr="008178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236334" w:rsidRPr="000F4F31" w:rsidRDefault="000F4F31" w:rsidP="008178AF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835" w:type="dxa"/>
          </w:tcPr>
          <w:p w:rsidR="00236334" w:rsidRDefault="00236334" w:rsidP="008178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Бурмакин Валентин Сергеевич, 10 класс</w:t>
            </w:r>
          </w:p>
        </w:tc>
        <w:tc>
          <w:tcPr>
            <w:tcW w:w="3402" w:type="dxa"/>
          </w:tcPr>
          <w:p w:rsidR="00236334" w:rsidRPr="00DF25D7" w:rsidRDefault="00236334" w:rsidP="008178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F25D7">
              <w:rPr>
                <w:lang w:val="ru-RU"/>
              </w:rPr>
              <w:t>Инверсия в геометрии и ее применение</w:t>
            </w:r>
          </w:p>
        </w:tc>
        <w:tc>
          <w:tcPr>
            <w:tcW w:w="3685" w:type="dxa"/>
          </w:tcPr>
          <w:p w:rsidR="00236334" w:rsidRPr="000E5FA7" w:rsidRDefault="00236334" w:rsidP="008178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>
              <w:t xml:space="preserve">МАОУ </w:t>
            </w:r>
            <w:r>
              <w:rPr>
                <w:lang w:val="ru-RU"/>
              </w:rPr>
              <w:t>«</w:t>
            </w:r>
            <w:r>
              <w:t>Лицей №131</w:t>
            </w:r>
            <w:r>
              <w:rPr>
                <w:lang w:val="ru-RU"/>
              </w:rPr>
              <w:t>»</w:t>
            </w:r>
          </w:p>
        </w:tc>
        <w:tc>
          <w:tcPr>
            <w:tcW w:w="3685" w:type="dxa"/>
          </w:tcPr>
          <w:p w:rsidR="00236334" w:rsidRPr="000F4F31" w:rsidRDefault="000F4F31" w:rsidP="008178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0F4F31">
              <w:rPr>
                <w:szCs w:val="24"/>
                <w:lang w:val="ru-RU"/>
              </w:rPr>
              <w:t>Сергеев Кирилл Михайлович, учитель математики первой квалификационной категории</w:t>
            </w:r>
          </w:p>
        </w:tc>
      </w:tr>
      <w:tr w:rsidR="00236334" w:rsidRPr="000E13B0" w:rsidTr="008178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236334" w:rsidRPr="000F4F31" w:rsidRDefault="000F4F31" w:rsidP="008178AF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835" w:type="dxa"/>
          </w:tcPr>
          <w:p w:rsidR="00236334" w:rsidRDefault="00236334" w:rsidP="008178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Новиков Леонид Владимирович, 10 класс</w:t>
            </w:r>
          </w:p>
        </w:tc>
        <w:tc>
          <w:tcPr>
            <w:tcW w:w="3402" w:type="dxa"/>
          </w:tcPr>
          <w:p w:rsidR="00236334" w:rsidRDefault="00236334" w:rsidP="008178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Задача Виктора Тебо </w:t>
            </w:r>
          </w:p>
        </w:tc>
        <w:tc>
          <w:tcPr>
            <w:tcW w:w="3685" w:type="dxa"/>
          </w:tcPr>
          <w:p w:rsidR="00236334" w:rsidRDefault="00236334" w:rsidP="008178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МАОУ </w:t>
            </w:r>
            <w:r>
              <w:rPr>
                <w:lang w:val="ru-RU"/>
              </w:rPr>
              <w:t>«</w:t>
            </w:r>
            <w:r>
              <w:t>Лицей №131</w:t>
            </w:r>
            <w:r>
              <w:rPr>
                <w:lang w:val="ru-RU"/>
              </w:rPr>
              <w:t>»</w:t>
            </w:r>
          </w:p>
        </w:tc>
        <w:tc>
          <w:tcPr>
            <w:tcW w:w="3685" w:type="dxa"/>
          </w:tcPr>
          <w:p w:rsidR="00236334" w:rsidRPr="00DF25D7" w:rsidRDefault="000F4F31" w:rsidP="008178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0F4F31">
              <w:rPr>
                <w:szCs w:val="24"/>
                <w:lang w:val="ru-RU"/>
              </w:rPr>
              <w:t>Сергеев Кирилл Михайлович, учитель математики первой квалификационной категории</w:t>
            </w:r>
          </w:p>
        </w:tc>
      </w:tr>
      <w:tr w:rsidR="00236334" w:rsidRPr="000E13B0" w:rsidTr="008178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236334" w:rsidRPr="000F4F31" w:rsidRDefault="000F4F31" w:rsidP="008178AF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2835" w:type="dxa"/>
          </w:tcPr>
          <w:p w:rsidR="00236334" w:rsidRDefault="00236334" w:rsidP="008178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Надиманов Ахмед Ренатович, 11 класс</w:t>
            </w:r>
          </w:p>
        </w:tc>
        <w:tc>
          <w:tcPr>
            <w:tcW w:w="3402" w:type="dxa"/>
          </w:tcPr>
          <w:p w:rsidR="00236334" w:rsidRPr="00DF25D7" w:rsidRDefault="00236334" w:rsidP="008178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F25D7">
              <w:rPr>
                <w:lang w:val="ru-RU"/>
              </w:rPr>
              <w:t>Исследование задачи открытого типа, содержащей параметр и модуль</w:t>
            </w:r>
          </w:p>
        </w:tc>
        <w:tc>
          <w:tcPr>
            <w:tcW w:w="3685" w:type="dxa"/>
          </w:tcPr>
          <w:p w:rsidR="00236334" w:rsidRPr="00DF25D7" w:rsidRDefault="008262BD" w:rsidP="008178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>
              <w:rPr>
                <w:lang w:val="ru-RU"/>
              </w:rPr>
              <w:t xml:space="preserve">МБОУ </w:t>
            </w:r>
            <w:r w:rsidR="00236334">
              <w:rPr>
                <w:lang w:val="ru-RU"/>
              </w:rPr>
              <w:t>«</w:t>
            </w:r>
            <w:r w:rsidR="00236334" w:rsidRPr="00DF25D7">
              <w:rPr>
                <w:lang w:val="ru-RU"/>
              </w:rPr>
              <w:t>Гимназия №27 с татарским языком обучения</w:t>
            </w:r>
            <w:r w:rsidR="00236334">
              <w:rPr>
                <w:lang w:val="ru-RU"/>
              </w:rPr>
              <w:t>»</w:t>
            </w:r>
          </w:p>
        </w:tc>
        <w:tc>
          <w:tcPr>
            <w:tcW w:w="3685" w:type="dxa"/>
          </w:tcPr>
          <w:p w:rsidR="00236334" w:rsidRPr="00DF25D7" w:rsidRDefault="00236334" w:rsidP="008178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F25D7">
              <w:rPr>
                <w:lang w:val="ru-RU"/>
              </w:rPr>
              <w:t>Гильмиева Гульназ Гаптельзаветовна, учитель математики высшей квалификационной категории</w:t>
            </w:r>
          </w:p>
        </w:tc>
      </w:tr>
      <w:tr w:rsidR="00236334" w:rsidRPr="000E13B0" w:rsidTr="008178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236334" w:rsidRPr="000F4F31" w:rsidRDefault="000F4F31" w:rsidP="008178AF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2835" w:type="dxa"/>
          </w:tcPr>
          <w:p w:rsidR="00236334" w:rsidRDefault="00236334" w:rsidP="008178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Вашурин Семён Константинович, 10 класс</w:t>
            </w:r>
          </w:p>
        </w:tc>
        <w:tc>
          <w:tcPr>
            <w:tcW w:w="3402" w:type="dxa"/>
          </w:tcPr>
          <w:p w:rsidR="00236334" w:rsidRDefault="00236334" w:rsidP="008178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Перестановки с ограничениями</w:t>
            </w:r>
          </w:p>
        </w:tc>
        <w:tc>
          <w:tcPr>
            <w:tcW w:w="3685" w:type="dxa"/>
          </w:tcPr>
          <w:p w:rsidR="00236334" w:rsidRDefault="00236334" w:rsidP="008178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МАОУ </w:t>
            </w:r>
            <w:r>
              <w:rPr>
                <w:lang w:val="ru-RU"/>
              </w:rPr>
              <w:t>«</w:t>
            </w:r>
            <w:r>
              <w:t>Лицей №131</w:t>
            </w:r>
            <w:r>
              <w:rPr>
                <w:lang w:val="ru-RU"/>
              </w:rPr>
              <w:t>»</w:t>
            </w:r>
          </w:p>
        </w:tc>
        <w:tc>
          <w:tcPr>
            <w:tcW w:w="3685" w:type="dxa"/>
          </w:tcPr>
          <w:p w:rsidR="00236334" w:rsidRPr="000F4F31" w:rsidRDefault="000F4F31" w:rsidP="008178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0F4F31">
              <w:rPr>
                <w:szCs w:val="24"/>
                <w:lang w:val="ru-RU"/>
              </w:rPr>
              <w:t>Сергеев Кирилл Михайлович, учитель математики первой квалификационной категории</w:t>
            </w:r>
          </w:p>
        </w:tc>
      </w:tr>
      <w:tr w:rsidR="00236334" w:rsidRPr="000E13B0" w:rsidTr="008178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236334" w:rsidRPr="000F4F31" w:rsidRDefault="000F4F31" w:rsidP="008178AF">
            <w:pPr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2835" w:type="dxa"/>
          </w:tcPr>
          <w:p w:rsidR="00236334" w:rsidRDefault="00236334" w:rsidP="008178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Бирюкова Юлия</w:t>
            </w:r>
            <w:r>
              <w:rPr>
                <w:lang w:val="ru-RU"/>
              </w:rPr>
              <w:t> </w:t>
            </w:r>
            <w:r>
              <w:t>Владимировна, 11 класс</w:t>
            </w:r>
          </w:p>
        </w:tc>
        <w:tc>
          <w:tcPr>
            <w:tcW w:w="3402" w:type="dxa"/>
          </w:tcPr>
          <w:p w:rsidR="00236334" w:rsidRPr="00DF25D7" w:rsidRDefault="00236334" w:rsidP="008178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F25D7">
              <w:rPr>
                <w:lang w:val="ru-RU"/>
              </w:rPr>
              <w:t>Архитектурный рисуно</w:t>
            </w:r>
            <w:r>
              <w:rPr>
                <w:lang w:val="ru-RU"/>
              </w:rPr>
              <w:t>к, как синтез естественных наук</w:t>
            </w:r>
          </w:p>
        </w:tc>
        <w:tc>
          <w:tcPr>
            <w:tcW w:w="3685" w:type="dxa"/>
          </w:tcPr>
          <w:p w:rsidR="00236334" w:rsidRDefault="00236334" w:rsidP="008178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МБОУ «Гимназия №175» </w:t>
            </w:r>
          </w:p>
        </w:tc>
        <w:tc>
          <w:tcPr>
            <w:tcW w:w="3685" w:type="dxa"/>
          </w:tcPr>
          <w:p w:rsidR="00236334" w:rsidRPr="00DF25D7" w:rsidRDefault="00236334" w:rsidP="008178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F25D7">
              <w:rPr>
                <w:lang w:val="ru-RU"/>
              </w:rPr>
              <w:t xml:space="preserve">Хафизова Гузель Мансуровна, учитель физики, первая квалификационная категория </w:t>
            </w:r>
          </w:p>
        </w:tc>
      </w:tr>
      <w:tr w:rsidR="00236334" w:rsidRPr="000E13B0" w:rsidTr="008178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236334" w:rsidRPr="000F4F31" w:rsidRDefault="000F4F31" w:rsidP="008178AF">
            <w:pPr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2835" w:type="dxa"/>
          </w:tcPr>
          <w:p w:rsidR="00236334" w:rsidRDefault="00236334" w:rsidP="008178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Счастливцева Анастасия Максимовна, 10 класс</w:t>
            </w:r>
          </w:p>
        </w:tc>
        <w:tc>
          <w:tcPr>
            <w:tcW w:w="3402" w:type="dxa"/>
          </w:tcPr>
          <w:p w:rsidR="00236334" w:rsidRPr="00DF25D7" w:rsidRDefault="00236334" w:rsidP="008178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F25D7">
              <w:rPr>
                <w:lang w:val="ru-RU"/>
              </w:rPr>
              <w:t>Чем отличаются азартные игры от сушки грибов?</w:t>
            </w:r>
          </w:p>
        </w:tc>
        <w:tc>
          <w:tcPr>
            <w:tcW w:w="3685" w:type="dxa"/>
          </w:tcPr>
          <w:p w:rsidR="00236334" w:rsidRDefault="00236334" w:rsidP="008178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МАОУ </w:t>
            </w:r>
            <w:r>
              <w:rPr>
                <w:lang w:val="ru-RU"/>
              </w:rPr>
              <w:t>«</w:t>
            </w:r>
            <w:r>
              <w:t>Лицей №131</w:t>
            </w:r>
            <w:r>
              <w:rPr>
                <w:lang w:val="ru-RU"/>
              </w:rPr>
              <w:t>»</w:t>
            </w:r>
          </w:p>
        </w:tc>
        <w:tc>
          <w:tcPr>
            <w:tcW w:w="3685" w:type="dxa"/>
          </w:tcPr>
          <w:p w:rsidR="00236334" w:rsidRPr="00DF25D7" w:rsidRDefault="000F4F31" w:rsidP="008178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0F4F31">
              <w:rPr>
                <w:szCs w:val="24"/>
                <w:lang w:val="ru-RU"/>
              </w:rPr>
              <w:t>Сергеев Кирилл Михайлович, учитель математики первой квалификационной категории</w:t>
            </w:r>
          </w:p>
        </w:tc>
      </w:tr>
      <w:tr w:rsidR="00236334" w:rsidRPr="000E13B0" w:rsidTr="008178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236334" w:rsidRPr="000F4F31" w:rsidRDefault="000F4F31" w:rsidP="008178AF">
            <w:pPr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2835" w:type="dxa"/>
          </w:tcPr>
          <w:p w:rsidR="00236334" w:rsidRDefault="00236334" w:rsidP="008178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Нагимова Ясмина Айдаровна, 10 класс</w:t>
            </w:r>
          </w:p>
        </w:tc>
        <w:tc>
          <w:tcPr>
            <w:tcW w:w="3402" w:type="dxa"/>
          </w:tcPr>
          <w:p w:rsidR="00236334" w:rsidRPr="00DF25D7" w:rsidRDefault="00236334" w:rsidP="008178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>
              <w:rPr>
                <w:lang w:val="ru-RU"/>
              </w:rPr>
              <w:t>Применение базиса Гребнера к </w:t>
            </w:r>
            <w:r w:rsidRPr="00DF25D7">
              <w:rPr>
                <w:lang w:val="ru-RU"/>
              </w:rPr>
              <w:t>решению систем рационализации знаменателя дроби</w:t>
            </w:r>
          </w:p>
        </w:tc>
        <w:tc>
          <w:tcPr>
            <w:tcW w:w="3685" w:type="dxa"/>
          </w:tcPr>
          <w:p w:rsidR="00236334" w:rsidRPr="00DF25D7" w:rsidRDefault="000F4F31" w:rsidP="008178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>
              <w:t xml:space="preserve">МАОУ </w:t>
            </w:r>
            <w:r>
              <w:rPr>
                <w:lang w:val="ru-RU"/>
              </w:rPr>
              <w:t>«</w:t>
            </w:r>
            <w:r>
              <w:t>Лицей №131</w:t>
            </w:r>
            <w:r>
              <w:rPr>
                <w:lang w:val="ru-RU"/>
              </w:rPr>
              <w:t>»</w:t>
            </w:r>
          </w:p>
        </w:tc>
        <w:tc>
          <w:tcPr>
            <w:tcW w:w="3685" w:type="dxa"/>
          </w:tcPr>
          <w:p w:rsidR="00236334" w:rsidRPr="000F4F31" w:rsidRDefault="000F4F31" w:rsidP="008178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0F4F31">
              <w:rPr>
                <w:szCs w:val="24"/>
                <w:lang w:val="ru-RU"/>
              </w:rPr>
              <w:t>Сергеев Кирилл Михайлович, учитель математики первой квалификационной категории</w:t>
            </w:r>
          </w:p>
        </w:tc>
      </w:tr>
    </w:tbl>
    <w:p w:rsidR="0019003B" w:rsidRPr="00881843" w:rsidRDefault="00DF25D7">
      <w:pPr>
        <w:pStyle w:val="1"/>
        <w:jc w:val="center"/>
        <w:rPr>
          <w:lang w:val="ru-RU"/>
        </w:rPr>
      </w:pPr>
      <w:r w:rsidRPr="00881843">
        <w:rPr>
          <w:lang w:val="ru-RU"/>
        </w:rPr>
        <w:lastRenderedPageBreak/>
        <w:t>Секция</w:t>
      </w:r>
      <w:r w:rsidRPr="00881843">
        <w:rPr>
          <w:lang w:val="ru-RU"/>
        </w:rPr>
        <w:br/>
        <w:t>География</w:t>
      </w:r>
    </w:p>
    <w:p w:rsidR="00F20066" w:rsidRDefault="00F20066" w:rsidP="00F20066">
      <w:pPr>
        <w:spacing w:after="0"/>
        <w:ind w:right="225"/>
        <w:jc w:val="both"/>
        <w:rPr>
          <w:lang w:val="ru-RU"/>
        </w:rPr>
      </w:pPr>
      <w:r w:rsidRPr="00F14086">
        <w:rPr>
          <w:b/>
          <w:lang w:val="ru-RU"/>
        </w:rPr>
        <w:t>Руководитель секции</w:t>
      </w:r>
      <w:r>
        <w:rPr>
          <w:lang w:val="ru-RU"/>
        </w:rPr>
        <w:t xml:space="preserve"> </w:t>
      </w:r>
      <w:r w:rsidRPr="00F20066">
        <w:rPr>
          <w:lang w:val="ru-RU"/>
        </w:rPr>
        <w:t>Кириллова Светлана Ивановна, учитель географии высшей квалификационной категории МАОУ «Лицей №131»</w:t>
      </w:r>
    </w:p>
    <w:p w:rsidR="00F20066" w:rsidRPr="00F14086" w:rsidRDefault="00F20066" w:rsidP="00F20066">
      <w:pPr>
        <w:spacing w:after="0"/>
        <w:rPr>
          <w:b/>
          <w:lang w:val="ru-RU"/>
        </w:rPr>
      </w:pPr>
      <w:r w:rsidRPr="00F14086">
        <w:rPr>
          <w:b/>
          <w:lang w:val="ru-RU"/>
        </w:rPr>
        <w:t>Члены жюри</w:t>
      </w:r>
    </w:p>
    <w:p w:rsidR="00F20066" w:rsidRPr="0081386D" w:rsidRDefault="00F20066" w:rsidP="00F20066">
      <w:pPr>
        <w:pStyle w:val="ae"/>
        <w:numPr>
          <w:ilvl w:val="0"/>
          <w:numId w:val="10"/>
        </w:numPr>
        <w:spacing w:after="0" w:line="240" w:lineRule="auto"/>
        <w:jc w:val="both"/>
        <w:rPr>
          <w:lang w:val="ru-RU"/>
        </w:rPr>
      </w:pPr>
      <w:r w:rsidRPr="00F20066">
        <w:rPr>
          <w:szCs w:val="24"/>
          <w:lang w:val="ru-RU"/>
        </w:rPr>
        <w:t>Беляков Александр Робертович, педагог-организатор МАОУ «Лицей №131»</w:t>
      </w:r>
    </w:p>
    <w:p w:rsidR="00F20066" w:rsidRPr="00990303" w:rsidRDefault="00F20066" w:rsidP="00F20066">
      <w:pPr>
        <w:pStyle w:val="ae"/>
        <w:numPr>
          <w:ilvl w:val="0"/>
          <w:numId w:val="10"/>
        </w:numPr>
        <w:spacing w:after="120" w:line="240" w:lineRule="auto"/>
        <w:jc w:val="both"/>
        <w:rPr>
          <w:lang w:val="ru-RU"/>
        </w:rPr>
      </w:pPr>
      <w:r>
        <w:rPr>
          <w:szCs w:val="24"/>
          <w:lang w:val="ru-RU"/>
        </w:rPr>
        <w:t>Самигуллина Галина Савельевна, к.п.н.</w:t>
      </w:r>
    </w:p>
    <w:p w:rsidR="00F20066" w:rsidRPr="00F20066" w:rsidRDefault="00F20066" w:rsidP="00F20066">
      <w:r w:rsidRPr="00990303">
        <w:rPr>
          <w:b/>
          <w:lang w:val="ru-RU"/>
        </w:rPr>
        <w:t>Аудитория</w:t>
      </w:r>
      <w:r w:rsidR="00FD275A">
        <w:rPr>
          <w:b/>
          <w:lang w:val="ru-RU"/>
        </w:rPr>
        <w:t xml:space="preserve"> 15</w:t>
      </w:r>
    </w:p>
    <w:tbl>
      <w:tblPr>
        <w:tblStyle w:val="14"/>
        <w:tblW w:w="0" w:type="auto"/>
        <w:tblLook w:val="04A0" w:firstRow="1" w:lastRow="0" w:firstColumn="1" w:lastColumn="0" w:noHBand="0" w:noVBand="1"/>
      </w:tblPr>
      <w:tblGrid>
        <w:gridCol w:w="567"/>
        <w:gridCol w:w="2835"/>
        <w:gridCol w:w="3402"/>
        <w:gridCol w:w="3685"/>
        <w:gridCol w:w="3685"/>
      </w:tblGrid>
      <w:tr w:rsidR="0019003B" w:rsidTr="007F6E8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19003B" w:rsidRDefault="00DF25D7">
            <w:r>
              <w:t>№</w:t>
            </w:r>
          </w:p>
        </w:tc>
        <w:tc>
          <w:tcPr>
            <w:tcW w:w="2835" w:type="dxa"/>
          </w:tcPr>
          <w:p w:rsidR="0019003B" w:rsidRDefault="00DF25D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ФИО докладчика</w:t>
            </w:r>
          </w:p>
        </w:tc>
        <w:tc>
          <w:tcPr>
            <w:tcW w:w="3402" w:type="dxa"/>
          </w:tcPr>
          <w:p w:rsidR="0019003B" w:rsidRDefault="00DF25D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Название работы</w:t>
            </w:r>
          </w:p>
        </w:tc>
        <w:tc>
          <w:tcPr>
            <w:tcW w:w="3685" w:type="dxa"/>
          </w:tcPr>
          <w:p w:rsidR="0019003B" w:rsidRDefault="00DF25D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Образовательная организация докладчика</w:t>
            </w:r>
          </w:p>
        </w:tc>
        <w:tc>
          <w:tcPr>
            <w:tcW w:w="3685" w:type="dxa"/>
          </w:tcPr>
          <w:p w:rsidR="0019003B" w:rsidRDefault="00DF25D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Научный руководитель</w:t>
            </w:r>
          </w:p>
        </w:tc>
      </w:tr>
      <w:tr w:rsidR="0019003B" w:rsidRPr="000E13B0" w:rsidTr="007F6E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19003B" w:rsidRDefault="00DF25D7">
            <w:r>
              <w:t>1</w:t>
            </w:r>
          </w:p>
        </w:tc>
        <w:tc>
          <w:tcPr>
            <w:tcW w:w="2835" w:type="dxa"/>
          </w:tcPr>
          <w:p w:rsidR="0019003B" w:rsidRDefault="007F6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Латыпова Алиса </w:t>
            </w:r>
            <w:r w:rsidR="00DF25D7">
              <w:t>Айратовна, 10 класс</w:t>
            </w:r>
          </w:p>
        </w:tc>
        <w:tc>
          <w:tcPr>
            <w:tcW w:w="3402" w:type="dxa"/>
          </w:tcPr>
          <w:p w:rsidR="0019003B" w:rsidRPr="00DF25D7" w:rsidRDefault="00DF25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F25D7">
              <w:rPr>
                <w:lang w:val="ru-RU"/>
              </w:rPr>
              <w:t>Использование расчета плотности речного песка для применения его как материала при благоустройстве набережной реки</w:t>
            </w:r>
          </w:p>
        </w:tc>
        <w:tc>
          <w:tcPr>
            <w:tcW w:w="3685" w:type="dxa"/>
          </w:tcPr>
          <w:p w:rsidR="0019003B" w:rsidRPr="00DF25D7" w:rsidRDefault="008262BD" w:rsidP="007F6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>
              <w:rPr>
                <w:lang w:val="ru-RU"/>
              </w:rPr>
              <w:t xml:space="preserve">МБОУ </w:t>
            </w:r>
            <w:r w:rsidR="007F6E8E">
              <w:rPr>
                <w:lang w:val="ru-RU"/>
              </w:rPr>
              <w:t>«</w:t>
            </w:r>
            <w:r w:rsidR="00DF25D7" w:rsidRPr="00DF25D7">
              <w:rPr>
                <w:lang w:val="ru-RU"/>
              </w:rPr>
              <w:t>Лицей № 177</w:t>
            </w:r>
            <w:r w:rsidR="007F6E8E">
              <w:rPr>
                <w:lang w:val="ru-RU"/>
              </w:rPr>
              <w:t>»</w:t>
            </w:r>
            <w:r w:rsidR="00DF25D7" w:rsidRPr="00DF25D7">
              <w:rPr>
                <w:lang w:val="ru-RU"/>
              </w:rPr>
              <w:t xml:space="preserve"> </w:t>
            </w:r>
          </w:p>
        </w:tc>
        <w:tc>
          <w:tcPr>
            <w:tcW w:w="3685" w:type="dxa"/>
          </w:tcPr>
          <w:p w:rsidR="0019003B" w:rsidRPr="00DF25D7" w:rsidRDefault="007F6E8E" w:rsidP="007F6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>
              <w:rPr>
                <w:lang w:val="ru-RU"/>
              </w:rPr>
              <w:t>Сергеева Светлана Владимировна</w:t>
            </w:r>
            <w:r w:rsidR="00DF25D7" w:rsidRPr="00DF25D7">
              <w:rPr>
                <w:lang w:val="ru-RU"/>
              </w:rPr>
              <w:t>, учитель биологии выс</w:t>
            </w:r>
            <w:r>
              <w:rPr>
                <w:lang w:val="ru-RU"/>
              </w:rPr>
              <w:t xml:space="preserve">шей квалификационной категории, </w:t>
            </w:r>
            <w:r w:rsidR="00DF25D7" w:rsidRPr="00DF25D7">
              <w:rPr>
                <w:lang w:val="ru-RU"/>
              </w:rPr>
              <w:t xml:space="preserve">Амиров Рустем Вагизович, учитель географии высшей квалификационной категории </w:t>
            </w:r>
          </w:p>
        </w:tc>
      </w:tr>
      <w:tr w:rsidR="0019003B" w:rsidRPr="000E13B0" w:rsidTr="007F6E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19003B" w:rsidRDefault="00DF25D7">
            <w:r>
              <w:t>2</w:t>
            </w:r>
          </w:p>
        </w:tc>
        <w:tc>
          <w:tcPr>
            <w:tcW w:w="2835" w:type="dxa"/>
          </w:tcPr>
          <w:p w:rsidR="0019003B" w:rsidRDefault="00DF25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Загеров Амир Айдарович, 10 класс</w:t>
            </w:r>
          </w:p>
        </w:tc>
        <w:tc>
          <w:tcPr>
            <w:tcW w:w="3402" w:type="dxa"/>
          </w:tcPr>
          <w:p w:rsidR="0019003B" w:rsidRPr="00DF25D7" w:rsidRDefault="00DF25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F25D7">
              <w:rPr>
                <w:lang w:val="ru-RU"/>
              </w:rPr>
              <w:t>Определение зависимости влияния водопроницаемости городских почв на строение</w:t>
            </w:r>
            <w:r w:rsidR="007F6E8E">
              <w:rPr>
                <w:lang w:val="ru-RU"/>
              </w:rPr>
              <w:t xml:space="preserve"> листа спорыша (горца птичьего)</w:t>
            </w:r>
          </w:p>
        </w:tc>
        <w:tc>
          <w:tcPr>
            <w:tcW w:w="3685" w:type="dxa"/>
          </w:tcPr>
          <w:p w:rsidR="0019003B" w:rsidRPr="00DF25D7" w:rsidRDefault="008262BD" w:rsidP="007F6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>
              <w:rPr>
                <w:lang w:val="ru-RU"/>
              </w:rPr>
              <w:t>МБОУ</w:t>
            </w:r>
            <w:r w:rsidR="00DF25D7" w:rsidRPr="00DF25D7">
              <w:rPr>
                <w:lang w:val="ru-RU"/>
              </w:rPr>
              <w:t xml:space="preserve"> </w:t>
            </w:r>
            <w:r w:rsidR="007F6E8E">
              <w:rPr>
                <w:lang w:val="ru-RU"/>
              </w:rPr>
              <w:t>«</w:t>
            </w:r>
            <w:r w:rsidR="00DF25D7" w:rsidRPr="00DF25D7">
              <w:rPr>
                <w:lang w:val="ru-RU"/>
              </w:rPr>
              <w:t>Лицей №177</w:t>
            </w:r>
            <w:r w:rsidR="007F6E8E">
              <w:rPr>
                <w:lang w:val="ru-RU"/>
              </w:rPr>
              <w:t>»</w:t>
            </w:r>
          </w:p>
        </w:tc>
        <w:tc>
          <w:tcPr>
            <w:tcW w:w="3685" w:type="dxa"/>
          </w:tcPr>
          <w:p w:rsidR="0019003B" w:rsidRPr="00DF25D7" w:rsidRDefault="00DF25D7" w:rsidP="007F6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F25D7">
              <w:rPr>
                <w:lang w:val="ru-RU"/>
              </w:rPr>
              <w:t>Сергеева С.В., учитель б</w:t>
            </w:r>
            <w:r w:rsidR="007F6E8E">
              <w:rPr>
                <w:lang w:val="ru-RU"/>
              </w:rPr>
              <w:t>иологии высшей квалификационной</w:t>
            </w:r>
            <w:r w:rsidRPr="00DF25D7">
              <w:rPr>
                <w:lang w:val="ru-RU"/>
              </w:rPr>
              <w:t>,</w:t>
            </w:r>
            <w:r w:rsidR="00DD0962">
              <w:rPr>
                <w:lang w:val="ru-RU"/>
              </w:rPr>
              <w:t xml:space="preserve"> </w:t>
            </w:r>
            <w:r w:rsidRPr="00DF25D7">
              <w:rPr>
                <w:lang w:val="ru-RU"/>
              </w:rPr>
              <w:t xml:space="preserve">Гусева И.А., аспирант КФУ </w:t>
            </w:r>
          </w:p>
        </w:tc>
      </w:tr>
      <w:tr w:rsidR="0019003B" w:rsidRPr="000E13B0" w:rsidTr="007F6E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19003B" w:rsidRDefault="00DF25D7">
            <w:r>
              <w:t>3</w:t>
            </w:r>
          </w:p>
        </w:tc>
        <w:tc>
          <w:tcPr>
            <w:tcW w:w="2835" w:type="dxa"/>
          </w:tcPr>
          <w:p w:rsidR="0019003B" w:rsidRDefault="007F6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Осипченко Арина </w:t>
            </w:r>
            <w:r w:rsidR="00DF25D7">
              <w:t>Алексеевна, 8 класс</w:t>
            </w:r>
          </w:p>
        </w:tc>
        <w:tc>
          <w:tcPr>
            <w:tcW w:w="3402" w:type="dxa"/>
          </w:tcPr>
          <w:p w:rsidR="0019003B" w:rsidRDefault="00DF25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Туристические в</w:t>
            </w:r>
            <w:r w:rsidR="007F6E8E">
              <w:t>озможности Республики Татарстан</w:t>
            </w:r>
          </w:p>
        </w:tc>
        <w:tc>
          <w:tcPr>
            <w:tcW w:w="3685" w:type="dxa"/>
          </w:tcPr>
          <w:p w:rsidR="0019003B" w:rsidRPr="00DF25D7" w:rsidRDefault="008262BD" w:rsidP="00B46D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>
              <w:rPr>
                <w:lang w:val="ru-RU"/>
              </w:rPr>
              <w:t>МБОУ</w:t>
            </w:r>
            <w:r w:rsidR="007F6E8E">
              <w:rPr>
                <w:lang w:val="ru-RU"/>
              </w:rPr>
              <w:t xml:space="preserve"> «</w:t>
            </w:r>
            <w:r w:rsidR="00B46D8E">
              <w:rPr>
                <w:lang w:val="ru-RU"/>
              </w:rPr>
              <w:t>СОШ</w:t>
            </w:r>
            <w:r w:rsidR="007F6E8E">
              <w:rPr>
                <w:lang w:val="ru-RU"/>
              </w:rPr>
              <w:t xml:space="preserve"> №98 (татарско-русская)»</w:t>
            </w:r>
          </w:p>
        </w:tc>
        <w:tc>
          <w:tcPr>
            <w:tcW w:w="3685" w:type="dxa"/>
          </w:tcPr>
          <w:p w:rsidR="0019003B" w:rsidRPr="00DF25D7" w:rsidRDefault="00DF25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F25D7">
              <w:rPr>
                <w:lang w:val="ru-RU"/>
              </w:rPr>
              <w:t>Топыркина Татьяна Павловна, учитель географии, первая квалификационная категория</w:t>
            </w:r>
          </w:p>
        </w:tc>
      </w:tr>
      <w:tr w:rsidR="0019003B" w:rsidRPr="000E13B0" w:rsidTr="007F6E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19003B" w:rsidRDefault="00DF25D7">
            <w:r>
              <w:t>4</w:t>
            </w:r>
          </w:p>
        </w:tc>
        <w:tc>
          <w:tcPr>
            <w:tcW w:w="2835" w:type="dxa"/>
          </w:tcPr>
          <w:p w:rsidR="0019003B" w:rsidRPr="00DF25D7" w:rsidRDefault="007F6E8E" w:rsidP="007F6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>
              <w:rPr>
                <w:lang w:val="ru-RU"/>
              </w:rPr>
              <w:t>Кочева Мария </w:t>
            </w:r>
            <w:r w:rsidR="00DF25D7" w:rsidRPr="00DF25D7">
              <w:rPr>
                <w:lang w:val="ru-RU"/>
              </w:rPr>
              <w:t>Александровна, 7</w:t>
            </w:r>
            <w:r w:rsidR="00DF25D7">
              <w:t> </w:t>
            </w:r>
            <w:r w:rsidR="00DF25D7" w:rsidRPr="00DF25D7">
              <w:rPr>
                <w:lang w:val="ru-RU"/>
              </w:rPr>
              <w:t>класс</w:t>
            </w:r>
          </w:p>
        </w:tc>
        <w:tc>
          <w:tcPr>
            <w:tcW w:w="3402" w:type="dxa"/>
          </w:tcPr>
          <w:p w:rsidR="0019003B" w:rsidRDefault="00DF25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Семь чудес света</w:t>
            </w:r>
          </w:p>
        </w:tc>
        <w:tc>
          <w:tcPr>
            <w:tcW w:w="3685" w:type="dxa"/>
          </w:tcPr>
          <w:p w:rsidR="0019003B" w:rsidRPr="007F6E8E" w:rsidRDefault="00DF25D7" w:rsidP="007F6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>
              <w:t xml:space="preserve">МАОУ </w:t>
            </w:r>
            <w:r w:rsidR="007F6E8E">
              <w:rPr>
                <w:lang w:val="ru-RU"/>
              </w:rPr>
              <w:t>«</w:t>
            </w:r>
            <w:r>
              <w:t>Лицей №131</w:t>
            </w:r>
            <w:r w:rsidR="007F6E8E">
              <w:rPr>
                <w:lang w:val="ru-RU"/>
              </w:rPr>
              <w:t>»</w:t>
            </w:r>
          </w:p>
        </w:tc>
        <w:tc>
          <w:tcPr>
            <w:tcW w:w="3685" w:type="dxa"/>
          </w:tcPr>
          <w:p w:rsidR="0019003B" w:rsidRPr="00DF25D7" w:rsidRDefault="00DF25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F25D7">
              <w:rPr>
                <w:lang w:val="ru-RU"/>
              </w:rPr>
              <w:t>Кириллова Виолетта Валерьевна, учитель географии, первая квалификационная категория</w:t>
            </w:r>
          </w:p>
        </w:tc>
      </w:tr>
      <w:tr w:rsidR="0019003B" w:rsidRPr="000E13B0" w:rsidTr="007F6E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19003B" w:rsidRDefault="00DF25D7">
            <w:r>
              <w:t>5</w:t>
            </w:r>
          </w:p>
        </w:tc>
        <w:tc>
          <w:tcPr>
            <w:tcW w:w="2835" w:type="dxa"/>
          </w:tcPr>
          <w:p w:rsidR="0019003B" w:rsidRDefault="00DF25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Хасянов Амир Наилевич, 7 класс</w:t>
            </w:r>
          </w:p>
        </w:tc>
        <w:tc>
          <w:tcPr>
            <w:tcW w:w="3402" w:type="dxa"/>
          </w:tcPr>
          <w:p w:rsidR="0019003B" w:rsidRPr="00DF25D7" w:rsidRDefault="00DF25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F25D7">
              <w:rPr>
                <w:lang w:val="ru-RU"/>
              </w:rPr>
              <w:t>Оценка туристско-рекреационного потенциала и инновационно-проектной активности Республики Татарстан</w:t>
            </w:r>
          </w:p>
        </w:tc>
        <w:tc>
          <w:tcPr>
            <w:tcW w:w="3685" w:type="dxa"/>
          </w:tcPr>
          <w:p w:rsidR="0019003B" w:rsidRPr="007F6E8E" w:rsidRDefault="00DF25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>
              <w:t xml:space="preserve">МАОУ </w:t>
            </w:r>
            <w:r w:rsidR="007F6E8E">
              <w:rPr>
                <w:lang w:val="ru-RU"/>
              </w:rPr>
              <w:t>«</w:t>
            </w:r>
            <w:r>
              <w:t>Лицей № 131</w:t>
            </w:r>
            <w:r w:rsidR="007F6E8E">
              <w:rPr>
                <w:lang w:val="ru-RU"/>
              </w:rPr>
              <w:t>»</w:t>
            </w:r>
          </w:p>
        </w:tc>
        <w:tc>
          <w:tcPr>
            <w:tcW w:w="3685" w:type="dxa"/>
          </w:tcPr>
          <w:p w:rsidR="0019003B" w:rsidRPr="00DF25D7" w:rsidRDefault="00DF25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F25D7">
              <w:rPr>
                <w:lang w:val="ru-RU"/>
              </w:rPr>
              <w:t>Кириллова</w:t>
            </w:r>
            <w:r w:rsidR="007F6E8E">
              <w:rPr>
                <w:lang w:val="ru-RU"/>
              </w:rPr>
              <w:t xml:space="preserve"> Виолетта Валерьевна, учитель, п</w:t>
            </w:r>
            <w:r w:rsidRPr="00DF25D7">
              <w:rPr>
                <w:lang w:val="ru-RU"/>
              </w:rPr>
              <w:t>ервая квалификационная категория</w:t>
            </w:r>
          </w:p>
        </w:tc>
      </w:tr>
      <w:tr w:rsidR="0019003B" w:rsidRPr="000E13B0" w:rsidTr="007F6E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19003B" w:rsidRDefault="00DF25D7">
            <w:r>
              <w:t>6</w:t>
            </w:r>
          </w:p>
        </w:tc>
        <w:tc>
          <w:tcPr>
            <w:tcW w:w="2835" w:type="dxa"/>
          </w:tcPr>
          <w:p w:rsidR="0019003B" w:rsidRPr="00DF25D7" w:rsidRDefault="007F6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>
              <w:rPr>
                <w:lang w:val="ru-RU"/>
              </w:rPr>
              <w:t>Дробышева Майя </w:t>
            </w:r>
            <w:r w:rsidR="00DF25D7" w:rsidRPr="00DF25D7">
              <w:rPr>
                <w:lang w:val="ru-RU"/>
              </w:rPr>
              <w:t>Алек</w:t>
            </w:r>
            <w:r>
              <w:rPr>
                <w:lang w:val="ru-RU"/>
              </w:rPr>
              <w:t>сандровна, Шаяхметова Дина </w:t>
            </w:r>
            <w:r w:rsidR="00DF25D7" w:rsidRPr="00DF25D7">
              <w:rPr>
                <w:lang w:val="ru-RU"/>
              </w:rPr>
              <w:t>Руслановна, 9</w:t>
            </w:r>
            <w:r w:rsidR="00DF25D7">
              <w:t> </w:t>
            </w:r>
            <w:r w:rsidR="00DF25D7" w:rsidRPr="00DF25D7">
              <w:rPr>
                <w:lang w:val="ru-RU"/>
              </w:rPr>
              <w:t>класс</w:t>
            </w:r>
          </w:p>
        </w:tc>
        <w:tc>
          <w:tcPr>
            <w:tcW w:w="3402" w:type="dxa"/>
          </w:tcPr>
          <w:p w:rsidR="0019003B" w:rsidRPr="00DF25D7" w:rsidRDefault="00DF25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F25D7">
              <w:rPr>
                <w:lang w:val="ru-RU"/>
              </w:rPr>
              <w:t>Разработка школьных экскурсионных маршрутов по Республике Татарстан</w:t>
            </w:r>
          </w:p>
        </w:tc>
        <w:tc>
          <w:tcPr>
            <w:tcW w:w="3685" w:type="dxa"/>
          </w:tcPr>
          <w:p w:rsidR="0019003B" w:rsidRPr="00DF25D7" w:rsidRDefault="008262BD" w:rsidP="007F6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>
              <w:t xml:space="preserve">МАОУ </w:t>
            </w:r>
            <w:r>
              <w:rPr>
                <w:lang w:val="ru-RU"/>
              </w:rPr>
              <w:t>«</w:t>
            </w:r>
            <w:r>
              <w:t>Лицей № 131</w:t>
            </w:r>
            <w:r>
              <w:rPr>
                <w:lang w:val="ru-RU"/>
              </w:rPr>
              <w:t>»</w:t>
            </w:r>
          </w:p>
        </w:tc>
        <w:tc>
          <w:tcPr>
            <w:tcW w:w="3685" w:type="dxa"/>
          </w:tcPr>
          <w:p w:rsidR="0019003B" w:rsidRPr="00DF25D7" w:rsidRDefault="00DF25D7" w:rsidP="007F6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F25D7">
              <w:rPr>
                <w:lang w:val="ru-RU"/>
              </w:rPr>
              <w:t xml:space="preserve">Кириллова Светлана Ивановна, учитель географии высшей квалификационной категории </w:t>
            </w:r>
          </w:p>
        </w:tc>
      </w:tr>
      <w:tr w:rsidR="008262BD" w:rsidRPr="000E13B0" w:rsidTr="007F6E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8262BD" w:rsidRPr="008262BD" w:rsidRDefault="008262BD">
            <w:pPr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2835" w:type="dxa"/>
          </w:tcPr>
          <w:p w:rsidR="008262BD" w:rsidRDefault="008262BD" w:rsidP="008262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8262BD">
              <w:rPr>
                <w:lang w:val="ru-RU"/>
              </w:rPr>
              <w:t>Лебедев Захар</w:t>
            </w:r>
            <w:r>
              <w:rPr>
                <w:lang w:val="ru-RU"/>
              </w:rPr>
              <w:t> </w:t>
            </w:r>
            <w:r w:rsidRPr="008262BD">
              <w:rPr>
                <w:lang w:val="ru-RU"/>
              </w:rPr>
              <w:t>Константинович</w:t>
            </w:r>
            <w:r>
              <w:rPr>
                <w:lang w:val="ru-RU"/>
              </w:rPr>
              <w:t>, 6 класс</w:t>
            </w:r>
          </w:p>
        </w:tc>
        <w:tc>
          <w:tcPr>
            <w:tcW w:w="3402" w:type="dxa"/>
          </w:tcPr>
          <w:p w:rsidR="008262BD" w:rsidRPr="00DF25D7" w:rsidRDefault="008262BD" w:rsidP="008262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8262BD">
              <w:rPr>
                <w:lang w:val="ru-RU"/>
              </w:rPr>
              <w:t>Путешественник и мечтатель Ф.</w:t>
            </w:r>
            <w:r>
              <w:rPr>
                <w:lang w:val="ru-RU"/>
              </w:rPr>
              <w:t> </w:t>
            </w:r>
            <w:r w:rsidRPr="008262BD">
              <w:rPr>
                <w:lang w:val="ru-RU"/>
              </w:rPr>
              <w:t>Ф.</w:t>
            </w:r>
            <w:r>
              <w:rPr>
                <w:lang w:val="ru-RU"/>
              </w:rPr>
              <w:t> </w:t>
            </w:r>
            <w:r w:rsidRPr="008262BD">
              <w:rPr>
                <w:lang w:val="ru-RU"/>
              </w:rPr>
              <w:t>Конюхов</w:t>
            </w:r>
          </w:p>
        </w:tc>
        <w:tc>
          <w:tcPr>
            <w:tcW w:w="3685" w:type="dxa"/>
          </w:tcPr>
          <w:p w:rsidR="008262BD" w:rsidRPr="00DF25D7" w:rsidRDefault="008262BD" w:rsidP="00B46D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>
              <w:rPr>
                <w:lang w:val="ru-RU"/>
              </w:rPr>
              <w:t>МБОУ «</w:t>
            </w:r>
            <w:r w:rsidR="00B46D8E">
              <w:rPr>
                <w:lang w:val="ru-RU"/>
              </w:rPr>
              <w:t>СОШ</w:t>
            </w:r>
            <w:r>
              <w:rPr>
                <w:lang w:val="ru-RU"/>
              </w:rPr>
              <w:t xml:space="preserve"> №91»</w:t>
            </w:r>
          </w:p>
        </w:tc>
        <w:tc>
          <w:tcPr>
            <w:tcW w:w="3685" w:type="dxa"/>
          </w:tcPr>
          <w:p w:rsidR="008262BD" w:rsidRPr="00DF25D7" w:rsidRDefault="00E33E8C" w:rsidP="00E33E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E33E8C">
              <w:rPr>
                <w:lang w:val="ru-RU"/>
              </w:rPr>
              <w:t xml:space="preserve">Бурганова Татьяна Наилевна, учитель истории и </w:t>
            </w:r>
            <w:r w:rsidRPr="00E33E8C">
              <w:rPr>
                <w:lang w:val="ru-RU"/>
              </w:rPr>
              <w:lastRenderedPageBreak/>
              <w:t>обществознания, 1</w:t>
            </w:r>
            <w:r>
              <w:rPr>
                <w:lang w:val="ru-RU"/>
              </w:rPr>
              <w:t> </w:t>
            </w:r>
            <w:r w:rsidRPr="00E33E8C">
              <w:rPr>
                <w:lang w:val="ru-RU"/>
              </w:rPr>
              <w:t>квалификационная категория</w:t>
            </w:r>
          </w:p>
        </w:tc>
      </w:tr>
    </w:tbl>
    <w:p w:rsidR="0019003B" w:rsidRDefault="00DF25D7">
      <w:pPr>
        <w:pStyle w:val="1"/>
        <w:jc w:val="center"/>
        <w:rPr>
          <w:lang w:val="ru-RU"/>
        </w:rPr>
      </w:pPr>
      <w:r w:rsidRPr="00DF25D7">
        <w:rPr>
          <w:lang w:val="ru-RU"/>
        </w:rPr>
        <w:lastRenderedPageBreak/>
        <w:t>Секция</w:t>
      </w:r>
      <w:r w:rsidRPr="00DF25D7">
        <w:rPr>
          <w:lang w:val="ru-RU"/>
        </w:rPr>
        <w:br/>
        <w:t>История Татарстана и татарского народа</w:t>
      </w:r>
    </w:p>
    <w:p w:rsidR="003A04A4" w:rsidRDefault="003A04A4" w:rsidP="003A04A4">
      <w:pPr>
        <w:spacing w:after="0"/>
        <w:ind w:right="225"/>
        <w:jc w:val="both"/>
        <w:rPr>
          <w:lang w:val="ru-RU"/>
        </w:rPr>
      </w:pPr>
      <w:r w:rsidRPr="00F14086">
        <w:rPr>
          <w:b/>
          <w:lang w:val="ru-RU"/>
        </w:rPr>
        <w:t>Руководитель секции</w:t>
      </w:r>
      <w:r>
        <w:rPr>
          <w:lang w:val="ru-RU"/>
        </w:rPr>
        <w:t xml:space="preserve"> </w:t>
      </w:r>
      <w:r w:rsidR="00E83D37">
        <w:rPr>
          <w:lang w:val="ru-RU"/>
        </w:rPr>
        <w:t>Файзуллина Диляра Сагитовна,</w:t>
      </w:r>
      <w:r w:rsidR="00E83D37" w:rsidRPr="00E83D37">
        <w:rPr>
          <w:lang w:val="ru-RU"/>
        </w:rPr>
        <w:t xml:space="preserve"> заместитель директора по УР</w:t>
      </w:r>
      <w:r w:rsidR="00E83D37">
        <w:rPr>
          <w:lang w:val="ru-RU"/>
        </w:rPr>
        <w:t xml:space="preserve">, учитель истории и обществознания </w:t>
      </w:r>
      <w:r w:rsidR="000B0531">
        <w:rPr>
          <w:lang w:val="ru-RU"/>
        </w:rPr>
        <w:t xml:space="preserve">высшей квалификационной категории </w:t>
      </w:r>
      <w:r w:rsidR="00E83D37">
        <w:rPr>
          <w:lang w:val="ru-RU"/>
        </w:rPr>
        <w:t>МАОУ </w:t>
      </w:r>
      <w:r w:rsidR="00E83D37" w:rsidRPr="00E83D37">
        <w:rPr>
          <w:lang w:val="ru-RU"/>
        </w:rPr>
        <w:t>«Лицей</w:t>
      </w:r>
      <w:r w:rsidR="00E83D37">
        <w:rPr>
          <w:lang w:val="ru-RU"/>
        </w:rPr>
        <w:t> </w:t>
      </w:r>
      <w:r w:rsidR="00E83D37" w:rsidRPr="00E83D37">
        <w:rPr>
          <w:lang w:val="ru-RU"/>
        </w:rPr>
        <w:t>№131»</w:t>
      </w:r>
    </w:p>
    <w:p w:rsidR="003A04A4" w:rsidRPr="00F14086" w:rsidRDefault="003A04A4" w:rsidP="003A04A4">
      <w:pPr>
        <w:spacing w:after="0"/>
        <w:rPr>
          <w:b/>
          <w:lang w:val="ru-RU"/>
        </w:rPr>
      </w:pPr>
      <w:r w:rsidRPr="00F14086">
        <w:rPr>
          <w:b/>
          <w:lang w:val="ru-RU"/>
        </w:rPr>
        <w:t>Члены жюри</w:t>
      </w:r>
    </w:p>
    <w:p w:rsidR="003A04A4" w:rsidRPr="003A04A4" w:rsidRDefault="00E83D37" w:rsidP="000B0531">
      <w:pPr>
        <w:pStyle w:val="ae"/>
        <w:numPr>
          <w:ilvl w:val="0"/>
          <w:numId w:val="10"/>
        </w:numPr>
        <w:spacing w:after="120" w:line="240" w:lineRule="auto"/>
        <w:jc w:val="both"/>
        <w:rPr>
          <w:lang w:val="ru-RU"/>
        </w:rPr>
      </w:pPr>
      <w:r>
        <w:rPr>
          <w:szCs w:val="24"/>
          <w:lang w:val="ru-RU"/>
        </w:rPr>
        <w:t xml:space="preserve">Гайфуллин </w:t>
      </w:r>
      <w:r w:rsidR="000B0531" w:rsidRPr="000B0531">
        <w:rPr>
          <w:szCs w:val="24"/>
          <w:lang w:val="ru-RU"/>
        </w:rPr>
        <w:t>Ильфат Маратович, учитель истории и обществознания</w:t>
      </w:r>
    </w:p>
    <w:p w:rsidR="003A04A4" w:rsidRDefault="00E83D37" w:rsidP="000B0531">
      <w:pPr>
        <w:pStyle w:val="ae"/>
        <w:numPr>
          <w:ilvl w:val="0"/>
          <w:numId w:val="10"/>
        </w:numPr>
        <w:spacing w:after="120" w:line="240" w:lineRule="auto"/>
        <w:jc w:val="both"/>
        <w:rPr>
          <w:lang w:val="ru-RU"/>
        </w:rPr>
      </w:pPr>
      <w:r>
        <w:rPr>
          <w:lang w:val="ru-RU"/>
        </w:rPr>
        <w:t xml:space="preserve">Сунгатуллин </w:t>
      </w:r>
      <w:r w:rsidR="000B0531" w:rsidRPr="000B0531">
        <w:rPr>
          <w:lang w:val="ru-RU"/>
        </w:rPr>
        <w:t>Тимур Рафикович</w:t>
      </w:r>
      <w:r w:rsidR="003A04A4" w:rsidRPr="003A04A4">
        <w:rPr>
          <w:lang w:val="ru-RU"/>
        </w:rPr>
        <w:t xml:space="preserve">, </w:t>
      </w:r>
      <w:r w:rsidR="003A04A4">
        <w:rPr>
          <w:lang w:val="ru-RU"/>
        </w:rPr>
        <w:t>cтудент</w:t>
      </w:r>
      <w:r w:rsidR="003A04A4" w:rsidRPr="003A04A4">
        <w:rPr>
          <w:lang w:val="ru-RU"/>
        </w:rPr>
        <w:t xml:space="preserve"> 4 курса Института международн</w:t>
      </w:r>
      <w:r>
        <w:rPr>
          <w:lang w:val="ru-RU"/>
        </w:rPr>
        <w:t xml:space="preserve">ых отношений </w:t>
      </w:r>
      <w:r w:rsidR="003A04A4">
        <w:rPr>
          <w:lang w:val="ru-RU"/>
        </w:rPr>
        <w:t>ФГАОУ ВО</w:t>
      </w:r>
      <w:r w:rsidR="003A04A4" w:rsidRPr="003A04A4">
        <w:rPr>
          <w:lang w:val="ru-RU"/>
        </w:rPr>
        <w:t xml:space="preserve"> </w:t>
      </w:r>
      <w:r w:rsidR="000B0531" w:rsidRPr="003A04A4">
        <w:rPr>
          <w:lang w:val="ru-RU"/>
        </w:rPr>
        <w:t>«К(П)</w:t>
      </w:r>
      <w:r w:rsidR="000B0531">
        <w:rPr>
          <w:lang w:val="ru-RU"/>
        </w:rPr>
        <w:t>ФУ</w:t>
      </w:r>
      <w:r w:rsidR="000B0531" w:rsidRPr="003A04A4">
        <w:rPr>
          <w:lang w:val="ru-RU"/>
        </w:rPr>
        <w:t>»</w:t>
      </w:r>
    </w:p>
    <w:p w:rsidR="000E13B0" w:rsidRDefault="000E13B0" w:rsidP="000B0531">
      <w:pPr>
        <w:pStyle w:val="ae"/>
        <w:numPr>
          <w:ilvl w:val="0"/>
          <w:numId w:val="10"/>
        </w:numPr>
        <w:spacing w:after="120" w:line="240" w:lineRule="auto"/>
        <w:jc w:val="both"/>
        <w:rPr>
          <w:lang w:val="ru-RU"/>
        </w:rPr>
      </w:pPr>
      <w:r>
        <w:rPr>
          <w:lang w:val="ru-RU"/>
        </w:rPr>
        <w:t xml:space="preserve">Казакова </w:t>
      </w:r>
      <w:r w:rsidRPr="000B0531">
        <w:rPr>
          <w:lang w:val="ru-RU"/>
        </w:rPr>
        <w:t>Елена Леонидовна</w:t>
      </w:r>
      <w:r w:rsidRPr="003A04A4">
        <w:rPr>
          <w:lang w:val="ru-RU"/>
        </w:rPr>
        <w:t xml:space="preserve">, </w:t>
      </w:r>
      <w:r>
        <w:rPr>
          <w:lang w:val="ru-RU"/>
        </w:rPr>
        <w:t>cтудент</w:t>
      </w:r>
      <w:r w:rsidRPr="003A04A4">
        <w:rPr>
          <w:lang w:val="ru-RU"/>
        </w:rPr>
        <w:t xml:space="preserve"> 4 курса Института международных отношений </w:t>
      </w:r>
      <w:r>
        <w:rPr>
          <w:lang w:val="ru-RU"/>
        </w:rPr>
        <w:t>ФГАОУ ВО</w:t>
      </w:r>
      <w:r w:rsidRPr="003A04A4">
        <w:rPr>
          <w:lang w:val="ru-RU"/>
        </w:rPr>
        <w:t xml:space="preserve"> «К(П)</w:t>
      </w:r>
      <w:r>
        <w:rPr>
          <w:lang w:val="ru-RU"/>
        </w:rPr>
        <w:t>ФУ</w:t>
      </w:r>
      <w:r w:rsidRPr="003A04A4">
        <w:rPr>
          <w:lang w:val="ru-RU"/>
        </w:rPr>
        <w:t>»</w:t>
      </w:r>
    </w:p>
    <w:p w:rsidR="003A04A4" w:rsidRPr="003A04A4" w:rsidRDefault="003A04A4" w:rsidP="003A04A4">
      <w:pPr>
        <w:rPr>
          <w:lang w:val="ru-RU"/>
        </w:rPr>
      </w:pPr>
      <w:r w:rsidRPr="00E9053F">
        <w:rPr>
          <w:b/>
          <w:lang w:val="ru-RU"/>
        </w:rPr>
        <w:t>Аудитория</w:t>
      </w:r>
      <w:r w:rsidR="000B0531">
        <w:rPr>
          <w:b/>
          <w:lang w:val="ru-RU"/>
        </w:rPr>
        <w:t xml:space="preserve"> 27</w:t>
      </w:r>
    </w:p>
    <w:tbl>
      <w:tblPr>
        <w:tblStyle w:val="14"/>
        <w:tblW w:w="0" w:type="auto"/>
        <w:tblLook w:val="04A0" w:firstRow="1" w:lastRow="0" w:firstColumn="1" w:lastColumn="0" w:noHBand="0" w:noVBand="1"/>
      </w:tblPr>
      <w:tblGrid>
        <w:gridCol w:w="567"/>
        <w:gridCol w:w="2835"/>
        <w:gridCol w:w="3402"/>
        <w:gridCol w:w="3685"/>
        <w:gridCol w:w="3685"/>
      </w:tblGrid>
      <w:tr w:rsidR="0019003B" w:rsidTr="00F65E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19003B" w:rsidRDefault="00DF25D7">
            <w:r>
              <w:t>№</w:t>
            </w:r>
          </w:p>
        </w:tc>
        <w:tc>
          <w:tcPr>
            <w:tcW w:w="2835" w:type="dxa"/>
          </w:tcPr>
          <w:p w:rsidR="0019003B" w:rsidRDefault="00DF25D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ФИО докладчика</w:t>
            </w:r>
          </w:p>
        </w:tc>
        <w:tc>
          <w:tcPr>
            <w:tcW w:w="3402" w:type="dxa"/>
          </w:tcPr>
          <w:p w:rsidR="0019003B" w:rsidRDefault="00DF25D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Название работы</w:t>
            </w:r>
          </w:p>
        </w:tc>
        <w:tc>
          <w:tcPr>
            <w:tcW w:w="3685" w:type="dxa"/>
          </w:tcPr>
          <w:p w:rsidR="0019003B" w:rsidRDefault="00DF25D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Образовательная организация докладчика</w:t>
            </w:r>
          </w:p>
        </w:tc>
        <w:tc>
          <w:tcPr>
            <w:tcW w:w="3685" w:type="dxa"/>
          </w:tcPr>
          <w:p w:rsidR="0019003B" w:rsidRDefault="00DF25D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Научный руководитель</w:t>
            </w:r>
          </w:p>
        </w:tc>
      </w:tr>
      <w:tr w:rsidR="0019003B" w:rsidRPr="000E13B0" w:rsidTr="00F65E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19003B" w:rsidRDefault="00DF25D7">
            <w:r>
              <w:t>1</w:t>
            </w:r>
          </w:p>
        </w:tc>
        <w:tc>
          <w:tcPr>
            <w:tcW w:w="2835" w:type="dxa"/>
          </w:tcPr>
          <w:p w:rsidR="0019003B" w:rsidRPr="00DF25D7" w:rsidRDefault="00DF25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F25D7">
              <w:rPr>
                <w:lang w:val="ru-RU"/>
              </w:rPr>
              <w:t>Калентьев Леонид, Миннемуллин Наиль, 10</w:t>
            </w:r>
            <w:r>
              <w:t> </w:t>
            </w:r>
            <w:r w:rsidRPr="00DF25D7">
              <w:rPr>
                <w:lang w:val="ru-RU"/>
              </w:rPr>
              <w:t>класс</w:t>
            </w:r>
          </w:p>
        </w:tc>
        <w:tc>
          <w:tcPr>
            <w:tcW w:w="3402" w:type="dxa"/>
          </w:tcPr>
          <w:p w:rsidR="0019003B" w:rsidRDefault="00DF25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Мечети города Казани</w:t>
            </w:r>
          </w:p>
        </w:tc>
        <w:tc>
          <w:tcPr>
            <w:tcW w:w="3685" w:type="dxa"/>
          </w:tcPr>
          <w:p w:rsidR="0019003B" w:rsidRPr="00DF25D7" w:rsidRDefault="008262BD" w:rsidP="00A96D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>
              <w:rPr>
                <w:lang w:val="ru-RU"/>
              </w:rPr>
              <w:t xml:space="preserve">МБОУ </w:t>
            </w:r>
            <w:r w:rsidR="00A96DFA">
              <w:rPr>
                <w:lang w:val="ru-RU"/>
              </w:rPr>
              <w:t>«</w:t>
            </w:r>
            <w:r w:rsidR="00DF25D7" w:rsidRPr="00DF25D7">
              <w:rPr>
                <w:lang w:val="ru-RU"/>
              </w:rPr>
              <w:t>Лицей № 177</w:t>
            </w:r>
            <w:r w:rsidR="00A96DFA">
              <w:rPr>
                <w:lang w:val="ru-RU"/>
              </w:rPr>
              <w:t>»</w:t>
            </w:r>
          </w:p>
        </w:tc>
        <w:tc>
          <w:tcPr>
            <w:tcW w:w="3685" w:type="dxa"/>
          </w:tcPr>
          <w:p w:rsidR="0019003B" w:rsidRPr="00DF25D7" w:rsidRDefault="00DF25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F25D7">
              <w:rPr>
                <w:lang w:val="ru-RU"/>
              </w:rPr>
              <w:t>Сергеева С.В.,</w:t>
            </w:r>
            <w:r w:rsidR="00DD0962">
              <w:rPr>
                <w:lang w:val="ru-RU"/>
              </w:rPr>
              <w:t xml:space="preserve"> </w:t>
            </w:r>
            <w:r w:rsidRPr="00DF25D7">
              <w:rPr>
                <w:lang w:val="ru-RU"/>
              </w:rPr>
              <w:t>заместитель директора по инновационной работе, учитель биологии вы</w:t>
            </w:r>
            <w:r w:rsidR="00A96DFA">
              <w:rPr>
                <w:lang w:val="ru-RU"/>
              </w:rPr>
              <w:t>сшей квалификационной категории,</w:t>
            </w:r>
            <w:r w:rsidRPr="00DF25D7">
              <w:rPr>
                <w:lang w:val="ru-RU"/>
              </w:rPr>
              <w:t xml:space="preserve"> Проворова О.А., преподаватель кафедры истор</w:t>
            </w:r>
            <w:r w:rsidR="00A96DFA">
              <w:rPr>
                <w:lang w:val="ru-RU"/>
              </w:rPr>
              <w:t>ии и теории государства и права</w:t>
            </w:r>
            <w:r w:rsidRPr="00DF25D7">
              <w:rPr>
                <w:lang w:val="ru-RU"/>
              </w:rPr>
              <w:t xml:space="preserve"> К(П)ФУ</w:t>
            </w:r>
          </w:p>
        </w:tc>
      </w:tr>
      <w:tr w:rsidR="0019003B" w:rsidTr="00F65E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19003B" w:rsidRDefault="00DF25D7">
            <w:r>
              <w:t>2</w:t>
            </w:r>
          </w:p>
        </w:tc>
        <w:tc>
          <w:tcPr>
            <w:tcW w:w="2835" w:type="dxa"/>
          </w:tcPr>
          <w:p w:rsidR="0019003B" w:rsidRDefault="00A96D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Хусаинова Зарина </w:t>
            </w:r>
            <w:r w:rsidR="00DF25D7">
              <w:t>Ренатовна, 7 класс</w:t>
            </w:r>
          </w:p>
        </w:tc>
        <w:tc>
          <w:tcPr>
            <w:tcW w:w="3402" w:type="dxa"/>
          </w:tcPr>
          <w:p w:rsidR="0019003B" w:rsidRPr="00DF25D7" w:rsidRDefault="00DF25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F25D7">
              <w:rPr>
                <w:lang w:val="ru-RU"/>
              </w:rPr>
              <w:t>Генеалогия на примере моей родословной по линии отца</w:t>
            </w:r>
          </w:p>
        </w:tc>
        <w:tc>
          <w:tcPr>
            <w:tcW w:w="3685" w:type="dxa"/>
          </w:tcPr>
          <w:p w:rsidR="0019003B" w:rsidRPr="00DF25D7" w:rsidRDefault="00DF25D7" w:rsidP="00A96D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F25D7">
              <w:rPr>
                <w:lang w:val="ru-RU"/>
              </w:rPr>
              <w:t xml:space="preserve">МАОУ </w:t>
            </w:r>
            <w:r w:rsidR="00A96DFA">
              <w:rPr>
                <w:lang w:val="ru-RU"/>
              </w:rPr>
              <w:t>«</w:t>
            </w:r>
            <w:r w:rsidRPr="00DF25D7">
              <w:rPr>
                <w:lang w:val="ru-RU"/>
              </w:rPr>
              <w:t>Лицей №131</w:t>
            </w:r>
            <w:r w:rsidR="00A96DFA">
              <w:rPr>
                <w:lang w:val="ru-RU"/>
              </w:rPr>
              <w:t>»</w:t>
            </w:r>
            <w:r w:rsidRPr="00DF25D7">
              <w:rPr>
                <w:lang w:val="ru-RU"/>
              </w:rPr>
              <w:t xml:space="preserve"> Вахитовского района </w:t>
            </w:r>
            <w:r w:rsidR="00DD0962">
              <w:rPr>
                <w:lang w:val="ru-RU"/>
              </w:rPr>
              <w:t>г. Казани</w:t>
            </w:r>
          </w:p>
        </w:tc>
        <w:tc>
          <w:tcPr>
            <w:tcW w:w="3685" w:type="dxa"/>
          </w:tcPr>
          <w:p w:rsidR="0019003B" w:rsidRDefault="00DF25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Вахтурова Елена Витальевна</w:t>
            </w:r>
          </w:p>
        </w:tc>
      </w:tr>
      <w:tr w:rsidR="0019003B" w:rsidRPr="000E13B0" w:rsidTr="00F65E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19003B" w:rsidRDefault="00DF25D7">
            <w:r>
              <w:t>3</w:t>
            </w:r>
          </w:p>
        </w:tc>
        <w:tc>
          <w:tcPr>
            <w:tcW w:w="2835" w:type="dxa"/>
          </w:tcPr>
          <w:p w:rsidR="0019003B" w:rsidRDefault="00DF25D7" w:rsidP="00A96D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Ахметов Ансаф</w:t>
            </w:r>
            <w:r w:rsidR="00A96DFA">
              <w:rPr>
                <w:lang w:val="ru-RU"/>
              </w:rPr>
              <w:t> </w:t>
            </w:r>
            <w:r>
              <w:t>Ильшатович, 7 класс</w:t>
            </w:r>
          </w:p>
        </w:tc>
        <w:tc>
          <w:tcPr>
            <w:tcW w:w="3402" w:type="dxa"/>
          </w:tcPr>
          <w:p w:rsidR="0019003B" w:rsidRPr="00DF25D7" w:rsidRDefault="00DF25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F25D7">
              <w:rPr>
                <w:lang w:val="ru-RU"/>
              </w:rPr>
              <w:t>Кул-Шариф: современная мечеть или реко</w:t>
            </w:r>
            <w:r w:rsidR="00A96DFA">
              <w:rPr>
                <w:lang w:val="ru-RU"/>
              </w:rPr>
              <w:t>нструкция древнего сооружения?</w:t>
            </w:r>
          </w:p>
        </w:tc>
        <w:tc>
          <w:tcPr>
            <w:tcW w:w="3685" w:type="dxa"/>
          </w:tcPr>
          <w:p w:rsidR="0019003B" w:rsidRPr="00A96DFA" w:rsidRDefault="00A96DFA" w:rsidP="00A96D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>
              <w:t xml:space="preserve">МБОУ </w:t>
            </w:r>
            <w:r>
              <w:rPr>
                <w:lang w:val="ru-RU"/>
              </w:rPr>
              <w:t>«</w:t>
            </w:r>
            <w:r>
              <w:t>СОШ</w:t>
            </w:r>
            <w:r w:rsidR="00DF25D7">
              <w:t xml:space="preserve"> № 169</w:t>
            </w:r>
            <w:r>
              <w:rPr>
                <w:lang w:val="ru-RU"/>
              </w:rPr>
              <w:t>»</w:t>
            </w:r>
          </w:p>
        </w:tc>
        <w:tc>
          <w:tcPr>
            <w:tcW w:w="3685" w:type="dxa"/>
          </w:tcPr>
          <w:p w:rsidR="0019003B" w:rsidRPr="00DF25D7" w:rsidRDefault="00A96DFA" w:rsidP="00A96D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>
              <w:rPr>
                <w:lang w:val="ru-RU"/>
              </w:rPr>
              <w:t>Тарасова Светлана Сергеевна, у</w:t>
            </w:r>
            <w:r w:rsidR="00DF25D7" w:rsidRPr="00DF25D7">
              <w:rPr>
                <w:lang w:val="ru-RU"/>
              </w:rPr>
              <w:t>читель истории</w:t>
            </w:r>
          </w:p>
        </w:tc>
      </w:tr>
      <w:tr w:rsidR="0019003B" w:rsidRPr="000E13B0" w:rsidTr="00F65E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19003B" w:rsidRDefault="00DF25D7">
            <w:r>
              <w:t>4</w:t>
            </w:r>
          </w:p>
        </w:tc>
        <w:tc>
          <w:tcPr>
            <w:tcW w:w="2835" w:type="dxa"/>
          </w:tcPr>
          <w:p w:rsidR="0019003B" w:rsidRDefault="00A96D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Шайдуллин Адель Ильмирович</w:t>
            </w:r>
            <w:r w:rsidR="00DF25D7">
              <w:t>, 6 класс</w:t>
            </w:r>
          </w:p>
        </w:tc>
        <w:tc>
          <w:tcPr>
            <w:tcW w:w="3402" w:type="dxa"/>
          </w:tcPr>
          <w:p w:rsidR="0019003B" w:rsidRPr="00DF25D7" w:rsidRDefault="00DF25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F25D7">
              <w:rPr>
                <w:lang w:val="ru-RU"/>
              </w:rPr>
              <w:t>Моя семья в г</w:t>
            </w:r>
            <w:r w:rsidR="00A96DFA">
              <w:rPr>
                <w:lang w:val="ru-RU"/>
              </w:rPr>
              <w:t>оды Великой Отечественной войны</w:t>
            </w:r>
          </w:p>
        </w:tc>
        <w:tc>
          <w:tcPr>
            <w:tcW w:w="3685" w:type="dxa"/>
          </w:tcPr>
          <w:p w:rsidR="0019003B" w:rsidRPr="00DF25D7" w:rsidRDefault="00DF25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F25D7">
              <w:rPr>
                <w:lang w:val="ru-RU"/>
              </w:rPr>
              <w:t>МБОУ «Гимназия №27 с татарским язык</w:t>
            </w:r>
            <w:r w:rsidR="00A96DFA">
              <w:rPr>
                <w:lang w:val="ru-RU"/>
              </w:rPr>
              <w:t>ом обучения</w:t>
            </w:r>
            <w:r w:rsidRPr="00DF25D7">
              <w:rPr>
                <w:lang w:val="ru-RU"/>
              </w:rPr>
              <w:t xml:space="preserve">» </w:t>
            </w:r>
          </w:p>
        </w:tc>
        <w:tc>
          <w:tcPr>
            <w:tcW w:w="3685" w:type="dxa"/>
          </w:tcPr>
          <w:p w:rsidR="0019003B" w:rsidRPr="00DF25D7" w:rsidRDefault="00A96D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>
              <w:rPr>
                <w:lang w:val="ru-RU"/>
              </w:rPr>
              <w:t xml:space="preserve">Надиманова Зульфия Мансуровна, </w:t>
            </w:r>
            <w:r w:rsidR="00DF25D7" w:rsidRPr="00DF25D7">
              <w:rPr>
                <w:lang w:val="ru-RU"/>
              </w:rPr>
              <w:t>учитель истории высшей квалификационной категории</w:t>
            </w:r>
          </w:p>
        </w:tc>
      </w:tr>
      <w:tr w:rsidR="0019003B" w:rsidRPr="000E13B0" w:rsidTr="00F65E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19003B" w:rsidRDefault="00DF25D7">
            <w:r>
              <w:t>5</w:t>
            </w:r>
          </w:p>
        </w:tc>
        <w:tc>
          <w:tcPr>
            <w:tcW w:w="2835" w:type="dxa"/>
          </w:tcPr>
          <w:p w:rsidR="0019003B" w:rsidRDefault="00A96D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Пелагеина Екатерина </w:t>
            </w:r>
            <w:r w:rsidR="00DF25D7">
              <w:t>Дмитриевна, 7 класс</w:t>
            </w:r>
          </w:p>
        </w:tc>
        <w:tc>
          <w:tcPr>
            <w:tcW w:w="3402" w:type="dxa"/>
          </w:tcPr>
          <w:p w:rsidR="0019003B" w:rsidRPr="00DF25D7" w:rsidRDefault="00A96D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F25D7">
              <w:rPr>
                <w:lang w:val="ru-RU"/>
              </w:rPr>
              <w:t>Традиции праздников чувашского и татарского народов: сходства и различия</w:t>
            </w:r>
          </w:p>
        </w:tc>
        <w:tc>
          <w:tcPr>
            <w:tcW w:w="3685" w:type="dxa"/>
          </w:tcPr>
          <w:p w:rsidR="0019003B" w:rsidRPr="00DF25D7" w:rsidRDefault="00DF25D7" w:rsidP="00A96D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F25D7">
              <w:rPr>
                <w:lang w:val="ru-RU"/>
              </w:rPr>
              <w:t xml:space="preserve">МБОУ </w:t>
            </w:r>
            <w:r w:rsidR="00A96DFA">
              <w:rPr>
                <w:lang w:val="ru-RU"/>
              </w:rPr>
              <w:t>«</w:t>
            </w:r>
            <w:r w:rsidRPr="00DF25D7">
              <w:rPr>
                <w:lang w:val="ru-RU"/>
              </w:rPr>
              <w:t>Гимназия №125</w:t>
            </w:r>
            <w:r w:rsidR="00A96DFA">
              <w:rPr>
                <w:lang w:val="ru-RU"/>
              </w:rPr>
              <w:t>»</w:t>
            </w:r>
            <w:r w:rsidRPr="00DF25D7">
              <w:rPr>
                <w:lang w:val="ru-RU"/>
              </w:rPr>
              <w:t xml:space="preserve"> </w:t>
            </w:r>
          </w:p>
        </w:tc>
        <w:tc>
          <w:tcPr>
            <w:tcW w:w="3685" w:type="dxa"/>
          </w:tcPr>
          <w:p w:rsidR="0019003B" w:rsidRPr="00DF25D7" w:rsidRDefault="00DF25D7" w:rsidP="00A96D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F25D7">
              <w:rPr>
                <w:lang w:val="ru-RU"/>
              </w:rPr>
              <w:t>Карпова Алескндра Олеговна, учитель истории и обществознания</w:t>
            </w:r>
            <w:r w:rsidR="00A96DFA">
              <w:rPr>
                <w:lang w:val="ru-RU"/>
              </w:rPr>
              <w:t xml:space="preserve"> первой квалификационной категории</w:t>
            </w:r>
          </w:p>
        </w:tc>
      </w:tr>
      <w:tr w:rsidR="00BF7FF8" w:rsidRPr="000E13B0" w:rsidTr="00F65E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BF7FF8" w:rsidRPr="00BF7FF8" w:rsidRDefault="00BF7FF8" w:rsidP="00BF7FF8">
            <w:pPr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2835" w:type="dxa"/>
          </w:tcPr>
          <w:p w:rsidR="00BF7FF8" w:rsidRPr="00DF25D7" w:rsidRDefault="00BF7FF8" w:rsidP="00BF7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>
              <w:rPr>
                <w:lang w:val="ru-RU"/>
              </w:rPr>
              <w:t>Амирова Полина </w:t>
            </w:r>
            <w:r w:rsidRPr="00DF25D7">
              <w:rPr>
                <w:lang w:val="ru-RU"/>
              </w:rPr>
              <w:t>Маратовна, Г</w:t>
            </w:r>
            <w:r>
              <w:rPr>
                <w:lang w:val="ru-RU"/>
              </w:rPr>
              <w:t>абайдуллин Миран </w:t>
            </w:r>
            <w:r w:rsidRPr="00DF25D7">
              <w:rPr>
                <w:lang w:val="ru-RU"/>
              </w:rPr>
              <w:t>Донатович, 7</w:t>
            </w:r>
            <w:r>
              <w:t> </w:t>
            </w:r>
            <w:r w:rsidRPr="00DF25D7">
              <w:rPr>
                <w:lang w:val="ru-RU"/>
              </w:rPr>
              <w:t>класс</w:t>
            </w:r>
          </w:p>
        </w:tc>
        <w:tc>
          <w:tcPr>
            <w:tcW w:w="3402" w:type="dxa"/>
          </w:tcPr>
          <w:p w:rsidR="00BF7FF8" w:rsidRPr="00DF25D7" w:rsidRDefault="00BF7FF8" w:rsidP="00BF7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F25D7">
              <w:rPr>
                <w:lang w:val="ru-RU"/>
              </w:rPr>
              <w:t>Великий поэт в Великом Булгаре</w:t>
            </w:r>
          </w:p>
        </w:tc>
        <w:tc>
          <w:tcPr>
            <w:tcW w:w="3685" w:type="dxa"/>
          </w:tcPr>
          <w:p w:rsidR="00BF7FF8" w:rsidRPr="00DF25D7" w:rsidRDefault="00BF7FF8" w:rsidP="00BF7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F25D7">
              <w:rPr>
                <w:lang w:val="ru-RU"/>
              </w:rPr>
              <w:t xml:space="preserve">АНО ОО </w:t>
            </w:r>
            <w:r>
              <w:rPr>
                <w:lang w:val="ru-RU"/>
              </w:rPr>
              <w:t>«</w:t>
            </w:r>
            <w:r w:rsidRPr="00DF25D7">
              <w:rPr>
                <w:lang w:val="ru-RU"/>
              </w:rPr>
              <w:t>Школа новых технологий</w:t>
            </w:r>
            <w:r>
              <w:rPr>
                <w:lang w:val="ru-RU"/>
              </w:rPr>
              <w:t>»</w:t>
            </w:r>
          </w:p>
        </w:tc>
        <w:tc>
          <w:tcPr>
            <w:tcW w:w="3685" w:type="dxa"/>
          </w:tcPr>
          <w:p w:rsidR="00BF7FF8" w:rsidRPr="00DF25D7" w:rsidRDefault="00BF7FF8" w:rsidP="00BF7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F25D7">
              <w:rPr>
                <w:lang w:val="ru-RU"/>
              </w:rPr>
              <w:t>Перова Евгения Александровна, учитель истории, Панфилова Яна</w:t>
            </w:r>
            <w:r>
              <w:rPr>
                <w:lang w:val="ru-RU"/>
              </w:rPr>
              <w:t> </w:t>
            </w:r>
            <w:r w:rsidRPr="00DF25D7">
              <w:rPr>
                <w:lang w:val="ru-RU"/>
              </w:rPr>
              <w:t xml:space="preserve">Александровна, учитель русского языка и литературы </w:t>
            </w:r>
          </w:p>
        </w:tc>
      </w:tr>
      <w:tr w:rsidR="00BF7FF8" w:rsidRPr="000E13B0" w:rsidTr="00F65E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BF7FF8" w:rsidRPr="00BF7FF8" w:rsidRDefault="00BF7FF8" w:rsidP="00BF7FF8">
            <w:pPr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2835" w:type="dxa"/>
          </w:tcPr>
          <w:p w:rsidR="00BF7FF8" w:rsidRDefault="00BF7FF8" w:rsidP="00BF7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Хуснуллина Дина</w:t>
            </w:r>
            <w:r>
              <w:rPr>
                <w:lang w:val="ru-RU"/>
              </w:rPr>
              <w:t> </w:t>
            </w:r>
            <w:r>
              <w:t>Радиковна, 9 класс</w:t>
            </w:r>
          </w:p>
        </w:tc>
        <w:tc>
          <w:tcPr>
            <w:tcW w:w="3402" w:type="dxa"/>
          </w:tcPr>
          <w:p w:rsidR="00BF7FF8" w:rsidRPr="00DF25D7" w:rsidRDefault="00BF7FF8" w:rsidP="00BF7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F25D7">
              <w:rPr>
                <w:lang w:val="ru-RU"/>
              </w:rPr>
              <w:t>История моей</w:t>
            </w:r>
            <w:r>
              <w:rPr>
                <w:lang w:val="ru-RU"/>
              </w:rPr>
              <w:t xml:space="preserve"> </w:t>
            </w:r>
            <w:r w:rsidRPr="00DF25D7">
              <w:rPr>
                <w:lang w:val="ru-RU"/>
              </w:rPr>
              <w:t>семьи в годы Великой Отечественной войны</w:t>
            </w:r>
          </w:p>
        </w:tc>
        <w:tc>
          <w:tcPr>
            <w:tcW w:w="3685" w:type="dxa"/>
          </w:tcPr>
          <w:p w:rsidR="00BF7FF8" w:rsidRPr="00DF25D7" w:rsidRDefault="00BF7FF8" w:rsidP="00BF7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F25D7">
              <w:rPr>
                <w:lang w:val="ru-RU"/>
              </w:rPr>
              <w:t xml:space="preserve">МАОУ </w:t>
            </w:r>
            <w:r>
              <w:rPr>
                <w:lang w:val="ru-RU"/>
              </w:rPr>
              <w:t>«</w:t>
            </w:r>
            <w:r w:rsidRPr="00DF25D7">
              <w:rPr>
                <w:lang w:val="ru-RU"/>
              </w:rPr>
              <w:t>Лицей №121 имени Героя Советского Союза С. А. Ахтямова</w:t>
            </w:r>
            <w:r>
              <w:rPr>
                <w:lang w:val="ru-RU"/>
              </w:rPr>
              <w:t>»</w:t>
            </w:r>
            <w:r w:rsidRPr="00DF25D7">
              <w:rPr>
                <w:lang w:val="ru-RU"/>
              </w:rPr>
              <w:t xml:space="preserve"> </w:t>
            </w:r>
            <w:r w:rsidRPr="00DF25D7">
              <w:rPr>
                <w:lang w:val="ru-RU"/>
              </w:rPr>
              <w:lastRenderedPageBreak/>
              <w:t xml:space="preserve">Советского района </w:t>
            </w:r>
            <w:r>
              <w:rPr>
                <w:lang w:val="ru-RU"/>
              </w:rPr>
              <w:t>г. Казани</w:t>
            </w:r>
            <w:r w:rsidRPr="00DF25D7">
              <w:rPr>
                <w:lang w:val="ru-RU"/>
              </w:rPr>
              <w:t xml:space="preserve"> (Центр образования №178)</w:t>
            </w:r>
          </w:p>
        </w:tc>
        <w:tc>
          <w:tcPr>
            <w:tcW w:w="3685" w:type="dxa"/>
          </w:tcPr>
          <w:p w:rsidR="00BF7FF8" w:rsidRPr="00DF25D7" w:rsidRDefault="00BF7FF8" w:rsidP="00BF7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F25D7">
              <w:rPr>
                <w:lang w:val="ru-RU"/>
              </w:rPr>
              <w:lastRenderedPageBreak/>
              <w:t>Хасанова Флера Анваровна</w:t>
            </w:r>
            <w:r>
              <w:rPr>
                <w:lang w:val="ru-RU"/>
              </w:rPr>
              <w:t>, у</w:t>
            </w:r>
            <w:r w:rsidRPr="00DF25D7">
              <w:rPr>
                <w:lang w:val="ru-RU"/>
              </w:rPr>
              <w:t>читель истории и обществознания</w:t>
            </w:r>
          </w:p>
        </w:tc>
      </w:tr>
    </w:tbl>
    <w:p w:rsidR="0019003B" w:rsidRPr="00F14086" w:rsidRDefault="00DF25D7">
      <w:pPr>
        <w:pStyle w:val="1"/>
        <w:jc w:val="center"/>
        <w:rPr>
          <w:lang w:val="ru-RU"/>
        </w:rPr>
      </w:pPr>
      <w:r w:rsidRPr="001C1F25">
        <w:rPr>
          <w:lang w:val="ru-RU"/>
        </w:rPr>
        <w:lastRenderedPageBreak/>
        <w:t>Секция</w:t>
      </w:r>
      <w:r w:rsidRPr="001C1F25">
        <w:rPr>
          <w:lang w:val="ru-RU"/>
        </w:rPr>
        <w:br/>
        <w:t>ИКТ и информатика</w:t>
      </w:r>
      <w:r w:rsidR="00F14086">
        <w:rPr>
          <w:lang w:val="ru-RU"/>
        </w:rPr>
        <w:t xml:space="preserve"> 1</w:t>
      </w:r>
    </w:p>
    <w:p w:rsidR="0081386D" w:rsidRDefault="0081386D" w:rsidP="00283DD6">
      <w:pPr>
        <w:spacing w:after="0"/>
        <w:ind w:right="225"/>
        <w:jc w:val="both"/>
        <w:rPr>
          <w:lang w:val="ru-RU"/>
        </w:rPr>
      </w:pPr>
      <w:r w:rsidRPr="00F14086">
        <w:rPr>
          <w:b/>
          <w:lang w:val="ru-RU"/>
        </w:rPr>
        <w:t>Руководитель секции</w:t>
      </w:r>
      <w:r>
        <w:rPr>
          <w:lang w:val="ru-RU"/>
        </w:rPr>
        <w:t xml:space="preserve"> Бастракова Нина Вадимовна, заместитель директора по УР,</w:t>
      </w:r>
      <w:r w:rsidRPr="0081386D">
        <w:rPr>
          <w:lang w:val="ru-RU"/>
        </w:rPr>
        <w:t xml:space="preserve"> учитель информатики и ИКТ высшей квалификационной категории МАОУ «Лицей №131»</w:t>
      </w:r>
    </w:p>
    <w:p w:rsidR="0081386D" w:rsidRPr="00F14086" w:rsidRDefault="0081386D" w:rsidP="0081386D">
      <w:pPr>
        <w:spacing w:after="0"/>
        <w:rPr>
          <w:b/>
          <w:lang w:val="ru-RU"/>
        </w:rPr>
      </w:pPr>
      <w:r w:rsidRPr="00F14086">
        <w:rPr>
          <w:b/>
          <w:lang w:val="ru-RU"/>
        </w:rPr>
        <w:t>Члены жюри</w:t>
      </w:r>
    </w:p>
    <w:p w:rsidR="0081386D" w:rsidRPr="0081386D" w:rsidRDefault="0081386D" w:rsidP="00F14086">
      <w:pPr>
        <w:pStyle w:val="ae"/>
        <w:numPr>
          <w:ilvl w:val="0"/>
          <w:numId w:val="10"/>
        </w:numPr>
        <w:spacing w:after="0" w:line="240" w:lineRule="auto"/>
        <w:jc w:val="both"/>
        <w:rPr>
          <w:lang w:val="ru-RU"/>
        </w:rPr>
      </w:pPr>
      <w:r w:rsidRPr="0081386D">
        <w:rPr>
          <w:szCs w:val="24"/>
          <w:lang w:val="ru-RU"/>
        </w:rPr>
        <w:t>Бондарцев Дмитрий Сергеевич, учитель информатики выс</w:t>
      </w:r>
      <w:r w:rsidR="00F14086">
        <w:rPr>
          <w:szCs w:val="24"/>
          <w:lang w:val="ru-RU"/>
        </w:rPr>
        <w:t xml:space="preserve">шей квалификационной категории </w:t>
      </w:r>
      <w:r w:rsidRPr="0081386D">
        <w:rPr>
          <w:szCs w:val="24"/>
          <w:lang w:val="ru-RU"/>
        </w:rPr>
        <w:t>МАОУ «Школа №18»</w:t>
      </w:r>
    </w:p>
    <w:p w:rsidR="0081386D" w:rsidRPr="00E9053F" w:rsidRDefault="00F14086" w:rsidP="00E9053F">
      <w:pPr>
        <w:pStyle w:val="ae"/>
        <w:numPr>
          <w:ilvl w:val="0"/>
          <w:numId w:val="10"/>
        </w:numPr>
        <w:spacing w:after="120" w:line="240" w:lineRule="auto"/>
        <w:jc w:val="both"/>
        <w:rPr>
          <w:lang w:val="ru-RU"/>
        </w:rPr>
      </w:pPr>
      <w:r>
        <w:rPr>
          <w:szCs w:val="24"/>
          <w:lang w:val="ru-RU"/>
        </w:rPr>
        <w:t>Шубинкин Владимир Николаевич</w:t>
      </w:r>
      <w:r w:rsidR="0081386D" w:rsidRPr="0081386D">
        <w:rPr>
          <w:szCs w:val="24"/>
          <w:lang w:val="ru-RU"/>
        </w:rPr>
        <w:t>, учитель информатики</w:t>
      </w:r>
      <w:r>
        <w:rPr>
          <w:szCs w:val="24"/>
          <w:lang w:val="ru-RU"/>
        </w:rPr>
        <w:t xml:space="preserve"> высшей</w:t>
      </w:r>
      <w:r w:rsidR="0081386D" w:rsidRPr="0081386D">
        <w:rPr>
          <w:szCs w:val="24"/>
          <w:lang w:val="ru-RU"/>
        </w:rPr>
        <w:t xml:space="preserve"> квалификационной категории МАОУ «Лицей №131»</w:t>
      </w:r>
    </w:p>
    <w:p w:rsidR="00E9053F" w:rsidRPr="00E9053F" w:rsidRDefault="00E9053F" w:rsidP="00E9053F">
      <w:pPr>
        <w:spacing w:after="240" w:line="240" w:lineRule="auto"/>
        <w:jc w:val="both"/>
        <w:rPr>
          <w:b/>
          <w:lang w:val="ru-RU"/>
        </w:rPr>
      </w:pPr>
      <w:r w:rsidRPr="00E9053F">
        <w:rPr>
          <w:b/>
          <w:lang w:val="ru-RU"/>
        </w:rPr>
        <w:t>Аудитория 20</w:t>
      </w:r>
    </w:p>
    <w:tbl>
      <w:tblPr>
        <w:tblStyle w:val="14"/>
        <w:tblW w:w="0" w:type="auto"/>
        <w:tblLook w:val="04A0" w:firstRow="1" w:lastRow="0" w:firstColumn="1" w:lastColumn="0" w:noHBand="0" w:noVBand="1"/>
      </w:tblPr>
      <w:tblGrid>
        <w:gridCol w:w="567"/>
        <w:gridCol w:w="2835"/>
        <w:gridCol w:w="3402"/>
        <w:gridCol w:w="3685"/>
        <w:gridCol w:w="3685"/>
      </w:tblGrid>
      <w:tr w:rsidR="0019003B" w:rsidTr="00355F5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19003B" w:rsidRDefault="00DF25D7">
            <w:r>
              <w:t>№</w:t>
            </w:r>
          </w:p>
        </w:tc>
        <w:tc>
          <w:tcPr>
            <w:tcW w:w="2835" w:type="dxa"/>
          </w:tcPr>
          <w:p w:rsidR="0019003B" w:rsidRDefault="00DF25D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ФИО докладчика</w:t>
            </w:r>
          </w:p>
        </w:tc>
        <w:tc>
          <w:tcPr>
            <w:tcW w:w="3402" w:type="dxa"/>
          </w:tcPr>
          <w:p w:rsidR="0019003B" w:rsidRDefault="00DF25D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Название работы</w:t>
            </w:r>
          </w:p>
        </w:tc>
        <w:tc>
          <w:tcPr>
            <w:tcW w:w="3685" w:type="dxa"/>
          </w:tcPr>
          <w:p w:rsidR="0019003B" w:rsidRDefault="00DF25D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Образовательная организация докладчика</w:t>
            </w:r>
          </w:p>
        </w:tc>
        <w:tc>
          <w:tcPr>
            <w:tcW w:w="3685" w:type="dxa"/>
          </w:tcPr>
          <w:p w:rsidR="0019003B" w:rsidRDefault="00DF25D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Научный руководитель</w:t>
            </w:r>
          </w:p>
        </w:tc>
      </w:tr>
      <w:tr w:rsidR="0019003B" w:rsidRPr="000E13B0" w:rsidTr="00355F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19003B" w:rsidRPr="00F14086" w:rsidRDefault="0019003B" w:rsidP="00F14086">
            <w:pPr>
              <w:pStyle w:val="ae"/>
              <w:numPr>
                <w:ilvl w:val="0"/>
                <w:numId w:val="11"/>
              </w:numPr>
              <w:ind w:left="0" w:firstLine="0"/>
            </w:pPr>
          </w:p>
        </w:tc>
        <w:tc>
          <w:tcPr>
            <w:tcW w:w="2835" w:type="dxa"/>
          </w:tcPr>
          <w:p w:rsidR="0019003B" w:rsidRDefault="00DF25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Королев Иван Андреевич, 10 класс</w:t>
            </w:r>
          </w:p>
        </w:tc>
        <w:tc>
          <w:tcPr>
            <w:tcW w:w="3402" w:type="dxa"/>
          </w:tcPr>
          <w:p w:rsidR="0019003B" w:rsidRDefault="00DF25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Фракталы</w:t>
            </w:r>
          </w:p>
        </w:tc>
        <w:tc>
          <w:tcPr>
            <w:tcW w:w="3685" w:type="dxa"/>
          </w:tcPr>
          <w:p w:rsidR="0019003B" w:rsidRPr="00DF25D7" w:rsidRDefault="00355F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>
              <w:t>МАОУ</w:t>
            </w:r>
            <w:r>
              <w:rPr>
                <w:lang w:val="ru-RU"/>
              </w:rPr>
              <w:t xml:space="preserve"> «</w:t>
            </w:r>
            <w:r>
              <w:t>Лицей</w:t>
            </w:r>
            <w:r>
              <w:rPr>
                <w:lang w:val="ru-RU"/>
              </w:rPr>
              <w:t xml:space="preserve"> </w:t>
            </w:r>
            <w:r>
              <w:t>№131</w:t>
            </w:r>
            <w:r>
              <w:rPr>
                <w:lang w:val="ru-RU"/>
              </w:rPr>
              <w:t>»</w:t>
            </w:r>
          </w:p>
        </w:tc>
        <w:tc>
          <w:tcPr>
            <w:tcW w:w="3685" w:type="dxa"/>
          </w:tcPr>
          <w:p w:rsidR="0019003B" w:rsidRPr="00DF25D7" w:rsidRDefault="00355F53" w:rsidP="00355F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F25D7">
              <w:rPr>
                <w:lang w:val="ru-RU"/>
              </w:rPr>
              <w:t>Корчагин Геннадий Евгеньевич, учитель</w:t>
            </w:r>
            <w:r>
              <w:rPr>
                <w:lang w:val="ru-RU"/>
              </w:rPr>
              <w:t xml:space="preserve"> информатики</w:t>
            </w:r>
            <w:r w:rsidRPr="00DF25D7">
              <w:rPr>
                <w:lang w:val="ru-RU"/>
              </w:rPr>
              <w:t>, первая квал</w:t>
            </w:r>
            <w:r>
              <w:rPr>
                <w:lang w:val="ru-RU"/>
              </w:rPr>
              <w:t>ификационная категория, к.</w:t>
            </w:r>
            <w:r w:rsidRPr="00DF25D7">
              <w:rPr>
                <w:lang w:val="ru-RU"/>
              </w:rPr>
              <w:t>ф</w:t>
            </w:r>
            <w:r>
              <w:rPr>
                <w:lang w:val="ru-RU"/>
              </w:rPr>
              <w:t>.-м.н.</w:t>
            </w:r>
          </w:p>
        </w:tc>
      </w:tr>
      <w:tr w:rsidR="0019003B" w:rsidRPr="000E13B0" w:rsidTr="00355F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19003B" w:rsidRPr="00F14086" w:rsidRDefault="0019003B" w:rsidP="00F14086">
            <w:pPr>
              <w:pStyle w:val="ae"/>
              <w:numPr>
                <w:ilvl w:val="0"/>
                <w:numId w:val="11"/>
              </w:numPr>
              <w:ind w:left="0" w:firstLine="0"/>
              <w:rPr>
                <w:lang w:val="ru-RU"/>
              </w:rPr>
            </w:pPr>
          </w:p>
        </w:tc>
        <w:tc>
          <w:tcPr>
            <w:tcW w:w="2835" w:type="dxa"/>
          </w:tcPr>
          <w:p w:rsidR="0019003B" w:rsidRPr="00355F53" w:rsidRDefault="00355F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355F53">
              <w:rPr>
                <w:lang w:val="ru-RU"/>
              </w:rPr>
              <w:t>Тимергалин Тимур</w:t>
            </w:r>
            <w:r>
              <w:t> </w:t>
            </w:r>
            <w:r w:rsidR="00DF25D7" w:rsidRPr="00355F53">
              <w:rPr>
                <w:lang w:val="ru-RU"/>
              </w:rPr>
              <w:t>Маратович, 10</w:t>
            </w:r>
            <w:r w:rsidR="00DF25D7">
              <w:t> </w:t>
            </w:r>
            <w:r w:rsidR="00DF25D7" w:rsidRPr="00355F53">
              <w:rPr>
                <w:lang w:val="ru-RU"/>
              </w:rPr>
              <w:t>класс</w:t>
            </w:r>
          </w:p>
        </w:tc>
        <w:tc>
          <w:tcPr>
            <w:tcW w:w="3402" w:type="dxa"/>
          </w:tcPr>
          <w:p w:rsidR="0019003B" w:rsidRPr="00DF25D7" w:rsidRDefault="00DF25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>
              <w:t>Libby</w:t>
            </w:r>
            <w:r w:rsidRPr="00DF25D7">
              <w:rPr>
                <w:lang w:val="ru-RU"/>
              </w:rPr>
              <w:t>.</w:t>
            </w:r>
            <w:r>
              <w:t>ru</w:t>
            </w:r>
            <w:r w:rsidRPr="00DF25D7">
              <w:rPr>
                <w:lang w:val="ru-RU"/>
              </w:rPr>
              <w:t xml:space="preserve"> – управление школьной библиотекой с помощью веб-интерфейса</w:t>
            </w:r>
          </w:p>
        </w:tc>
        <w:tc>
          <w:tcPr>
            <w:tcW w:w="3685" w:type="dxa"/>
          </w:tcPr>
          <w:p w:rsidR="0019003B" w:rsidRPr="00355F53" w:rsidRDefault="00355F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355F53">
              <w:rPr>
                <w:lang w:val="ru-RU"/>
              </w:rPr>
              <w:t>МАОУ</w:t>
            </w:r>
            <w:r>
              <w:rPr>
                <w:lang w:val="ru-RU"/>
              </w:rPr>
              <w:t xml:space="preserve"> «</w:t>
            </w:r>
            <w:r w:rsidRPr="00355F53">
              <w:rPr>
                <w:lang w:val="ru-RU"/>
              </w:rPr>
              <w:t>Лицей</w:t>
            </w:r>
            <w:r>
              <w:rPr>
                <w:lang w:val="ru-RU"/>
              </w:rPr>
              <w:t xml:space="preserve"> </w:t>
            </w:r>
            <w:r w:rsidRPr="00355F53">
              <w:rPr>
                <w:lang w:val="ru-RU"/>
              </w:rPr>
              <w:t>№131</w:t>
            </w:r>
            <w:r>
              <w:rPr>
                <w:lang w:val="ru-RU"/>
              </w:rPr>
              <w:t>»</w:t>
            </w:r>
          </w:p>
        </w:tc>
        <w:tc>
          <w:tcPr>
            <w:tcW w:w="3685" w:type="dxa"/>
          </w:tcPr>
          <w:p w:rsidR="0019003B" w:rsidRPr="00DF25D7" w:rsidRDefault="00BF1257" w:rsidP="00355F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F25D7">
              <w:rPr>
                <w:lang w:val="ru-RU"/>
              </w:rPr>
              <w:t xml:space="preserve">Аитов Руслан Рашидович, учитель </w:t>
            </w:r>
            <w:r>
              <w:rPr>
                <w:lang w:val="ru-RU"/>
              </w:rPr>
              <w:t>информатики первой квалификационной категории</w:t>
            </w:r>
          </w:p>
        </w:tc>
      </w:tr>
      <w:tr w:rsidR="0019003B" w:rsidRPr="000E13B0" w:rsidTr="00355F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19003B" w:rsidRPr="001C1F25" w:rsidRDefault="0019003B" w:rsidP="00F14086">
            <w:pPr>
              <w:pStyle w:val="ae"/>
              <w:numPr>
                <w:ilvl w:val="0"/>
                <w:numId w:val="11"/>
              </w:numPr>
              <w:ind w:left="0" w:firstLine="0"/>
              <w:rPr>
                <w:lang w:val="ru-RU"/>
              </w:rPr>
            </w:pPr>
          </w:p>
        </w:tc>
        <w:tc>
          <w:tcPr>
            <w:tcW w:w="2835" w:type="dxa"/>
          </w:tcPr>
          <w:p w:rsidR="0019003B" w:rsidRPr="00DF25D7" w:rsidRDefault="00DF25D7" w:rsidP="00355F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F25D7">
              <w:rPr>
                <w:lang w:val="ru-RU"/>
              </w:rPr>
              <w:t>Кайманов Константин</w:t>
            </w:r>
            <w:r w:rsidR="00355F53">
              <w:rPr>
                <w:lang w:val="ru-RU"/>
              </w:rPr>
              <w:t> Андреевич, Чекашев Александр </w:t>
            </w:r>
            <w:r w:rsidRPr="00DF25D7">
              <w:rPr>
                <w:lang w:val="ru-RU"/>
              </w:rPr>
              <w:t>Дмитриевич, 8</w:t>
            </w:r>
            <w:r>
              <w:t> </w:t>
            </w:r>
            <w:r w:rsidRPr="00DF25D7">
              <w:rPr>
                <w:lang w:val="ru-RU"/>
              </w:rPr>
              <w:t>класс</w:t>
            </w:r>
          </w:p>
        </w:tc>
        <w:tc>
          <w:tcPr>
            <w:tcW w:w="3402" w:type="dxa"/>
          </w:tcPr>
          <w:p w:rsidR="0019003B" w:rsidRDefault="00DF25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Хронология вирусов и антивирусов</w:t>
            </w:r>
          </w:p>
        </w:tc>
        <w:tc>
          <w:tcPr>
            <w:tcW w:w="3685" w:type="dxa"/>
          </w:tcPr>
          <w:p w:rsidR="0019003B" w:rsidRPr="00DF25D7" w:rsidRDefault="00355F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>
              <w:t>МАОУ</w:t>
            </w:r>
            <w:r>
              <w:rPr>
                <w:lang w:val="ru-RU"/>
              </w:rPr>
              <w:t xml:space="preserve"> «</w:t>
            </w:r>
            <w:r>
              <w:t>Лицей</w:t>
            </w:r>
            <w:r>
              <w:rPr>
                <w:lang w:val="ru-RU"/>
              </w:rPr>
              <w:t xml:space="preserve"> </w:t>
            </w:r>
            <w:r>
              <w:t>№131</w:t>
            </w:r>
            <w:r>
              <w:rPr>
                <w:lang w:val="ru-RU"/>
              </w:rPr>
              <w:t>»</w:t>
            </w:r>
          </w:p>
        </w:tc>
        <w:tc>
          <w:tcPr>
            <w:tcW w:w="3685" w:type="dxa"/>
          </w:tcPr>
          <w:p w:rsidR="0019003B" w:rsidRPr="00DF25D7" w:rsidRDefault="00355F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F25D7">
              <w:rPr>
                <w:lang w:val="ru-RU"/>
              </w:rPr>
              <w:t>Корчагин Геннадий Евгеньевич, учитель</w:t>
            </w:r>
            <w:r>
              <w:rPr>
                <w:lang w:val="ru-RU"/>
              </w:rPr>
              <w:t xml:space="preserve"> информатики</w:t>
            </w:r>
            <w:r w:rsidRPr="00DF25D7">
              <w:rPr>
                <w:lang w:val="ru-RU"/>
              </w:rPr>
              <w:t>, первая квал</w:t>
            </w:r>
            <w:r>
              <w:rPr>
                <w:lang w:val="ru-RU"/>
              </w:rPr>
              <w:t>ификационная категория, к.</w:t>
            </w:r>
            <w:r w:rsidRPr="00DF25D7">
              <w:rPr>
                <w:lang w:val="ru-RU"/>
              </w:rPr>
              <w:t>ф</w:t>
            </w:r>
            <w:r>
              <w:rPr>
                <w:lang w:val="ru-RU"/>
              </w:rPr>
              <w:t>.-м.н.</w:t>
            </w:r>
          </w:p>
        </w:tc>
      </w:tr>
      <w:tr w:rsidR="0019003B" w:rsidRPr="000E13B0" w:rsidTr="00355F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19003B" w:rsidRPr="001C1F25" w:rsidRDefault="0019003B" w:rsidP="00F14086">
            <w:pPr>
              <w:pStyle w:val="ae"/>
              <w:numPr>
                <w:ilvl w:val="0"/>
                <w:numId w:val="11"/>
              </w:numPr>
              <w:ind w:left="0" w:firstLine="0"/>
              <w:rPr>
                <w:lang w:val="ru-RU"/>
              </w:rPr>
            </w:pPr>
          </w:p>
        </w:tc>
        <w:tc>
          <w:tcPr>
            <w:tcW w:w="2835" w:type="dxa"/>
          </w:tcPr>
          <w:p w:rsidR="0019003B" w:rsidRDefault="00355F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Кутузов Кирилл </w:t>
            </w:r>
            <w:r w:rsidR="00DF25D7">
              <w:t>Геннадьевич, 10 класс</w:t>
            </w:r>
          </w:p>
        </w:tc>
        <w:tc>
          <w:tcPr>
            <w:tcW w:w="3402" w:type="dxa"/>
          </w:tcPr>
          <w:p w:rsidR="0019003B" w:rsidRPr="00DF25D7" w:rsidRDefault="00DF25D7" w:rsidP="00355F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F25D7">
              <w:rPr>
                <w:lang w:val="ru-RU"/>
              </w:rPr>
              <w:t xml:space="preserve">Создание </w:t>
            </w:r>
            <w:r>
              <w:t>web</w:t>
            </w:r>
            <w:r w:rsidRPr="00DF25D7">
              <w:rPr>
                <w:lang w:val="ru-RU"/>
              </w:rPr>
              <w:t xml:space="preserve">-сайта </w:t>
            </w:r>
            <w:r w:rsidR="00355F53">
              <w:rPr>
                <w:lang w:val="ru-RU"/>
              </w:rPr>
              <w:t>«</w:t>
            </w:r>
            <w:r w:rsidR="00B46D8E">
              <w:rPr>
                <w:lang w:val="ru-RU"/>
              </w:rPr>
              <w:t>Мир </w:t>
            </w:r>
            <w:r w:rsidRPr="00DF25D7">
              <w:rPr>
                <w:lang w:val="ru-RU"/>
              </w:rPr>
              <w:t>роботов</w:t>
            </w:r>
            <w:r w:rsidR="00355F53">
              <w:rPr>
                <w:lang w:val="ru-RU"/>
              </w:rPr>
              <w:t>»</w:t>
            </w:r>
          </w:p>
        </w:tc>
        <w:tc>
          <w:tcPr>
            <w:tcW w:w="3685" w:type="dxa"/>
          </w:tcPr>
          <w:p w:rsidR="0019003B" w:rsidRDefault="00355F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МАОУ</w:t>
            </w:r>
            <w:r>
              <w:rPr>
                <w:lang w:val="ru-RU"/>
              </w:rPr>
              <w:t xml:space="preserve"> «</w:t>
            </w:r>
            <w:r>
              <w:t>Лицей</w:t>
            </w:r>
            <w:r>
              <w:rPr>
                <w:lang w:val="ru-RU"/>
              </w:rPr>
              <w:t xml:space="preserve"> </w:t>
            </w:r>
            <w:r>
              <w:t>№131</w:t>
            </w:r>
            <w:r>
              <w:rPr>
                <w:lang w:val="ru-RU"/>
              </w:rPr>
              <w:t>»</w:t>
            </w:r>
          </w:p>
        </w:tc>
        <w:tc>
          <w:tcPr>
            <w:tcW w:w="3685" w:type="dxa"/>
          </w:tcPr>
          <w:p w:rsidR="0019003B" w:rsidRPr="00355F53" w:rsidRDefault="00355F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F25D7">
              <w:rPr>
                <w:lang w:val="ru-RU"/>
              </w:rPr>
              <w:t>Корчагин Геннадий Евгеньевич, учитель</w:t>
            </w:r>
            <w:r>
              <w:rPr>
                <w:lang w:val="ru-RU"/>
              </w:rPr>
              <w:t xml:space="preserve"> информатики</w:t>
            </w:r>
            <w:r w:rsidRPr="00DF25D7">
              <w:rPr>
                <w:lang w:val="ru-RU"/>
              </w:rPr>
              <w:t>, первая квал</w:t>
            </w:r>
            <w:r>
              <w:rPr>
                <w:lang w:val="ru-RU"/>
              </w:rPr>
              <w:t>ификационная категория, к.</w:t>
            </w:r>
            <w:r w:rsidRPr="00DF25D7">
              <w:rPr>
                <w:lang w:val="ru-RU"/>
              </w:rPr>
              <w:t>ф</w:t>
            </w:r>
            <w:r>
              <w:rPr>
                <w:lang w:val="ru-RU"/>
              </w:rPr>
              <w:t>.-м.н.</w:t>
            </w:r>
          </w:p>
        </w:tc>
      </w:tr>
      <w:tr w:rsidR="0019003B" w:rsidRPr="000E13B0" w:rsidTr="00355F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19003B" w:rsidRPr="001C1F25" w:rsidRDefault="0019003B" w:rsidP="00F14086">
            <w:pPr>
              <w:pStyle w:val="ae"/>
              <w:numPr>
                <w:ilvl w:val="0"/>
                <w:numId w:val="11"/>
              </w:numPr>
              <w:ind w:left="0" w:firstLine="0"/>
              <w:rPr>
                <w:lang w:val="ru-RU"/>
              </w:rPr>
            </w:pPr>
          </w:p>
        </w:tc>
        <w:tc>
          <w:tcPr>
            <w:tcW w:w="2835" w:type="dxa"/>
          </w:tcPr>
          <w:p w:rsidR="0019003B" w:rsidRDefault="00355F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Рыскаль Никита </w:t>
            </w:r>
            <w:r w:rsidR="00DF25D7">
              <w:t>Алексеевич, 10 класс</w:t>
            </w:r>
          </w:p>
        </w:tc>
        <w:tc>
          <w:tcPr>
            <w:tcW w:w="3402" w:type="dxa"/>
          </w:tcPr>
          <w:p w:rsidR="0019003B" w:rsidRDefault="00355F53" w:rsidP="00355F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Создание сайта Course maker </w:t>
            </w:r>
          </w:p>
        </w:tc>
        <w:tc>
          <w:tcPr>
            <w:tcW w:w="3685" w:type="dxa"/>
          </w:tcPr>
          <w:p w:rsidR="0019003B" w:rsidRPr="00DF25D7" w:rsidRDefault="00355F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>
              <w:t>МАОУ</w:t>
            </w:r>
            <w:r>
              <w:rPr>
                <w:lang w:val="ru-RU"/>
              </w:rPr>
              <w:t xml:space="preserve"> «</w:t>
            </w:r>
            <w:r>
              <w:t>Лицей</w:t>
            </w:r>
            <w:r>
              <w:rPr>
                <w:lang w:val="ru-RU"/>
              </w:rPr>
              <w:t xml:space="preserve"> </w:t>
            </w:r>
            <w:r>
              <w:t>№131</w:t>
            </w:r>
            <w:r>
              <w:rPr>
                <w:lang w:val="ru-RU"/>
              </w:rPr>
              <w:t>»</w:t>
            </w:r>
          </w:p>
        </w:tc>
        <w:tc>
          <w:tcPr>
            <w:tcW w:w="3685" w:type="dxa"/>
          </w:tcPr>
          <w:p w:rsidR="0019003B" w:rsidRPr="00355F53" w:rsidRDefault="00355F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F25D7">
              <w:rPr>
                <w:lang w:val="ru-RU"/>
              </w:rPr>
              <w:t>Корчагин Геннадий Евгеньевич, учитель</w:t>
            </w:r>
            <w:r>
              <w:rPr>
                <w:lang w:val="ru-RU"/>
              </w:rPr>
              <w:t xml:space="preserve"> информатики</w:t>
            </w:r>
            <w:r w:rsidRPr="00DF25D7">
              <w:rPr>
                <w:lang w:val="ru-RU"/>
              </w:rPr>
              <w:t>, первая квал</w:t>
            </w:r>
            <w:r>
              <w:rPr>
                <w:lang w:val="ru-RU"/>
              </w:rPr>
              <w:t>ификационная категория, к.</w:t>
            </w:r>
            <w:r w:rsidRPr="00DF25D7">
              <w:rPr>
                <w:lang w:val="ru-RU"/>
              </w:rPr>
              <w:t>ф</w:t>
            </w:r>
            <w:r>
              <w:rPr>
                <w:lang w:val="ru-RU"/>
              </w:rPr>
              <w:t>.-м.н.</w:t>
            </w:r>
          </w:p>
        </w:tc>
      </w:tr>
      <w:tr w:rsidR="0019003B" w:rsidRPr="000E13B0" w:rsidTr="00355F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19003B" w:rsidRPr="001C1F25" w:rsidRDefault="0019003B" w:rsidP="00F14086">
            <w:pPr>
              <w:pStyle w:val="ae"/>
              <w:numPr>
                <w:ilvl w:val="0"/>
                <w:numId w:val="11"/>
              </w:numPr>
              <w:ind w:left="0" w:firstLine="0"/>
              <w:rPr>
                <w:lang w:val="ru-RU"/>
              </w:rPr>
            </w:pPr>
          </w:p>
        </w:tc>
        <w:tc>
          <w:tcPr>
            <w:tcW w:w="2835" w:type="dxa"/>
          </w:tcPr>
          <w:p w:rsidR="0019003B" w:rsidRPr="00DF25D7" w:rsidRDefault="00355F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>
              <w:rPr>
                <w:lang w:val="ru-RU"/>
              </w:rPr>
              <w:t>Шарифулин Максим Фаритович, Ахмеров Роберт </w:t>
            </w:r>
            <w:r w:rsidR="00DF25D7" w:rsidRPr="00DF25D7">
              <w:rPr>
                <w:lang w:val="ru-RU"/>
              </w:rPr>
              <w:t>Кадырович, 9</w:t>
            </w:r>
            <w:r w:rsidR="00DF25D7">
              <w:t> </w:t>
            </w:r>
            <w:r w:rsidR="00DF25D7" w:rsidRPr="00DF25D7">
              <w:rPr>
                <w:lang w:val="ru-RU"/>
              </w:rPr>
              <w:t>класс</w:t>
            </w:r>
          </w:p>
        </w:tc>
        <w:tc>
          <w:tcPr>
            <w:tcW w:w="3402" w:type="dxa"/>
          </w:tcPr>
          <w:p w:rsidR="0019003B" w:rsidRPr="00DF25D7" w:rsidRDefault="00DF25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F25D7">
              <w:rPr>
                <w:lang w:val="ru-RU"/>
              </w:rPr>
              <w:t>Сравнение нейронной сети и алгоритмического робота в играх</w:t>
            </w:r>
          </w:p>
        </w:tc>
        <w:tc>
          <w:tcPr>
            <w:tcW w:w="3685" w:type="dxa"/>
          </w:tcPr>
          <w:p w:rsidR="0019003B" w:rsidRDefault="00BF12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МАОУ</w:t>
            </w:r>
            <w:r>
              <w:rPr>
                <w:lang w:val="ru-RU"/>
              </w:rPr>
              <w:t xml:space="preserve"> «</w:t>
            </w:r>
            <w:r>
              <w:t>Лицей</w:t>
            </w:r>
            <w:r>
              <w:rPr>
                <w:lang w:val="ru-RU"/>
              </w:rPr>
              <w:t xml:space="preserve"> </w:t>
            </w:r>
            <w:r>
              <w:t>№131</w:t>
            </w:r>
            <w:r>
              <w:rPr>
                <w:lang w:val="ru-RU"/>
              </w:rPr>
              <w:t>»</w:t>
            </w:r>
          </w:p>
        </w:tc>
        <w:tc>
          <w:tcPr>
            <w:tcW w:w="3685" w:type="dxa"/>
          </w:tcPr>
          <w:p w:rsidR="0019003B" w:rsidRPr="00DF25D7" w:rsidRDefault="00BF1257" w:rsidP="00BF12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>
              <w:rPr>
                <w:lang w:val="ru-RU"/>
              </w:rPr>
              <w:t>Бамбуркина Людмила </w:t>
            </w:r>
            <w:r w:rsidR="00283DD6">
              <w:rPr>
                <w:lang w:val="ru-RU"/>
              </w:rPr>
              <w:t>Викторовна, учитель информатики высшей квалификационной</w:t>
            </w:r>
            <w:r w:rsidR="00DF25D7" w:rsidRPr="00DF25D7">
              <w:rPr>
                <w:lang w:val="ru-RU"/>
              </w:rPr>
              <w:t xml:space="preserve"> </w:t>
            </w:r>
            <w:r w:rsidR="00283DD6">
              <w:rPr>
                <w:lang w:val="ru-RU"/>
              </w:rPr>
              <w:t>категории</w:t>
            </w:r>
          </w:p>
        </w:tc>
      </w:tr>
      <w:tr w:rsidR="0019003B" w:rsidRPr="000E13B0" w:rsidTr="00355F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19003B" w:rsidRPr="00283DD6" w:rsidRDefault="0019003B" w:rsidP="00F14086">
            <w:pPr>
              <w:pStyle w:val="ae"/>
              <w:numPr>
                <w:ilvl w:val="0"/>
                <w:numId w:val="11"/>
              </w:numPr>
              <w:ind w:left="0" w:firstLine="0"/>
              <w:rPr>
                <w:lang w:val="ru-RU"/>
              </w:rPr>
            </w:pPr>
          </w:p>
        </w:tc>
        <w:tc>
          <w:tcPr>
            <w:tcW w:w="2835" w:type="dxa"/>
          </w:tcPr>
          <w:p w:rsidR="0019003B" w:rsidRPr="00DF25D7" w:rsidRDefault="00BF1257" w:rsidP="001C1F25">
            <w:pPr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>
              <w:rPr>
                <w:lang w:val="ru-RU"/>
              </w:rPr>
              <w:t>Хисамова Полина Рустемовна, Гайнутдинова Асиля </w:t>
            </w:r>
            <w:r w:rsidR="00DF25D7" w:rsidRPr="00DF25D7">
              <w:rPr>
                <w:lang w:val="ru-RU"/>
              </w:rPr>
              <w:t>Рамилевна, 7</w:t>
            </w:r>
            <w:r w:rsidR="00DF25D7">
              <w:t> </w:t>
            </w:r>
            <w:r w:rsidR="00DF25D7" w:rsidRPr="00DF25D7">
              <w:rPr>
                <w:lang w:val="ru-RU"/>
              </w:rPr>
              <w:t>класс</w:t>
            </w:r>
          </w:p>
        </w:tc>
        <w:tc>
          <w:tcPr>
            <w:tcW w:w="3402" w:type="dxa"/>
          </w:tcPr>
          <w:p w:rsidR="0019003B" w:rsidRPr="00DF25D7" w:rsidRDefault="00DF25D7" w:rsidP="001C1F25">
            <w:pPr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F25D7">
              <w:rPr>
                <w:lang w:val="ru-RU"/>
              </w:rPr>
              <w:t xml:space="preserve">Проектирование архитектурного символа </w:t>
            </w:r>
            <w:r w:rsidR="00DD0962">
              <w:rPr>
                <w:lang w:val="ru-RU"/>
              </w:rPr>
              <w:t>г. Казани</w:t>
            </w:r>
            <w:r w:rsidRPr="00DF25D7">
              <w:rPr>
                <w:lang w:val="ru-RU"/>
              </w:rPr>
              <w:t xml:space="preserve"> башни </w:t>
            </w:r>
            <w:r w:rsidR="00BF1257">
              <w:rPr>
                <w:lang w:val="ru-RU"/>
              </w:rPr>
              <w:t>«</w:t>
            </w:r>
            <w:r w:rsidRPr="00DF25D7">
              <w:rPr>
                <w:lang w:val="ru-RU"/>
              </w:rPr>
              <w:t>Сююмбике</w:t>
            </w:r>
            <w:r w:rsidR="00BF1257">
              <w:rPr>
                <w:lang w:val="ru-RU"/>
              </w:rPr>
              <w:t>»</w:t>
            </w:r>
            <w:r w:rsidRPr="00DF25D7">
              <w:rPr>
                <w:lang w:val="ru-RU"/>
              </w:rPr>
              <w:t xml:space="preserve"> в</w:t>
            </w:r>
            <w:r w:rsidR="00BF1257">
              <w:rPr>
                <w:lang w:val="ru-RU"/>
              </w:rPr>
              <w:t> </w:t>
            </w:r>
            <w:r>
              <w:t>SketchUp</w:t>
            </w:r>
          </w:p>
        </w:tc>
        <w:tc>
          <w:tcPr>
            <w:tcW w:w="3685" w:type="dxa"/>
          </w:tcPr>
          <w:p w:rsidR="0019003B" w:rsidRPr="00DF25D7" w:rsidRDefault="00BF1257" w:rsidP="001C1F25">
            <w:pPr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>
              <w:t>МАОУ</w:t>
            </w:r>
            <w:r>
              <w:rPr>
                <w:lang w:val="ru-RU"/>
              </w:rPr>
              <w:t xml:space="preserve"> «</w:t>
            </w:r>
            <w:r>
              <w:t>Лицей</w:t>
            </w:r>
            <w:r>
              <w:rPr>
                <w:lang w:val="ru-RU"/>
              </w:rPr>
              <w:t xml:space="preserve"> </w:t>
            </w:r>
            <w:r>
              <w:t>№131</w:t>
            </w:r>
            <w:r>
              <w:rPr>
                <w:lang w:val="ru-RU"/>
              </w:rPr>
              <w:t>»</w:t>
            </w:r>
          </w:p>
        </w:tc>
        <w:tc>
          <w:tcPr>
            <w:tcW w:w="3685" w:type="dxa"/>
          </w:tcPr>
          <w:p w:rsidR="0019003B" w:rsidRPr="00DF25D7" w:rsidRDefault="00DF25D7" w:rsidP="001C1F25">
            <w:pPr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F25D7">
              <w:rPr>
                <w:lang w:val="ru-RU"/>
              </w:rPr>
              <w:t xml:space="preserve">Аитов Руслан Рашидович, учитель </w:t>
            </w:r>
            <w:r w:rsidR="00BF1257">
              <w:rPr>
                <w:lang w:val="ru-RU"/>
              </w:rPr>
              <w:t>информатики первой квалификационной категории</w:t>
            </w:r>
          </w:p>
        </w:tc>
      </w:tr>
      <w:tr w:rsidR="001C1F25" w:rsidRPr="000E13B0" w:rsidTr="00355F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1C1F25" w:rsidRPr="00283DD6" w:rsidRDefault="001C1F25" w:rsidP="00F14086">
            <w:pPr>
              <w:pStyle w:val="ae"/>
              <w:numPr>
                <w:ilvl w:val="0"/>
                <w:numId w:val="11"/>
              </w:numPr>
              <w:ind w:left="0" w:firstLine="0"/>
              <w:rPr>
                <w:lang w:val="ru-RU"/>
              </w:rPr>
            </w:pPr>
          </w:p>
        </w:tc>
        <w:tc>
          <w:tcPr>
            <w:tcW w:w="2835" w:type="dxa"/>
          </w:tcPr>
          <w:p w:rsidR="001C1F25" w:rsidRPr="001C1F25" w:rsidRDefault="001C1F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1C1F25">
              <w:rPr>
                <w:lang w:val="ru-RU"/>
              </w:rPr>
              <w:t>Самойлов Александр Павлович</w:t>
            </w:r>
            <w:r>
              <w:t xml:space="preserve">, 10 </w:t>
            </w:r>
            <w:r>
              <w:rPr>
                <w:lang w:val="ru-RU"/>
              </w:rPr>
              <w:t>класс</w:t>
            </w:r>
          </w:p>
        </w:tc>
        <w:tc>
          <w:tcPr>
            <w:tcW w:w="3402" w:type="dxa"/>
          </w:tcPr>
          <w:p w:rsidR="001C1F25" w:rsidRPr="00DF25D7" w:rsidRDefault="001C1F25" w:rsidP="00BF12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>
              <w:rPr>
                <w:lang w:val="ru-RU"/>
              </w:rPr>
              <w:t>Мобильная игра</w:t>
            </w:r>
          </w:p>
        </w:tc>
        <w:tc>
          <w:tcPr>
            <w:tcW w:w="3685" w:type="dxa"/>
          </w:tcPr>
          <w:p w:rsidR="001C1F25" w:rsidRPr="001C1F25" w:rsidRDefault="001C1F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>
              <w:t>МАОУ</w:t>
            </w:r>
            <w:r>
              <w:rPr>
                <w:lang w:val="ru-RU"/>
              </w:rPr>
              <w:t xml:space="preserve"> «</w:t>
            </w:r>
            <w:r>
              <w:t>Лицей</w:t>
            </w:r>
            <w:r>
              <w:rPr>
                <w:lang w:val="ru-RU"/>
              </w:rPr>
              <w:t xml:space="preserve"> </w:t>
            </w:r>
            <w:r>
              <w:t>№131</w:t>
            </w:r>
            <w:r>
              <w:rPr>
                <w:lang w:val="ru-RU"/>
              </w:rPr>
              <w:t>»</w:t>
            </w:r>
          </w:p>
        </w:tc>
        <w:tc>
          <w:tcPr>
            <w:tcW w:w="3685" w:type="dxa"/>
          </w:tcPr>
          <w:p w:rsidR="001C1F25" w:rsidRPr="00DF25D7" w:rsidRDefault="001C1F25" w:rsidP="001C1F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>
              <w:rPr>
                <w:lang w:val="ru-RU"/>
              </w:rPr>
              <w:t>Бамбуркина Людмила </w:t>
            </w:r>
            <w:r w:rsidRPr="001C1F25">
              <w:rPr>
                <w:lang w:val="ru-RU"/>
              </w:rPr>
              <w:t>Викторовна</w:t>
            </w:r>
            <w:r>
              <w:rPr>
                <w:lang w:val="ru-RU"/>
              </w:rPr>
              <w:t>,</w:t>
            </w:r>
            <w:r w:rsidRPr="001C1F25">
              <w:rPr>
                <w:lang w:val="ru-RU"/>
              </w:rPr>
              <w:t xml:space="preserve"> учитель информатики высшей квалификационной категории</w:t>
            </w:r>
          </w:p>
        </w:tc>
      </w:tr>
    </w:tbl>
    <w:p w:rsidR="00F14086" w:rsidRPr="00F14086" w:rsidRDefault="00F14086" w:rsidP="00F14086">
      <w:pPr>
        <w:pStyle w:val="1"/>
        <w:jc w:val="center"/>
        <w:rPr>
          <w:lang w:val="ru-RU"/>
        </w:rPr>
      </w:pPr>
      <w:r w:rsidRPr="00F14086">
        <w:rPr>
          <w:lang w:val="ru-RU"/>
        </w:rPr>
        <w:lastRenderedPageBreak/>
        <w:t>Секция</w:t>
      </w:r>
      <w:r w:rsidRPr="00F14086">
        <w:rPr>
          <w:lang w:val="ru-RU"/>
        </w:rPr>
        <w:br/>
        <w:t>ИКТ и информатика</w:t>
      </w:r>
      <w:r>
        <w:rPr>
          <w:lang w:val="ru-RU"/>
        </w:rPr>
        <w:t xml:space="preserve"> 2</w:t>
      </w:r>
    </w:p>
    <w:p w:rsidR="00F14086" w:rsidRDefault="00F14086" w:rsidP="00283DD6">
      <w:pPr>
        <w:spacing w:after="0"/>
        <w:ind w:right="225"/>
        <w:jc w:val="both"/>
        <w:rPr>
          <w:lang w:val="ru-RU"/>
        </w:rPr>
      </w:pPr>
      <w:r w:rsidRPr="00F14086">
        <w:rPr>
          <w:b/>
          <w:lang w:val="ru-RU"/>
        </w:rPr>
        <w:t>Руководитель секции</w:t>
      </w:r>
      <w:r>
        <w:rPr>
          <w:lang w:val="ru-RU"/>
        </w:rPr>
        <w:t xml:space="preserve"> </w:t>
      </w:r>
      <w:r w:rsidR="00283DD6" w:rsidRPr="00283DD6">
        <w:rPr>
          <w:lang w:val="ru-RU"/>
        </w:rPr>
        <w:t>Бамбуркина Людмила Викторовна</w:t>
      </w:r>
      <w:r>
        <w:rPr>
          <w:lang w:val="ru-RU"/>
        </w:rPr>
        <w:t>, заместитель директора по УР,</w:t>
      </w:r>
      <w:r w:rsidRPr="0081386D">
        <w:rPr>
          <w:lang w:val="ru-RU"/>
        </w:rPr>
        <w:t xml:space="preserve"> учитель информатики и ИКТ высшей квалификационной категории МАОУ «Лицей №131»</w:t>
      </w:r>
    </w:p>
    <w:p w:rsidR="00F14086" w:rsidRPr="00F14086" w:rsidRDefault="00F14086" w:rsidP="00F14086">
      <w:pPr>
        <w:spacing w:after="0"/>
        <w:rPr>
          <w:b/>
          <w:lang w:val="ru-RU"/>
        </w:rPr>
      </w:pPr>
      <w:r w:rsidRPr="00F14086">
        <w:rPr>
          <w:b/>
          <w:lang w:val="ru-RU"/>
        </w:rPr>
        <w:t>Члены жюри</w:t>
      </w:r>
    </w:p>
    <w:p w:rsidR="00F14086" w:rsidRPr="0081386D" w:rsidRDefault="00283DD6" w:rsidP="00283DD6">
      <w:pPr>
        <w:pStyle w:val="ae"/>
        <w:numPr>
          <w:ilvl w:val="0"/>
          <w:numId w:val="10"/>
        </w:numPr>
        <w:spacing w:after="0" w:line="240" w:lineRule="auto"/>
        <w:jc w:val="both"/>
        <w:rPr>
          <w:lang w:val="ru-RU"/>
        </w:rPr>
      </w:pPr>
      <w:r w:rsidRPr="00283DD6">
        <w:rPr>
          <w:szCs w:val="24"/>
          <w:lang w:val="ru-RU"/>
        </w:rPr>
        <w:t>Корчагин Геннадий Евгеньевич, к.ф.-м.н., учитель первой квалификационной категории МАОУ «Лицей №131»</w:t>
      </w:r>
    </w:p>
    <w:p w:rsidR="00F14086" w:rsidRPr="00E9053F" w:rsidRDefault="00283DD6" w:rsidP="00E9053F">
      <w:pPr>
        <w:pStyle w:val="ae"/>
        <w:numPr>
          <w:ilvl w:val="0"/>
          <w:numId w:val="10"/>
        </w:numPr>
        <w:spacing w:after="120" w:line="240" w:lineRule="auto"/>
        <w:jc w:val="both"/>
        <w:rPr>
          <w:lang w:val="ru-RU"/>
        </w:rPr>
      </w:pPr>
      <w:r w:rsidRPr="00283DD6">
        <w:rPr>
          <w:szCs w:val="24"/>
          <w:lang w:val="ru-RU"/>
        </w:rPr>
        <w:t>Аитов Руслан Рашидович, учитель информатики первой квалификационной категории МАОУ «Лицей №131»</w:t>
      </w:r>
    </w:p>
    <w:p w:rsidR="00E9053F" w:rsidRPr="00E9053F" w:rsidRDefault="00E9053F" w:rsidP="00E9053F">
      <w:pPr>
        <w:spacing w:after="240" w:line="240" w:lineRule="auto"/>
        <w:jc w:val="both"/>
        <w:rPr>
          <w:b/>
          <w:lang w:val="ru-RU"/>
        </w:rPr>
      </w:pPr>
      <w:r w:rsidRPr="00E9053F">
        <w:rPr>
          <w:b/>
          <w:lang w:val="ru-RU"/>
        </w:rPr>
        <w:t>Аудитория 21</w:t>
      </w:r>
    </w:p>
    <w:tbl>
      <w:tblPr>
        <w:tblStyle w:val="14"/>
        <w:tblW w:w="0" w:type="auto"/>
        <w:tblLook w:val="04A0" w:firstRow="1" w:lastRow="0" w:firstColumn="1" w:lastColumn="0" w:noHBand="0" w:noVBand="1"/>
      </w:tblPr>
      <w:tblGrid>
        <w:gridCol w:w="567"/>
        <w:gridCol w:w="2835"/>
        <w:gridCol w:w="3402"/>
        <w:gridCol w:w="3685"/>
        <w:gridCol w:w="3685"/>
      </w:tblGrid>
      <w:tr w:rsidR="00F14086" w:rsidTr="00F1408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F14086" w:rsidRDefault="00F14086" w:rsidP="00F14086">
            <w:r>
              <w:t>№</w:t>
            </w:r>
          </w:p>
        </w:tc>
        <w:tc>
          <w:tcPr>
            <w:tcW w:w="2835" w:type="dxa"/>
          </w:tcPr>
          <w:p w:rsidR="00F14086" w:rsidRDefault="00F14086" w:rsidP="00F1408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ФИО докладчика</w:t>
            </w:r>
          </w:p>
        </w:tc>
        <w:tc>
          <w:tcPr>
            <w:tcW w:w="3402" w:type="dxa"/>
          </w:tcPr>
          <w:p w:rsidR="00F14086" w:rsidRDefault="00F14086" w:rsidP="00F1408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Название работы</w:t>
            </w:r>
          </w:p>
        </w:tc>
        <w:tc>
          <w:tcPr>
            <w:tcW w:w="3685" w:type="dxa"/>
          </w:tcPr>
          <w:p w:rsidR="00F14086" w:rsidRDefault="00F14086" w:rsidP="00F1408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Образовательная организация докладчика</w:t>
            </w:r>
          </w:p>
        </w:tc>
        <w:tc>
          <w:tcPr>
            <w:tcW w:w="3685" w:type="dxa"/>
          </w:tcPr>
          <w:p w:rsidR="00F14086" w:rsidRDefault="00F14086" w:rsidP="00F1408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Научный руководитель</w:t>
            </w:r>
          </w:p>
        </w:tc>
      </w:tr>
      <w:tr w:rsidR="00F14086" w:rsidRPr="000E13B0" w:rsidTr="00F1408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F14086" w:rsidRDefault="00F14086" w:rsidP="00F14086">
            <w:r>
              <w:t>1</w:t>
            </w:r>
          </w:p>
        </w:tc>
        <w:tc>
          <w:tcPr>
            <w:tcW w:w="2835" w:type="dxa"/>
          </w:tcPr>
          <w:p w:rsidR="00F14086" w:rsidRDefault="00F14086" w:rsidP="00F140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Аглеева Алсу Радиковна, 10 класс</w:t>
            </w:r>
          </w:p>
        </w:tc>
        <w:tc>
          <w:tcPr>
            <w:tcW w:w="3402" w:type="dxa"/>
          </w:tcPr>
          <w:p w:rsidR="00F14086" w:rsidRPr="00DF25D7" w:rsidRDefault="00F14086" w:rsidP="00F140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F25D7">
              <w:rPr>
                <w:lang w:val="ru-RU"/>
              </w:rPr>
              <w:t>Разработка справочника 3</w:t>
            </w:r>
            <w:r>
              <w:t>D</w:t>
            </w:r>
            <w:r w:rsidRPr="00DF25D7">
              <w:rPr>
                <w:lang w:val="ru-RU"/>
              </w:rPr>
              <w:t xml:space="preserve"> молекул по химии «</w:t>
            </w:r>
            <w:r>
              <w:t>ChemCode</w:t>
            </w:r>
            <w:r w:rsidRPr="00DF25D7">
              <w:rPr>
                <w:lang w:val="ru-RU"/>
              </w:rPr>
              <w:t>»</w:t>
            </w:r>
          </w:p>
        </w:tc>
        <w:tc>
          <w:tcPr>
            <w:tcW w:w="3685" w:type="dxa"/>
          </w:tcPr>
          <w:p w:rsidR="00F14086" w:rsidRPr="00DF25D7" w:rsidRDefault="00F14086" w:rsidP="00F140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F25D7">
              <w:rPr>
                <w:lang w:val="ru-RU"/>
              </w:rPr>
              <w:t xml:space="preserve">МБОУ «Русско-татарская средняя общеобразовательная школа №129» Приволжского района </w:t>
            </w:r>
            <w:r>
              <w:rPr>
                <w:lang w:val="ru-RU"/>
              </w:rPr>
              <w:t>г. Казани</w:t>
            </w:r>
          </w:p>
        </w:tc>
        <w:tc>
          <w:tcPr>
            <w:tcW w:w="3685" w:type="dxa"/>
          </w:tcPr>
          <w:p w:rsidR="00F14086" w:rsidRPr="00DF25D7" w:rsidRDefault="00F14086" w:rsidP="00F140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>
              <w:rPr>
                <w:lang w:val="ru-RU"/>
              </w:rPr>
              <w:t>Миннахметова Виктория </w:t>
            </w:r>
            <w:r w:rsidRPr="00DF25D7">
              <w:rPr>
                <w:lang w:val="ru-RU"/>
              </w:rPr>
              <w:t>Андреевна</w:t>
            </w:r>
            <w:r>
              <w:rPr>
                <w:lang w:val="ru-RU"/>
              </w:rPr>
              <w:t>,</w:t>
            </w:r>
            <w:r w:rsidRPr="00DF25D7">
              <w:rPr>
                <w:lang w:val="ru-RU"/>
              </w:rPr>
              <w:t xml:space="preserve"> учитель химии </w:t>
            </w:r>
          </w:p>
        </w:tc>
      </w:tr>
      <w:tr w:rsidR="00F14086" w:rsidRPr="000E13B0" w:rsidTr="00F1408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F14086" w:rsidRDefault="00F14086" w:rsidP="00F14086">
            <w:r>
              <w:t>2</w:t>
            </w:r>
          </w:p>
        </w:tc>
        <w:tc>
          <w:tcPr>
            <w:tcW w:w="2835" w:type="dxa"/>
          </w:tcPr>
          <w:p w:rsidR="00F14086" w:rsidRPr="00DF25D7" w:rsidRDefault="00F14086" w:rsidP="00F140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>
              <w:rPr>
                <w:lang w:val="ru-RU"/>
              </w:rPr>
              <w:t>Зарипов Алексей Эдуардович, Чернов Евгений </w:t>
            </w:r>
            <w:r w:rsidRPr="00DF25D7">
              <w:rPr>
                <w:lang w:val="ru-RU"/>
              </w:rPr>
              <w:t>Александрович, 9</w:t>
            </w:r>
            <w:r>
              <w:t> </w:t>
            </w:r>
            <w:r w:rsidRPr="00DF25D7">
              <w:rPr>
                <w:lang w:val="ru-RU"/>
              </w:rPr>
              <w:t>класс</w:t>
            </w:r>
          </w:p>
        </w:tc>
        <w:tc>
          <w:tcPr>
            <w:tcW w:w="3402" w:type="dxa"/>
          </w:tcPr>
          <w:p w:rsidR="00F14086" w:rsidRPr="00DF25D7" w:rsidRDefault="00F14086" w:rsidP="00F140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F25D7">
              <w:rPr>
                <w:lang w:val="ru-RU"/>
              </w:rPr>
              <w:t xml:space="preserve">Приложение для помощи в изучении школьной программы 5-8 классов </w:t>
            </w:r>
            <w:r>
              <w:t>MathHelper</w:t>
            </w:r>
          </w:p>
        </w:tc>
        <w:tc>
          <w:tcPr>
            <w:tcW w:w="3685" w:type="dxa"/>
          </w:tcPr>
          <w:p w:rsidR="00F14086" w:rsidRPr="00355F53" w:rsidRDefault="00F14086" w:rsidP="00F140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>
              <w:t>МАОУ</w:t>
            </w:r>
            <w:r>
              <w:rPr>
                <w:lang w:val="ru-RU"/>
              </w:rPr>
              <w:t xml:space="preserve"> «</w:t>
            </w:r>
            <w:r>
              <w:t>Лицей</w:t>
            </w:r>
            <w:r>
              <w:rPr>
                <w:lang w:val="ru-RU"/>
              </w:rPr>
              <w:t xml:space="preserve"> </w:t>
            </w:r>
            <w:r>
              <w:t>№131</w:t>
            </w:r>
            <w:r>
              <w:rPr>
                <w:lang w:val="ru-RU"/>
              </w:rPr>
              <w:t>»</w:t>
            </w:r>
          </w:p>
        </w:tc>
        <w:tc>
          <w:tcPr>
            <w:tcW w:w="3685" w:type="dxa"/>
          </w:tcPr>
          <w:p w:rsidR="00F14086" w:rsidRPr="00DF25D7" w:rsidRDefault="00F14086" w:rsidP="00F140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F25D7">
              <w:rPr>
                <w:lang w:val="ru-RU"/>
              </w:rPr>
              <w:t>Шубинкин Владимир Николаевич, учитель информатики высшей квалификационной категории</w:t>
            </w:r>
          </w:p>
        </w:tc>
      </w:tr>
      <w:tr w:rsidR="00F14086" w:rsidRPr="000E13B0" w:rsidTr="00F1408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F14086" w:rsidRDefault="00F14086" w:rsidP="00F14086">
            <w:r>
              <w:t>3</w:t>
            </w:r>
          </w:p>
        </w:tc>
        <w:tc>
          <w:tcPr>
            <w:tcW w:w="2835" w:type="dxa"/>
          </w:tcPr>
          <w:p w:rsidR="00F14086" w:rsidRDefault="00F14086" w:rsidP="00F140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Губайдуллин Артур Аликович, 10 класс</w:t>
            </w:r>
          </w:p>
        </w:tc>
        <w:tc>
          <w:tcPr>
            <w:tcW w:w="3402" w:type="dxa"/>
          </w:tcPr>
          <w:p w:rsidR="00F14086" w:rsidRPr="00DF25D7" w:rsidRDefault="00F14086" w:rsidP="00F140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F25D7">
              <w:rPr>
                <w:lang w:val="ru-RU"/>
              </w:rPr>
              <w:t xml:space="preserve">Создание игры на движке </w:t>
            </w:r>
            <w:r>
              <w:t>Unity</w:t>
            </w:r>
            <w:r>
              <w:rPr>
                <w:lang w:val="ru-RU"/>
              </w:rPr>
              <w:t> </w:t>
            </w:r>
            <w:r w:rsidRPr="00DF25D7">
              <w:rPr>
                <w:lang w:val="ru-RU"/>
              </w:rPr>
              <w:t>3</w:t>
            </w:r>
            <w:r>
              <w:t>D</w:t>
            </w:r>
          </w:p>
        </w:tc>
        <w:tc>
          <w:tcPr>
            <w:tcW w:w="3685" w:type="dxa"/>
          </w:tcPr>
          <w:p w:rsidR="00F14086" w:rsidRPr="00DF25D7" w:rsidRDefault="00F14086" w:rsidP="00F140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>
              <w:t>МАОУ</w:t>
            </w:r>
            <w:r>
              <w:rPr>
                <w:lang w:val="ru-RU"/>
              </w:rPr>
              <w:t xml:space="preserve"> «</w:t>
            </w:r>
            <w:r>
              <w:t>Лицей</w:t>
            </w:r>
            <w:r>
              <w:rPr>
                <w:lang w:val="ru-RU"/>
              </w:rPr>
              <w:t xml:space="preserve"> </w:t>
            </w:r>
            <w:r>
              <w:t>№131</w:t>
            </w:r>
            <w:r>
              <w:rPr>
                <w:lang w:val="ru-RU"/>
              </w:rPr>
              <w:t>»</w:t>
            </w:r>
          </w:p>
        </w:tc>
        <w:tc>
          <w:tcPr>
            <w:tcW w:w="3685" w:type="dxa"/>
          </w:tcPr>
          <w:p w:rsidR="00F14086" w:rsidRPr="00DF25D7" w:rsidRDefault="00F14086" w:rsidP="00F140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F25D7">
              <w:rPr>
                <w:lang w:val="ru-RU"/>
              </w:rPr>
              <w:t>Шубинкин Владимир Николаевич, учитель информатики высшей квалификационной категории</w:t>
            </w:r>
          </w:p>
        </w:tc>
      </w:tr>
      <w:tr w:rsidR="00F14086" w:rsidRPr="000E13B0" w:rsidTr="00F1408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F14086" w:rsidRDefault="00F14086" w:rsidP="00F14086">
            <w:r>
              <w:t>4</w:t>
            </w:r>
          </w:p>
        </w:tc>
        <w:tc>
          <w:tcPr>
            <w:tcW w:w="2835" w:type="dxa"/>
          </w:tcPr>
          <w:p w:rsidR="00F14086" w:rsidRDefault="00F14086" w:rsidP="00F140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Ананьев Сергей Алексеевич, 10 класс</w:t>
            </w:r>
          </w:p>
        </w:tc>
        <w:tc>
          <w:tcPr>
            <w:tcW w:w="3402" w:type="dxa"/>
          </w:tcPr>
          <w:p w:rsidR="00F14086" w:rsidRDefault="00F14086" w:rsidP="00F140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Программируемый файловый менеджер</w:t>
            </w:r>
          </w:p>
        </w:tc>
        <w:tc>
          <w:tcPr>
            <w:tcW w:w="3685" w:type="dxa"/>
          </w:tcPr>
          <w:p w:rsidR="00F14086" w:rsidRDefault="00F14086" w:rsidP="00F140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МАОУ</w:t>
            </w:r>
            <w:r>
              <w:rPr>
                <w:lang w:val="ru-RU"/>
              </w:rPr>
              <w:t xml:space="preserve"> «</w:t>
            </w:r>
            <w:r>
              <w:t>Лицей</w:t>
            </w:r>
            <w:r>
              <w:rPr>
                <w:lang w:val="ru-RU"/>
              </w:rPr>
              <w:t xml:space="preserve"> </w:t>
            </w:r>
            <w:r>
              <w:t>№131</w:t>
            </w:r>
            <w:r>
              <w:rPr>
                <w:lang w:val="ru-RU"/>
              </w:rPr>
              <w:t>»</w:t>
            </w:r>
          </w:p>
        </w:tc>
        <w:tc>
          <w:tcPr>
            <w:tcW w:w="3685" w:type="dxa"/>
          </w:tcPr>
          <w:p w:rsidR="00F14086" w:rsidRPr="00DF25D7" w:rsidRDefault="00F14086" w:rsidP="00F140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>
              <w:rPr>
                <w:lang w:val="ru-RU"/>
              </w:rPr>
              <w:t>Шубинкин Владимир Николаевич,</w:t>
            </w:r>
            <w:r w:rsidRPr="00DF25D7">
              <w:rPr>
                <w:lang w:val="ru-RU"/>
              </w:rPr>
              <w:t xml:space="preserve"> учитель информатики высшей квалификационной категории</w:t>
            </w:r>
          </w:p>
        </w:tc>
      </w:tr>
      <w:tr w:rsidR="00F14086" w:rsidRPr="000E13B0" w:rsidTr="00F1408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F14086" w:rsidRPr="00DA2D04" w:rsidRDefault="00DA2D04" w:rsidP="00F14086">
            <w:pPr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2835" w:type="dxa"/>
          </w:tcPr>
          <w:p w:rsidR="00F14086" w:rsidRDefault="00F14086" w:rsidP="00F140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Антонов Кирилл Станиславович, 10 класс</w:t>
            </w:r>
          </w:p>
        </w:tc>
        <w:tc>
          <w:tcPr>
            <w:tcW w:w="3402" w:type="dxa"/>
          </w:tcPr>
          <w:p w:rsidR="00F14086" w:rsidRDefault="00F14086" w:rsidP="00F140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Управление </w:t>
            </w:r>
            <w:r>
              <w:rPr>
                <w:lang w:val="ru-RU"/>
              </w:rPr>
              <w:t>с</w:t>
            </w:r>
            <w:r>
              <w:t>оциальными сетями</w:t>
            </w:r>
          </w:p>
        </w:tc>
        <w:tc>
          <w:tcPr>
            <w:tcW w:w="3685" w:type="dxa"/>
          </w:tcPr>
          <w:p w:rsidR="00F14086" w:rsidRDefault="00F14086" w:rsidP="00F140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МАОУ</w:t>
            </w:r>
            <w:r>
              <w:rPr>
                <w:lang w:val="ru-RU"/>
              </w:rPr>
              <w:t xml:space="preserve"> «</w:t>
            </w:r>
            <w:r>
              <w:t>Лицей</w:t>
            </w:r>
            <w:r>
              <w:rPr>
                <w:lang w:val="ru-RU"/>
              </w:rPr>
              <w:t xml:space="preserve"> </w:t>
            </w:r>
            <w:r>
              <w:t>№131</w:t>
            </w:r>
            <w:r>
              <w:rPr>
                <w:lang w:val="ru-RU"/>
              </w:rPr>
              <w:t>»</w:t>
            </w:r>
          </w:p>
        </w:tc>
        <w:tc>
          <w:tcPr>
            <w:tcW w:w="3685" w:type="dxa"/>
          </w:tcPr>
          <w:p w:rsidR="00F14086" w:rsidRPr="00DF25D7" w:rsidRDefault="00F14086" w:rsidP="00F140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>
              <w:rPr>
                <w:lang w:val="ru-RU"/>
              </w:rPr>
              <w:t>Шубинкин Владимир Николаевич,</w:t>
            </w:r>
            <w:r w:rsidRPr="00DF25D7">
              <w:rPr>
                <w:lang w:val="ru-RU"/>
              </w:rPr>
              <w:t xml:space="preserve"> учитель информатики высшей квалификационной категории</w:t>
            </w:r>
          </w:p>
        </w:tc>
      </w:tr>
      <w:tr w:rsidR="00F14086" w:rsidRPr="000E13B0" w:rsidTr="00F1408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F14086" w:rsidRPr="00DA2D04" w:rsidRDefault="00DA2D04" w:rsidP="00F14086">
            <w:pPr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2835" w:type="dxa"/>
          </w:tcPr>
          <w:p w:rsidR="00F14086" w:rsidRDefault="00F14086" w:rsidP="00F140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Лебедев Ярослав Алексеевич, 10 класс</w:t>
            </w:r>
          </w:p>
        </w:tc>
        <w:tc>
          <w:tcPr>
            <w:tcW w:w="3402" w:type="dxa"/>
          </w:tcPr>
          <w:p w:rsidR="00F14086" w:rsidRPr="00DF25D7" w:rsidRDefault="00F14086" w:rsidP="00F140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>
              <w:t>VFX</w:t>
            </w:r>
            <w:r w:rsidRPr="00DF25D7">
              <w:rPr>
                <w:lang w:val="ru-RU"/>
              </w:rPr>
              <w:t xml:space="preserve"> и </w:t>
            </w:r>
            <w:r>
              <w:t>CGI</w:t>
            </w:r>
            <w:r>
              <w:rPr>
                <w:lang w:val="ru-RU"/>
              </w:rPr>
              <w:t>-графика в жизни людей</w:t>
            </w:r>
          </w:p>
        </w:tc>
        <w:tc>
          <w:tcPr>
            <w:tcW w:w="3685" w:type="dxa"/>
          </w:tcPr>
          <w:p w:rsidR="00F14086" w:rsidRDefault="00F14086" w:rsidP="00F140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МАОУ</w:t>
            </w:r>
            <w:r>
              <w:rPr>
                <w:lang w:val="ru-RU"/>
              </w:rPr>
              <w:t xml:space="preserve"> «</w:t>
            </w:r>
            <w:r>
              <w:t>Лицей</w:t>
            </w:r>
            <w:r>
              <w:rPr>
                <w:lang w:val="ru-RU"/>
              </w:rPr>
              <w:t xml:space="preserve"> </w:t>
            </w:r>
            <w:r>
              <w:t>№131</w:t>
            </w:r>
            <w:r>
              <w:rPr>
                <w:lang w:val="ru-RU"/>
              </w:rPr>
              <w:t>»</w:t>
            </w:r>
          </w:p>
        </w:tc>
        <w:tc>
          <w:tcPr>
            <w:tcW w:w="3685" w:type="dxa"/>
          </w:tcPr>
          <w:p w:rsidR="00F14086" w:rsidRPr="00355F53" w:rsidRDefault="00F14086" w:rsidP="00F140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>
              <w:rPr>
                <w:lang w:val="ru-RU"/>
              </w:rPr>
              <w:t>Шубинкин Владимир Николаевич,</w:t>
            </w:r>
            <w:r w:rsidRPr="00DF25D7">
              <w:rPr>
                <w:lang w:val="ru-RU"/>
              </w:rPr>
              <w:t xml:space="preserve"> учитель информатики высшей квалификационной категории</w:t>
            </w:r>
          </w:p>
        </w:tc>
      </w:tr>
      <w:tr w:rsidR="00E9053F" w:rsidRPr="000E13B0" w:rsidTr="00F1408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E9053F" w:rsidRPr="00DA2D04" w:rsidRDefault="00E9053F" w:rsidP="00E9053F">
            <w:pPr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2835" w:type="dxa"/>
          </w:tcPr>
          <w:p w:rsidR="00E9053F" w:rsidRDefault="00E9053F" w:rsidP="00E9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Камалетдинов Райян Эмилевич, 10 класс</w:t>
            </w:r>
          </w:p>
        </w:tc>
        <w:tc>
          <w:tcPr>
            <w:tcW w:w="3402" w:type="dxa"/>
          </w:tcPr>
          <w:p w:rsidR="00E9053F" w:rsidRDefault="00E9053F" w:rsidP="00E9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Интернет</w:t>
            </w:r>
            <w:r>
              <w:rPr>
                <w:lang w:val="ru-RU"/>
              </w:rPr>
              <w:t>-</w:t>
            </w:r>
            <w:r>
              <w:t>магазин ЦМИТ</w:t>
            </w:r>
          </w:p>
        </w:tc>
        <w:tc>
          <w:tcPr>
            <w:tcW w:w="3685" w:type="dxa"/>
          </w:tcPr>
          <w:p w:rsidR="00E9053F" w:rsidRPr="00BF1257" w:rsidRDefault="00E9053F" w:rsidP="00E9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>
              <w:t xml:space="preserve">МАОУ </w:t>
            </w:r>
            <w:r>
              <w:rPr>
                <w:lang w:val="ru-RU"/>
              </w:rPr>
              <w:t>«</w:t>
            </w:r>
            <w:r>
              <w:t>Лицей – инженерный центр</w:t>
            </w:r>
            <w:r>
              <w:rPr>
                <w:lang w:val="ru-RU"/>
              </w:rPr>
              <w:t>»</w:t>
            </w:r>
          </w:p>
        </w:tc>
        <w:tc>
          <w:tcPr>
            <w:tcW w:w="3685" w:type="dxa"/>
          </w:tcPr>
          <w:p w:rsidR="00E9053F" w:rsidRPr="00DF25D7" w:rsidRDefault="00E9053F" w:rsidP="00E9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F25D7">
              <w:rPr>
                <w:lang w:val="ru-RU"/>
              </w:rPr>
              <w:t>Ильин Никита Александрович, педагог дополнительного образования</w:t>
            </w:r>
          </w:p>
        </w:tc>
      </w:tr>
      <w:tr w:rsidR="00E9053F" w:rsidRPr="000E13B0" w:rsidTr="00F1408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E9053F" w:rsidRPr="00DA2D04" w:rsidRDefault="00E9053F" w:rsidP="00E9053F">
            <w:pPr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2835" w:type="dxa"/>
          </w:tcPr>
          <w:p w:rsidR="00E9053F" w:rsidRPr="00DA2D04" w:rsidRDefault="00E9053F" w:rsidP="00E9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A2D04">
              <w:t>Давыдова Екатерина Александровна</w:t>
            </w:r>
            <w:r>
              <w:rPr>
                <w:lang w:val="ru-RU"/>
              </w:rPr>
              <w:t>, 10 класс</w:t>
            </w:r>
          </w:p>
        </w:tc>
        <w:tc>
          <w:tcPr>
            <w:tcW w:w="3402" w:type="dxa"/>
          </w:tcPr>
          <w:p w:rsidR="00E9053F" w:rsidRPr="00DA2D04" w:rsidRDefault="00E9053F" w:rsidP="00E9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A2D04">
              <w:rPr>
                <w:lang w:val="ru-RU"/>
              </w:rPr>
              <w:t>Программа для фиксации времени по определенным задачам</w:t>
            </w:r>
          </w:p>
        </w:tc>
        <w:tc>
          <w:tcPr>
            <w:tcW w:w="3685" w:type="dxa"/>
          </w:tcPr>
          <w:p w:rsidR="00E9053F" w:rsidRPr="00DA2D04" w:rsidRDefault="00E9053F" w:rsidP="00E9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A2D04">
              <w:rPr>
                <w:lang w:val="ru-RU"/>
              </w:rPr>
              <w:t xml:space="preserve">МАОУ </w:t>
            </w:r>
            <w:r>
              <w:rPr>
                <w:lang w:val="ru-RU"/>
              </w:rPr>
              <w:t>«</w:t>
            </w:r>
            <w:r w:rsidRPr="00DA2D04">
              <w:rPr>
                <w:lang w:val="ru-RU"/>
              </w:rPr>
              <w:t>СОШ №18</w:t>
            </w:r>
            <w:r>
              <w:rPr>
                <w:lang w:val="ru-RU"/>
              </w:rPr>
              <w:t>»</w:t>
            </w:r>
          </w:p>
        </w:tc>
        <w:tc>
          <w:tcPr>
            <w:tcW w:w="3685" w:type="dxa"/>
          </w:tcPr>
          <w:p w:rsidR="00E9053F" w:rsidRPr="00DF25D7" w:rsidRDefault="00E9053F" w:rsidP="00E9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A2D04">
              <w:rPr>
                <w:lang w:val="ru-RU"/>
              </w:rPr>
              <w:t>Бондарцев Дмитрий Сергеевич</w:t>
            </w:r>
            <w:r>
              <w:rPr>
                <w:lang w:val="ru-RU"/>
              </w:rPr>
              <w:t>, учитель информатики высшей квалификационной категории</w:t>
            </w:r>
          </w:p>
        </w:tc>
      </w:tr>
      <w:tr w:rsidR="00E9053F" w:rsidRPr="000E13B0" w:rsidTr="00F1408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E9053F" w:rsidRDefault="00E9053F" w:rsidP="00E9053F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9</w:t>
            </w:r>
          </w:p>
        </w:tc>
        <w:tc>
          <w:tcPr>
            <w:tcW w:w="2835" w:type="dxa"/>
          </w:tcPr>
          <w:p w:rsidR="00E9053F" w:rsidRDefault="00E9053F" w:rsidP="00E9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Антоненко Андрей Александрович, 10 класс</w:t>
            </w:r>
          </w:p>
        </w:tc>
        <w:tc>
          <w:tcPr>
            <w:tcW w:w="3402" w:type="dxa"/>
          </w:tcPr>
          <w:p w:rsidR="00E9053F" w:rsidRDefault="00E9053F" w:rsidP="00E9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Создание безопасного функционального мессенджера</w:t>
            </w:r>
          </w:p>
        </w:tc>
        <w:tc>
          <w:tcPr>
            <w:tcW w:w="3685" w:type="dxa"/>
          </w:tcPr>
          <w:p w:rsidR="00E9053F" w:rsidRDefault="00E9053F" w:rsidP="00E9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МАОУ</w:t>
            </w:r>
            <w:r>
              <w:rPr>
                <w:lang w:val="ru-RU"/>
              </w:rPr>
              <w:t xml:space="preserve"> «</w:t>
            </w:r>
            <w:r>
              <w:t>Лицей</w:t>
            </w:r>
            <w:r>
              <w:rPr>
                <w:lang w:val="ru-RU"/>
              </w:rPr>
              <w:t xml:space="preserve"> </w:t>
            </w:r>
            <w:r>
              <w:t>№131</w:t>
            </w:r>
            <w:r>
              <w:rPr>
                <w:lang w:val="ru-RU"/>
              </w:rPr>
              <w:t>»</w:t>
            </w:r>
          </w:p>
        </w:tc>
        <w:tc>
          <w:tcPr>
            <w:tcW w:w="3685" w:type="dxa"/>
          </w:tcPr>
          <w:p w:rsidR="00E9053F" w:rsidRPr="00355F53" w:rsidRDefault="00E9053F" w:rsidP="00E9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>
              <w:rPr>
                <w:lang w:val="ru-RU"/>
              </w:rPr>
              <w:t>Шубинкин Владимир Николаевич,</w:t>
            </w:r>
            <w:r w:rsidRPr="00DF25D7">
              <w:rPr>
                <w:lang w:val="ru-RU"/>
              </w:rPr>
              <w:t xml:space="preserve"> учитель информатики высшей квалификационной категории</w:t>
            </w:r>
          </w:p>
        </w:tc>
      </w:tr>
    </w:tbl>
    <w:p w:rsidR="0019003B" w:rsidRDefault="00DF25D7">
      <w:pPr>
        <w:pStyle w:val="1"/>
        <w:jc w:val="center"/>
        <w:rPr>
          <w:lang w:val="ru-RU"/>
        </w:rPr>
      </w:pPr>
      <w:r w:rsidRPr="001C5ADB">
        <w:rPr>
          <w:lang w:val="ru-RU"/>
        </w:rPr>
        <w:lastRenderedPageBreak/>
        <w:t>Секция</w:t>
      </w:r>
      <w:r w:rsidRPr="001C5ADB">
        <w:rPr>
          <w:lang w:val="ru-RU"/>
        </w:rPr>
        <w:br/>
        <w:t>Физика, астрономия</w:t>
      </w:r>
      <w:r w:rsidR="001C5ADB">
        <w:rPr>
          <w:lang w:val="ru-RU"/>
        </w:rPr>
        <w:t xml:space="preserve"> 1</w:t>
      </w:r>
    </w:p>
    <w:p w:rsidR="001C5ADB" w:rsidRDefault="001C5ADB" w:rsidP="001C5ADB">
      <w:pPr>
        <w:spacing w:after="0"/>
        <w:ind w:right="225"/>
        <w:jc w:val="both"/>
        <w:rPr>
          <w:lang w:val="ru-RU"/>
        </w:rPr>
      </w:pPr>
      <w:r w:rsidRPr="00F14086">
        <w:rPr>
          <w:b/>
          <w:lang w:val="ru-RU"/>
        </w:rPr>
        <w:t>Руководитель секции</w:t>
      </w:r>
      <w:r>
        <w:rPr>
          <w:lang w:val="ru-RU"/>
        </w:rPr>
        <w:t xml:space="preserve"> </w:t>
      </w:r>
      <w:r w:rsidRPr="009555C3">
        <w:rPr>
          <w:lang w:val="ru-RU"/>
        </w:rPr>
        <w:t>Синцова Юлия Валерьевна, учитель физики высшей квалификационной категории МАОУ «Лицей №131»</w:t>
      </w:r>
    </w:p>
    <w:p w:rsidR="001C5ADB" w:rsidRPr="00F14086" w:rsidRDefault="001C5ADB" w:rsidP="001C5ADB">
      <w:pPr>
        <w:spacing w:after="0"/>
        <w:rPr>
          <w:b/>
          <w:lang w:val="ru-RU"/>
        </w:rPr>
      </w:pPr>
      <w:r w:rsidRPr="00F14086">
        <w:rPr>
          <w:b/>
          <w:lang w:val="ru-RU"/>
        </w:rPr>
        <w:t>Члены жюри</w:t>
      </w:r>
    </w:p>
    <w:p w:rsidR="001C5ADB" w:rsidRPr="0081386D" w:rsidRDefault="001C5ADB" w:rsidP="001C5ADB">
      <w:pPr>
        <w:pStyle w:val="ae"/>
        <w:numPr>
          <w:ilvl w:val="0"/>
          <w:numId w:val="10"/>
        </w:numPr>
        <w:spacing w:after="0" w:line="240" w:lineRule="auto"/>
        <w:jc w:val="both"/>
        <w:rPr>
          <w:lang w:val="ru-RU"/>
        </w:rPr>
      </w:pPr>
      <w:r>
        <w:rPr>
          <w:szCs w:val="24"/>
          <w:lang w:val="ru-RU"/>
        </w:rPr>
        <w:t xml:space="preserve">Яковлева Юлия Валерьевна, </w:t>
      </w:r>
      <w:r w:rsidRPr="009555C3">
        <w:rPr>
          <w:szCs w:val="24"/>
          <w:lang w:val="ru-RU"/>
        </w:rPr>
        <w:t>учитель физики</w:t>
      </w:r>
      <w:r>
        <w:rPr>
          <w:szCs w:val="24"/>
          <w:lang w:val="ru-RU"/>
        </w:rPr>
        <w:t xml:space="preserve"> первой</w:t>
      </w:r>
      <w:r w:rsidRPr="009555C3">
        <w:rPr>
          <w:szCs w:val="24"/>
          <w:lang w:val="ru-RU"/>
        </w:rPr>
        <w:t xml:space="preserve"> квалификационной кате</w:t>
      </w:r>
      <w:r>
        <w:rPr>
          <w:szCs w:val="24"/>
          <w:lang w:val="ru-RU"/>
        </w:rPr>
        <w:t>гории МБ</w:t>
      </w:r>
      <w:r w:rsidRPr="009555C3">
        <w:rPr>
          <w:szCs w:val="24"/>
          <w:lang w:val="ru-RU"/>
        </w:rPr>
        <w:t>ОУ «</w:t>
      </w:r>
      <w:r>
        <w:rPr>
          <w:szCs w:val="24"/>
          <w:lang w:val="ru-RU"/>
        </w:rPr>
        <w:t>Гимназия №179 – центр образования</w:t>
      </w:r>
      <w:r w:rsidRPr="009555C3">
        <w:rPr>
          <w:szCs w:val="24"/>
          <w:lang w:val="ru-RU"/>
        </w:rPr>
        <w:t>»</w:t>
      </w:r>
    </w:p>
    <w:p w:rsidR="001C5ADB" w:rsidRPr="00CE1B5B" w:rsidRDefault="001C5ADB" w:rsidP="001C5ADB">
      <w:pPr>
        <w:pStyle w:val="ae"/>
        <w:numPr>
          <w:ilvl w:val="0"/>
          <w:numId w:val="10"/>
        </w:numPr>
        <w:spacing w:after="120" w:line="240" w:lineRule="auto"/>
        <w:jc w:val="both"/>
        <w:rPr>
          <w:lang w:val="ru-RU"/>
        </w:rPr>
      </w:pPr>
      <w:r w:rsidRPr="00B9137A">
        <w:rPr>
          <w:szCs w:val="24"/>
          <w:lang w:val="ru-RU"/>
        </w:rPr>
        <w:t>Петрова Ольга Айзиковна, учитель физики высшей квалификационной категории МАОУ «Лицей №131»</w:t>
      </w:r>
    </w:p>
    <w:p w:rsidR="00CE1B5B" w:rsidRPr="00E9053F" w:rsidRDefault="00CE1B5B" w:rsidP="001C5ADB">
      <w:pPr>
        <w:pStyle w:val="ae"/>
        <w:numPr>
          <w:ilvl w:val="0"/>
          <w:numId w:val="10"/>
        </w:numPr>
        <w:spacing w:after="120" w:line="240" w:lineRule="auto"/>
        <w:jc w:val="both"/>
        <w:rPr>
          <w:lang w:val="ru-RU"/>
        </w:rPr>
      </w:pPr>
      <w:r>
        <w:rPr>
          <w:szCs w:val="24"/>
          <w:lang w:val="ru-RU"/>
        </w:rPr>
        <w:t xml:space="preserve">Семёнов Алексей Вячеславович, учитель физики первой квалификационной категории </w:t>
      </w:r>
      <w:r w:rsidRPr="00B9137A">
        <w:rPr>
          <w:szCs w:val="24"/>
          <w:lang w:val="ru-RU"/>
        </w:rPr>
        <w:t>МАОУ «Лицей №131»</w:t>
      </w:r>
    </w:p>
    <w:p w:rsidR="00B2111B" w:rsidRPr="00B2111B" w:rsidRDefault="001C5ADB" w:rsidP="00B2111B">
      <w:r w:rsidRPr="00E9053F">
        <w:rPr>
          <w:b/>
          <w:lang w:val="ru-RU"/>
        </w:rPr>
        <w:t>Аудитория</w:t>
      </w:r>
      <w:r>
        <w:rPr>
          <w:b/>
          <w:lang w:val="ru-RU"/>
        </w:rPr>
        <w:t xml:space="preserve"> 39</w:t>
      </w:r>
    </w:p>
    <w:tbl>
      <w:tblPr>
        <w:tblStyle w:val="14"/>
        <w:tblW w:w="0" w:type="auto"/>
        <w:tblLook w:val="04A0" w:firstRow="1" w:lastRow="0" w:firstColumn="1" w:lastColumn="0" w:noHBand="0" w:noVBand="1"/>
      </w:tblPr>
      <w:tblGrid>
        <w:gridCol w:w="567"/>
        <w:gridCol w:w="2914"/>
        <w:gridCol w:w="3402"/>
        <w:gridCol w:w="3685"/>
        <w:gridCol w:w="3685"/>
      </w:tblGrid>
      <w:tr w:rsidR="0019003B" w:rsidTr="00B2111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19003B" w:rsidRDefault="00DF25D7">
            <w:r>
              <w:t>№</w:t>
            </w:r>
          </w:p>
        </w:tc>
        <w:tc>
          <w:tcPr>
            <w:tcW w:w="2914" w:type="dxa"/>
          </w:tcPr>
          <w:p w:rsidR="0019003B" w:rsidRDefault="00DF25D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ФИО докладчика</w:t>
            </w:r>
          </w:p>
        </w:tc>
        <w:tc>
          <w:tcPr>
            <w:tcW w:w="3402" w:type="dxa"/>
          </w:tcPr>
          <w:p w:rsidR="0019003B" w:rsidRDefault="00DF25D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Название работы</w:t>
            </w:r>
          </w:p>
        </w:tc>
        <w:tc>
          <w:tcPr>
            <w:tcW w:w="3685" w:type="dxa"/>
          </w:tcPr>
          <w:p w:rsidR="0019003B" w:rsidRDefault="00DF25D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Образовательная организация докладчика</w:t>
            </w:r>
          </w:p>
        </w:tc>
        <w:tc>
          <w:tcPr>
            <w:tcW w:w="3685" w:type="dxa"/>
          </w:tcPr>
          <w:p w:rsidR="0019003B" w:rsidRDefault="00DF25D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Научный руководитель</w:t>
            </w:r>
          </w:p>
        </w:tc>
      </w:tr>
      <w:tr w:rsidR="0019003B" w:rsidTr="00B211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19003B" w:rsidRPr="001C5ADB" w:rsidRDefault="001C5ADB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914" w:type="dxa"/>
          </w:tcPr>
          <w:p w:rsidR="0019003B" w:rsidRDefault="00DF25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Русаков Эмиль Олегович, 10 класс</w:t>
            </w:r>
          </w:p>
        </w:tc>
        <w:tc>
          <w:tcPr>
            <w:tcW w:w="3402" w:type="dxa"/>
          </w:tcPr>
          <w:p w:rsidR="0019003B" w:rsidRPr="00DF25D7" w:rsidRDefault="00DF25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F25D7">
              <w:rPr>
                <w:lang w:val="ru-RU"/>
              </w:rPr>
              <w:t>Определение скорости реакции человека на световые и звуковые сигналы</w:t>
            </w:r>
          </w:p>
        </w:tc>
        <w:tc>
          <w:tcPr>
            <w:tcW w:w="3685" w:type="dxa"/>
          </w:tcPr>
          <w:p w:rsidR="0019003B" w:rsidRDefault="001E25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МАОУ</w:t>
            </w:r>
            <w:r>
              <w:rPr>
                <w:lang w:val="ru-RU"/>
              </w:rPr>
              <w:t xml:space="preserve"> «</w:t>
            </w:r>
            <w:r>
              <w:t>Лицей</w:t>
            </w:r>
            <w:r>
              <w:rPr>
                <w:lang w:val="ru-RU"/>
              </w:rPr>
              <w:t xml:space="preserve"> </w:t>
            </w:r>
            <w:r>
              <w:t>№131</w:t>
            </w:r>
            <w:r>
              <w:rPr>
                <w:lang w:val="ru-RU"/>
              </w:rPr>
              <w:t>»</w:t>
            </w:r>
          </w:p>
        </w:tc>
        <w:tc>
          <w:tcPr>
            <w:tcW w:w="3685" w:type="dxa"/>
          </w:tcPr>
          <w:p w:rsidR="0019003B" w:rsidRDefault="00DF25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Заяц Алексей Евгеньевич</w:t>
            </w:r>
          </w:p>
        </w:tc>
      </w:tr>
      <w:tr w:rsidR="0019003B" w:rsidRPr="000E13B0" w:rsidTr="00B211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19003B" w:rsidRPr="001C5ADB" w:rsidRDefault="001C5ADB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914" w:type="dxa"/>
          </w:tcPr>
          <w:p w:rsidR="0019003B" w:rsidRDefault="001E25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Семенова Полина </w:t>
            </w:r>
            <w:r w:rsidR="00DF25D7">
              <w:t>Геннадьевна, 10 класс</w:t>
            </w:r>
          </w:p>
        </w:tc>
        <w:tc>
          <w:tcPr>
            <w:tcW w:w="3402" w:type="dxa"/>
          </w:tcPr>
          <w:p w:rsidR="0019003B" w:rsidRDefault="00DF25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Способы определения ёмкости конденсаторов</w:t>
            </w:r>
          </w:p>
        </w:tc>
        <w:tc>
          <w:tcPr>
            <w:tcW w:w="3685" w:type="dxa"/>
          </w:tcPr>
          <w:p w:rsidR="0019003B" w:rsidRDefault="001E25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МАОУ</w:t>
            </w:r>
            <w:r>
              <w:rPr>
                <w:lang w:val="ru-RU"/>
              </w:rPr>
              <w:t xml:space="preserve"> «</w:t>
            </w:r>
            <w:r>
              <w:t>Лицей</w:t>
            </w:r>
            <w:r>
              <w:rPr>
                <w:lang w:val="ru-RU"/>
              </w:rPr>
              <w:t xml:space="preserve"> </w:t>
            </w:r>
            <w:r>
              <w:t>№131</w:t>
            </w:r>
            <w:r>
              <w:rPr>
                <w:lang w:val="ru-RU"/>
              </w:rPr>
              <w:t>»</w:t>
            </w:r>
          </w:p>
        </w:tc>
        <w:tc>
          <w:tcPr>
            <w:tcW w:w="3685" w:type="dxa"/>
          </w:tcPr>
          <w:p w:rsidR="0019003B" w:rsidRPr="00DF25D7" w:rsidRDefault="00DF25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F25D7">
              <w:rPr>
                <w:lang w:val="ru-RU"/>
              </w:rPr>
              <w:t>Синцова Юлия Валерьевна, учитель физики</w:t>
            </w:r>
          </w:p>
        </w:tc>
      </w:tr>
      <w:tr w:rsidR="0019003B" w:rsidRPr="000E13B0" w:rsidTr="00B211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19003B" w:rsidRPr="001C5ADB" w:rsidRDefault="001C5ADB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2914" w:type="dxa"/>
          </w:tcPr>
          <w:p w:rsidR="0019003B" w:rsidRDefault="001E25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Фахрутдинов Эрик </w:t>
            </w:r>
            <w:r w:rsidR="00DF25D7">
              <w:t>Айратович, 10 класс</w:t>
            </w:r>
          </w:p>
        </w:tc>
        <w:tc>
          <w:tcPr>
            <w:tcW w:w="3402" w:type="dxa"/>
          </w:tcPr>
          <w:p w:rsidR="0019003B" w:rsidRDefault="00DF25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Мелодия биений</w:t>
            </w:r>
          </w:p>
        </w:tc>
        <w:tc>
          <w:tcPr>
            <w:tcW w:w="3685" w:type="dxa"/>
          </w:tcPr>
          <w:p w:rsidR="0019003B" w:rsidRPr="00DF25D7" w:rsidRDefault="008262BD" w:rsidP="001E25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>
              <w:rPr>
                <w:lang w:val="ru-RU"/>
              </w:rPr>
              <w:t xml:space="preserve">МБОУ </w:t>
            </w:r>
            <w:r w:rsidR="001E252A">
              <w:rPr>
                <w:lang w:val="ru-RU"/>
              </w:rPr>
              <w:t>«</w:t>
            </w:r>
            <w:r w:rsidR="00DF25D7" w:rsidRPr="00DF25D7">
              <w:rPr>
                <w:lang w:val="ru-RU"/>
              </w:rPr>
              <w:t>Лицей №177</w:t>
            </w:r>
            <w:r w:rsidR="001E252A">
              <w:rPr>
                <w:lang w:val="ru-RU"/>
              </w:rPr>
              <w:t>»</w:t>
            </w:r>
          </w:p>
        </w:tc>
        <w:tc>
          <w:tcPr>
            <w:tcW w:w="3685" w:type="dxa"/>
          </w:tcPr>
          <w:p w:rsidR="0019003B" w:rsidRPr="00DF25D7" w:rsidRDefault="00DF25D7" w:rsidP="001E25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F25D7">
              <w:rPr>
                <w:lang w:val="ru-RU"/>
              </w:rPr>
              <w:t>Имамов Ильдар Фаиз</w:t>
            </w:r>
            <w:r w:rsidR="001E252A">
              <w:rPr>
                <w:lang w:val="ru-RU"/>
              </w:rPr>
              <w:t>ович, учитель физики высшей кв. </w:t>
            </w:r>
            <w:r w:rsidRPr="00DF25D7">
              <w:rPr>
                <w:lang w:val="ru-RU"/>
              </w:rPr>
              <w:t>категории</w:t>
            </w:r>
            <w:r w:rsidR="001E252A">
              <w:rPr>
                <w:lang w:val="ru-RU"/>
              </w:rPr>
              <w:t>,</w:t>
            </w:r>
            <w:r w:rsidRPr="00DF25D7">
              <w:rPr>
                <w:lang w:val="ru-RU"/>
              </w:rPr>
              <w:t xml:space="preserve"> Сайфутдинова Елена Валерьена</w:t>
            </w:r>
            <w:r w:rsidR="001E252A">
              <w:rPr>
                <w:lang w:val="ru-RU"/>
              </w:rPr>
              <w:t>, учитель математики высшей кв. </w:t>
            </w:r>
            <w:r w:rsidRPr="00DF25D7">
              <w:rPr>
                <w:lang w:val="ru-RU"/>
              </w:rPr>
              <w:t xml:space="preserve">категории </w:t>
            </w:r>
          </w:p>
        </w:tc>
      </w:tr>
      <w:tr w:rsidR="0019003B" w:rsidRPr="000E13B0" w:rsidTr="00B211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19003B" w:rsidRPr="001C5ADB" w:rsidRDefault="001C5ADB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2914" w:type="dxa"/>
          </w:tcPr>
          <w:p w:rsidR="0019003B" w:rsidRPr="00DF25D7" w:rsidRDefault="001E252A" w:rsidP="001E25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>
              <w:rPr>
                <w:lang w:val="ru-RU"/>
              </w:rPr>
              <w:t>Казахмедов Самир </w:t>
            </w:r>
            <w:r w:rsidR="00DF25D7" w:rsidRPr="00DF25D7">
              <w:rPr>
                <w:lang w:val="ru-RU"/>
              </w:rPr>
              <w:t>Надимович, 9</w:t>
            </w:r>
            <w:r w:rsidR="00DF25D7">
              <w:t> </w:t>
            </w:r>
            <w:r w:rsidR="00DF25D7" w:rsidRPr="00DF25D7">
              <w:rPr>
                <w:lang w:val="ru-RU"/>
              </w:rPr>
              <w:t>класс</w:t>
            </w:r>
          </w:p>
        </w:tc>
        <w:tc>
          <w:tcPr>
            <w:tcW w:w="3402" w:type="dxa"/>
          </w:tcPr>
          <w:p w:rsidR="0019003B" w:rsidRDefault="00DF25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Центробежная сепарация взвешенных веществ</w:t>
            </w:r>
          </w:p>
        </w:tc>
        <w:tc>
          <w:tcPr>
            <w:tcW w:w="3685" w:type="dxa"/>
          </w:tcPr>
          <w:p w:rsidR="0019003B" w:rsidRPr="001E252A" w:rsidRDefault="00DF25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>
              <w:t xml:space="preserve">МБОУ </w:t>
            </w:r>
            <w:r w:rsidR="001E252A">
              <w:rPr>
                <w:lang w:val="ru-RU"/>
              </w:rPr>
              <w:t>«</w:t>
            </w:r>
            <w:r w:rsidR="001E252A">
              <w:t>Лицей №</w:t>
            </w:r>
            <w:r>
              <w:t>145</w:t>
            </w:r>
            <w:r w:rsidR="001E252A">
              <w:rPr>
                <w:lang w:val="ru-RU"/>
              </w:rPr>
              <w:t>»</w:t>
            </w:r>
          </w:p>
        </w:tc>
        <w:tc>
          <w:tcPr>
            <w:tcW w:w="3685" w:type="dxa"/>
          </w:tcPr>
          <w:p w:rsidR="0019003B" w:rsidRPr="00DF25D7" w:rsidRDefault="00DF25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F25D7">
              <w:rPr>
                <w:lang w:val="ru-RU"/>
              </w:rPr>
              <w:t>Мингазетдинов Идгай Хасанович профессор КНИТУ-КАИ</w:t>
            </w:r>
          </w:p>
        </w:tc>
      </w:tr>
      <w:tr w:rsidR="0019003B" w:rsidRPr="000E13B0" w:rsidTr="00B211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19003B" w:rsidRPr="001C5ADB" w:rsidRDefault="001C5ADB">
            <w:pPr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2914" w:type="dxa"/>
          </w:tcPr>
          <w:p w:rsidR="0019003B" w:rsidRDefault="001E25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Давыдов Владимир </w:t>
            </w:r>
            <w:r w:rsidR="00DF25D7">
              <w:t>Александрович, 10 класс</w:t>
            </w:r>
          </w:p>
        </w:tc>
        <w:tc>
          <w:tcPr>
            <w:tcW w:w="3402" w:type="dxa"/>
          </w:tcPr>
          <w:p w:rsidR="0019003B" w:rsidRPr="001E252A" w:rsidRDefault="001E252A" w:rsidP="001E25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1E252A">
              <w:rPr>
                <w:lang w:val="ru-RU"/>
              </w:rPr>
              <w:t>Изучение баллистического движения</w:t>
            </w:r>
            <w:r w:rsidR="00DD0962" w:rsidRPr="001E252A">
              <w:rPr>
                <w:lang w:val="ru-RU"/>
              </w:rPr>
              <w:t xml:space="preserve"> </w:t>
            </w:r>
            <w:r>
              <w:rPr>
                <w:lang w:val="ru-RU"/>
              </w:rPr>
              <w:t>с помощью пушки Г</w:t>
            </w:r>
            <w:r w:rsidRPr="001E252A">
              <w:rPr>
                <w:lang w:val="ru-RU"/>
              </w:rPr>
              <w:t>аусса</w:t>
            </w:r>
          </w:p>
        </w:tc>
        <w:tc>
          <w:tcPr>
            <w:tcW w:w="3685" w:type="dxa"/>
          </w:tcPr>
          <w:p w:rsidR="0019003B" w:rsidRPr="001E252A" w:rsidRDefault="00DF25D7" w:rsidP="001E25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>
              <w:t xml:space="preserve">МБОУ </w:t>
            </w:r>
            <w:r w:rsidR="001E252A">
              <w:rPr>
                <w:lang w:val="ru-RU"/>
              </w:rPr>
              <w:t>«</w:t>
            </w:r>
            <w:r>
              <w:t>Школа №144</w:t>
            </w:r>
            <w:r w:rsidR="001E252A">
              <w:rPr>
                <w:lang w:val="ru-RU"/>
              </w:rPr>
              <w:t>»</w:t>
            </w:r>
          </w:p>
        </w:tc>
        <w:tc>
          <w:tcPr>
            <w:tcW w:w="3685" w:type="dxa"/>
          </w:tcPr>
          <w:p w:rsidR="0019003B" w:rsidRPr="00DF25D7" w:rsidRDefault="001E252A" w:rsidP="001E25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>
              <w:rPr>
                <w:lang w:val="ru-RU"/>
              </w:rPr>
              <w:t>Сулейманова Альфия </w:t>
            </w:r>
            <w:r w:rsidR="00DF25D7" w:rsidRPr="00DF25D7">
              <w:rPr>
                <w:lang w:val="ru-RU"/>
              </w:rPr>
              <w:t>Сайфулловна</w:t>
            </w:r>
            <w:r>
              <w:rPr>
                <w:lang w:val="ru-RU"/>
              </w:rPr>
              <w:t xml:space="preserve">, </w:t>
            </w:r>
            <w:r w:rsidRPr="00DF25D7">
              <w:rPr>
                <w:lang w:val="ru-RU"/>
              </w:rPr>
              <w:t>учитель высшей кв.кат.</w:t>
            </w:r>
          </w:p>
        </w:tc>
      </w:tr>
      <w:tr w:rsidR="0019003B" w:rsidTr="00B211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19003B" w:rsidRPr="001C5ADB" w:rsidRDefault="001C5ADB">
            <w:pPr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2914" w:type="dxa"/>
          </w:tcPr>
          <w:p w:rsidR="0019003B" w:rsidRDefault="001E25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Кириллов Максим </w:t>
            </w:r>
            <w:r w:rsidR="00DF25D7">
              <w:t>Андреевич, 10 класс</w:t>
            </w:r>
          </w:p>
        </w:tc>
        <w:tc>
          <w:tcPr>
            <w:tcW w:w="3402" w:type="dxa"/>
          </w:tcPr>
          <w:p w:rsidR="0019003B" w:rsidRDefault="00DF25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Фрактальная вселенная</w:t>
            </w:r>
          </w:p>
        </w:tc>
        <w:tc>
          <w:tcPr>
            <w:tcW w:w="3685" w:type="dxa"/>
          </w:tcPr>
          <w:p w:rsidR="0019003B" w:rsidRDefault="001E25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МАОУ</w:t>
            </w:r>
            <w:r>
              <w:rPr>
                <w:lang w:val="ru-RU"/>
              </w:rPr>
              <w:t xml:space="preserve"> «</w:t>
            </w:r>
            <w:r>
              <w:t>Лицей</w:t>
            </w:r>
            <w:r>
              <w:rPr>
                <w:lang w:val="ru-RU"/>
              </w:rPr>
              <w:t xml:space="preserve"> </w:t>
            </w:r>
            <w:r>
              <w:t>№131</w:t>
            </w:r>
            <w:r>
              <w:rPr>
                <w:lang w:val="ru-RU"/>
              </w:rPr>
              <w:t>»</w:t>
            </w:r>
          </w:p>
        </w:tc>
        <w:tc>
          <w:tcPr>
            <w:tcW w:w="3685" w:type="dxa"/>
          </w:tcPr>
          <w:p w:rsidR="0019003B" w:rsidRDefault="00DF25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Синцова Юлия Валерьевна</w:t>
            </w:r>
          </w:p>
        </w:tc>
      </w:tr>
      <w:tr w:rsidR="0019003B" w:rsidTr="00B211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19003B" w:rsidRPr="001C5ADB" w:rsidRDefault="001C5ADB">
            <w:pPr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2914" w:type="dxa"/>
          </w:tcPr>
          <w:p w:rsidR="0019003B" w:rsidRDefault="001E25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Зарипов Тимур </w:t>
            </w:r>
            <w:r w:rsidR="00DF25D7">
              <w:t>Андреевич, 11 класс</w:t>
            </w:r>
          </w:p>
        </w:tc>
        <w:tc>
          <w:tcPr>
            <w:tcW w:w="3402" w:type="dxa"/>
          </w:tcPr>
          <w:p w:rsidR="0019003B" w:rsidRDefault="001E25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lang w:val="ru-RU"/>
              </w:rPr>
              <w:t>Э</w:t>
            </w:r>
            <w:r w:rsidR="00DF25D7">
              <w:t>лектро-фонендоскоп</w:t>
            </w:r>
          </w:p>
        </w:tc>
        <w:tc>
          <w:tcPr>
            <w:tcW w:w="3685" w:type="dxa"/>
          </w:tcPr>
          <w:p w:rsidR="0019003B" w:rsidRDefault="001E25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МАОУ</w:t>
            </w:r>
            <w:r>
              <w:rPr>
                <w:lang w:val="ru-RU"/>
              </w:rPr>
              <w:t xml:space="preserve"> «</w:t>
            </w:r>
            <w:r>
              <w:t>Лицей</w:t>
            </w:r>
            <w:r>
              <w:rPr>
                <w:lang w:val="ru-RU"/>
              </w:rPr>
              <w:t xml:space="preserve"> </w:t>
            </w:r>
            <w:r>
              <w:t>№131</w:t>
            </w:r>
            <w:r>
              <w:rPr>
                <w:lang w:val="ru-RU"/>
              </w:rPr>
              <w:t>»</w:t>
            </w:r>
          </w:p>
        </w:tc>
        <w:tc>
          <w:tcPr>
            <w:tcW w:w="3685" w:type="dxa"/>
          </w:tcPr>
          <w:p w:rsidR="0019003B" w:rsidRDefault="00DF25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Петрова Ольга Айзиковна</w:t>
            </w:r>
          </w:p>
        </w:tc>
      </w:tr>
      <w:tr w:rsidR="0019003B" w:rsidRPr="000E13B0" w:rsidTr="00B211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19003B" w:rsidRPr="001C5ADB" w:rsidRDefault="001C5ADB">
            <w:pPr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2914" w:type="dxa"/>
          </w:tcPr>
          <w:p w:rsidR="0019003B" w:rsidRPr="00DF25D7" w:rsidRDefault="00DF25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F25D7">
              <w:rPr>
                <w:lang w:val="ru-RU"/>
              </w:rPr>
              <w:t>Нигмадз</w:t>
            </w:r>
            <w:r w:rsidR="001E252A">
              <w:rPr>
                <w:lang w:val="ru-RU"/>
              </w:rPr>
              <w:t>янов Артур Динарович, Ялалов Адель </w:t>
            </w:r>
            <w:r w:rsidRPr="00DF25D7">
              <w:rPr>
                <w:lang w:val="ru-RU"/>
              </w:rPr>
              <w:t>Раилевич, 9</w:t>
            </w:r>
            <w:r>
              <w:t> </w:t>
            </w:r>
            <w:r w:rsidRPr="00DF25D7">
              <w:rPr>
                <w:lang w:val="ru-RU"/>
              </w:rPr>
              <w:t>класс</w:t>
            </w:r>
          </w:p>
        </w:tc>
        <w:tc>
          <w:tcPr>
            <w:tcW w:w="3402" w:type="dxa"/>
          </w:tcPr>
          <w:p w:rsidR="0019003B" w:rsidRPr="00DF25D7" w:rsidRDefault="00DF25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F25D7">
              <w:rPr>
                <w:lang w:val="ru-RU"/>
              </w:rPr>
              <w:t xml:space="preserve">Устройство для </w:t>
            </w:r>
            <w:r w:rsidR="001E252A">
              <w:rPr>
                <w:lang w:val="ru-RU"/>
              </w:rPr>
              <w:t>подсчета количества отжиманий с </w:t>
            </w:r>
            <w:r w:rsidRPr="00DF25D7">
              <w:rPr>
                <w:lang w:val="ru-RU"/>
              </w:rPr>
              <w:t>программным обеспечением</w:t>
            </w:r>
          </w:p>
        </w:tc>
        <w:tc>
          <w:tcPr>
            <w:tcW w:w="3685" w:type="dxa"/>
          </w:tcPr>
          <w:p w:rsidR="0019003B" w:rsidRPr="00DF25D7" w:rsidRDefault="00DF25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F25D7">
              <w:rPr>
                <w:lang w:val="ru-RU"/>
              </w:rPr>
              <w:t xml:space="preserve">МБОУ «Лицей №149 с татарским языком обучения» Советского района </w:t>
            </w:r>
            <w:r w:rsidR="00DD0962">
              <w:rPr>
                <w:lang w:val="ru-RU"/>
              </w:rPr>
              <w:t>г. Казани</w:t>
            </w:r>
          </w:p>
        </w:tc>
        <w:tc>
          <w:tcPr>
            <w:tcW w:w="3685" w:type="dxa"/>
          </w:tcPr>
          <w:p w:rsidR="0019003B" w:rsidRPr="00DF25D7" w:rsidRDefault="00DF25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F25D7">
              <w:rPr>
                <w:lang w:val="ru-RU"/>
              </w:rPr>
              <w:t>Нигматуллин Илшат Наилович, учитель физики</w:t>
            </w:r>
          </w:p>
        </w:tc>
      </w:tr>
      <w:tr w:rsidR="0019003B" w:rsidTr="00B211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19003B" w:rsidRPr="001C5ADB" w:rsidRDefault="001C5ADB">
            <w:pPr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2914" w:type="dxa"/>
          </w:tcPr>
          <w:p w:rsidR="0019003B" w:rsidRDefault="00DF25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Нуртдинов </w:t>
            </w:r>
            <w:r w:rsidR="001E252A">
              <w:t>Карим </w:t>
            </w:r>
            <w:r>
              <w:t>Ренатович, 9 класс</w:t>
            </w:r>
          </w:p>
        </w:tc>
        <w:tc>
          <w:tcPr>
            <w:tcW w:w="3402" w:type="dxa"/>
          </w:tcPr>
          <w:p w:rsidR="0019003B" w:rsidRPr="00DF25D7" w:rsidRDefault="00DF25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F25D7">
              <w:rPr>
                <w:lang w:val="ru-RU"/>
              </w:rPr>
              <w:t>Повышение качества очистки сточных вод</w:t>
            </w:r>
          </w:p>
        </w:tc>
        <w:tc>
          <w:tcPr>
            <w:tcW w:w="3685" w:type="dxa"/>
          </w:tcPr>
          <w:p w:rsidR="0019003B" w:rsidRPr="001E252A" w:rsidRDefault="00DF25D7" w:rsidP="001E25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>
              <w:t xml:space="preserve">МБОУ </w:t>
            </w:r>
            <w:r w:rsidR="001E252A">
              <w:rPr>
                <w:lang w:val="ru-RU"/>
              </w:rPr>
              <w:t>«</w:t>
            </w:r>
            <w:r>
              <w:t>Лицей №145</w:t>
            </w:r>
            <w:r w:rsidR="001E252A">
              <w:rPr>
                <w:lang w:val="ru-RU"/>
              </w:rPr>
              <w:t>»</w:t>
            </w:r>
          </w:p>
        </w:tc>
        <w:tc>
          <w:tcPr>
            <w:tcW w:w="3685" w:type="dxa"/>
          </w:tcPr>
          <w:p w:rsidR="0019003B" w:rsidRDefault="00DF25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Мингазетдинов Идгай Хасанович</w:t>
            </w:r>
          </w:p>
        </w:tc>
      </w:tr>
      <w:tr w:rsidR="0019003B" w:rsidRPr="000E13B0" w:rsidTr="00B211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19003B" w:rsidRPr="001C5ADB" w:rsidRDefault="001C5ADB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10</w:t>
            </w:r>
          </w:p>
        </w:tc>
        <w:tc>
          <w:tcPr>
            <w:tcW w:w="2914" w:type="dxa"/>
          </w:tcPr>
          <w:p w:rsidR="0019003B" w:rsidRDefault="00DF25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Мазанов Виктор Олегович, 10 класс</w:t>
            </w:r>
          </w:p>
        </w:tc>
        <w:tc>
          <w:tcPr>
            <w:tcW w:w="3402" w:type="dxa"/>
          </w:tcPr>
          <w:p w:rsidR="0019003B" w:rsidRDefault="00DF25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Физика полёта ракеты</w:t>
            </w:r>
          </w:p>
        </w:tc>
        <w:tc>
          <w:tcPr>
            <w:tcW w:w="3685" w:type="dxa"/>
          </w:tcPr>
          <w:p w:rsidR="0019003B" w:rsidRDefault="001E25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МАОУ</w:t>
            </w:r>
            <w:r>
              <w:rPr>
                <w:lang w:val="ru-RU"/>
              </w:rPr>
              <w:t xml:space="preserve"> «</w:t>
            </w:r>
            <w:r>
              <w:t>Лицей</w:t>
            </w:r>
            <w:r>
              <w:rPr>
                <w:lang w:val="ru-RU"/>
              </w:rPr>
              <w:t xml:space="preserve"> </w:t>
            </w:r>
            <w:r>
              <w:t>№131</w:t>
            </w:r>
            <w:r>
              <w:rPr>
                <w:lang w:val="ru-RU"/>
              </w:rPr>
              <w:t>»</w:t>
            </w:r>
          </w:p>
        </w:tc>
        <w:tc>
          <w:tcPr>
            <w:tcW w:w="3685" w:type="dxa"/>
          </w:tcPr>
          <w:p w:rsidR="0019003B" w:rsidRPr="00DF25D7" w:rsidRDefault="00DF25D7" w:rsidP="001062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F25D7">
              <w:rPr>
                <w:lang w:val="ru-RU"/>
              </w:rPr>
              <w:t>Заяц Алексей Евгеньевич, учитель</w:t>
            </w:r>
            <w:r w:rsidR="001062B1">
              <w:rPr>
                <w:lang w:val="ru-RU"/>
              </w:rPr>
              <w:t xml:space="preserve"> физики</w:t>
            </w:r>
            <w:r w:rsidRPr="00DF25D7">
              <w:rPr>
                <w:lang w:val="ru-RU"/>
              </w:rPr>
              <w:t>, высшая квалификационная категория</w:t>
            </w:r>
          </w:p>
        </w:tc>
      </w:tr>
      <w:tr w:rsidR="0019003B" w:rsidRPr="000E13B0" w:rsidTr="00B211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19003B" w:rsidRPr="001062B1" w:rsidRDefault="001C5ADB">
            <w:pPr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2914" w:type="dxa"/>
          </w:tcPr>
          <w:p w:rsidR="0019003B" w:rsidRPr="001062B1" w:rsidRDefault="001062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>
              <w:rPr>
                <w:lang w:val="ru-RU"/>
              </w:rPr>
              <w:t>Савинов Даниил </w:t>
            </w:r>
            <w:r w:rsidR="00DF25D7" w:rsidRPr="001062B1">
              <w:rPr>
                <w:lang w:val="ru-RU"/>
              </w:rPr>
              <w:t>Димитриевич, 9</w:t>
            </w:r>
            <w:r w:rsidR="00DF25D7">
              <w:t> </w:t>
            </w:r>
            <w:r w:rsidR="00DF25D7" w:rsidRPr="001062B1">
              <w:rPr>
                <w:lang w:val="ru-RU"/>
              </w:rPr>
              <w:t>класс</w:t>
            </w:r>
          </w:p>
        </w:tc>
        <w:tc>
          <w:tcPr>
            <w:tcW w:w="3402" w:type="dxa"/>
          </w:tcPr>
          <w:p w:rsidR="0019003B" w:rsidRPr="001062B1" w:rsidRDefault="00DF25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1062B1">
              <w:rPr>
                <w:lang w:val="ru-RU"/>
              </w:rPr>
              <w:t>Колонизация Луны</w:t>
            </w:r>
          </w:p>
        </w:tc>
        <w:tc>
          <w:tcPr>
            <w:tcW w:w="3685" w:type="dxa"/>
          </w:tcPr>
          <w:p w:rsidR="0019003B" w:rsidRPr="001062B1" w:rsidRDefault="00DF25D7" w:rsidP="001062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1062B1">
              <w:rPr>
                <w:lang w:val="ru-RU"/>
              </w:rPr>
              <w:t xml:space="preserve">МБОУ </w:t>
            </w:r>
            <w:r w:rsidR="001062B1">
              <w:rPr>
                <w:lang w:val="ru-RU"/>
              </w:rPr>
              <w:t>«</w:t>
            </w:r>
            <w:r w:rsidRPr="001062B1">
              <w:rPr>
                <w:lang w:val="ru-RU"/>
              </w:rPr>
              <w:t>Гимназия №94</w:t>
            </w:r>
            <w:r w:rsidR="001062B1">
              <w:rPr>
                <w:lang w:val="ru-RU"/>
              </w:rPr>
              <w:t>»</w:t>
            </w:r>
          </w:p>
        </w:tc>
        <w:tc>
          <w:tcPr>
            <w:tcW w:w="3685" w:type="dxa"/>
          </w:tcPr>
          <w:p w:rsidR="0019003B" w:rsidRPr="00DF25D7" w:rsidRDefault="001062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>
              <w:rPr>
                <w:lang w:val="ru-RU"/>
              </w:rPr>
              <w:t>Эткеева Маргарита Г</w:t>
            </w:r>
            <w:r w:rsidR="00DF25D7" w:rsidRPr="00DF25D7">
              <w:rPr>
                <w:lang w:val="ru-RU"/>
              </w:rPr>
              <w:t>еннадьевна, учитель физики вы</w:t>
            </w:r>
            <w:r>
              <w:rPr>
                <w:lang w:val="ru-RU"/>
              </w:rPr>
              <w:t>сшей кв.категории; Сырова Ольга </w:t>
            </w:r>
            <w:r w:rsidR="00DF25D7" w:rsidRPr="00DF25D7">
              <w:rPr>
                <w:lang w:val="ru-RU"/>
              </w:rPr>
              <w:t>Варсонофьевна, учитель математики высшей кв.кат</w:t>
            </w:r>
          </w:p>
        </w:tc>
      </w:tr>
      <w:tr w:rsidR="0019003B" w:rsidRPr="000E13B0" w:rsidTr="00B211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19003B" w:rsidRPr="001C5ADB" w:rsidRDefault="001C5ADB">
            <w:pPr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2914" w:type="dxa"/>
          </w:tcPr>
          <w:p w:rsidR="0019003B" w:rsidRDefault="001062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Гимадиева Сюмбель </w:t>
            </w:r>
            <w:r w:rsidR="00DF25D7">
              <w:t>Ильгизовна, 9 класс</w:t>
            </w:r>
          </w:p>
        </w:tc>
        <w:tc>
          <w:tcPr>
            <w:tcW w:w="3402" w:type="dxa"/>
          </w:tcPr>
          <w:p w:rsidR="0019003B" w:rsidRDefault="00DF25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Маятники</w:t>
            </w:r>
          </w:p>
        </w:tc>
        <w:tc>
          <w:tcPr>
            <w:tcW w:w="3685" w:type="dxa"/>
          </w:tcPr>
          <w:p w:rsidR="0019003B" w:rsidRPr="00DF25D7" w:rsidRDefault="00DF25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F25D7">
              <w:rPr>
                <w:lang w:val="ru-RU"/>
              </w:rPr>
              <w:t>МБОУ «Средняя общеобразовательн</w:t>
            </w:r>
            <w:r w:rsidR="001062B1">
              <w:rPr>
                <w:lang w:val="ru-RU"/>
              </w:rPr>
              <w:t>ая татарско-русская школа №48 с </w:t>
            </w:r>
            <w:r w:rsidRPr="00DF25D7">
              <w:rPr>
                <w:lang w:val="ru-RU"/>
              </w:rPr>
              <w:t xml:space="preserve">углубленным изучением отдельных предметов» Приволжского района </w:t>
            </w:r>
            <w:r w:rsidR="00DD0962">
              <w:rPr>
                <w:lang w:val="ru-RU"/>
              </w:rPr>
              <w:t>г. Казани</w:t>
            </w:r>
          </w:p>
        </w:tc>
        <w:tc>
          <w:tcPr>
            <w:tcW w:w="3685" w:type="dxa"/>
          </w:tcPr>
          <w:p w:rsidR="0019003B" w:rsidRPr="00DF25D7" w:rsidRDefault="00DF25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F25D7">
              <w:rPr>
                <w:lang w:val="ru-RU"/>
              </w:rPr>
              <w:t>Валиуллина Дина Максумовна</w:t>
            </w:r>
            <w:r w:rsidR="008462C6">
              <w:rPr>
                <w:lang w:val="ru-RU"/>
              </w:rPr>
              <w:t>,</w:t>
            </w:r>
            <w:r w:rsidRPr="00DF25D7">
              <w:rPr>
                <w:lang w:val="ru-RU"/>
              </w:rPr>
              <w:t xml:space="preserve"> учитель физики, первая кв.категория</w:t>
            </w:r>
          </w:p>
        </w:tc>
      </w:tr>
      <w:tr w:rsidR="0019003B" w:rsidRPr="000E13B0" w:rsidTr="00B211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19003B" w:rsidRPr="001C5ADB" w:rsidRDefault="001C5ADB">
            <w:pPr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2914" w:type="dxa"/>
          </w:tcPr>
          <w:p w:rsidR="0019003B" w:rsidRDefault="001062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Сабирзянов Арслан </w:t>
            </w:r>
            <w:r w:rsidR="00DF25D7">
              <w:t>Алмазович, 10 класс</w:t>
            </w:r>
          </w:p>
        </w:tc>
        <w:tc>
          <w:tcPr>
            <w:tcW w:w="3402" w:type="dxa"/>
          </w:tcPr>
          <w:p w:rsidR="0019003B" w:rsidRDefault="00DF25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Двигатель Стирлинга</w:t>
            </w:r>
          </w:p>
        </w:tc>
        <w:tc>
          <w:tcPr>
            <w:tcW w:w="3685" w:type="dxa"/>
          </w:tcPr>
          <w:p w:rsidR="0019003B" w:rsidRPr="00DF25D7" w:rsidRDefault="00DF25D7" w:rsidP="001062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F25D7">
              <w:rPr>
                <w:lang w:val="ru-RU"/>
              </w:rPr>
              <w:t xml:space="preserve">МБОУ </w:t>
            </w:r>
            <w:r w:rsidR="001062B1">
              <w:rPr>
                <w:lang w:val="ru-RU"/>
              </w:rPr>
              <w:t>«</w:t>
            </w:r>
            <w:r w:rsidRPr="00DF25D7">
              <w:rPr>
                <w:lang w:val="ru-RU"/>
              </w:rPr>
              <w:t>Гимназия №27 с татарским языком обучения</w:t>
            </w:r>
            <w:r w:rsidR="001062B1">
              <w:rPr>
                <w:lang w:val="ru-RU"/>
              </w:rPr>
              <w:t>»</w:t>
            </w:r>
            <w:r w:rsidRPr="00DF25D7">
              <w:rPr>
                <w:lang w:val="ru-RU"/>
              </w:rPr>
              <w:t xml:space="preserve"> Вахитовского р-на </w:t>
            </w:r>
            <w:r w:rsidR="00DD0962">
              <w:rPr>
                <w:lang w:val="ru-RU"/>
              </w:rPr>
              <w:t>г. Казани</w:t>
            </w:r>
          </w:p>
        </w:tc>
        <w:tc>
          <w:tcPr>
            <w:tcW w:w="3685" w:type="dxa"/>
          </w:tcPr>
          <w:p w:rsidR="0019003B" w:rsidRPr="00DF25D7" w:rsidRDefault="00DF25D7" w:rsidP="001062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F25D7">
              <w:rPr>
                <w:lang w:val="ru-RU"/>
              </w:rPr>
              <w:t>Гаязова Зульфия Шагитовна, учитель физики высшей квалификационной категории</w:t>
            </w:r>
          </w:p>
        </w:tc>
      </w:tr>
      <w:tr w:rsidR="0019003B" w:rsidRPr="000E13B0" w:rsidTr="00B211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19003B" w:rsidRPr="001C5ADB" w:rsidRDefault="001C5ADB">
            <w:pPr>
              <w:rPr>
                <w:lang w:val="ru-RU"/>
              </w:rPr>
            </w:pPr>
            <w:r>
              <w:rPr>
                <w:lang w:val="ru-RU"/>
              </w:rPr>
              <w:t>14</w:t>
            </w:r>
          </w:p>
        </w:tc>
        <w:tc>
          <w:tcPr>
            <w:tcW w:w="2914" w:type="dxa"/>
          </w:tcPr>
          <w:p w:rsidR="0019003B" w:rsidRDefault="001062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Почивалова Карина </w:t>
            </w:r>
            <w:r w:rsidR="00DF25D7">
              <w:t>Дмитриевна, 10 класс</w:t>
            </w:r>
          </w:p>
        </w:tc>
        <w:tc>
          <w:tcPr>
            <w:tcW w:w="3402" w:type="dxa"/>
          </w:tcPr>
          <w:p w:rsidR="0019003B" w:rsidRPr="00DF25D7" w:rsidRDefault="00DF25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F25D7">
              <w:rPr>
                <w:lang w:val="ru-RU"/>
              </w:rPr>
              <w:t>Влияние звука и шума на организм человека</w:t>
            </w:r>
          </w:p>
        </w:tc>
        <w:tc>
          <w:tcPr>
            <w:tcW w:w="3685" w:type="dxa"/>
          </w:tcPr>
          <w:p w:rsidR="0019003B" w:rsidRDefault="001E25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МАОУ</w:t>
            </w:r>
            <w:r>
              <w:rPr>
                <w:lang w:val="ru-RU"/>
              </w:rPr>
              <w:t xml:space="preserve"> «</w:t>
            </w:r>
            <w:r>
              <w:t>Лицей</w:t>
            </w:r>
            <w:r>
              <w:rPr>
                <w:lang w:val="ru-RU"/>
              </w:rPr>
              <w:t xml:space="preserve"> </w:t>
            </w:r>
            <w:r>
              <w:t>№131</w:t>
            </w:r>
            <w:r>
              <w:rPr>
                <w:lang w:val="ru-RU"/>
              </w:rPr>
              <w:t>»</w:t>
            </w:r>
          </w:p>
        </w:tc>
        <w:tc>
          <w:tcPr>
            <w:tcW w:w="3685" w:type="dxa"/>
          </w:tcPr>
          <w:p w:rsidR="0019003B" w:rsidRPr="00DF25D7" w:rsidRDefault="00DF25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F25D7">
              <w:rPr>
                <w:lang w:val="ru-RU"/>
              </w:rPr>
              <w:t>Синцова Юлия Валерьевна, учитель физики высшей квалификационной категории</w:t>
            </w:r>
          </w:p>
        </w:tc>
      </w:tr>
      <w:tr w:rsidR="0019003B" w:rsidTr="00B211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19003B" w:rsidRPr="001C5ADB" w:rsidRDefault="001C5ADB">
            <w:pPr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  <w:tc>
          <w:tcPr>
            <w:tcW w:w="2914" w:type="dxa"/>
          </w:tcPr>
          <w:p w:rsidR="0019003B" w:rsidRDefault="001062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Мустафина Индира </w:t>
            </w:r>
            <w:r w:rsidR="00DF25D7">
              <w:t>Гелюсовна</w:t>
            </w:r>
            <w:r w:rsidR="008462C6">
              <w:t>,</w:t>
            </w:r>
            <w:r w:rsidR="00DF25D7">
              <w:t xml:space="preserve"> 10 класс</w:t>
            </w:r>
          </w:p>
        </w:tc>
        <w:tc>
          <w:tcPr>
            <w:tcW w:w="3402" w:type="dxa"/>
          </w:tcPr>
          <w:p w:rsidR="0019003B" w:rsidRDefault="001062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Проверка закона Ньютона</w:t>
            </w:r>
            <w:r>
              <w:noBreakHyphen/>
            </w:r>
            <w:r w:rsidR="00DF25D7">
              <w:t>Рихмана</w:t>
            </w:r>
          </w:p>
        </w:tc>
        <w:tc>
          <w:tcPr>
            <w:tcW w:w="3685" w:type="dxa"/>
          </w:tcPr>
          <w:p w:rsidR="0019003B" w:rsidRDefault="001E25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МАОУ</w:t>
            </w:r>
            <w:r>
              <w:rPr>
                <w:lang w:val="ru-RU"/>
              </w:rPr>
              <w:t xml:space="preserve"> «</w:t>
            </w:r>
            <w:r>
              <w:t>Лицей</w:t>
            </w:r>
            <w:r>
              <w:rPr>
                <w:lang w:val="ru-RU"/>
              </w:rPr>
              <w:t xml:space="preserve"> </w:t>
            </w:r>
            <w:r>
              <w:t>№131</w:t>
            </w:r>
            <w:r>
              <w:rPr>
                <w:lang w:val="ru-RU"/>
              </w:rPr>
              <w:t>»</w:t>
            </w:r>
          </w:p>
        </w:tc>
        <w:tc>
          <w:tcPr>
            <w:tcW w:w="3685" w:type="dxa"/>
          </w:tcPr>
          <w:p w:rsidR="0019003B" w:rsidRDefault="00DF25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Заяц Алексей Евгеньевич </w:t>
            </w:r>
          </w:p>
        </w:tc>
      </w:tr>
    </w:tbl>
    <w:p w:rsidR="00B2111B" w:rsidRPr="009555C3" w:rsidRDefault="00B2111B" w:rsidP="00B2111B">
      <w:pPr>
        <w:pStyle w:val="1"/>
        <w:jc w:val="center"/>
        <w:rPr>
          <w:lang w:val="ru-RU"/>
        </w:rPr>
      </w:pPr>
      <w:r w:rsidRPr="001C5ADB">
        <w:rPr>
          <w:lang w:val="ru-RU"/>
        </w:rPr>
        <w:lastRenderedPageBreak/>
        <w:t>Секция</w:t>
      </w:r>
      <w:r w:rsidRPr="001C5ADB">
        <w:rPr>
          <w:lang w:val="ru-RU"/>
        </w:rPr>
        <w:br/>
        <w:t>Физика, астрономия</w:t>
      </w:r>
      <w:r w:rsidR="001C5ADB">
        <w:rPr>
          <w:lang w:val="ru-RU"/>
        </w:rPr>
        <w:t xml:space="preserve"> 2</w:t>
      </w:r>
    </w:p>
    <w:p w:rsidR="001C5ADB" w:rsidRDefault="001C5ADB" w:rsidP="001C5ADB">
      <w:pPr>
        <w:spacing w:after="0"/>
        <w:ind w:right="225"/>
        <w:jc w:val="both"/>
        <w:rPr>
          <w:lang w:val="ru-RU"/>
        </w:rPr>
      </w:pPr>
      <w:r w:rsidRPr="00F14086">
        <w:rPr>
          <w:b/>
          <w:lang w:val="ru-RU"/>
        </w:rPr>
        <w:t>Руководитель секции</w:t>
      </w:r>
      <w:r>
        <w:rPr>
          <w:lang w:val="ru-RU"/>
        </w:rPr>
        <w:t xml:space="preserve"> </w:t>
      </w:r>
      <w:r w:rsidRPr="00B2111B">
        <w:rPr>
          <w:lang w:val="ru-RU"/>
        </w:rPr>
        <w:t>Заяц Алексей Евгеньевич, к.ф.-м.н., доцент кафедры теории относительности и гравитации</w:t>
      </w:r>
      <w:r>
        <w:rPr>
          <w:lang w:val="ru-RU"/>
        </w:rPr>
        <w:t xml:space="preserve"> ФГАОУ ВО</w:t>
      </w:r>
      <w:r w:rsidRPr="00B2111B">
        <w:rPr>
          <w:lang w:val="ru-RU"/>
        </w:rPr>
        <w:t xml:space="preserve"> </w:t>
      </w:r>
      <w:r>
        <w:rPr>
          <w:lang w:val="ru-RU"/>
        </w:rPr>
        <w:t>«</w:t>
      </w:r>
      <w:r w:rsidRPr="00B2111B">
        <w:rPr>
          <w:lang w:val="ru-RU"/>
        </w:rPr>
        <w:t>К</w:t>
      </w:r>
      <w:r>
        <w:rPr>
          <w:lang w:val="ru-RU"/>
        </w:rPr>
        <w:t>(П)</w:t>
      </w:r>
      <w:r w:rsidRPr="00B2111B">
        <w:rPr>
          <w:lang w:val="ru-RU"/>
        </w:rPr>
        <w:t>ФУ</w:t>
      </w:r>
      <w:r>
        <w:rPr>
          <w:lang w:val="ru-RU"/>
        </w:rPr>
        <w:t>»</w:t>
      </w:r>
    </w:p>
    <w:p w:rsidR="001C5ADB" w:rsidRPr="00F14086" w:rsidRDefault="001C5ADB" w:rsidP="001C5ADB">
      <w:pPr>
        <w:spacing w:after="0"/>
        <w:rPr>
          <w:b/>
          <w:lang w:val="ru-RU"/>
        </w:rPr>
      </w:pPr>
      <w:r w:rsidRPr="00F14086">
        <w:rPr>
          <w:b/>
          <w:lang w:val="ru-RU"/>
        </w:rPr>
        <w:t>Члены жюри</w:t>
      </w:r>
    </w:p>
    <w:p w:rsidR="001C5ADB" w:rsidRPr="0081386D" w:rsidRDefault="001C5ADB" w:rsidP="001C5ADB">
      <w:pPr>
        <w:pStyle w:val="ae"/>
        <w:numPr>
          <w:ilvl w:val="0"/>
          <w:numId w:val="10"/>
        </w:numPr>
        <w:spacing w:after="0" w:line="240" w:lineRule="auto"/>
        <w:jc w:val="both"/>
        <w:rPr>
          <w:lang w:val="ru-RU"/>
        </w:rPr>
      </w:pPr>
      <w:r w:rsidRPr="009555C3">
        <w:rPr>
          <w:szCs w:val="24"/>
          <w:lang w:val="ru-RU"/>
        </w:rPr>
        <w:t>Серебрянская Лювиза Минисламовна</w:t>
      </w:r>
      <w:r>
        <w:rPr>
          <w:szCs w:val="24"/>
          <w:lang w:val="ru-RU"/>
        </w:rPr>
        <w:t>,</w:t>
      </w:r>
      <w:r w:rsidRPr="009555C3">
        <w:rPr>
          <w:szCs w:val="24"/>
          <w:lang w:val="ru-RU"/>
        </w:rPr>
        <w:t xml:space="preserve"> учитель физики высшей квалификационной категории МАОУ «Лицей №131»</w:t>
      </w:r>
    </w:p>
    <w:p w:rsidR="001C5ADB" w:rsidRPr="00E9053F" w:rsidRDefault="001C5ADB" w:rsidP="001C5ADB">
      <w:pPr>
        <w:pStyle w:val="ae"/>
        <w:numPr>
          <w:ilvl w:val="0"/>
          <w:numId w:val="10"/>
        </w:numPr>
        <w:spacing w:after="120" w:line="240" w:lineRule="auto"/>
        <w:jc w:val="both"/>
        <w:rPr>
          <w:lang w:val="ru-RU"/>
        </w:rPr>
      </w:pPr>
      <w:r w:rsidRPr="009555C3">
        <w:rPr>
          <w:szCs w:val="24"/>
          <w:lang w:val="ru-RU"/>
        </w:rPr>
        <w:t>Эткеева Маргарита Геннадьевна, учитель физики высшей квалификационной категории МБОУ «Гимназия №94»</w:t>
      </w:r>
    </w:p>
    <w:p w:rsidR="009555C3" w:rsidRPr="009555C3" w:rsidRDefault="001C5ADB" w:rsidP="001C5ADB">
      <w:r w:rsidRPr="00E9053F">
        <w:rPr>
          <w:b/>
          <w:lang w:val="ru-RU"/>
        </w:rPr>
        <w:t>Аудитория</w:t>
      </w:r>
      <w:r>
        <w:rPr>
          <w:b/>
          <w:lang w:val="ru-RU"/>
        </w:rPr>
        <w:t xml:space="preserve"> 38</w:t>
      </w:r>
    </w:p>
    <w:tbl>
      <w:tblPr>
        <w:tblStyle w:val="14"/>
        <w:tblW w:w="0" w:type="auto"/>
        <w:tblLook w:val="04A0" w:firstRow="1" w:lastRow="0" w:firstColumn="1" w:lastColumn="0" w:noHBand="0" w:noVBand="1"/>
      </w:tblPr>
      <w:tblGrid>
        <w:gridCol w:w="567"/>
        <w:gridCol w:w="2914"/>
        <w:gridCol w:w="3402"/>
        <w:gridCol w:w="3685"/>
        <w:gridCol w:w="3685"/>
      </w:tblGrid>
      <w:tr w:rsidR="00B2111B" w:rsidTr="001C5AD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B2111B" w:rsidRDefault="00B2111B" w:rsidP="008178AF">
            <w:r>
              <w:t>№</w:t>
            </w:r>
          </w:p>
        </w:tc>
        <w:tc>
          <w:tcPr>
            <w:tcW w:w="2914" w:type="dxa"/>
          </w:tcPr>
          <w:p w:rsidR="00B2111B" w:rsidRDefault="00B2111B" w:rsidP="008178A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ФИО докладчика</w:t>
            </w:r>
          </w:p>
        </w:tc>
        <w:tc>
          <w:tcPr>
            <w:tcW w:w="3402" w:type="dxa"/>
          </w:tcPr>
          <w:p w:rsidR="00B2111B" w:rsidRDefault="00B2111B" w:rsidP="008178A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Название работы</w:t>
            </w:r>
          </w:p>
        </w:tc>
        <w:tc>
          <w:tcPr>
            <w:tcW w:w="3685" w:type="dxa"/>
          </w:tcPr>
          <w:p w:rsidR="00B2111B" w:rsidRDefault="00B2111B" w:rsidP="008178A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Образовательная организация докладчика</w:t>
            </w:r>
          </w:p>
        </w:tc>
        <w:tc>
          <w:tcPr>
            <w:tcW w:w="3685" w:type="dxa"/>
          </w:tcPr>
          <w:p w:rsidR="00B2111B" w:rsidRDefault="00B2111B" w:rsidP="008178A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Научный руководитель</w:t>
            </w:r>
          </w:p>
        </w:tc>
      </w:tr>
      <w:tr w:rsidR="00B2111B" w:rsidRPr="000E13B0" w:rsidTr="001C5A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B2111B" w:rsidRPr="001C5ADB" w:rsidRDefault="001C5ADB" w:rsidP="008178AF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914" w:type="dxa"/>
          </w:tcPr>
          <w:p w:rsidR="00B2111B" w:rsidRDefault="00B2111B" w:rsidP="008178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Григорьева Надежда Владимировна, 7 класс</w:t>
            </w:r>
          </w:p>
        </w:tc>
        <w:tc>
          <w:tcPr>
            <w:tcW w:w="3402" w:type="dxa"/>
          </w:tcPr>
          <w:p w:rsidR="00B2111B" w:rsidRDefault="00B2111B" w:rsidP="008178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Перспективы развития двигателя Стирлинга</w:t>
            </w:r>
          </w:p>
        </w:tc>
        <w:tc>
          <w:tcPr>
            <w:tcW w:w="3685" w:type="dxa"/>
          </w:tcPr>
          <w:p w:rsidR="00B2111B" w:rsidRDefault="00B2111B" w:rsidP="008178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МАОУ</w:t>
            </w:r>
            <w:r>
              <w:rPr>
                <w:lang w:val="ru-RU"/>
              </w:rPr>
              <w:t xml:space="preserve"> «</w:t>
            </w:r>
            <w:r>
              <w:t>Лицей</w:t>
            </w:r>
            <w:r>
              <w:rPr>
                <w:lang w:val="ru-RU"/>
              </w:rPr>
              <w:t xml:space="preserve"> </w:t>
            </w:r>
            <w:r>
              <w:t>№131</w:t>
            </w:r>
            <w:r>
              <w:rPr>
                <w:lang w:val="ru-RU"/>
              </w:rPr>
              <w:t>»</w:t>
            </w:r>
          </w:p>
        </w:tc>
        <w:tc>
          <w:tcPr>
            <w:tcW w:w="3685" w:type="dxa"/>
          </w:tcPr>
          <w:p w:rsidR="00B2111B" w:rsidRPr="00DF25D7" w:rsidRDefault="00B2111B" w:rsidP="008178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F25D7">
              <w:rPr>
                <w:lang w:val="ru-RU"/>
              </w:rPr>
              <w:t>Семёнов Алексей Вячеславович, учитель</w:t>
            </w:r>
            <w:r>
              <w:rPr>
                <w:lang w:val="ru-RU"/>
              </w:rPr>
              <w:t xml:space="preserve"> физики</w:t>
            </w:r>
            <w:r w:rsidRPr="00DF25D7">
              <w:rPr>
                <w:lang w:val="ru-RU"/>
              </w:rPr>
              <w:t>, первая квалификационная категория</w:t>
            </w:r>
          </w:p>
        </w:tc>
      </w:tr>
      <w:tr w:rsidR="00B2111B" w:rsidRPr="000E13B0" w:rsidTr="001C5A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B2111B" w:rsidRPr="001C5ADB" w:rsidRDefault="001C5ADB" w:rsidP="008178AF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914" w:type="dxa"/>
          </w:tcPr>
          <w:p w:rsidR="00B2111B" w:rsidRDefault="00B2111B" w:rsidP="008178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Егорычев Арсений Андреевич, 7 класс</w:t>
            </w:r>
          </w:p>
        </w:tc>
        <w:tc>
          <w:tcPr>
            <w:tcW w:w="3402" w:type="dxa"/>
          </w:tcPr>
          <w:p w:rsidR="00B2111B" w:rsidRPr="00DF25D7" w:rsidRDefault="00B2111B" w:rsidP="008178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F25D7">
              <w:rPr>
                <w:lang w:val="ru-RU"/>
              </w:rPr>
              <w:t>Изменение конструктивных особенностей элементов системы освещения автомобиля</w:t>
            </w:r>
          </w:p>
        </w:tc>
        <w:tc>
          <w:tcPr>
            <w:tcW w:w="3685" w:type="dxa"/>
          </w:tcPr>
          <w:p w:rsidR="00B2111B" w:rsidRDefault="00B2111B" w:rsidP="008178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МАОУ</w:t>
            </w:r>
            <w:r>
              <w:rPr>
                <w:lang w:val="ru-RU"/>
              </w:rPr>
              <w:t xml:space="preserve"> «</w:t>
            </w:r>
            <w:r>
              <w:t>Лицей</w:t>
            </w:r>
            <w:r>
              <w:rPr>
                <w:lang w:val="ru-RU"/>
              </w:rPr>
              <w:t xml:space="preserve"> </w:t>
            </w:r>
            <w:r>
              <w:t>№131</w:t>
            </w:r>
            <w:r>
              <w:rPr>
                <w:lang w:val="ru-RU"/>
              </w:rPr>
              <w:t>»</w:t>
            </w:r>
          </w:p>
        </w:tc>
        <w:tc>
          <w:tcPr>
            <w:tcW w:w="3685" w:type="dxa"/>
          </w:tcPr>
          <w:p w:rsidR="00B2111B" w:rsidRPr="00DF25D7" w:rsidRDefault="00B2111B" w:rsidP="008178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F25D7">
              <w:rPr>
                <w:lang w:val="ru-RU"/>
              </w:rPr>
              <w:t>Яковлева Юлия Валерьевна, учитель физики</w:t>
            </w:r>
          </w:p>
        </w:tc>
      </w:tr>
      <w:tr w:rsidR="00B2111B" w:rsidRPr="000E13B0" w:rsidTr="001C5A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B2111B" w:rsidRPr="001C5ADB" w:rsidRDefault="001C5ADB" w:rsidP="008178AF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2914" w:type="dxa"/>
          </w:tcPr>
          <w:p w:rsidR="00B2111B" w:rsidRPr="00DF25D7" w:rsidRDefault="00B2111B" w:rsidP="008178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>
              <w:rPr>
                <w:lang w:val="ru-RU"/>
              </w:rPr>
              <w:t>Бутенко Александр </w:t>
            </w:r>
            <w:r w:rsidRPr="00DF25D7">
              <w:rPr>
                <w:lang w:val="ru-RU"/>
              </w:rPr>
              <w:t>В</w:t>
            </w:r>
            <w:r>
              <w:rPr>
                <w:lang w:val="ru-RU"/>
              </w:rPr>
              <w:t>ладиславович, Кольчурин Ярослав </w:t>
            </w:r>
            <w:r w:rsidRPr="00DF25D7">
              <w:rPr>
                <w:lang w:val="ru-RU"/>
              </w:rPr>
              <w:t>Иванович, 8</w:t>
            </w:r>
            <w:r>
              <w:t> </w:t>
            </w:r>
            <w:r w:rsidRPr="00DF25D7">
              <w:rPr>
                <w:lang w:val="ru-RU"/>
              </w:rPr>
              <w:t>класс</w:t>
            </w:r>
          </w:p>
        </w:tc>
        <w:tc>
          <w:tcPr>
            <w:tcW w:w="3402" w:type="dxa"/>
          </w:tcPr>
          <w:p w:rsidR="00B2111B" w:rsidRDefault="00B2111B" w:rsidP="008178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Курение с позиции физики</w:t>
            </w:r>
          </w:p>
        </w:tc>
        <w:tc>
          <w:tcPr>
            <w:tcW w:w="3685" w:type="dxa"/>
          </w:tcPr>
          <w:p w:rsidR="00B2111B" w:rsidRPr="00DF25D7" w:rsidRDefault="008262BD" w:rsidP="008178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>
              <w:rPr>
                <w:lang w:val="ru-RU"/>
              </w:rPr>
              <w:t xml:space="preserve">МБОУ </w:t>
            </w:r>
            <w:r w:rsidR="00B2111B">
              <w:rPr>
                <w:lang w:val="ru-RU"/>
              </w:rPr>
              <w:t>«</w:t>
            </w:r>
            <w:r w:rsidR="00B2111B" w:rsidRPr="00DF25D7">
              <w:rPr>
                <w:lang w:val="ru-RU"/>
              </w:rPr>
              <w:t>Лицей 110</w:t>
            </w:r>
            <w:r w:rsidR="00B2111B">
              <w:rPr>
                <w:lang w:val="ru-RU"/>
              </w:rPr>
              <w:t>»</w:t>
            </w:r>
          </w:p>
        </w:tc>
        <w:tc>
          <w:tcPr>
            <w:tcW w:w="3685" w:type="dxa"/>
          </w:tcPr>
          <w:p w:rsidR="00B2111B" w:rsidRPr="00DF25D7" w:rsidRDefault="00B2111B" w:rsidP="008178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F25D7">
              <w:rPr>
                <w:lang w:val="ru-RU"/>
              </w:rPr>
              <w:t>Баскова Мария Аркадьевна, учитель физики первой квалификационной категории</w:t>
            </w:r>
          </w:p>
        </w:tc>
      </w:tr>
      <w:tr w:rsidR="00B2111B" w:rsidRPr="000E13B0" w:rsidTr="001C5A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B2111B" w:rsidRPr="001C5ADB" w:rsidRDefault="001C5ADB" w:rsidP="008178AF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2914" w:type="dxa"/>
          </w:tcPr>
          <w:p w:rsidR="00B2111B" w:rsidRDefault="00B2111B" w:rsidP="008178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Петряев Николай Александрович, 7 класс</w:t>
            </w:r>
          </w:p>
        </w:tc>
        <w:tc>
          <w:tcPr>
            <w:tcW w:w="3402" w:type="dxa"/>
          </w:tcPr>
          <w:p w:rsidR="00B2111B" w:rsidRPr="00DF25D7" w:rsidRDefault="00B2111B" w:rsidP="008178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F25D7">
              <w:rPr>
                <w:lang w:val="ru-RU"/>
              </w:rPr>
              <w:t>Применение ветрогенератора как одного из источников</w:t>
            </w:r>
            <w:r>
              <w:rPr>
                <w:lang w:val="ru-RU"/>
              </w:rPr>
              <w:t xml:space="preserve"> альтернативной энергии в быту</w:t>
            </w:r>
          </w:p>
        </w:tc>
        <w:tc>
          <w:tcPr>
            <w:tcW w:w="3685" w:type="dxa"/>
          </w:tcPr>
          <w:p w:rsidR="00B2111B" w:rsidRDefault="00B2111B" w:rsidP="008178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МАОУ</w:t>
            </w:r>
            <w:r>
              <w:rPr>
                <w:lang w:val="ru-RU"/>
              </w:rPr>
              <w:t xml:space="preserve"> «</w:t>
            </w:r>
            <w:r>
              <w:t>Лицей</w:t>
            </w:r>
            <w:r>
              <w:rPr>
                <w:lang w:val="ru-RU"/>
              </w:rPr>
              <w:t xml:space="preserve"> </w:t>
            </w:r>
            <w:r>
              <w:t>№131</w:t>
            </w:r>
            <w:r>
              <w:rPr>
                <w:lang w:val="ru-RU"/>
              </w:rPr>
              <w:t>»</w:t>
            </w:r>
          </w:p>
        </w:tc>
        <w:tc>
          <w:tcPr>
            <w:tcW w:w="3685" w:type="dxa"/>
          </w:tcPr>
          <w:p w:rsidR="00B2111B" w:rsidRPr="001062B1" w:rsidRDefault="00B2111B" w:rsidP="008178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1062B1">
              <w:rPr>
                <w:lang w:val="ru-RU"/>
              </w:rPr>
              <w:t>Яковлева Юлия Валерьевна, учитель</w:t>
            </w:r>
            <w:r>
              <w:rPr>
                <w:lang w:val="ru-RU"/>
              </w:rPr>
              <w:t xml:space="preserve"> физики</w:t>
            </w:r>
          </w:p>
        </w:tc>
      </w:tr>
      <w:tr w:rsidR="00B2111B" w:rsidRPr="000E13B0" w:rsidTr="001C5A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B2111B" w:rsidRPr="001C5ADB" w:rsidRDefault="001C5ADB" w:rsidP="008178AF">
            <w:pPr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2914" w:type="dxa"/>
          </w:tcPr>
          <w:p w:rsidR="00B2111B" w:rsidRDefault="00B2111B" w:rsidP="008178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Контуров Виктор Сергеевич, 7 класс</w:t>
            </w:r>
          </w:p>
        </w:tc>
        <w:tc>
          <w:tcPr>
            <w:tcW w:w="3402" w:type="dxa"/>
          </w:tcPr>
          <w:p w:rsidR="00B2111B" w:rsidRPr="00DF25D7" w:rsidRDefault="00B2111B" w:rsidP="008178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F25D7">
              <w:rPr>
                <w:lang w:val="ru-RU"/>
              </w:rPr>
              <w:t>Применение эффекта электромагнетизма в электродвигателе и генераторе: проект экспериментального моделирования в учебных целях</w:t>
            </w:r>
          </w:p>
        </w:tc>
        <w:tc>
          <w:tcPr>
            <w:tcW w:w="3685" w:type="dxa"/>
          </w:tcPr>
          <w:p w:rsidR="00B2111B" w:rsidRPr="00DF25D7" w:rsidRDefault="00B2111B" w:rsidP="008178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>
              <w:t>МАОУ</w:t>
            </w:r>
            <w:r>
              <w:rPr>
                <w:lang w:val="ru-RU"/>
              </w:rPr>
              <w:t xml:space="preserve"> «</w:t>
            </w:r>
            <w:r>
              <w:t>Лицей</w:t>
            </w:r>
            <w:r>
              <w:rPr>
                <w:lang w:val="ru-RU"/>
              </w:rPr>
              <w:t xml:space="preserve"> </w:t>
            </w:r>
            <w:r>
              <w:t>№131</w:t>
            </w:r>
            <w:r>
              <w:rPr>
                <w:lang w:val="ru-RU"/>
              </w:rPr>
              <w:t>»</w:t>
            </w:r>
          </w:p>
        </w:tc>
        <w:tc>
          <w:tcPr>
            <w:tcW w:w="3685" w:type="dxa"/>
          </w:tcPr>
          <w:p w:rsidR="00B2111B" w:rsidRPr="00DF25D7" w:rsidRDefault="00B2111B" w:rsidP="008178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F25D7">
              <w:rPr>
                <w:lang w:val="ru-RU"/>
              </w:rPr>
              <w:t>Семёнов Алексей Вячеславович, учитель</w:t>
            </w:r>
            <w:r>
              <w:rPr>
                <w:lang w:val="ru-RU"/>
              </w:rPr>
              <w:t xml:space="preserve"> физики</w:t>
            </w:r>
            <w:r w:rsidRPr="00DF25D7">
              <w:rPr>
                <w:lang w:val="ru-RU"/>
              </w:rPr>
              <w:t>, первая квалификационная категория</w:t>
            </w:r>
          </w:p>
        </w:tc>
      </w:tr>
      <w:tr w:rsidR="00B2111B" w:rsidRPr="000E13B0" w:rsidTr="001C5A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B2111B" w:rsidRPr="001C5ADB" w:rsidRDefault="001C5ADB" w:rsidP="008178AF">
            <w:pPr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2914" w:type="dxa"/>
          </w:tcPr>
          <w:p w:rsidR="00B2111B" w:rsidRDefault="00B2111B" w:rsidP="008178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Cоловьёв Антон Дмитриевич, 8 класс</w:t>
            </w:r>
          </w:p>
        </w:tc>
        <w:tc>
          <w:tcPr>
            <w:tcW w:w="3402" w:type="dxa"/>
          </w:tcPr>
          <w:p w:rsidR="00B2111B" w:rsidRPr="00DF25D7" w:rsidRDefault="00B2111B" w:rsidP="008178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F25D7">
              <w:rPr>
                <w:lang w:val="ru-RU"/>
              </w:rPr>
              <w:t xml:space="preserve">Создание более эффективной системы охлаждения компьютера </w:t>
            </w:r>
          </w:p>
        </w:tc>
        <w:tc>
          <w:tcPr>
            <w:tcW w:w="3685" w:type="dxa"/>
          </w:tcPr>
          <w:p w:rsidR="00B2111B" w:rsidRPr="00DF25D7" w:rsidRDefault="00B2111B" w:rsidP="008178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>
              <w:t>МАОУ</w:t>
            </w:r>
            <w:r>
              <w:rPr>
                <w:lang w:val="ru-RU"/>
              </w:rPr>
              <w:t xml:space="preserve"> «</w:t>
            </w:r>
            <w:r>
              <w:t>Лицей</w:t>
            </w:r>
            <w:r>
              <w:rPr>
                <w:lang w:val="ru-RU"/>
              </w:rPr>
              <w:t xml:space="preserve"> </w:t>
            </w:r>
            <w:r>
              <w:t>№131</w:t>
            </w:r>
            <w:r>
              <w:rPr>
                <w:lang w:val="ru-RU"/>
              </w:rPr>
              <w:t>»</w:t>
            </w:r>
          </w:p>
        </w:tc>
        <w:tc>
          <w:tcPr>
            <w:tcW w:w="3685" w:type="dxa"/>
          </w:tcPr>
          <w:p w:rsidR="00B2111B" w:rsidRPr="00DF25D7" w:rsidRDefault="00B2111B" w:rsidP="008178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>
              <w:rPr>
                <w:lang w:val="ru-RU"/>
              </w:rPr>
              <w:t>Серебрянская Лювиза </w:t>
            </w:r>
            <w:r w:rsidRPr="00DF25D7">
              <w:rPr>
                <w:lang w:val="ru-RU"/>
              </w:rPr>
              <w:t>Минисламовна, учитель</w:t>
            </w:r>
            <w:r>
              <w:rPr>
                <w:lang w:val="ru-RU"/>
              </w:rPr>
              <w:t xml:space="preserve"> физики</w:t>
            </w:r>
            <w:r w:rsidRPr="00DF25D7">
              <w:rPr>
                <w:lang w:val="ru-RU"/>
              </w:rPr>
              <w:t>, высшая квалификационная категория</w:t>
            </w:r>
          </w:p>
        </w:tc>
      </w:tr>
      <w:tr w:rsidR="00B2111B" w:rsidRPr="000E13B0" w:rsidTr="001C5A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B2111B" w:rsidRPr="001C5ADB" w:rsidRDefault="001C5ADB" w:rsidP="008178AF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7</w:t>
            </w:r>
          </w:p>
        </w:tc>
        <w:tc>
          <w:tcPr>
            <w:tcW w:w="2914" w:type="dxa"/>
          </w:tcPr>
          <w:p w:rsidR="00B2111B" w:rsidRDefault="00B2111B" w:rsidP="001C5ADB">
            <w:pPr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Кутузова Вероника Валентиновна, 6 класс</w:t>
            </w:r>
          </w:p>
        </w:tc>
        <w:tc>
          <w:tcPr>
            <w:tcW w:w="3402" w:type="dxa"/>
          </w:tcPr>
          <w:p w:rsidR="00B2111B" w:rsidRDefault="00B2111B" w:rsidP="001C5ADB">
            <w:pPr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Исследование реки Илеть</w:t>
            </w:r>
          </w:p>
        </w:tc>
        <w:tc>
          <w:tcPr>
            <w:tcW w:w="3685" w:type="dxa"/>
          </w:tcPr>
          <w:p w:rsidR="00B2111B" w:rsidRPr="001062B1" w:rsidRDefault="00B2111B" w:rsidP="001C5ADB">
            <w:pPr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>
              <w:t xml:space="preserve">МБОУ </w:t>
            </w:r>
            <w:r>
              <w:rPr>
                <w:lang w:val="ru-RU"/>
              </w:rPr>
              <w:t>«</w:t>
            </w:r>
            <w:r>
              <w:t>Гимназия №94</w:t>
            </w:r>
            <w:r>
              <w:rPr>
                <w:lang w:val="ru-RU"/>
              </w:rPr>
              <w:t>»</w:t>
            </w:r>
          </w:p>
        </w:tc>
        <w:tc>
          <w:tcPr>
            <w:tcW w:w="3685" w:type="dxa"/>
          </w:tcPr>
          <w:p w:rsidR="00B2111B" w:rsidRPr="00DF25D7" w:rsidRDefault="00B2111B" w:rsidP="001C5ADB">
            <w:pPr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F25D7">
              <w:rPr>
                <w:lang w:val="ru-RU"/>
              </w:rPr>
              <w:t>Эткеева Маргарита Геннадьевна, учитель физики высшей кв.кат; Сырова Ольга Варсонофьевна</w:t>
            </w:r>
            <w:r>
              <w:rPr>
                <w:lang w:val="ru-RU"/>
              </w:rPr>
              <w:t>, учитель математики высшей кв. </w:t>
            </w:r>
            <w:r w:rsidRPr="00DF25D7">
              <w:rPr>
                <w:lang w:val="ru-RU"/>
              </w:rPr>
              <w:t>кат.</w:t>
            </w:r>
          </w:p>
        </w:tc>
      </w:tr>
      <w:tr w:rsidR="00B2111B" w:rsidRPr="000E13B0" w:rsidTr="001C5A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B2111B" w:rsidRPr="001C5ADB" w:rsidRDefault="001C5ADB" w:rsidP="008178AF">
            <w:pPr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2914" w:type="dxa"/>
          </w:tcPr>
          <w:p w:rsidR="00B2111B" w:rsidRDefault="00B2111B" w:rsidP="008178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Абзальдинов Умар Хайдарович, 7 класс</w:t>
            </w:r>
          </w:p>
        </w:tc>
        <w:tc>
          <w:tcPr>
            <w:tcW w:w="3402" w:type="dxa"/>
          </w:tcPr>
          <w:p w:rsidR="00B2111B" w:rsidRPr="00DF25D7" w:rsidRDefault="00B2111B" w:rsidP="008178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F25D7">
              <w:rPr>
                <w:lang w:val="ru-RU"/>
              </w:rPr>
              <w:t>Измерение перепадов напряжения в электросетях домашнего пользования</w:t>
            </w:r>
          </w:p>
        </w:tc>
        <w:tc>
          <w:tcPr>
            <w:tcW w:w="3685" w:type="dxa"/>
          </w:tcPr>
          <w:p w:rsidR="00B2111B" w:rsidRDefault="00B2111B" w:rsidP="008178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МАОУ</w:t>
            </w:r>
            <w:r>
              <w:rPr>
                <w:lang w:val="ru-RU"/>
              </w:rPr>
              <w:t xml:space="preserve"> «</w:t>
            </w:r>
            <w:r>
              <w:t>Лицей</w:t>
            </w:r>
            <w:r>
              <w:rPr>
                <w:lang w:val="ru-RU"/>
              </w:rPr>
              <w:t xml:space="preserve"> </w:t>
            </w:r>
            <w:r>
              <w:t>№131</w:t>
            </w:r>
            <w:r>
              <w:rPr>
                <w:lang w:val="ru-RU"/>
              </w:rPr>
              <w:t>»</w:t>
            </w:r>
          </w:p>
        </w:tc>
        <w:tc>
          <w:tcPr>
            <w:tcW w:w="3685" w:type="dxa"/>
          </w:tcPr>
          <w:p w:rsidR="00B2111B" w:rsidRPr="00DF25D7" w:rsidRDefault="00B2111B" w:rsidP="008178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>
              <w:rPr>
                <w:lang w:val="ru-RU"/>
              </w:rPr>
              <w:t>Яковлева</w:t>
            </w:r>
            <w:r w:rsidR="009555C3">
              <w:rPr>
                <w:lang w:val="ru-RU"/>
              </w:rPr>
              <w:t xml:space="preserve"> </w:t>
            </w:r>
            <w:r w:rsidR="009555C3" w:rsidRPr="00DF25D7">
              <w:rPr>
                <w:lang w:val="ru-RU"/>
              </w:rPr>
              <w:t>Юлия Валерье</w:t>
            </w:r>
            <w:r w:rsidR="009555C3">
              <w:rPr>
                <w:lang w:val="ru-RU"/>
              </w:rPr>
              <w:t>вна</w:t>
            </w:r>
            <w:r>
              <w:rPr>
                <w:lang w:val="ru-RU"/>
              </w:rPr>
              <w:t>, учитель физики, 1 </w:t>
            </w:r>
            <w:r w:rsidRPr="00DF25D7">
              <w:rPr>
                <w:lang w:val="ru-RU"/>
              </w:rPr>
              <w:t>квалификационная категория</w:t>
            </w:r>
          </w:p>
        </w:tc>
      </w:tr>
      <w:tr w:rsidR="00B2111B" w:rsidTr="001C5A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B2111B" w:rsidRPr="001C5ADB" w:rsidRDefault="001C5ADB" w:rsidP="008178AF">
            <w:pPr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2914" w:type="dxa"/>
          </w:tcPr>
          <w:p w:rsidR="00B2111B" w:rsidRPr="00DF25D7" w:rsidRDefault="00B2111B" w:rsidP="008178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>
              <w:rPr>
                <w:lang w:val="ru-RU"/>
              </w:rPr>
              <w:t>Халилов Булат Айдарович, Шаяхметов Булат </w:t>
            </w:r>
            <w:r w:rsidRPr="00DF25D7">
              <w:rPr>
                <w:lang w:val="ru-RU"/>
              </w:rPr>
              <w:t>Русланович, 7</w:t>
            </w:r>
            <w:r>
              <w:t> </w:t>
            </w:r>
            <w:r w:rsidRPr="00DF25D7">
              <w:rPr>
                <w:lang w:val="ru-RU"/>
              </w:rPr>
              <w:t>класс</w:t>
            </w:r>
          </w:p>
        </w:tc>
        <w:tc>
          <w:tcPr>
            <w:tcW w:w="3402" w:type="dxa"/>
          </w:tcPr>
          <w:p w:rsidR="00B2111B" w:rsidRPr="00DF25D7" w:rsidRDefault="00B2111B" w:rsidP="008178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F25D7">
              <w:rPr>
                <w:lang w:val="ru-RU"/>
              </w:rPr>
              <w:t>Влияние шума на работоспособность</w:t>
            </w:r>
            <w:r>
              <w:rPr>
                <w:lang w:val="ru-RU"/>
              </w:rPr>
              <w:t xml:space="preserve"> </w:t>
            </w:r>
            <w:r w:rsidRPr="00DF25D7">
              <w:rPr>
                <w:lang w:val="ru-RU"/>
              </w:rPr>
              <w:t>школьника</w:t>
            </w:r>
          </w:p>
        </w:tc>
        <w:tc>
          <w:tcPr>
            <w:tcW w:w="3685" w:type="dxa"/>
          </w:tcPr>
          <w:p w:rsidR="00B2111B" w:rsidRDefault="00B2111B" w:rsidP="008178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МАОУ</w:t>
            </w:r>
            <w:r>
              <w:rPr>
                <w:lang w:val="ru-RU"/>
              </w:rPr>
              <w:t xml:space="preserve"> «</w:t>
            </w:r>
            <w:r>
              <w:t>Лицей</w:t>
            </w:r>
            <w:r>
              <w:rPr>
                <w:lang w:val="ru-RU"/>
              </w:rPr>
              <w:t xml:space="preserve"> </w:t>
            </w:r>
            <w:r>
              <w:t>№131</w:t>
            </w:r>
            <w:r>
              <w:rPr>
                <w:lang w:val="ru-RU"/>
              </w:rPr>
              <w:t>»</w:t>
            </w:r>
          </w:p>
        </w:tc>
        <w:tc>
          <w:tcPr>
            <w:tcW w:w="3685" w:type="dxa"/>
          </w:tcPr>
          <w:p w:rsidR="00B2111B" w:rsidRDefault="00B2111B" w:rsidP="008178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Яковлева Юлия Валерьевна</w:t>
            </w:r>
          </w:p>
        </w:tc>
      </w:tr>
      <w:tr w:rsidR="00B2111B" w:rsidTr="001C5A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B2111B" w:rsidRPr="001C5ADB" w:rsidRDefault="001C5ADB" w:rsidP="008178AF">
            <w:pPr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2914" w:type="dxa"/>
          </w:tcPr>
          <w:p w:rsidR="00B2111B" w:rsidRDefault="00B2111B" w:rsidP="008178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Рахматуллин Камиль Тимурович, 8 класс</w:t>
            </w:r>
          </w:p>
        </w:tc>
        <w:tc>
          <w:tcPr>
            <w:tcW w:w="3402" w:type="dxa"/>
          </w:tcPr>
          <w:p w:rsidR="00B2111B" w:rsidRDefault="00B2111B" w:rsidP="008178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Большой адронный коллайдер</w:t>
            </w:r>
          </w:p>
        </w:tc>
        <w:tc>
          <w:tcPr>
            <w:tcW w:w="3685" w:type="dxa"/>
          </w:tcPr>
          <w:p w:rsidR="00B2111B" w:rsidRDefault="00B2111B" w:rsidP="008178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МАОУ</w:t>
            </w:r>
            <w:r>
              <w:rPr>
                <w:lang w:val="ru-RU"/>
              </w:rPr>
              <w:t xml:space="preserve"> «</w:t>
            </w:r>
            <w:r>
              <w:t>Лицей</w:t>
            </w:r>
            <w:r>
              <w:rPr>
                <w:lang w:val="ru-RU"/>
              </w:rPr>
              <w:t xml:space="preserve"> </w:t>
            </w:r>
            <w:r>
              <w:t>№131</w:t>
            </w:r>
            <w:r>
              <w:rPr>
                <w:lang w:val="ru-RU"/>
              </w:rPr>
              <w:t>»</w:t>
            </w:r>
          </w:p>
        </w:tc>
        <w:tc>
          <w:tcPr>
            <w:tcW w:w="3685" w:type="dxa"/>
          </w:tcPr>
          <w:p w:rsidR="00B2111B" w:rsidRDefault="00B2111B" w:rsidP="008178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Серебрянская Луиза Минисламовна</w:t>
            </w:r>
          </w:p>
        </w:tc>
      </w:tr>
      <w:tr w:rsidR="00B2111B" w:rsidRPr="000E13B0" w:rsidTr="001C5A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B2111B" w:rsidRPr="001C5ADB" w:rsidRDefault="001C5ADB" w:rsidP="008178AF">
            <w:pPr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2914" w:type="dxa"/>
          </w:tcPr>
          <w:p w:rsidR="00B2111B" w:rsidRDefault="00B2111B" w:rsidP="008178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Ахметов Динар Эдгарович, 8 класс</w:t>
            </w:r>
          </w:p>
        </w:tc>
        <w:tc>
          <w:tcPr>
            <w:tcW w:w="3402" w:type="dxa"/>
          </w:tcPr>
          <w:p w:rsidR="00B2111B" w:rsidRDefault="00B2111B" w:rsidP="008178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Радиосвязь</w:t>
            </w:r>
          </w:p>
        </w:tc>
        <w:tc>
          <w:tcPr>
            <w:tcW w:w="3685" w:type="dxa"/>
          </w:tcPr>
          <w:p w:rsidR="00B2111B" w:rsidRDefault="00B2111B" w:rsidP="008178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МАОУ</w:t>
            </w:r>
            <w:r>
              <w:rPr>
                <w:lang w:val="ru-RU"/>
              </w:rPr>
              <w:t xml:space="preserve"> «</w:t>
            </w:r>
            <w:r>
              <w:t>Лицей</w:t>
            </w:r>
            <w:r>
              <w:rPr>
                <w:lang w:val="ru-RU"/>
              </w:rPr>
              <w:t xml:space="preserve"> </w:t>
            </w:r>
            <w:r>
              <w:t>№131</w:t>
            </w:r>
            <w:r>
              <w:rPr>
                <w:lang w:val="ru-RU"/>
              </w:rPr>
              <w:t>»</w:t>
            </w:r>
          </w:p>
        </w:tc>
        <w:tc>
          <w:tcPr>
            <w:tcW w:w="3685" w:type="dxa"/>
          </w:tcPr>
          <w:p w:rsidR="00B2111B" w:rsidRPr="00DF25D7" w:rsidRDefault="00B2111B" w:rsidP="008178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F25D7">
              <w:rPr>
                <w:lang w:val="ru-RU"/>
              </w:rPr>
              <w:t xml:space="preserve">Серебрянская Лювиза Минисламовна, учитель физики, </w:t>
            </w:r>
            <w:r>
              <w:rPr>
                <w:lang w:val="ru-RU"/>
              </w:rPr>
              <w:t>в</w:t>
            </w:r>
            <w:r w:rsidRPr="00DF25D7">
              <w:rPr>
                <w:lang w:val="ru-RU"/>
              </w:rPr>
              <w:t>ысшая квалификационная категория</w:t>
            </w:r>
          </w:p>
        </w:tc>
      </w:tr>
      <w:tr w:rsidR="00B2111B" w:rsidRPr="000E13B0" w:rsidTr="001C5A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B2111B" w:rsidRPr="001C5ADB" w:rsidRDefault="001C5ADB" w:rsidP="008178AF">
            <w:pPr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2914" w:type="dxa"/>
          </w:tcPr>
          <w:p w:rsidR="00B2111B" w:rsidRDefault="00B2111B" w:rsidP="008178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Сабиров Рамзан Тагирович, 8 класс</w:t>
            </w:r>
          </w:p>
        </w:tc>
        <w:tc>
          <w:tcPr>
            <w:tcW w:w="3402" w:type="dxa"/>
          </w:tcPr>
          <w:p w:rsidR="00B2111B" w:rsidRDefault="00B2111B" w:rsidP="008178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Отпугиватель собак своими руками</w:t>
            </w:r>
          </w:p>
        </w:tc>
        <w:tc>
          <w:tcPr>
            <w:tcW w:w="3685" w:type="dxa"/>
          </w:tcPr>
          <w:p w:rsidR="00B2111B" w:rsidRPr="001062B1" w:rsidRDefault="00B2111B" w:rsidP="008178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>
              <w:t xml:space="preserve">МАОУ </w:t>
            </w:r>
            <w:r>
              <w:rPr>
                <w:lang w:val="ru-RU"/>
              </w:rPr>
              <w:t>«</w:t>
            </w:r>
            <w:r>
              <w:t xml:space="preserve">Гимназия №139 </w:t>
            </w:r>
            <w:r>
              <w:rPr>
                <w:lang w:val="ru-RU"/>
              </w:rPr>
              <w:t>–</w:t>
            </w:r>
            <w:r>
              <w:t xml:space="preserve"> Центр образования</w:t>
            </w:r>
            <w:r>
              <w:rPr>
                <w:lang w:val="ru-RU"/>
              </w:rPr>
              <w:t>»</w:t>
            </w:r>
          </w:p>
        </w:tc>
        <w:tc>
          <w:tcPr>
            <w:tcW w:w="3685" w:type="dxa"/>
          </w:tcPr>
          <w:p w:rsidR="00B2111B" w:rsidRPr="00DF25D7" w:rsidRDefault="00B2111B" w:rsidP="008178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F25D7">
              <w:rPr>
                <w:lang w:val="ru-RU"/>
              </w:rPr>
              <w:t>Гиберт Дарья Александровна, учитель физики</w:t>
            </w:r>
          </w:p>
        </w:tc>
      </w:tr>
    </w:tbl>
    <w:p w:rsidR="0019003B" w:rsidRDefault="00DF25D7">
      <w:pPr>
        <w:pStyle w:val="1"/>
        <w:jc w:val="center"/>
        <w:rPr>
          <w:lang w:val="ru-RU"/>
        </w:rPr>
      </w:pPr>
      <w:r w:rsidRPr="00DF25D7">
        <w:rPr>
          <w:lang w:val="ru-RU"/>
        </w:rPr>
        <w:lastRenderedPageBreak/>
        <w:t>Секция</w:t>
      </w:r>
      <w:r w:rsidRPr="00DF25D7">
        <w:rPr>
          <w:lang w:val="ru-RU"/>
        </w:rPr>
        <w:br/>
        <w:t>ОБЖ, физическая культура и здоровье человека</w:t>
      </w:r>
    </w:p>
    <w:p w:rsidR="009C151A" w:rsidRDefault="009C151A" w:rsidP="009C151A">
      <w:pPr>
        <w:spacing w:after="0"/>
        <w:ind w:right="225"/>
        <w:jc w:val="both"/>
        <w:rPr>
          <w:lang w:val="ru-RU"/>
        </w:rPr>
      </w:pPr>
      <w:r w:rsidRPr="00F14086">
        <w:rPr>
          <w:b/>
          <w:lang w:val="ru-RU"/>
        </w:rPr>
        <w:t>Руководитель секции</w:t>
      </w:r>
      <w:r>
        <w:rPr>
          <w:lang w:val="ru-RU"/>
        </w:rPr>
        <w:t xml:space="preserve"> Митачкин Владимир Ильич, учитель ОБЖ первой квалификационной категории МАОУ «Лицей №131»</w:t>
      </w:r>
    </w:p>
    <w:p w:rsidR="009C151A" w:rsidRPr="00F14086" w:rsidRDefault="009C151A" w:rsidP="009C151A">
      <w:pPr>
        <w:spacing w:after="0"/>
        <w:rPr>
          <w:b/>
          <w:lang w:val="ru-RU"/>
        </w:rPr>
      </w:pPr>
      <w:r w:rsidRPr="00F14086">
        <w:rPr>
          <w:b/>
          <w:lang w:val="ru-RU"/>
        </w:rPr>
        <w:t>Члены жюри</w:t>
      </w:r>
    </w:p>
    <w:p w:rsidR="009C151A" w:rsidRPr="0081386D" w:rsidRDefault="009C151A" w:rsidP="009C151A">
      <w:pPr>
        <w:pStyle w:val="ae"/>
        <w:numPr>
          <w:ilvl w:val="0"/>
          <w:numId w:val="10"/>
        </w:numPr>
        <w:spacing w:after="0" w:line="240" w:lineRule="auto"/>
        <w:jc w:val="both"/>
        <w:rPr>
          <w:lang w:val="ru-RU"/>
        </w:rPr>
      </w:pPr>
      <w:r w:rsidRPr="009C151A">
        <w:rPr>
          <w:szCs w:val="24"/>
          <w:lang w:val="ru-RU"/>
        </w:rPr>
        <w:t>Пожидаева Аида Тагировна, учитель физической культуры первой квалификационной категории МАОУ «Лицей №131»</w:t>
      </w:r>
    </w:p>
    <w:p w:rsidR="009C151A" w:rsidRPr="009C151A" w:rsidRDefault="009C151A" w:rsidP="009C151A">
      <w:pPr>
        <w:pStyle w:val="ae"/>
        <w:numPr>
          <w:ilvl w:val="0"/>
          <w:numId w:val="10"/>
        </w:numPr>
        <w:spacing w:after="120" w:line="240" w:lineRule="auto"/>
        <w:jc w:val="both"/>
        <w:rPr>
          <w:lang w:val="ru-RU"/>
        </w:rPr>
      </w:pPr>
      <w:r>
        <w:rPr>
          <w:szCs w:val="24"/>
          <w:lang w:val="ru-RU"/>
        </w:rPr>
        <w:t>Сочнева Татьяна Николаевна</w:t>
      </w:r>
      <w:r w:rsidRPr="009C151A">
        <w:rPr>
          <w:szCs w:val="24"/>
          <w:lang w:val="ru-RU"/>
        </w:rPr>
        <w:t>, учитель физической культуры первой квалификационной категории МАОУ «Лицей №131»</w:t>
      </w:r>
    </w:p>
    <w:p w:rsidR="009C151A" w:rsidRDefault="009C151A" w:rsidP="009C151A">
      <w:pPr>
        <w:pStyle w:val="ae"/>
        <w:numPr>
          <w:ilvl w:val="0"/>
          <w:numId w:val="10"/>
        </w:numPr>
        <w:spacing w:after="120" w:line="240" w:lineRule="auto"/>
        <w:jc w:val="both"/>
        <w:rPr>
          <w:lang w:val="ru-RU"/>
        </w:rPr>
      </w:pPr>
      <w:r w:rsidRPr="009C151A">
        <w:rPr>
          <w:lang w:val="ru-RU"/>
        </w:rPr>
        <w:t>Гилемханова Айзиля Ильшатовна, учитель физической культуры первой квалификационной категории МАОУ «Лицей №131»</w:t>
      </w:r>
    </w:p>
    <w:p w:rsidR="009C151A" w:rsidRDefault="009C151A" w:rsidP="009C151A">
      <w:pPr>
        <w:pStyle w:val="ae"/>
        <w:numPr>
          <w:ilvl w:val="0"/>
          <w:numId w:val="10"/>
        </w:numPr>
        <w:spacing w:after="120" w:line="240" w:lineRule="auto"/>
        <w:jc w:val="both"/>
        <w:rPr>
          <w:lang w:val="ru-RU"/>
        </w:rPr>
      </w:pPr>
      <w:r w:rsidRPr="009C151A">
        <w:rPr>
          <w:lang w:val="ru-RU"/>
        </w:rPr>
        <w:t>Асхадуллин Ринат Фазылович, учитель физической культуры первой квалификационной категории МАОУ «Лицей №131»</w:t>
      </w:r>
    </w:p>
    <w:p w:rsidR="009C151A" w:rsidRDefault="009C151A" w:rsidP="009C151A">
      <w:pPr>
        <w:pStyle w:val="ae"/>
        <w:numPr>
          <w:ilvl w:val="0"/>
          <w:numId w:val="10"/>
        </w:numPr>
        <w:spacing w:after="120" w:line="240" w:lineRule="auto"/>
        <w:jc w:val="both"/>
        <w:rPr>
          <w:lang w:val="ru-RU"/>
        </w:rPr>
      </w:pPr>
      <w:r w:rsidRPr="009C151A">
        <w:rPr>
          <w:lang w:val="ru-RU"/>
        </w:rPr>
        <w:t xml:space="preserve">Мухлин Сергей Геннадьевич, учитель </w:t>
      </w:r>
      <w:r>
        <w:rPr>
          <w:lang w:val="ru-RU"/>
        </w:rPr>
        <w:t>1 категории</w:t>
      </w:r>
      <w:r w:rsidRPr="009C151A">
        <w:rPr>
          <w:lang w:val="ru-RU"/>
        </w:rPr>
        <w:t xml:space="preserve"> МБОУ </w:t>
      </w:r>
      <w:r>
        <w:rPr>
          <w:lang w:val="ru-RU"/>
        </w:rPr>
        <w:t>«</w:t>
      </w:r>
      <w:r w:rsidRPr="009C151A">
        <w:rPr>
          <w:lang w:val="ru-RU"/>
        </w:rPr>
        <w:t>Гимназия №96</w:t>
      </w:r>
      <w:r>
        <w:rPr>
          <w:lang w:val="ru-RU"/>
        </w:rPr>
        <w:t>»</w:t>
      </w:r>
    </w:p>
    <w:p w:rsidR="009C151A" w:rsidRPr="00E9053F" w:rsidRDefault="009C151A" w:rsidP="009C151A">
      <w:pPr>
        <w:pStyle w:val="ae"/>
        <w:numPr>
          <w:ilvl w:val="0"/>
          <w:numId w:val="10"/>
        </w:numPr>
        <w:spacing w:after="120" w:line="240" w:lineRule="auto"/>
        <w:jc w:val="both"/>
        <w:rPr>
          <w:lang w:val="ru-RU"/>
        </w:rPr>
      </w:pPr>
      <w:r w:rsidRPr="009C151A">
        <w:rPr>
          <w:lang w:val="ru-RU"/>
        </w:rPr>
        <w:t>Карамутдинов Руслан</w:t>
      </w:r>
      <w:r>
        <w:rPr>
          <w:lang w:val="ru-RU"/>
        </w:rPr>
        <w:t xml:space="preserve"> Расимович, учитель 1 категории</w:t>
      </w:r>
      <w:r w:rsidRPr="009C151A">
        <w:rPr>
          <w:lang w:val="ru-RU"/>
        </w:rPr>
        <w:t xml:space="preserve"> МБОУ </w:t>
      </w:r>
      <w:r>
        <w:rPr>
          <w:lang w:val="ru-RU"/>
        </w:rPr>
        <w:t>«</w:t>
      </w:r>
      <w:r w:rsidRPr="009C151A">
        <w:rPr>
          <w:lang w:val="ru-RU"/>
        </w:rPr>
        <w:t>Лицей №185</w:t>
      </w:r>
      <w:r>
        <w:rPr>
          <w:lang w:val="ru-RU"/>
        </w:rPr>
        <w:t>»</w:t>
      </w:r>
    </w:p>
    <w:p w:rsidR="009C151A" w:rsidRPr="009C151A" w:rsidRDefault="009C151A" w:rsidP="009C151A">
      <w:pPr>
        <w:rPr>
          <w:lang w:val="ru-RU"/>
        </w:rPr>
      </w:pPr>
      <w:r w:rsidRPr="00E9053F">
        <w:rPr>
          <w:b/>
          <w:lang w:val="ru-RU"/>
        </w:rPr>
        <w:t xml:space="preserve">Аудитория </w:t>
      </w:r>
      <w:r>
        <w:rPr>
          <w:b/>
          <w:lang w:val="ru-RU"/>
        </w:rPr>
        <w:t>1</w:t>
      </w:r>
    </w:p>
    <w:tbl>
      <w:tblPr>
        <w:tblStyle w:val="14"/>
        <w:tblW w:w="0" w:type="auto"/>
        <w:tblLook w:val="04A0" w:firstRow="1" w:lastRow="0" w:firstColumn="1" w:lastColumn="0" w:noHBand="0" w:noVBand="1"/>
      </w:tblPr>
      <w:tblGrid>
        <w:gridCol w:w="567"/>
        <w:gridCol w:w="2900"/>
        <w:gridCol w:w="3402"/>
        <w:gridCol w:w="3685"/>
        <w:gridCol w:w="3685"/>
      </w:tblGrid>
      <w:tr w:rsidR="0019003B" w:rsidTr="0068609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19003B" w:rsidRDefault="00DF25D7">
            <w:r>
              <w:t>№</w:t>
            </w:r>
          </w:p>
        </w:tc>
        <w:tc>
          <w:tcPr>
            <w:tcW w:w="2900" w:type="dxa"/>
          </w:tcPr>
          <w:p w:rsidR="0019003B" w:rsidRDefault="00DF25D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ФИО докладчика</w:t>
            </w:r>
          </w:p>
        </w:tc>
        <w:tc>
          <w:tcPr>
            <w:tcW w:w="3402" w:type="dxa"/>
          </w:tcPr>
          <w:p w:rsidR="0019003B" w:rsidRDefault="00DF25D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Название работы</w:t>
            </w:r>
          </w:p>
        </w:tc>
        <w:tc>
          <w:tcPr>
            <w:tcW w:w="3685" w:type="dxa"/>
          </w:tcPr>
          <w:p w:rsidR="0019003B" w:rsidRDefault="00DF25D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Образовательная организация докладчика</w:t>
            </w:r>
          </w:p>
        </w:tc>
        <w:tc>
          <w:tcPr>
            <w:tcW w:w="3685" w:type="dxa"/>
          </w:tcPr>
          <w:p w:rsidR="0019003B" w:rsidRDefault="00DF25D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Научный руководитель</w:t>
            </w:r>
          </w:p>
        </w:tc>
      </w:tr>
      <w:tr w:rsidR="0019003B" w:rsidRPr="000E13B0" w:rsidTr="006860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19003B" w:rsidRDefault="00DF25D7">
            <w:r>
              <w:t>1</w:t>
            </w:r>
          </w:p>
        </w:tc>
        <w:tc>
          <w:tcPr>
            <w:tcW w:w="2900" w:type="dxa"/>
          </w:tcPr>
          <w:p w:rsidR="0019003B" w:rsidRDefault="009A37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Самигуллина Малика </w:t>
            </w:r>
            <w:r w:rsidR="00DF25D7">
              <w:t>Хуршедовна, 9 класс</w:t>
            </w:r>
          </w:p>
        </w:tc>
        <w:tc>
          <w:tcPr>
            <w:tcW w:w="3402" w:type="dxa"/>
          </w:tcPr>
          <w:p w:rsidR="0019003B" w:rsidRDefault="00DF25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Игры народов Поволжья</w:t>
            </w:r>
          </w:p>
        </w:tc>
        <w:tc>
          <w:tcPr>
            <w:tcW w:w="3685" w:type="dxa"/>
          </w:tcPr>
          <w:p w:rsidR="0019003B" w:rsidRPr="00DF25D7" w:rsidRDefault="00CF5AD8" w:rsidP="006860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>
              <w:rPr>
                <w:lang w:val="ru-RU"/>
              </w:rPr>
              <w:t>МБОУ</w:t>
            </w:r>
            <w:r w:rsidR="00DF25D7" w:rsidRPr="00DF25D7">
              <w:rPr>
                <w:lang w:val="ru-RU"/>
              </w:rPr>
              <w:t xml:space="preserve"> </w:t>
            </w:r>
            <w:r w:rsidR="009A371C">
              <w:rPr>
                <w:lang w:val="ru-RU"/>
              </w:rPr>
              <w:t>«</w:t>
            </w:r>
            <w:r w:rsidR="00686094">
              <w:rPr>
                <w:lang w:val="ru-RU"/>
              </w:rPr>
              <w:t>Ш</w:t>
            </w:r>
            <w:r w:rsidR="00DF25D7" w:rsidRPr="00DF25D7">
              <w:rPr>
                <w:lang w:val="ru-RU"/>
              </w:rPr>
              <w:t xml:space="preserve">кола №22 </w:t>
            </w:r>
            <w:r w:rsidR="009A371C">
              <w:rPr>
                <w:lang w:val="ru-RU"/>
              </w:rPr>
              <w:t>–</w:t>
            </w:r>
            <w:r w:rsidR="00DF25D7" w:rsidRPr="00DF25D7">
              <w:rPr>
                <w:lang w:val="ru-RU"/>
              </w:rPr>
              <w:t xml:space="preserve"> Центр образования</w:t>
            </w:r>
            <w:r w:rsidR="009A371C">
              <w:rPr>
                <w:lang w:val="ru-RU"/>
              </w:rPr>
              <w:t>»</w:t>
            </w:r>
            <w:r w:rsidR="00DF25D7" w:rsidRPr="00DF25D7">
              <w:rPr>
                <w:lang w:val="ru-RU"/>
              </w:rPr>
              <w:t xml:space="preserve"> Советского района </w:t>
            </w:r>
            <w:r w:rsidR="00DD0962">
              <w:rPr>
                <w:lang w:val="ru-RU"/>
              </w:rPr>
              <w:t>г. Казани</w:t>
            </w:r>
          </w:p>
        </w:tc>
        <w:tc>
          <w:tcPr>
            <w:tcW w:w="3685" w:type="dxa"/>
          </w:tcPr>
          <w:p w:rsidR="0019003B" w:rsidRPr="00DF25D7" w:rsidRDefault="00DF25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F25D7">
              <w:rPr>
                <w:lang w:val="ru-RU"/>
              </w:rPr>
              <w:t>Жиряева Рахиля Рашитовна, учитель физической культуры, высша</w:t>
            </w:r>
            <w:r w:rsidR="00686094">
              <w:rPr>
                <w:lang w:val="ru-RU"/>
              </w:rPr>
              <w:t>я квалификационная категория,</w:t>
            </w:r>
            <w:r w:rsidRPr="00DF25D7">
              <w:rPr>
                <w:lang w:val="ru-RU"/>
              </w:rPr>
              <w:t xml:space="preserve"> Рамазанова Дания Шариповна, учитель русского языка, высшая квалификационная категория</w:t>
            </w:r>
          </w:p>
        </w:tc>
      </w:tr>
      <w:tr w:rsidR="0019003B" w:rsidTr="006860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19003B" w:rsidRDefault="00DF25D7">
            <w:r>
              <w:t>2</w:t>
            </w:r>
          </w:p>
        </w:tc>
        <w:tc>
          <w:tcPr>
            <w:tcW w:w="2900" w:type="dxa"/>
          </w:tcPr>
          <w:p w:rsidR="0019003B" w:rsidRDefault="009A37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Зайцева Софья Михайловна</w:t>
            </w:r>
            <w:r w:rsidR="00DF25D7">
              <w:t>, 7 класс</w:t>
            </w:r>
          </w:p>
        </w:tc>
        <w:tc>
          <w:tcPr>
            <w:tcW w:w="3402" w:type="dxa"/>
          </w:tcPr>
          <w:p w:rsidR="0019003B" w:rsidRPr="00DF25D7" w:rsidRDefault="00DF25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F25D7">
              <w:rPr>
                <w:lang w:val="ru-RU"/>
              </w:rPr>
              <w:t xml:space="preserve">Как гимнастика влияет на физическое </w:t>
            </w:r>
            <w:r w:rsidR="009A371C">
              <w:rPr>
                <w:lang w:val="ru-RU"/>
              </w:rPr>
              <w:t>и ментальное здоровье человека.</w:t>
            </w:r>
          </w:p>
        </w:tc>
        <w:tc>
          <w:tcPr>
            <w:tcW w:w="3685" w:type="dxa"/>
          </w:tcPr>
          <w:p w:rsidR="0019003B" w:rsidRPr="009A371C" w:rsidRDefault="00DF25D7" w:rsidP="009A37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>
              <w:t xml:space="preserve">МБОУ </w:t>
            </w:r>
            <w:r w:rsidR="009A371C">
              <w:rPr>
                <w:lang w:val="ru-RU"/>
              </w:rPr>
              <w:t>«</w:t>
            </w:r>
            <w:r>
              <w:t>Гимназия 183</w:t>
            </w:r>
            <w:r w:rsidR="009A371C">
              <w:rPr>
                <w:lang w:val="ru-RU"/>
              </w:rPr>
              <w:t>»</w:t>
            </w:r>
          </w:p>
        </w:tc>
        <w:tc>
          <w:tcPr>
            <w:tcW w:w="3685" w:type="dxa"/>
          </w:tcPr>
          <w:p w:rsidR="0019003B" w:rsidRDefault="00DF25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Валиахметов Ильшат Гайсувич</w:t>
            </w:r>
          </w:p>
        </w:tc>
      </w:tr>
      <w:tr w:rsidR="00E83D37" w:rsidRPr="000E13B0" w:rsidTr="006860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E83D37" w:rsidRPr="00686094" w:rsidRDefault="00686094" w:rsidP="00E83D37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2900" w:type="dxa"/>
            <w:vAlign w:val="top"/>
          </w:tcPr>
          <w:p w:rsidR="00E83D37" w:rsidRPr="00DF25D7" w:rsidRDefault="00E83D37" w:rsidP="00E83D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F25D7">
              <w:rPr>
                <w:lang w:val="ru-RU"/>
              </w:rPr>
              <w:t>Панкова Кристина, Григорьева Светлана, 11</w:t>
            </w:r>
            <w:r>
              <w:t> </w:t>
            </w:r>
            <w:r w:rsidRPr="00DF25D7">
              <w:rPr>
                <w:lang w:val="ru-RU"/>
              </w:rPr>
              <w:t>класс</w:t>
            </w:r>
          </w:p>
        </w:tc>
        <w:tc>
          <w:tcPr>
            <w:tcW w:w="3402" w:type="dxa"/>
            <w:vAlign w:val="top"/>
          </w:tcPr>
          <w:p w:rsidR="00E83D37" w:rsidRPr="00DF25D7" w:rsidRDefault="00E83D37" w:rsidP="00E83D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F25D7">
              <w:rPr>
                <w:lang w:val="ru-RU"/>
              </w:rPr>
              <w:t>Дыхательная гимнастика как</w:t>
            </w:r>
            <w:r w:rsidRPr="00DF25D7">
              <w:rPr>
                <w:lang w:val="ru-RU"/>
              </w:rPr>
              <w:br/>
              <w:t>актуальный способ оздоровления</w:t>
            </w:r>
          </w:p>
        </w:tc>
        <w:tc>
          <w:tcPr>
            <w:tcW w:w="3685" w:type="dxa"/>
            <w:vAlign w:val="top"/>
          </w:tcPr>
          <w:p w:rsidR="00E83D37" w:rsidRPr="00DF25D7" w:rsidRDefault="004C68A2" w:rsidP="004C68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>
              <w:rPr>
                <w:lang w:val="ru-RU"/>
              </w:rPr>
              <w:t xml:space="preserve">МБОУ </w:t>
            </w:r>
            <w:r w:rsidR="00E83D37" w:rsidRPr="00DF25D7">
              <w:rPr>
                <w:lang w:val="ru-RU"/>
              </w:rPr>
              <w:t>«Средняя общеобразовательная</w:t>
            </w:r>
            <w:r w:rsidR="00E83D37" w:rsidRPr="00DF25D7">
              <w:rPr>
                <w:lang w:val="ru-RU"/>
              </w:rPr>
              <w:br/>
              <w:t>школа №119»</w:t>
            </w:r>
          </w:p>
        </w:tc>
        <w:tc>
          <w:tcPr>
            <w:tcW w:w="3685" w:type="dxa"/>
            <w:vAlign w:val="top"/>
          </w:tcPr>
          <w:p w:rsidR="00E83D37" w:rsidRPr="00DF25D7" w:rsidRDefault="00E83D37" w:rsidP="00E83D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F25D7">
              <w:rPr>
                <w:lang w:val="ru-RU"/>
              </w:rPr>
              <w:t>Павлова Альбина Николаевна</w:t>
            </w:r>
            <w:r w:rsidRPr="00DF25D7">
              <w:rPr>
                <w:lang w:val="ru-RU"/>
              </w:rPr>
              <w:br/>
              <w:t>учитель физической культуры</w:t>
            </w:r>
          </w:p>
        </w:tc>
      </w:tr>
      <w:tr w:rsidR="00E83D37" w:rsidRPr="00E83D37" w:rsidTr="006860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E83D37" w:rsidRPr="00E83D37" w:rsidRDefault="00686094" w:rsidP="00E83D37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2900" w:type="dxa"/>
          </w:tcPr>
          <w:p w:rsidR="00E83D37" w:rsidRPr="00E83D37" w:rsidRDefault="00686094" w:rsidP="00E83D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>
              <w:rPr>
                <w:lang w:val="ru-RU"/>
              </w:rPr>
              <w:t>Петрова Екатерина Владиславовна, 10 класс</w:t>
            </w:r>
          </w:p>
        </w:tc>
        <w:tc>
          <w:tcPr>
            <w:tcW w:w="3402" w:type="dxa"/>
          </w:tcPr>
          <w:p w:rsidR="00E83D37" w:rsidRPr="00DF25D7" w:rsidRDefault="00686094" w:rsidP="00E83D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>
              <w:rPr>
                <w:lang w:val="ru-RU"/>
              </w:rPr>
              <w:t>Виды бега и их влияние на здоровье</w:t>
            </w:r>
          </w:p>
        </w:tc>
        <w:tc>
          <w:tcPr>
            <w:tcW w:w="3685" w:type="dxa"/>
          </w:tcPr>
          <w:p w:rsidR="00E83D37" w:rsidRPr="00E83D37" w:rsidRDefault="00686094" w:rsidP="00E83D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>
              <w:t>МАОУ</w:t>
            </w:r>
            <w:r>
              <w:rPr>
                <w:lang w:val="ru-RU"/>
              </w:rPr>
              <w:t xml:space="preserve"> «</w:t>
            </w:r>
            <w:r>
              <w:t>Лицей</w:t>
            </w:r>
            <w:r>
              <w:rPr>
                <w:lang w:val="ru-RU"/>
              </w:rPr>
              <w:t xml:space="preserve"> </w:t>
            </w:r>
            <w:r>
              <w:t>№131</w:t>
            </w:r>
            <w:r>
              <w:rPr>
                <w:lang w:val="ru-RU"/>
              </w:rPr>
              <w:t>»</w:t>
            </w:r>
          </w:p>
        </w:tc>
        <w:tc>
          <w:tcPr>
            <w:tcW w:w="3685" w:type="dxa"/>
          </w:tcPr>
          <w:p w:rsidR="00E83D37" w:rsidRPr="00E83D37" w:rsidRDefault="00686094" w:rsidP="00E83D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>
              <w:rPr>
                <w:lang w:val="ru-RU"/>
              </w:rPr>
              <w:t>Пожидаева Аида Тагировна</w:t>
            </w:r>
          </w:p>
        </w:tc>
      </w:tr>
      <w:tr w:rsidR="00686094" w:rsidRPr="000E13B0" w:rsidTr="006860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686094" w:rsidRPr="00E83D37" w:rsidRDefault="00686094" w:rsidP="00686094">
            <w:pPr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2900" w:type="dxa"/>
          </w:tcPr>
          <w:p w:rsidR="00686094" w:rsidRDefault="00686094" w:rsidP="006860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Сарманова Екатерина</w:t>
            </w:r>
            <w:r>
              <w:rPr>
                <w:lang w:val="ru-RU"/>
              </w:rPr>
              <w:t> </w:t>
            </w:r>
            <w:r>
              <w:t>Сергеевна, 10 класс</w:t>
            </w:r>
          </w:p>
        </w:tc>
        <w:tc>
          <w:tcPr>
            <w:tcW w:w="3402" w:type="dxa"/>
          </w:tcPr>
          <w:p w:rsidR="00686094" w:rsidRPr="00DF25D7" w:rsidRDefault="00686094" w:rsidP="006860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F25D7">
              <w:rPr>
                <w:lang w:val="ru-RU"/>
              </w:rPr>
              <w:t>Сахарный диабет 1-го типа и с</w:t>
            </w:r>
            <w:r>
              <w:rPr>
                <w:lang w:val="ru-RU"/>
              </w:rPr>
              <w:t> чем его едят</w:t>
            </w:r>
          </w:p>
        </w:tc>
        <w:tc>
          <w:tcPr>
            <w:tcW w:w="3685" w:type="dxa"/>
          </w:tcPr>
          <w:p w:rsidR="00686094" w:rsidRPr="00DF25D7" w:rsidRDefault="00CF5AD8" w:rsidP="006860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>
              <w:rPr>
                <w:lang w:val="ru-RU"/>
              </w:rPr>
              <w:t>МБОУ</w:t>
            </w:r>
            <w:r w:rsidR="00686094" w:rsidRPr="00DF25D7">
              <w:rPr>
                <w:lang w:val="ru-RU"/>
              </w:rPr>
              <w:t xml:space="preserve"> </w:t>
            </w:r>
            <w:r w:rsidR="00686094">
              <w:rPr>
                <w:lang w:val="ru-RU"/>
              </w:rPr>
              <w:t>«М</w:t>
            </w:r>
            <w:r w:rsidR="00686094" w:rsidRPr="00DF25D7">
              <w:rPr>
                <w:lang w:val="ru-RU"/>
              </w:rPr>
              <w:t>ногопрофильная полилингвальная гимназия №180</w:t>
            </w:r>
            <w:r w:rsidR="00686094">
              <w:rPr>
                <w:lang w:val="ru-RU"/>
              </w:rPr>
              <w:t>»</w:t>
            </w:r>
            <w:r w:rsidR="00686094" w:rsidRPr="00DF25D7">
              <w:rPr>
                <w:lang w:val="ru-RU"/>
              </w:rPr>
              <w:t xml:space="preserve"> </w:t>
            </w:r>
            <w:r w:rsidR="00686094">
              <w:rPr>
                <w:lang w:val="ru-RU"/>
              </w:rPr>
              <w:t>С</w:t>
            </w:r>
            <w:r w:rsidR="00686094" w:rsidRPr="00DF25D7">
              <w:rPr>
                <w:lang w:val="ru-RU"/>
              </w:rPr>
              <w:t xml:space="preserve">оветского района </w:t>
            </w:r>
            <w:r w:rsidR="00686094">
              <w:rPr>
                <w:lang w:val="ru-RU"/>
              </w:rPr>
              <w:t>г. Казани</w:t>
            </w:r>
          </w:p>
        </w:tc>
        <w:tc>
          <w:tcPr>
            <w:tcW w:w="3685" w:type="dxa"/>
          </w:tcPr>
          <w:p w:rsidR="00686094" w:rsidRPr="00DF25D7" w:rsidRDefault="00686094" w:rsidP="006860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F25D7">
              <w:rPr>
                <w:lang w:val="ru-RU"/>
              </w:rPr>
              <w:t>Маскина Е</w:t>
            </w:r>
            <w:r>
              <w:rPr>
                <w:lang w:val="ru-RU"/>
              </w:rPr>
              <w:t>лена Ивановна, учитель биологии</w:t>
            </w:r>
          </w:p>
        </w:tc>
      </w:tr>
      <w:tr w:rsidR="00686094" w:rsidRPr="000E13B0" w:rsidTr="006860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686094" w:rsidRPr="00E83D37" w:rsidRDefault="00686094" w:rsidP="00686094">
            <w:pPr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2900" w:type="dxa"/>
          </w:tcPr>
          <w:p w:rsidR="00686094" w:rsidRDefault="00686094" w:rsidP="006860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Валеева Рената</w:t>
            </w:r>
            <w:r>
              <w:rPr>
                <w:lang w:val="ru-RU"/>
              </w:rPr>
              <w:t> </w:t>
            </w:r>
            <w:r>
              <w:t>Фаридовна, 10 класс</w:t>
            </w:r>
          </w:p>
        </w:tc>
        <w:tc>
          <w:tcPr>
            <w:tcW w:w="3402" w:type="dxa"/>
          </w:tcPr>
          <w:p w:rsidR="00686094" w:rsidRPr="00DF25D7" w:rsidRDefault="00686094" w:rsidP="006860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F25D7">
              <w:rPr>
                <w:lang w:val="ru-RU"/>
              </w:rPr>
              <w:t>Влияние наркотических веществ на организм человека</w:t>
            </w:r>
          </w:p>
        </w:tc>
        <w:tc>
          <w:tcPr>
            <w:tcW w:w="3685" w:type="dxa"/>
          </w:tcPr>
          <w:p w:rsidR="00686094" w:rsidRPr="003A0809" w:rsidRDefault="00686094" w:rsidP="006860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>
              <w:t xml:space="preserve">МАОУ </w:t>
            </w:r>
            <w:r>
              <w:rPr>
                <w:lang w:val="ru-RU"/>
              </w:rPr>
              <w:t>«</w:t>
            </w:r>
            <w:r>
              <w:t>Лицей №131</w:t>
            </w:r>
            <w:r>
              <w:rPr>
                <w:lang w:val="ru-RU"/>
              </w:rPr>
              <w:t>»</w:t>
            </w:r>
          </w:p>
        </w:tc>
        <w:tc>
          <w:tcPr>
            <w:tcW w:w="3685" w:type="dxa"/>
          </w:tcPr>
          <w:p w:rsidR="00686094" w:rsidRPr="00DF25D7" w:rsidRDefault="00686094" w:rsidP="006860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F25D7">
              <w:rPr>
                <w:lang w:val="ru-RU"/>
              </w:rPr>
              <w:t xml:space="preserve">Кириллова Виолетта Валерьевна, </w:t>
            </w:r>
            <w:r>
              <w:rPr>
                <w:lang w:val="ru-RU"/>
              </w:rPr>
              <w:t>у</w:t>
            </w:r>
            <w:r w:rsidRPr="00DF25D7">
              <w:rPr>
                <w:lang w:val="ru-RU"/>
              </w:rPr>
              <w:t>читель</w:t>
            </w:r>
            <w:r>
              <w:rPr>
                <w:lang w:val="ru-RU"/>
              </w:rPr>
              <w:t xml:space="preserve"> биологии первой квалификационной категории</w:t>
            </w:r>
          </w:p>
        </w:tc>
      </w:tr>
    </w:tbl>
    <w:p w:rsidR="00DF25D7" w:rsidRPr="00DF25D7" w:rsidRDefault="00DF25D7" w:rsidP="00E83D37">
      <w:pPr>
        <w:rPr>
          <w:lang w:val="ru-RU"/>
        </w:rPr>
      </w:pPr>
    </w:p>
    <w:sectPr w:rsidR="00DF25D7" w:rsidRPr="00DF25D7" w:rsidSect="00DF25D7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7347803"/>
    <w:multiLevelType w:val="hybridMultilevel"/>
    <w:tmpl w:val="9D30CDFA"/>
    <w:lvl w:ilvl="0" w:tplc="ABC67E02">
      <w:start w:val="1"/>
      <w:numFmt w:val="bullet"/>
      <w:suff w:val="space"/>
      <w:lvlText w:val=""/>
      <w:lvlJc w:val="left"/>
      <w:pPr>
        <w:ind w:left="11907" w:hanging="11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1A6B8E"/>
    <w:multiLevelType w:val="hybridMultilevel"/>
    <w:tmpl w:val="0A6AFEB0"/>
    <w:lvl w:ilvl="0" w:tplc="0C1CD3B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085922"/>
    <w:rsid w:val="000B0531"/>
    <w:rsid w:val="000E0C01"/>
    <w:rsid w:val="000E13B0"/>
    <w:rsid w:val="000E5FA7"/>
    <w:rsid w:val="000F4F31"/>
    <w:rsid w:val="001062B1"/>
    <w:rsid w:val="0015074B"/>
    <w:rsid w:val="00160FF8"/>
    <w:rsid w:val="0019003B"/>
    <w:rsid w:val="001C1F25"/>
    <w:rsid w:val="001C5ADB"/>
    <w:rsid w:val="001E252A"/>
    <w:rsid w:val="00236334"/>
    <w:rsid w:val="00283DD6"/>
    <w:rsid w:val="0029639D"/>
    <w:rsid w:val="00311F23"/>
    <w:rsid w:val="00326F90"/>
    <w:rsid w:val="00355F53"/>
    <w:rsid w:val="0036163C"/>
    <w:rsid w:val="003A04A4"/>
    <w:rsid w:val="003A0809"/>
    <w:rsid w:val="003C45D6"/>
    <w:rsid w:val="004464DE"/>
    <w:rsid w:val="00492254"/>
    <w:rsid w:val="004C68A2"/>
    <w:rsid w:val="0051643F"/>
    <w:rsid w:val="00552288"/>
    <w:rsid w:val="0057150F"/>
    <w:rsid w:val="005851C3"/>
    <w:rsid w:val="005B6118"/>
    <w:rsid w:val="00667926"/>
    <w:rsid w:val="00686094"/>
    <w:rsid w:val="006A57A6"/>
    <w:rsid w:val="007F6E8E"/>
    <w:rsid w:val="008109AE"/>
    <w:rsid w:val="0081198F"/>
    <w:rsid w:val="0081386D"/>
    <w:rsid w:val="008178AF"/>
    <w:rsid w:val="008262BD"/>
    <w:rsid w:val="008462C6"/>
    <w:rsid w:val="00881843"/>
    <w:rsid w:val="008A1317"/>
    <w:rsid w:val="008E7715"/>
    <w:rsid w:val="009555C3"/>
    <w:rsid w:val="00990303"/>
    <w:rsid w:val="009A371C"/>
    <w:rsid w:val="009A50D0"/>
    <w:rsid w:val="009C151A"/>
    <w:rsid w:val="009D4F03"/>
    <w:rsid w:val="00A65963"/>
    <w:rsid w:val="00A77728"/>
    <w:rsid w:val="00A95981"/>
    <w:rsid w:val="00A96DFA"/>
    <w:rsid w:val="00AA1D8D"/>
    <w:rsid w:val="00B2111B"/>
    <w:rsid w:val="00B46D8E"/>
    <w:rsid w:val="00B47730"/>
    <w:rsid w:val="00B507FB"/>
    <w:rsid w:val="00B537A5"/>
    <w:rsid w:val="00B9137A"/>
    <w:rsid w:val="00BD198F"/>
    <w:rsid w:val="00BF1257"/>
    <w:rsid w:val="00BF2B37"/>
    <w:rsid w:val="00BF7FF8"/>
    <w:rsid w:val="00C053AA"/>
    <w:rsid w:val="00C93B73"/>
    <w:rsid w:val="00CB0664"/>
    <w:rsid w:val="00CE1B5B"/>
    <w:rsid w:val="00CF5AD8"/>
    <w:rsid w:val="00D24339"/>
    <w:rsid w:val="00D4345F"/>
    <w:rsid w:val="00D54598"/>
    <w:rsid w:val="00D8645E"/>
    <w:rsid w:val="00DA2D04"/>
    <w:rsid w:val="00DD0962"/>
    <w:rsid w:val="00DF0635"/>
    <w:rsid w:val="00DF25D7"/>
    <w:rsid w:val="00E33E8C"/>
    <w:rsid w:val="00E83D37"/>
    <w:rsid w:val="00E9053F"/>
    <w:rsid w:val="00F14086"/>
    <w:rsid w:val="00F20066"/>
    <w:rsid w:val="00F61F27"/>
    <w:rsid w:val="00F65EF6"/>
    <w:rsid w:val="00F75BEF"/>
    <w:rsid w:val="00FC693F"/>
    <w:rsid w:val="00FC7CDC"/>
    <w:rsid w:val="00FD2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03BE87C"/>
  <w14:defaultImageDpi w14:val="300"/>
  <w15:docId w15:val="{E35778A5-691C-4856-9151-C5E9E2B62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A65963"/>
    <w:pPr>
      <w:keepNext/>
      <w:keepLines/>
      <w:pageBreakBefore/>
      <w:spacing w:after="0"/>
      <w:outlineLvl w:val="0"/>
    </w:pPr>
    <w:rPr>
      <w:rFonts w:asciiTheme="majorHAnsi" w:eastAsiaTheme="majorEastAsia" w:hAnsiTheme="majorHAnsi" w:cstheme="majorBidi"/>
      <w:b/>
      <w:bCs/>
      <w:color w:val="000000"/>
      <w:sz w:val="32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A65963"/>
    <w:rPr>
      <w:rFonts w:asciiTheme="majorHAnsi" w:eastAsiaTheme="majorEastAsia" w:hAnsiTheme="majorHAnsi" w:cstheme="majorBidi"/>
      <w:b/>
      <w:bCs/>
      <w:color w:val="000000"/>
      <w:sz w:val="32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14">
    <w:name w:val="Plain Table 1"/>
    <w:basedOn w:val="a3"/>
    <w:uiPriority w:val="99"/>
    <w:rsid w:val="008E77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pPr>
        <w:jc w:val="center"/>
      </w:pPr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pPr>
        <w:jc w:val="right"/>
      </w:pPr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001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1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D6A8253-FE6A-4D84-8F7C-1F5B76F005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691</TotalTime>
  <Pages>38</Pages>
  <Words>7568</Words>
  <Characters>43138</Characters>
  <Application>Microsoft Office Word</Application>
  <DocSecurity>0</DocSecurity>
  <Lines>359</Lines>
  <Paragraphs>101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50605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Владимир Шубинкин</cp:lastModifiedBy>
  <cp:revision>58</cp:revision>
  <dcterms:created xsi:type="dcterms:W3CDTF">2021-02-18T07:45:00Z</dcterms:created>
  <dcterms:modified xsi:type="dcterms:W3CDTF">2021-02-23T13:38:00Z</dcterms:modified>
  <cp:category/>
</cp:coreProperties>
</file>