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0"/>
        <w:tblpPr w:leftFromText="180" w:rightFromText="180" w:vertAnchor="text" w:horzAnchor="margin" w:tblpXSpec="center" w:tblpY="75"/>
        <w:tblW w:w="13118" w:type="dxa"/>
        <w:tblLook w:val="04A0" w:firstRow="1" w:lastRow="0" w:firstColumn="1" w:lastColumn="0" w:noHBand="0" w:noVBand="1"/>
      </w:tblPr>
      <w:tblGrid>
        <w:gridCol w:w="2518"/>
        <w:gridCol w:w="6946"/>
        <w:gridCol w:w="3654"/>
      </w:tblGrid>
      <w:tr w:rsidR="0030228A" w:rsidRPr="005934B5" w:rsidTr="0030228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30228A" w:rsidRDefault="0030228A" w:rsidP="0030228A">
            <w:pPr>
              <w:autoSpaceDE w:val="0"/>
              <w:autoSpaceDN w:val="0"/>
              <w:spacing w:line="360" w:lineRule="auto"/>
              <w:ind w:right="-62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30228A" w:rsidRPr="0030228A" w:rsidRDefault="0030228A" w:rsidP="0030228A">
            <w:pPr>
              <w:autoSpaceDE w:val="0"/>
              <w:autoSpaceDN w:val="0"/>
              <w:spacing w:line="360" w:lineRule="auto"/>
              <w:ind w:left="317" w:right="-62" w:hanging="31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2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Министерство образования Республики Татарстан</w:t>
            </w:r>
          </w:p>
          <w:p w:rsidR="0030228A" w:rsidRPr="0030228A" w:rsidRDefault="0030228A" w:rsidP="0030228A">
            <w:pPr>
              <w:autoSpaceDE w:val="0"/>
              <w:autoSpaceDN w:val="0"/>
              <w:ind w:left="317" w:right="-194" w:hanging="31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Тукаевский муниципальный район</w:t>
            </w:r>
          </w:p>
          <w:p w:rsidR="0030228A" w:rsidRDefault="0030228A" w:rsidP="0030228A">
            <w:pPr>
              <w:autoSpaceDE w:val="0"/>
              <w:autoSpaceDN w:val="0"/>
              <w:spacing w:line="360" w:lineRule="auto"/>
              <w:ind w:left="317" w:right="-29" w:hanging="31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2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Муниципально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е бюджетное общеобразовательное </w:t>
            </w:r>
            <w:r w:rsidRPr="00302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учреждение»</w:t>
            </w:r>
          </w:p>
          <w:p w:rsidR="0030228A" w:rsidRPr="0030228A" w:rsidRDefault="0030228A" w:rsidP="0030228A">
            <w:pPr>
              <w:autoSpaceDE w:val="0"/>
              <w:autoSpaceDN w:val="0"/>
              <w:spacing w:line="360" w:lineRule="auto"/>
              <w:ind w:left="317" w:right="-81" w:hanging="31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Князевская средняя общеобразовательная </w:t>
            </w:r>
            <w:r w:rsidRPr="00302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школа 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Pr="00302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углубленным изучением отдельных предметов»</w:t>
            </w:r>
          </w:p>
          <w:p w:rsidR="0030228A" w:rsidRDefault="0030228A" w:rsidP="0030228A">
            <w:pPr>
              <w:autoSpaceDE w:val="0"/>
              <w:autoSpaceDN w:val="0"/>
              <w:spacing w:line="360" w:lineRule="auto"/>
              <w:ind w:left="317" w:right="-62" w:hanging="317"/>
              <w:rPr>
                <w:sz w:val="24"/>
                <w:szCs w:val="24"/>
                <w:lang w:val="ru-RU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30228A" w:rsidRDefault="0030228A" w:rsidP="0030228A">
            <w:pPr>
              <w:autoSpaceDE w:val="0"/>
              <w:autoSpaceDN w:val="0"/>
              <w:spacing w:line="360" w:lineRule="auto"/>
              <w:ind w:right="-62"/>
              <w:rPr>
                <w:sz w:val="24"/>
                <w:szCs w:val="24"/>
                <w:lang w:val="ru-RU"/>
              </w:rPr>
            </w:pPr>
          </w:p>
        </w:tc>
      </w:tr>
    </w:tbl>
    <w:p w:rsidR="00090FAA" w:rsidRPr="00567539" w:rsidRDefault="00090FAA">
      <w:pPr>
        <w:autoSpaceDE w:val="0"/>
        <w:autoSpaceDN w:val="0"/>
        <w:spacing w:after="78" w:line="220" w:lineRule="exact"/>
        <w:rPr>
          <w:lang w:val="ru-RU"/>
        </w:rPr>
      </w:pPr>
    </w:p>
    <w:p w:rsidR="0004707C" w:rsidRPr="0030228A" w:rsidRDefault="0030228A" w:rsidP="0030228A">
      <w:pPr>
        <w:autoSpaceDE w:val="0"/>
        <w:autoSpaceDN w:val="0"/>
        <w:spacing w:after="0" w:line="360" w:lineRule="auto"/>
        <w:ind w:right="-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</w:t>
      </w:r>
    </w:p>
    <w:p w:rsidR="0004707C" w:rsidRPr="0004707C" w:rsidRDefault="0004707C" w:rsidP="0004707C">
      <w:pPr>
        <w:autoSpaceDE w:val="0"/>
        <w:autoSpaceDN w:val="0"/>
        <w:spacing w:after="0" w:line="360" w:lineRule="auto"/>
        <w:ind w:right="3316"/>
        <w:jc w:val="center"/>
        <w:rPr>
          <w:sz w:val="28"/>
          <w:szCs w:val="28"/>
          <w:lang w:val="ru-RU"/>
        </w:rPr>
      </w:pPr>
    </w:p>
    <w:tbl>
      <w:tblPr>
        <w:tblW w:w="10914" w:type="dxa"/>
        <w:tblLayout w:type="fixed"/>
        <w:tblLook w:val="04A0" w:firstRow="1" w:lastRow="0" w:firstColumn="1" w:lastColumn="0" w:noHBand="0" w:noVBand="1"/>
      </w:tblPr>
      <w:tblGrid>
        <w:gridCol w:w="3402"/>
        <w:gridCol w:w="3685"/>
        <w:gridCol w:w="42"/>
        <w:gridCol w:w="3785"/>
      </w:tblGrid>
      <w:tr w:rsidR="00090FAA" w:rsidRPr="0004707C" w:rsidTr="00950365">
        <w:trPr>
          <w:trHeight w:hRule="exact" w:val="389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090FAA" w:rsidRPr="0004707C" w:rsidRDefault="0004707C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РАССМОТРЕНО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</w:tcPr>
          <w:p w:rsidR="00090FAA" w:rsidRPr="0004707C" w:rsidRDefault="0004707C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СОГЛАСОВАНО</w:t>
            </w:r>
          </w:p>
        </w:tc>
        <w:tc>
          <w:tcPr>
            <w:tcW w:w="3827" w:type="dxa"/>
            <w:gridSpan w:val="2"/>
            <w:tcMar>
              <w:left w:w="0" w:type="dxa"/>
              <w:right w:w="0" w:type="dxa"/>
            </w:tcMar>
          </w:tcPr>
          <w:p w:rsidR="00090FAA" w:rsidRPr="0004707C" w:rsidRDefault="0004707C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УТВЕРЖДЕНО</w:t>
            </w:r>
          </w:p>
        </w:tc>
      </w:tr>
      <w:tr w:rsidR="00090FAA" w:rsidRPr="0004707C" w:rsidTr="00950365">
        <w:trPr>
          <w:trHeight w:hRule="exact" w:val="73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090FAA" w:rsidRPr="0004707C" w:rsidRDefault="00395642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Н</w:t>
            </w:r>
            <w:r w:rsidR="0004707C"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 xml:space="preserve"> </w:t>
            </w:r>
            <w:r w:rsidR="0004707C"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заседании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 xml:space="preserve"> </w:t>
            </w:r>
            <w:r w:rsidR="0004707C"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педагогического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 xml:space="preserve"> </w:t>
            </w:r>
            <w:r w:rsidR="0004707C"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совета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</w:tcPr>
          <w:p w:rsidR="00090FAA" w:rsidRPr="0004707C" w:rsidRDefault="0004707C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Заместитель директора по УВР</w:t>
            </w:r>
          </w:p>
        </w:tc>
        <w:tc>
          <w:tcPr>
            <w:tcW w:w="3827" w:type="dxa"/>
            <w:gridSpan w:val="2"/>
            <w:tcMar>
              <w:left w:w="0" w:type="dxa"/>
              <w:right w:w="0" w:type="dxa"/>
            </w:tcMar>
          </w:tcPr>
          <w:p w:rsidR="00090FAA" w:rsidRPr="0004707C" w:rsidRDefault="0004707C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Директор</w:t>
            </w:r>
          </w:p>
        </w:tc>
      </w:tr>
      <w:tr w:rsidR="00090FAA" w:rsidRPr="0004707C" w:rsidTr="00950365">
        <w:trPr>
          <w:trHeight w:hRule="exact" w:val="358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090FAA" w:rsidRPr="0004707C" w:rsidRDefault="00090FAA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  <w:lang w:val="ru-RU"/>
              </w:rPr>
            </w:pPr>
          </w:p>
        </w:tc>
        <w:tc>
          <w:tcPr>
            <w:tcW w:w="3727" w:type="dxa"/>
            <w:gridSpan w:val="2"/>
            <w:tcMar>
              <w:left w:w="0" w:type="dxa"/>
              <w:right w:w="0" w:type="dxa"/>
            </w:tcMar>
          </w:tcPr>
          <w:p w:rsidR="00090FAA" w:rsidRPr="00395642" w:rsidRDefault="0004707C" w:rsidP="00395642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  <w:lang w:val="ru-RU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______________</w:t>
            </w:r>
            <w:r w:rsidR="00395642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>Л.М.Ерхова</w:t>
            </w:r>
          </w:p>
        </w:tc>
        <w:tc>
          <w:tcPr>
            <w:tcW w:w="3785" w:type="dxa"/>
            <w:tcMar>
              <w:left w:w="0" w:type="dxa"/>
              <w:right w:w="0" w:type="dxa"/>
            </w:tcMar>
          </w:tcPr>
          <w:p w:rsidR="00090FAA" w:rsidRPr="00395642" w:rsidRDefault="0004707C" w:rsidP="00395642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  <w:lang w:val="ru-RU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______________</w:t>
            </w:r>
            <w:r w:rsidR="00395642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>Е.И.Крупнова</w:t>
            </w:r>
          </w:p>
        </w:tc>
      </w:tr>
      <w:tr w:rsidR="00090FAA" w:rsidRPr="0004707C" w:rsidTr="00950365">
        <w:trPr>
          <w:trHeight w:hRule="exact" w:val="42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090FAA" w:rsidRPr="0004707C" w:rsidRDefault="0004707C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  <w:lang w:val="ru-RU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Протокол №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 xml:space="preserve"> ____</w:t>
            </w:r>
          </w:p>
        </w:tc>
        <w:tc>
          <w:tcPr>
            <w:tcW w:w="3727" w:type="dxa"/>
            <w:gridSpan w:val="2"/>
            <w:tcMar>
              <w:left w:w="0" w:type="dxa"/>
              <w:right w:w="0" w:type="dxa"/>
            </w:tcMar>
          </w:tcPr>
          <w:p w:rsidR="00090FAA" w:rsidRPr="0004707C" w:rsidRDefault="00090FAA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</w:rPr>
            </w:pPr>
          </w:p>
        </w:tc>
        <w:tc>
          <w:tcPr>
            <w:tcW w:w="3785" w:type="dxa"/>
            <w:tcMar>
              <w:left w:w="0" w:type="dxa"/>
              <w:right w:w="0" w:type="dxa"/>
            </w:tcMar>
          </w:tcPr>
          <w:p w:rsidR="00090FAA" w:rsidRPr="0004707C" w:rsidRDefault="0004707C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  <w:lang w:val="ru-RU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Приказ №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 xml:space="preserve"> _____</w:t>
            </w:r>
          </w:p>
        </w:tc>
      </w:tr>
      <w:tr w:rsidR="00090FAA" w:rsidRPr="0004707C" w:rsidTr="00950365">
        <w:trPr>
          <w:trHeight w:hRule="exact" w:val="819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090FAA" w:rsidRPr="0004707C" w:rsidRDefault="0004707C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от "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>__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"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>____________ 2022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 xml:space="preserve"> г.</w:t>
            </w:r>
          </w:p>
        </w:tc>
        <w:tc>
          <w:tcPr>
            <w:tcW w:w="3727" w:type="dxa"/>
            <w:gridSpan w:val="2"/>
            <w:tcMar>
              <w:left w:w="0" w:type="dxa"/>
              <w:right w:w="0" w:type="dxa"/>
            </w:tcMar>
          </w:tcPr>
          <w:p w:rsidR="00090FAA" w:rsidRPr="0004707C" w:rsidRDefault="0004707C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от "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>___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"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>_____________ 2022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 xml:space="preserve"> г.</w:t>
            </w:r>
          </w:p>
        </w:tc>
        <w:tc>
          <w:tcPr>
            <w:tcW w:w="3785" w:type="dxa"/>
            <w:tcMar>
              <w:left w:w="0" w:type="dxa"/>
              <w:right w:w="0" w:type="dxa"/>
            </w:tcMar>
          </w:tcPr>
          <w:p w:rsidR="00090FAA" w:rsidRPr="0004707C" w:rsidRDefault="0004707C" w:rsidP="0004707C">
            <w:pPr>
              <w:autoSpaceDE w:val="0"/>
              <w:autoSpaceDN w:val="0"/>
              <w:spacing w:after="0" w:line="240" w:lineRule="auto"/>
              <w:ind w:left="142" w:right="147"/>
              <w:rPr>
                <w:sz w:val="24"/>
                <w:szCs w:val="28"/>
              </w:rPr>
            </w:pP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от "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>___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>"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  <w:lang w:val="ru-RU"/>
              </w:rPr>
              <w:t>_____________ 2022</w:t>
            </w:r>
            <w:r w:rsidRPr="0004707C">
              <w:rPr>
                <w:rFonts w:ascii="Times New Roman" w:eastAsia="Times New Roman" w:hAnsi="Times New Roman"/>
                <w:color w:val="000000"/>
                <w:w w:val="102"/>
                <w:sz w:val="24"/>
                <w:szCs w:val="28"/>
              </w:rPr>
              <w:t xml:space="preserve"> г.</w:t>
            </w:r>
          </w:p>
        </w:tc>
      </w:tr>
    </w:tbl>
    <w:p w:rsidR="0004707C" w:rsidRDefault="0004707C" w:rsidP="0004707C">
      <w:pPr>
        <w:autoSpaceDE w:val="0"/>
        <w:autoSpaceDN w:val="0"/>
        <w:spacing w:after="0" w:line="360" w:lineRule="auto"/>
        <w:ind w:right="8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04707C" w:rsidRDefault="0004707C" w:rsidP="0004707C">
      <w:pPr>
        <w:autoSpaceDE w:val="0"/>
        <w:autoSpaceDN w:val="0"/>
        <w:spacing w:after="0" w:line="360" w:lineRule="auto"/>
        <w:ind w:right="8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04707C" w:rsidRDefault="0004707C" w:rsidP="0004707C">
      <w:pPr>
        <w:autoSpaceDE w:val="0"/>
        <w:autoSpaceDN w:val="0"/>
        <w:spacing w:after="0" w:line="360" w:lineRule="auto"/>
        <w:ind w:right="8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090FAA" w:rsidRPr="0004707C" w:rsidRDefault="0004707C" w:rsidP="0004707C">
      <w:pPr>
        <w:autoSpaceDE w:val="0"/>
        <w:autoSpaceDN w:val="0"/>
        <w:spacing w:after="0" w:line="360" w:lineRule="auto"/>
        <w:ind w:right="80"/>
        <w:jc w:val="center"/>
        <w:rPr>
          <w:sz w:val="28"/>
          <w:szCs w:val="28"/>
          <w:lang w:val="ru-RU"/>
        </w:rPr>
      </w:pPr>
      <w:r w:rsidRPr="0004707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РАБОЧАЯ ПРОГРАММА </w:t>
      </w:r>
      <w:r w:rsidRPr="0004707C">
        <w:rPr>
          <w:sz w:val="28"/>
          <w:szCs w:val="28"/>
          <w:lang w:val="ru-RU"/>
        </w:rPr>
        <w:br/>
      </w:r>
      <w:r w:rsidRPr="0004707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(</w:t>
      </w:r>
      <w:r w:rsidRPr="0004707C">
        <w:rPr>
          <w:rFonts w:ascii="Times New Roman" w:eastAsia="Times New Roman" w:hAnsi="Times New Roman"/>
          <w:b/>
          <w:color w:val="000000"/>
          <w:sz w:val="28"/>
          <w:szCs w:val="28"/>
        </w:rPr>
        <w:t>ID</w:t>
      </w:r>
      <w:r w:rsidRPr="0004707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="0039564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4608</w:t>
      </w:r>
      <w:r w:rsidR="004A7F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615</w:t>
      </w:r>
      <w:r w:rsidRPr="0004707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)</w:t>
      </w:r>
    </w:p>
    <w:p w:rsidR="00090FAA" w:rsidRPr="0004707C" w:rsidRDefault="0004707C" w:rsidP="0004707C">
      <w:pPr>
        <w:autoSpaceDE w:val="0"/>
        <w:autoSpaceDN w:val="0"/>
        <w:spacing w:after="0" w:line="360" w:lineRule="auto"/>
        <w:ind w:right="80"/>
        <w:jc w:val="center"/>
        <w:rPr>
          <w:sz w:val="28"/>
          <w:szCs w:val="28"/>
          <w:lang w:val="ru-RU"/>
        </w:rPr>
      </w:pPr>
      <w:r w:rsidRPr="0004707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учебного предмета«Технология»</w:t>
      </w:r>
    </w:p>
    <w:p w:rsidR="00090FAA" w:rsidRPr="0004707C" w:rsidRDefault="0004707C" w:rsidP="0004707C">
      <w:pPr>
        <w:autoSpaceDE w:val="0"/>
        <w:autoSpaceDN w:val="0"/>
        <w:spacing w:after="0" w:line="360" w:lineRule="auto"/>
        <w:ind w:right="80"/>
        <w:jc w:val="center"/>
        <w:rPr>
          <w:sz w:val="28"/>
          <w:szCs w:val="28"/>
          <w:lang w:val="ru-RU"/>
        </w:rPr>
      </w:pPr>
      <w:r w:rsidRPr="0004707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для 5 класса основного общего образования </w:t>
      </w:r>
      <w:r w:rsidRPr="0004707C">
        <w:rPr>
          <w:sz w:val="28"/>
          <w:szCs w:val="28"/>
          <w:lang w:val="ru-RU"/>
        </w:rPr>
        <w:br/>
      </w:r>
      <w:r w:rsidRPr="0004707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 2022-2023  учебный год</w:t>
      </w:r>
    </w:p>
    <w:p w:rsidR="0004707C" w:rsidRDefault="0004707C" w:rsidP="0004707C">
      <w:pPr>
        <w:autoSpaceDE w:val="0"/>
        <w:autoSpaceDN w:val="0"/>
        <w:spacing w:after="0" w:line="360" w:lineRule="auto"/>
        <w:ind w:left="8222" w:hanging="2976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04707C" w:rsidRDefault="0004707C" w:rsidP="0004707C">
      <w:pPr>
        <w:autoSpaceDE w:val="0"/>
        <w:autoSpaceDN w:val="0"/>
        <w:spacing w:after="0" w:line="360" w:lineRule="auto"/>
        <w:ind w:left="8222" w:hanging="2976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04707C" w:rsidRDefault="0004707C" w:rsidP="0004707C">
      <w:pPr>
        <w:autoSpaceDE w:val="0"/>
        <w:autoSpaceDN w:val="0"/>
        <w:spacing w:after="0" w:line="360" w:lineRule="auto"/>
        <w:ind w:left="8222" w:hanging="2976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090FAA" w:rsidRPr="0004707C" w:rsidRDefault="0004707C" w:rsidP="0004707C">
      <w:pPr>
        <w:autoSpaceDE w:val="0"/>
        <w:autoSpaceDN w:val="0"/>
        <w:spacing w:after="0" w:line="360" w:lineRule="auto"/>
        <w:ind w:left="4678" w:hanging="567"/>
        <w:jc w:val="right"/>
        <w:rPr>
          <w:sz w:val="28"/>
          <w:szCs w:val="28"/>
          <w:lang w:val="ru-RU"/>
        </w:rPr>
      </w:pPr>
      <w:r w:rsidRPr="0004707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Составитель: </w:t>
      </w:r>
      <w:r w:rsidR="0039564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Харматуллина Л.Ф.</w:t>
      </w:r>
      <w:r w:rsidRPr="0004707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04707C">
        <w:rPr>
          <w:sz w:val="28"/>
          <w:szCs w:val="28"/>
          <w:lang w:val="ru-RU"/>
        </w:rPr>
        <w:br/>
      </w:r>
      <w:r w:rsidRPr="0004707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учитель технологии</w:t>
      </w:r>
    </w:p>
    <w:p w:rsidR="0004707C" w:rsidRDefault="0004707C" w:rsidP="0004707C">
      <w:pPr>
        <w:autoSpaceDE w:val="0"/>
        <w:autoSpaceDN w:val="0"/>
        <w:spacing w:after="0" w:line="360" w:lineRule="auto"/>
        <w:ind w:right="4044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04707C" w:rsidRDefault="0004707C" w:rsidP="0004707C">
      <w:pPr>
        <w:autoSpaceDE w:val="0"/>
        <w:autoSpaceDN w:val="0"/>
        <w:spacing w:after="0" w:line="360" w:lineRule="auto"/>
        <w:ind w:right="4044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04707C" w:rsidRDefault="0004707C" w:rsidP="0004707C">
      <w:pPr>
        <w:autoSpaceDE w:val="0"/>
        <w:autoSpaceDN w:val="0"/>
        <w:spacing w:after="0" w:line="360" w:lineRule="auto"/>
        <w:ind w:right="4044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04707C" w:rsidRDefault="0004707C" w:rsidP="0004707C">
      <w:pPr>
        <w:autoSpaceDE w:val="0"/>
        <w:autoSpaceDN w:val="0"/>
        <w:spacing w:after="0" w:line="360" w:lineRule="auto"/>
        <w:ind w:right="4044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04707C" w:rsidRDefault="0004707C" w:rsidP="0004707C">
      <w:pPr>
        <w:autoSpaceDE w:val="0"/>
        <w:autoSpaceDN w:val="0"/>
        <w:spacing w:after="0" w:line="360" w:lineRule="auto"/>
        <w:ind w:right="4044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491CD7" w:rsidRDefault="00395642" w:rsidP="0004707C">
      <w:pPr>
        <w:tabs>
          <w:tab w:val="left" w:pos="10206"/>
        </w:tabs>
        <w:autoSpaceDE w:val="0"/>
        <w:autoSpaceDN w:val="0"/>
        <w:spacing w:after="0" w:line="360" w:lineRule="auto"/>
        <w:ind w:right="-62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п. Татарстан</w:t>
      </w:r>
    </w:p>
    <w:p w:rsidR="00090FAA" w:rsidRPr="0004707C" w:rsidRDefault="0004707C" w:rsidP="0004707C">
      <w:pPr>
        <w:tabs>
          <w:tab w:val="left" w:pos="10206"/>
        </w:tabs>
        <w:autoSpaceDE w:val="0"/>
        <w:autoSpaceDN w:val="0"/>
        <w:spacing w:after="0" w:line="360" w:lineRule="auto"/>
        <w:ind w:right="-62"/>
        <w:jc w:val="center"/>
        <w:rPr>
          <w:sz w:val="28"/>
          <w:szCs w:val="28"/>
          <w:lang w:val="ru-RU"/>
        </w:rPr>
      </w:pPr>
      <w:r w:rsidRPr="0004707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2022</w:t>
      </w:r>
    </w:p>
    <w:p w:rsidR="00090FAA" w:rsidRPr="0004707C" w:rsidRDefault="00090FAA" w:rsidP="0004707C">
      <w:pPr>
        <w:spacing w:after="0" w:line="360" w:lineRule="auto"/>
        <w:jc w:val="center"/>
        <w:rPr>
          <w:sz w:val="28"/>
          <w:szCs w:val="28"/>
          <w:lang w:val="ru-RU"/>
        </w:rPr>
        <w:sectPr w:rsidR="00090FAA" w:rsidRPr="0004707C" w:rsidSect="0030228A">
          <w:footerReference w:type="default" r:id="rId8"/>
          <w:pgSz w:w="11900" w:h="16840"/>
          <w:pgMar w:top="298" w:right="418" w:bottom="402" w:left="738" w:header="720" w:footer="720" w:gutter="0"/>
          <w:cols w:space="720" w:equalWidth="0">
            <w:col w:w="10744" w:space="0"/>
          </w:cols>
          <w:titlePg/>
          <w:docGrid w:linePitch="360"/>
        </w:sectPr>
      </w:pPr>
    </w:p>
    <w:p w:rsidR="00090FAA" w:rsidRPr="005E6FEB" w:rsidRDefault="00090FAA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right="-16"/>
        <w:rPr>
          <w:rFonts w:ascii="Times New Roman" w:hAnsi="Times New Roman" w:cs="Times New Roman"/>
          <w:sz w:val="24"/>
          <w:szCs w:val="24"/>
          <w:lang w:val="ru-RU"/>
        </w:rPr>
      </w:pPr>
    </w:p>
    <w:p w:rsidR="00090FAA" w:rsidRPr="005E6FEB" w:rsidRDefault="0004707C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090FAA" w:rsidRPr="005E6FEB" w:rsidRDefault="0004707C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НАУЧНЫЙ, ОБШЕКУЛЬТУРНЫЙ И ОБРАЗОВАТЕЛЬНЫЙ КОНТЕНТ ТЕХНОЛОГИИ</w:t>
      </w:r>
    </w:p>
    <w:p w:rsidR="00090FAA" w:rsidRPr="005E6FEB" w:rsidRDefault="0004707C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:rsidR="00090FAA" w:rsidRPr="005E6FEB" w:rsidRDefault="009A5BFD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090FAA" w:rsidRPr="005E6FEB" w:rsidRDefault="009A5BFD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Стержнем названной концепции является технология как логическое развитие «метода» в следующих аспектах: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 </w:t>
      </w:r>
    </w:p>
    <w:p w:rsidR="00090FAA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:rsidR="00090FAA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090FAA" w:rsidRPr="005E6FEB" w:rsidRDefault="009A5BFD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ХХ веке сущность технологии была осмыслена в различных плоскостях: 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общества;исследованы социальные аспекты технологии.</w:t>
      </w:r>
    </w:p>
    <w:p w:rsidR="00090FAA" w:rsidRPr="005E6FEB" w:rsidRDefault="009A5BFD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 — в ней важнейшую роль стал играть информационный фактор.</w:t>
      </w:r>
    </w:p>
    <w:p w:rsidR="00090FAA" w:rsidRPr="005E6FEB" w:rsidRDefault="009A5BFD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:rsidR="008F62AF" w:rsidRPr="005E6FEB" w:rsidRDefault="008F62AF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90FAA" w:rsidRPr="005E6FEB" w:rsidRDefault="009A5BFD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ЦЕЛИ И ЗАДАЧИ ИЗУЧЕНИЯ ПРЕДМЕТНОЙ ОБЛАСТИ «ТЕХНОЛОГИЯ» В ОСНОВНОМ ОБЩЕМ ОБРАЗОВАНИИ</w:t>
      </w:r>
    </w:p>
    <w:p w:rsidR="008F62AF" w:rsidRPr="005E6FEB" w:rsidRDefault="008F62AF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0FAA" w:rsidRPr="005E6FEB" w:rsidRDefault="009A5BFD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целью </w:t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освоения предметной области «Технология» является формированиетехнологической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Задачами </w:t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курса технологии являются: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навыка использования в трудовой деятельности цифровых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инструментов и программных сервисов, а также когнитивных инструментов и технологий; </w:t>
      </w:r>
    </w:p>
    <w:p w:rsidR="00090FAA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90FAA" w:rsidRPr="005E6FEB" w:rsidRDefault="009A5BFD" w:rsidP="00AC6BB8">
      <w:pPr>
        <w:tabs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Важно подчеркнуть, что именно в технологии реализуются все аспекты фундаментальной для образования категории «знания», а именно: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понятийное знание, которое складывается из набора понятий, характеризующих данную предметную область;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алгоритмическое (технологическое) знание — знание методов, технологий, приводящих к желаемому результату при соблюдении определённых условий;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предметное знание, складывающееся из знания и понимания сути законов и закономерностей, применяемых в той или иной предметной области; </w:t>
      </w:r>
    </w:p>
    <w:p w:rsidR="00090FAA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методологическое знание — знание общих закономерностей изучаемых явлений и процессов.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Как и всякий общеобразовательный предмет, «Технология» отражает наиболее значимые аспекты действительности, которые состоят в следующем: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технологизация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уровень представления;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уровень пользователя;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когнитивно-продуктивный уровень (создание технологий); 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практически вся современная профессиональная деятельность, включая ручной труд,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с применением информационных и цифровых технологий, формирование навыковиспользования этих технологий при изготовлении изделий становится важной задачей в курсе технологии; </w:t>
      </w:r>
    </w:p>
    <w:p w:rsidR="00090FAA" w:rsidRPr="005E6FEB" w:rsidRDefault="009A5BFD" w:rsidP="00AC6BB8">
      <w:pPr>
        <w:tabs>
          <w:tab w:val="left" w:pos="180"/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241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—информационно-когнитивных, нацеленных на освоение учащимися знаний, на развитии умения учиться.</w:t>
      </w:r>
    </w:p>
    <w:p w:rsidR="008F62AF" w:rsidRPr="005E6FEB" w:rsidRDefault="008F62AF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F62AF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«ТЕХНОЛОГИЯ»</w:t>
      </w:r>
    </w:p>
    <w:p w:rsidR="008F62AF" w:rsidRPr="005E6FEB" w:rsidRDefault="008F62AF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0FAA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когнитивно-продуктивного уровня освоения технологий.</w:t>
      </w:r>
    </w:p>
    <w:p w:rsidR="00090FAA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Современный курс технологии построен по модульному принципу.</w:t>
      </w:r>
    </w:p>
    <w:p w:rsidR="00090FAA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Модульность 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Модуль «Производство и технология»</w:t>
      </w:r>
    </w:p>
    <w:p w:rsidR="00090FAA" w:rsidRPr="005E6FEB" w:rsidRDefault="009A5BFD" w:rsidP="00AC6BB8">
      <w:pPr>
        <w:tabs>
          <w:tab w:val="left" w:pos="180"/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осуществляется на протяжении всего курса «Технология» с 5 по 9 класс. Содержание модуля построено по«восходящему» принципу: от умений реализации имеющихся технологий к их оценке и 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090FAA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4-й промышленной революции.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090FAA" w:rsidRPr="005E6FEB" w:rsidRDefault="009A5BFD" w:rsidP="00AC6BB8">
      <w:pPr>
        <w:tabs>
          <w:tab w:val="left" w:pos="180"/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данном модуле на конкретных примерах показана реализация общих положений,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8F62AF" w:rsidRPr="005E6FEB" w:rsidRDefault="009A5BFD" w:rsidP="00AC6BB8">
      <w:pPr>
        <w:tabs>
          <w:tab w:val="left" w:pos="180"/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Модуль «Робототехника»</w:t>
      </w:r>
    </w:p>
    <w:p w:rsidR="00090FAA" w:rsidRPr="005E6FEB" w:rsidRDefault="009A5BFD" w:rsidP="00AC6BB8">
      <w:pPr>
        <w:tabs>
          <w:tab w:val="left" w:pos="180"/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:rsidR="008F62AF" w:rsidRPr="005E6FEB" w:rsidRDefault="008F62AF" w:rsidP="00AC6BB8">
      <w:pPr>
        <w:tabs>
          <w:tab w:val="left" w:pos="180"/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90FAA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«ТЕХНОЛОГИЯ» В УЧЕБНОМ ПЛАНЕ</w:t>
      </w:r>
    </w:p>
    <w:p w:rsidR="008F62AF" w:rsidRPr="005E6FEB" w:rsidRDefault="008F62AF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90FAA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Учебный предмет "Технология" изучается в 5 классе два часа в неделе, общий объем составляет 68</w:t>
      </w:r>
      <w:r w:rsidR="005E6FEB"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часов</w:t>
      </w:r>
      <w:r w:rsidR="008F62AF"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90FAA" w:rsidRPr="005E6FEB" w:rsidRDefault="00090FAA" w:rsidP="00AC6BB8">
      <w:pPr>
        <w:tabs>
          <w:tab w:val="left" w:pos="9923"/>
          <w:tab w:val="left" w:pos="10348"/>
          <w:tab w:val="left" w:pos="10773"/>
        </w:tabs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090FAA" w:rsidRPr="005E6FEB" w:rsidSect="00AC6BB8">
          <w:pgSz w:w="11900" w:h="16840"/>
          <w:pgMar w:top="298" w:right="985" w:bottom="1440" w:left="666" w:header="720" w:footer="720" w:gutter="0"/>
          <w:cols w:space="720" w:equalWidth="0">
            <w:col w:w="10249" w:space="0"/>
          </w:cols>
          <w:docGrid w:linePitch="360"/>
        </w:sectPr>
      </w:pPr>
    </w:p>
    <w:p w:rsidR="00090FAA" w:rsidRPr="005E6FEB" w:rsidRDefault="00090FAA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90FAA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8F62AF" w:rsidRPr="005E6FEB" w:rsidRDefault="008F62AF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0FAA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8F62AF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5E6F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Модуль «Производство и технология»</w:t>
      </w:r>
    </w:p>
    <w:p w:rsidR="00090FAA" w:rsidRPr="005E6FEB" w:rsidRDefault="009A5BFD" w:rsidP="00AC6BB8">
      <w:pPr>
        <w:tabs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Раздел. Преобразовательная деятельность человека.</w:t>
      </w:r>
    </w:p>
    <w:p w:rsidR="00090FAA" w:rsidRPr="005E6FEB" w:rsidRDefault="009A5BFD" w:rsidP="00AC6BB8">
      <w:pPr>
        <w:tabs>
          <w:tab w:val="left" w:pos="180"/>
          <w:tab w:val="left" w:pos="9923"/>
          <w:tab w:val="left" w:pos="10348"/>
          <w:tab w:val="left" w:pos="10773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Раздел. Простейшие машины и механизмы.</w:t>
      </w:r>
    </w:p>
    <w:p w:rsidR="00090FAA" w:rsidRPr="005E6FEB" w:rsidRDefault="009A5BFD" w:rsidP="00AC6BB8">
      <w:pPr>
        <w:tabs>
          <w:tab w:val="left" w:pos="180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Двигатели машин. Виды двигателей. Передаточные механизмы. Виды и характеристики передаточных механизмов.</w:t>
      </w:r>
    </w:p>
    <w:p w:rsidR="00090FAA" w:rsidRPr="005E6FEB" w:rsidRDefault="009A5BFD" w:rsidP="00AC6BB8">
      <w:pPr>
        <w:tabs>
          <w:tab w:val="left" w:pos="180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:rsidR="008F62AF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5E6F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Модуль «Технология обработки материалов и пищевых продуктов»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Раздел. Структура технологии: от материала к изделию.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Основные элементы структуры технологии: действия, операции, этапы. Технологическая карта.</w:t>
      </w:r>
    </w:p>
    <w:p w:rsidR="00090FAA" w:rsidRPr="005E6FEB" w:rsidRDefault="009A5BFD" w:rsidP="00AC6BB8">
      <w:pPr>
        <w:tabs>
          <w:tab w:val="left" w:pos="180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Проектирование, моделирование, конструирование — основные составляющие технологии. Технологии и алгоритмы.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Раздел. Материалы и их свойства.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Бумага и её свойства. Различные изделия из бумаги. Потребность человека в бумаге.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Ткань и её свойства. Изделия из ткани. Виды тканей.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Древесина и её свойства. Древесные материалы и их применение. Изделия из древесины.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Потребность человечества в древесине. Сохранение лесов.</w:t>
      </w:r>
    </w:p>
    <w:p w:rsidR="00090FAA" w:rsidRPr="005E6FEB" w:rsidRDefault="009A5BFD" w:rsidP="00AC6BB8">
      <w:pPr>
        <w:tabs>
          <w:tab w:val="left" w:pos="180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Металлы и их свойства. Металлические части машин и механизмов. Тонколистовая сталь и проволока.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Пластические массы (пластмассы) и их свойства. Работа с пластмассами.</w:t>
      </w:r>
    </w:p>
    <w:p w:rsidR="00090FAA" w:rsidRPr="005E6FEB" w:rsidRDefault="009A5BFD" w:rsidP="00AC6BB8">
      <w:pPr>
        <w:tabs>
          <w:tab w:val="left" w:pos="180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Наноструктуры и их использование в различных технологиях. Природные и синтетические наноструктуры.</w:t>
      </w:r>
    </w:p>
    <w:p w:rsidR="00090FAA" w:rsidRPr="005E6FEB" w:rsidRDefault="009A5BFD" w:rsidP="00AC6BB8">
      <w:pPr>
        <w:tabs>
          <w:tab w:val="left" w:pos="180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Композиты и нанокомпозиты, их применение. Умные материалы и их применение. Аллотропные соединения углерода.</w:t>
      </w:r>
    </w:p>
    <w:p w:rsidR="00090FAA" w:rsidRPr="005E6FEB" w:rsidRDefault="009A5BFD" w:rsidP="00AC6BB8">
      <w:pPr>
        <w:tabs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Раздел. Основные ручные инструменты.</w:t>
      </w:r>
    </w:p>
    <w:p w:rsidR="00090FAA" w:rsidRPr="005E6FEB" w:rsidRDefault="009A5BFD" w:rsidP="00AC6BB8">
      <w:pPr>
        <w:tabs>
          <w:tab w:val="left" w:pos="180"/>
          <w:tab w:val="left" w:pos="10348"/>
          <w:tab w:val="left" w:pos="1049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Компьютерные инструменты.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Раздел. Трудовые действия как основные слагаемые технологии.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Измерение и счёт как универсальные трудовые действия. Точность и погрешность измерений.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Действия при работе с бумагой. Действия при работе с тканью. Действия при работе с древесиной. Действия при работе с тонколистовым металлом. Приготовление пищи.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Общность и различие действий с различными материалами и пищевыми продуктами.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</w:t>
      </w:r>
    </w:p>
    <w:p w:rsidR="008F62AF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5E6F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Модуль «Робототехника»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Раздел. Алгоритмы и исполнители. Роботы как исполнители.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Цели и способы их достижения. Планирование последовательности шагов, ведущих к достижениюцели. Понятие исполнителя. Управление исполнителем: непосредственное или согласно плану. Системы исполнителей. Общие представления о технологии. Алгоритмы и технологии.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Компьютерный исполнитель. Робот. Система команд исполнителя.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роботов на экране компьютера к роботам-механизмам.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Система команд механического робота. Управление механическим роботом.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Робототехнические комплексы и их возможности. Знакомство с составом робототехнического конструктора.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Раздел. Роботы: конструирование и управление.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Общее устройство робота. Механическая часть. Принцип программного управления.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Принципы работы датчиков в составе робототехнического набора, их параметры и применение. Принципы программирования роботов. Изучение интерфейса конкретного языка программирования, основные инструменты и команды программирования роботов.</w:t>
      </w:r>
    </w:p>
    <w:p w:rsidR="00090FAA" w:rsidRPr="005E6FEB" w:rsidRDefault="00090FAA" w:rsidP="008F62AF">
      <w:pPr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8F62AF" w:rsidRPr="005E6FEB" w:rsidRDefault="008F62AF" w:rsidP="008F62AF">
      <w:pPr>
        <w:autoSpaceDE w:val="0"/>
        <w:autoSpaceDN w:val="0"/>
        <w:spacing w:after="0" w:line="240" w:lineRule="auto"/>
        <w:ind w:left="426" w:right="-16" w:firstLine="42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F62AF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Патриотическое воспитание: 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Гражданское и духовно-нравственное воспитание: 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8F62AF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Эстетическое воспитание: </w:t>
      </w:r>
    </w:p>
    <w:p w:rsidR="008F62AF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материалов.</w:t>
      </w:r>
    </w:p>
    <w:p w:rsidR="008F62AF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Ценности научного познания и практической деятельности: 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сознание ценности науки как фундамента технологий;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Формирование культуры здоровья и эмоционального благополучия: 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умение распознавать информационные угрозы и </w:t>
      </w:r>
      <w:r w:rsidR="008F62AF"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защиту личности от этих угроз.</w:t>
      </w:r>
    </w:p>
    <w:p w:rsidR="008F62AF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Трудовое воспитание: 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активное участие в решении возникающих практических задач из различных областей; умение ориентироваться в мире современных профессий.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Экологическое воспитание: 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техносферой;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Овладение универсальными познавательными действиями 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Базовые логические действия: 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природных и рукотворных объектов; 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существенный признак классификации, основание для обобщения и сравнения; 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</w:p>
    <w:p w:rsidR="008F62AF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491CD7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Базовые исследовательские действия: 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вопросы как исследовательский инструмент познания;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оценивать полноту, достоверность и актуальность полученной информации;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опытным путём изучать свойства различных материалов;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строить и оценивать модели объектов, явлений и процессов;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познавательных задач;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491CD7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информацией: </w:t>
      </w:r>
    </w:p>
    <w:p w:rsidR="00491CD7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 форму представления информации в зависимости от поставленной задачи; </w:t>
      </w:r>
    </w:p>
    <w:p w:rsidR="00491CD7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различие между данными, информацией и знаниями; </w:t>
      </w:r>
    </w:p>
    <w:p w:rsidR="00491CD7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владеть начальными навыками работы с «большими данными»; 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Овладение универсальными учебными регулятивными действиями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Самоорганизация: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предложенных условий и требований, корректировать свои действия в соответствии с изменяющейся ситуацией;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Самоконтроль (рефлексия):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давать адекватную оценку ситуации и предлагать план её изменения;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достижения (недостижения) результатов преобразовательной деятельности;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Принятие себя и других: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действиями.</w:t>
      </w:r>
    </w:p>
    <w:p w:rsidR="00491CD7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Общение: </w:t>
      </w:r>
    </w:p>
    <w:p w:rsidR="00491CD7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ходе обсуждения учебного материала, планирования и осуществления учебного проекта; </w:t>
      </w:r>
    </w:p>
    <w:p w:rsidR="00491CD7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рамках публичного представления результатов проектной деятельности; </w:t>
      </w:r>
    </w:p>
    <w:p w:rsidR="00491CD7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ходе совместного решения задачи с использованием облачных сервисов; 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деятельность: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— участника совместной деятельности;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«Производство и технология»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характеризовать роль техники и технологий для прогрессивного развития общества;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роль техники и технологий в цифровом социуме;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причины и последствия развития техники и технологий;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виды современных технологий и определять перспективы их развития;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строить учебную и практическую деятельность в соответствии со структурой технологии: этапами, операциями, действиями;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научиться конструировать, оценивать и использовать модели в познавательной и практической деятельности;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рабочее место в соответствии с требованиями безопасности;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материалы (древесина, металлы и сплавы, полимеры, текстиль,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сельскохозяйственная продукция);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производственных задач;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получить возможность научиться коллективно решать задачи с использованием облачных сервисов;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понятием «биотехнология»;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методы очистки воды, использовать фильтрование воды;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оперировать понятиями «биоэнергетика», «биометаногенез».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«Технология обработки материалов и пищевых продуктов»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познавательную и преобразовательную деятельность человека;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рабочее место в соответствии с требованиями безопасности;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и характеризовать инструменты, приспособления и технологическое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оборудование;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активно использовать знания, полученные при изучении других учебных предметов, и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сформированные универсальные учебные действия;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использовать инструменты, приспособления и технологическое оборудование;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выполнять технологические операции с использованием ручных инструментов, приспособлений, технологического оборудования;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получить возможность научиться использовать цифровые инструменты при изготовлении предметов из различных материалов;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технологические операции ручной обработки конструкционных материалов;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применять ручные технологии обработки конструкционных материалов;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правильно хранить пищевые продукты;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осуществлять механическую и тепловую обработку пищевых продуктов, сохраняя их пищевую ценность;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 продукты, инструменты и оборудование для приготовления блюда;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блюда;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проектировать интерьер помещения с использованием программных сервисов;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составлять последовательность выполнения технологических операций для изготовления швейныхизделий;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строить чертежи простых швейных изделий;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 материалы, инструменты и оборудование для выполнения швейных работ;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выполнять художественное оформление швейных изделий;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выделять свойства наноструктур;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наноструктур, их использования в технологиях;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получить возможность познакомиться с физическими основы нанотехнологий и их использованием для конструирования новых материалов.</w:t>
      </w:r>
    </w:p>
    <w:p w:rsidR="00090FAA" w:rsidRPr="005E6FEB" w:rsidRDefault="009A5BFD" w:rsidP="008F62AF">
      <w:pPr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рабочее место в соответствии с требованиями безопасности;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и характеризовать роботов по видам и назначению;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знать и уметь применять основные законы робототехники;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конструировать и программировать движущиеся модели;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получить возможность сформировать навыки моделирования машин и механизмов с помощью робототехнического конструктора; </w:t>
      </w:r>
    </w:p>
    <w:p w:rsidR="00491CD7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моделирования машин и механизмов с помощью робототехнического конструктора; </w:t>
      </w:r>
    </w:p>
    <w:p w:rsidR="00090FAA" w:rsidRPr="005E6FEB" w:rsidRDefault="009A5BFD" w:rsidP="008F62AF">
      <w:pPr>
        <w:tabs>
          <w:tab w:val="left" w:pos="180"/>
        </w:tabs>
        <w:autoSpaceDE w:val="0"/>
        <w:autoSpaceDN w:val="0"/>
        <w:spacing w:after="0" w:line="240" w:lineRule="auto"/>
        <w:ind w:left="426" w:right="-16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90FAA" w:rsidRPr="005E6FEB" w:rsidRDefault="00090FAA">
      <w:pPr>
        <w:rPr>
          <w:rFonts w:ascii="Times New Roman" w:hAnsi="Times New Roman" w:cs="Times New Roman"/>
          <w:sz w:val="24"/>
          <w:szCs w:val="24"/>
          <w:lang w:val="ru-RU"/>
        </w:rPr>
        <w:sectPr w:rsidR="00090FAA" w:rsidRPr="005E6FEB">
          <w:pgSz w:w="11900" w:h="16840"/>
          <w:pgMar w:top="286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090FAA" w:rsidRPr="005E6FEB" w:rsidRDefault="00090FAA" w:rsidP="00012A31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90FAA" w:rsidRPr="005E6FEB" w:rsidRDefault="0004707C" w:rsidP="00950365">
      <w:pPr>
        <w:autoSpaceDE w:val="0"/>
        <w:autoSpaceDN w:val="0"/>
        <w:spacing w:after="0" w:line="233" w:lineRule="auto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ТЕМАТИЧЕСКОЕ ПЛАНИРОВАНИЕ</w:t>
      </w:r>
    </w:p>
    <w:p w:rsidR="00012A31" w:rsidRPr="005E6FEB" w:rsidRDefault="00012A31" w:rsidP="00012A31">
      <w:pPr>
        <w:autoSpaceDE w:val="0"/>
        <w:autoSpaceDN w:val="0"/>
        <w:spacing w:after="0" w:line="233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914" w:type="dxa"/>
        <w:tblInd w:w="289" w:type="dxa"/>
        <w:tblLayout w:type="fixed"/>
        <w:tblLook w:val="04A0" w:firstRow="1" w:lastRow="0" w:firstColumn="1" w:lastColumn="0" w:noHBand="0" w:noVBand="1"/>
      </w:tblPr>
      <w:tblGrid>
        <w:gridCol w:w="396"/>
        <w:gridCol w:w="1163"/>
        <w:gridCol w:w="641"/>
        <w:gridCol w:w="776"/>
        <w:gridCol w:w="851"/>
        <w:gridCol w:w="1016"/>
        <w:gridCol w:w="3236"/>
        <w:gridCol w:w="1116"/>
        <w:gridCol w:w="1719"/>
      </w:tblGrid>
      <w:tr w:rsidR="00090FAA" w:rsidRPr="005E6FEB" w:rsidTr="00950365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Количествочасов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90FAA" w:rsidRPr="005E6FEB" w:rsidTr="00950365">
        <w:trPr>
          <w:trHeight w:hRule="exact" w:val="122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AA" w:rsidRPr="005E6FEB" w:rsidRDefault="00090FAA" w:rsidP="00012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AA" w:rsidRPr="005E6FEB" w:rsidRDefault="00090FAA" w:rsidP="00012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AA" w:rsidRPr="005E6FEB" w:rsidRDefault="00090FAA" w:rsidP="00012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AA" w:rsidRPr="005E6FEB" w:rsidRDefault="00090FAA" w:rsidP="00012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AA" w:rsidRPr="005E6FEB" w:rsidRDefault="00090FAA" w:rsidP="00012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FAA" w:rsidRPr="005E6FEB" w:rsidRDefault="00090FAA" w:rsidP="00012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AA" w:rsidRPr="005E6FEB" w:rsidTr="00950365">
        <w:trPr>
          <w:trHeight w:hRule="exact" w:val="348"/>
        </w:trPr>
        <w:tc>
          <w:tcPr>
            <w:tcW w:w="109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Модуль 1.</w:t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Производство и технология</w:t>
            </w:r>
          </w:p>
        </w:tc>
      </w:tr>
      <w:tr w:rsidR="00090FAA" w:rsidRPr="005934B5" w:rsidTr="00950365">
        <w:trPr>
          <w:trHeight w:hRule="exact" w:val="27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Преобразовательная деятельность 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человека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0365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  <w:p w:rsidR="00950365" w:rsidRPr="005E6FEB" w:rsidRDefault="00950365" w:rsidP="00950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AA" w:rsidRPr="005E6FEB" w:rsidRDefault="00090FAA" w:rsidP="00950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autoSpaceDE w:val="0"/>
              <w:autoSpaceDN w:val="0"/>
              <w:spacing w:after="0"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5E6FEB">
            <w:pPr>
              <w:autoSpaceDE w:val="0"/>
              <w:autoSpaceDN w:val="0"/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Выделять алгоритмы среди других предписаний; формулировать свойства алгоритмов; исполнять алгоритмы;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оценивать результаты исполнения алгоритма;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Тестирование; Зачет;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/8/5/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/7557/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/289227/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youtube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watch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?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=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LjVo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8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YZyFVk</w:t>
            </w:r>
          </w:p>
        </w:tc>
      </w:tr>
      <w:tr w:rsidR="00090FAA" w:rsidRPr="005934B5" w:rsidTr="00950365">
        <w:trPr>
          <w:trHeight w:hRule="exact" w:val="39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Простейшие машины 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 механизмы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5E6FEB">
            <w:pPr>
              <w:autoSpaceDE w:val="0"/>
              <w:autoSpaceDN w:val="0"/>
              <w:spacing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5E6FEB">
            <w:pPr>
              <w:autoSpaceDE w:val="0"/>
              <w:autoSpaceDN w:val="0"/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основные виды механических движений;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описывать способы преобразования движения из одного вида в другой;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способы передачи движения с заданными усилиями и скоростями;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изображать графически простейшую схему машины или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механизма, в том числе с обратной связью;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Зачет;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/8/5/</w:t>
            </w:r>
          </w:p>
        </w:tc>
      </w:tr>
      <w:tr w:rsidR="00090FAA" w:rsidRPr="005E6FEB" w:rsidTr="00950365">
        <w:trPr>
          <w:trHeight w:hRule="exact" w:val="348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Итогопомодулю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17</w:t>
            </w:r>
          </w:p>
        </w:tc>
        <w:tc>
          <w:tcPr>
            <w:tcW w:w="8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AA" w:rsidRPr="00E4508F" w:rsidTr="00950365">
        <w:trPr>
          <w:trHeight w:hRule="exact" w:val="350"/>
        </w:trPr>
        <w:tc>
          <w:tcPr>
            <w:tcW w:w="109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Модуль 2.</w:t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Технологии обработки материалов и пищевых продуктов</w:t>
            </w:r>
          </w:p>
        </w:tc>
      </w:tr>
      <w:tr w:rsidR="00090FAA" w:rsidRPr="005E6FEB" w:rsidTr="00950365">
        <w:trPr>
          <w:trHeight w:hRule="exact" w:val="38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Структура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технологии: от материала к изделию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основные элементы технологической цепочки; называть основные виды деятельности в процессе создания технологии;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назначение технологии;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читать (изображать) графическую структуру технологической цепочки;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https://resh.edu.ru/subject/8/5/</w:t>
            </w:r>
          </w:p>
        </w:tc>
      </w:tr>
      <w:tr w:rsidR="00090FAA" w:rsidRPr="005934B5" w:rsidTr="00950365">
        <w:trPr>
          <w:trHeight w:hRule="exact" w:val="54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Материалы и изделия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основные свойства бумаги и области её использования; называть основные свойства ткани и области её использования; называть основные свойства древесины и области её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использования;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основные свойства металлов и области их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использования;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металлические детали машин и механизмов;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сравнивать свойства бумаги, ткани, дерева, металла;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предлагать возможные способы использования древесных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отходов;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Зачет;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/8/5/</w:t>
            </w:r>
          </w:p>
        </w:tc>
      </w:tr>
      <w:tr w:rsidR="00090FAA" w:rsidRPr="005E6FEB" w:rsidTr="00950365">
        <w:trPr>
          <w:trHeight w:hRule="exact" w:val="59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Трудовые действия как основные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слагаемые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технологии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основные измерительные инструменты;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основные трудовые действия, необходимые при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обработке данного материала;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выбирать масштаб измерения, адекватный поставленной задаче; оценивать погрешность измерения;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осуществлять измерение с помощью конкретного измерительного инструмента;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конструировать технологические операции по обработке данного материала из трудовых действий;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https://resh.edu.ru/subject/8/5/</w:t>
            </w:r>
          </w:p>
        </w:tc>
      </w:tr>
    </w:tbl>
    <w:p w:rsidR="00090FAA" w:rsidRPr="005E6FEB" w:rsidRDefault="00090FAA" w:rsidP="00012A31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090FAA" w:rsidRPr="005E6FEB" w:rsidRDefault="00090FAA" w:rsidP="00012A31">
      <w:pPr>
        <w:spacing w:after="0"/>
        <w:rPr>
          <w:rFonts w:ascii="Times New Roman" w:hAnsi="Times New Roman" w:cs="Times New Roman"/>
          <w:sz w:val="24"/>
          <w:szCs w:val="24"/>
        </w:rPr>
        <w:sectPr w:rsidR="00090FAA" w:rsidRPr="005E6FEB" w:rsidSect="00950365">
          <w:pgSz w:w="11900" w:h="16840"/>
          <w:pgMar w:top="640" w:right="376" w:bottom="666" w:left="282" w:header="720" w:footer="720" w:gutter="0"/>
          <w:cols w:space="720" w:equalWidth="0">
            <w:col w:w="15798" w:space="0"/>
          </w:cols>
          <w:docGrid w:linePitch="360"/>
        </w:sectPr>
      </w:pPr>
    </w:p>
    <w:p w:rsidR="00090FAA" w:rsidRPr="005E6FEB" w:rsidRDefault="00090FAA" w:rsidP="00012A31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289" w:type="dxa"/>
        <w:tblLayout w:type="fixed"/>
        <w:tblLook w:val="04A0" w:firstRow="1" w:lastRow="0" w:firstColumn="1" w:lastColumn="0" w:noHBand="0" w:noVBand="1"/>
      </w:tblPr>
      <w:tblGrid>
        <w:gridCol w:w="396"/>
        <w:gridCol w:w="1163"/>
        <w:gridCol w:w="567"/>
        <w:gridCol w:w="709"/>
        <w:gridCol w:w="850"/>
        <w:gridCol w:w="866"/>
        <w:gridCol w:w="3529"/>
        <w:gridCol w:w="1116"/>
        <w:gridCol w:w="1719"/>
      </w:tblGrid>
      <w:tr w:rsidR="00090FAA" w:rsidRPr="005934B5" w:rsidTr="0022429A">
        <w:trPr>
          <w:trHeight w:hRule="exact" w:val="390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Основные ручные инструменты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назначение инструментов для работы с данным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материалом;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оценивать эффективность использования данного инструмента; выбирать инструменты, необходимые для изготовления данного изделия;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создавать с помощью инструментов простейшие изделия из бумаги, ткани, древесины, железа;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Зачет;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/8/5/</w:t>
            </w:r>
          </w:p>
        </w:tc>
      </w:tr>
      <w:tr w:rsidR="00090FAA" w:rsidRPr="005E6FEB" w:rsidTr="00950365">
        <w:trPr>
          <w:trHeight w:hRule="exact" w:val="348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Итогопомодулю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AA" w:rsidRPr="005E6FEB" w:rsidTr="00950365">
        <w:trPr>
          <w:trHeight w:hRule="exact" w:val="350"/>
        </w:trPr>
        <w:tc>
          <w:tcPr>
            <w:tcW w:w="109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Модуль 3.</w:t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Робототехника</w:t>
            </w:r>
          </w:p>
        </w:tc>
      </w:tr>
      <w:tr w:rsidR="00090FAA" w:rsidRPr="005E6FEB" w:rsidTr="0022429A">
        <w:trPr>
          <w:trHeight w:hRule="exact" w:val="97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Алгоритмы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 исполнители.</w:t>
            </w:r>
          </w:p>
          <w:p w:rsidR="00090FAA" w:rsidRPr="005E6FEB" w:rsidRDefault="0004707C" w:rsidP="00012A31">
            <w:pPr>
              <w:autoSpaceDE w:val="0"/>
              <w:autoSpaceDN w:val="0"/>
              <w:spacing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Роботы как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исполнители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Выделять алгоритмы среди других предписаний;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формулировать свойства алгоритмов;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называть основное свойство алгоритма; исполнять алгоритмы; оценивать результаты исполнения алгоритма (соответствие или несоответствие поставленной задаче).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Зачет;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youtube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watch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?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=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rSSWiBcBGm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4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sites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google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infocit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preimusestva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raboty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kompanii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mmocashout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/учителю-технологии/модуль-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робототехника-5-класс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sites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google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infocit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preimusestva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raboty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kompanii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mmocashout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/учителю-технологии/модуль-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робототехника-5-класс/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th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5_4?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authuser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=0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sites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google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infocit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/технология/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robot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?</w:t>
            </w:r>
          </w:p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authuser=0</w:t>
            </w:r>
          </w:p>
        </w:tc>
      </w:tr>
      <w:tr w:rsidR="00090FAA" w:rsidRPr="005934B5" w:rsidTr="0022429A">
        <w:trPr>
          <w:trHeight w:hRule="exact" w:val="511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Роботы: </w:t>
            </w:r>
            <w:r w:rsidRPr="005E6F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конструирование и управление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Планировать пути достижения целей, выбор наиболее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эффективных способов решения поставленной задачи;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соотносить свои действия с планируемыми результатами,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осуществление контроля своей деятельности в процессе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достижения результата; называть основные виды механических движений;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программировать движения робота; исполнения своих программ; конструировать простейшие соединения с помощью деталей конструктора.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012A31"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Зачет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sites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google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infocit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preimusestva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raboty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kompanii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mmocashout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/учителю-технологии/модуль-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робототехника-5-класс/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th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5_6?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authuser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=0</w:t>
            </w:r>
          </w:p>
        </w:tc>
      </w:tr>
      <w:tr w:rsidR="00090FAA" w:rsidRPr="005E6FEB" w:rsidTr="0022429A">
        <w:trPr>
          <w:trHeight w:hRule="exact" w:val="695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Итогопомодулю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17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AA" w:rsidRPr="005E6FEB" w:rsidTr="0022429A">
        <w:trPr>
          <w:trHeight w:hRule="exact" w:val="1273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22429A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5E6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4707C" w:rsidP="00012A31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61</w:t>
            </w:r>
          </w:p>
        </w:tc>
        <w:tc>
          <w:tcPr>
            <w:tcW w:w="7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0FAA" w:rsidRPr="005E6FEB" w:rsidRDefault="00090FAA" w:rsidP="00012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FAA" w:rsidRPr="005E6FEB" w:rsidRDefault="00090FAA" w:rsidP="00012A31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672E89" w:rsidRPr="005E6FEB" w:rsidRDefault="00672E89" w:rsidP="00012A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2E89" w:rsidRPr="005E6FEB" w:rsidRDefault="00672E89" w:rsidP="00672E89">
      <w:pPr>
        <w:tabs>
          <w:tab w:val="left" w:pos="721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hAnsi="Times New Roman" w:cs="Times New Roman"/>
          <w:sz w:val="24"/>
          <w:szCs w:val="24"/>
        </w:rPr>
        <w:tab/>
      </w:r>
    </w:p>
    <w:p w:rsidR="00672E89" w:rsidRPr="005E6FEB" w:rsidRDefault="00672E89" w:rsidP="00672E89">
      <w:pPr>
        <w:rPr>
          <w:rFonts w:ascii="Times New Roman" w:hAnsi="Times New Roman" w:cs="Times New Roman"/>
          <w:sz w:val="24"/>
          <w:szCs w:val="24"/>
        </w:rPr>
      </w:pPr>
    </w:p>
    <w:p w:rsidR="00090FAA" w:rsidRPr="005E6FEB" w:rsidRDefault="00090FAA" w:rsidP="00672E89">
      <w:pPr>
        <w:rPr>
          <w:rFonts w:ascii="Times New Roman" w:hAnsi="Times New Roman" w:cs="Times New Roman"/>
          <w:sz w:val="24"/>
          <w:szCs w:val="24"/>
        </w:rPr>
        <w:sectPr w:rsidR="00090FAA" w:rsidRPr="005E6FEB" w:rsidSect="00950365">
          <w:pgSz w:w="11900" w:h="16840"/>
          <w:pgMar w:top="640" w:right="1440" w:bottom="666" w:left="284" w:header="720" w:footer="720" w:gutter="0"/>
          <w:cols w:space="720" w:equalWidth="0">
            <w:col w:w="14734" w:space="0"/>
          </w:cols>
          <w:docGrid w:linePitch="360"/>
        </w:sectPr>
      </w:pPr>
    </w:p>
    <w:p w:rsidR="00672E89" w:rsidRPr="005E6FEB" w:rsidRDefault="00672E89" w:rsidP="00672E89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tbl>
      <w:tblPr>
        <w:tblW w:w="10349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075"/>
        <w:gridCol w:w="1134"/>
        <w:gridCol w:w="1236"/>
        <w:gridCol w:w="2450"/>
      </w:tblGrid>
      <w:tr w:rsidR="00672E89" w:rsidRPr="005E6FEB" w:rsidTr="00672E89">
        <w:trPr>
          <w:trHeight w:hRule="exact" w:val="30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r w:rsid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tabs>
                <w:tab w:val="left" w:pos="1369"/>
              </w:tabs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Виды,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672E89" w:rsidRPr="005E6FEB" w:rsidTr="00672E89">
        <w:trPr>
          <w:trHeight w:hRule="exact" w:val="836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E89" w:rsidRPr="005E6FEB" w:rsidRDefault="00672E89" w:rsidP="00672E8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E89" w:rsidRPr="005E6FEB" w:rsidRDefault="00672E89" w:rsidP="00672E8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E89" w:rsidRPr="005E6FEB" w:rsidRDefault="00672E89" w:rsidP="00672E8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E89" w:rsidRPr="005E6FEB" w:rsidRDefault="00672E89" w:rsidP="00672E89">
            <w:pPr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672E89" w:rsidRPr="005E6FEB" w:rsidTr="00672E89">
        <w:trPr>
          <w:trHeight w:hRule="exact" w:val="2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вокругнас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5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познает и преобразует мир.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Техносфера.</w:t>
            </w:r>
          </w:p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Технологическиесистемы.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Проектная деятельность и проектная культура.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57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Проектная деятельность и проектная культура.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Обобщающий урок по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разделу "Преобразовательная деятельность человека"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672E89" w:rsidRPr="005E6FEB" w:rsidTr="00672E89">
        <w:trPr>
          <w:trHeight w:hRule="exact" w:val="5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Первоначальные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 о технологии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5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алгоритм. Виды алгоритмов.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564"/>
        </w:trPr>
        <w:tc>
          <w:tcPr>
            <w:tcW w:w="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Свойстваалгоритмов.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Исполнителиалгоритмов (человек, робот)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алгоритмов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(человек, робот). Результаты исполнения алгоритма.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понятия о машинах, механизмах, деталях.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  <w:p w:rsidR="00672E89" w:rsidRPr="005E6FEB" w:rsidRDefault="00672E89" w:rsidP="00672E8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672E89" w:rsidRPr="005E6FEB" w:rsidTr="00672E89">
        <w:trPr>
          <w:trHeight w:hRule="exact" w:val="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E4508F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E45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механически</w:t>
            </w:r>
            <w:r w:rsidR="00E45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8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передачи движения с заданными усилиями и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скоростями.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обратной связи, ее механическая реализация.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E4508F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450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Графическая схема машины или механизма.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Обобщающий урок по разделу "Простейшие машины и механизмы"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672E89" w:rsidRPr="005E6FEB" w:rsidTr="00672E89">
        <w:trPr>
          <w:trHeight w:hRule="exact" w:val="56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Составляющие технологии: этапы, операции, действия.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технологическойдокументации.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виды деятельности по созданию технологии.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51"/>
        </w:trPr>
        <w:tc>
          <w:tcPr>
            <w:tcW w:w="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деятельности по созданию технологии.</w:t>
            </w:r>
          </w:p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виды деятельности по созданию технологии.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Сырье и материалы как основа производства.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85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tabs>
                <w:tab w:val="left" w:pos="3181"/>
              </w:tabs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технологи-ческие свойства конструкци-онных материалов.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72E89" w:rsidRPr="005E6FEB" w:rsidRDefault="00672E89" w:rsidP="00672E89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672E89" w:rsidRPr="005E6FEB" w:rsidRDefault="00672E89" w:rsidP="00672E89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5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свойства бумаги и области ее использования.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Ткань и ее свойства. Текстильные волокна.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572"/>
        </w:trPr>
        <w:tc>
          <w:tcPr>
            <w:tcW w:w="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Производство ткани и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области ее использования.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свойства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древесины. Виды древесных материалов.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11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Области применения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древесных материалов и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рациональное использование отходов древесины.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свойства металлов и области их использования.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Черные и цветные металлы. Тонколистовой металл и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проволока.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828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Обобщающий урок по разделу "Материалы и изделия".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Зачет</w:t>
            </w:r>
          </w:p>
        </w:tc>
      </w:tr>
      <w:tr w:rsidR="00672E89" w:rsidRPr="005E6FEB" w:rsidTr="00672E89">
        <w:trPr>
          <w:trHeight w:hRule="exact" w:val="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Пластмассы: свойства и виды.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5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пластмасс в промышленности и быту.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11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принципы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создания композитивных материалов.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Умные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112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синтетические наноструктуры и их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в различных технологиях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Обобщающий урок по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разделу "Современные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их свойства"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672E89" w:rsidRPr="005E6FEB" w:rsidTr="00672E89">
        <w:trPr>
          <w:trHeight w:hRule="exact" w:val="112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Инструменты и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оборудование для работы с бумагой.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</w:t>
            </w:r>
          </w:p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Технологическиеоперации.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простых изделий из бумаги.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простых изделий из бумаги.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11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Инструменты и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оборудование для работы с тканью.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 Технологическиеоперации.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5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простых изделий из ткани.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79"/>
        </w:trPr>
        <w:tc>
          <w:tcPr>
            <w:tcW w:w="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простых изделий из ткани.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Создание простых изделий из ткани.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11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Инструменты и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оборудование для работы с древесным материалом.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ТБ. Технологическиеоперации.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right="576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</w:t>
            </w:r>
          </w:p>
        </w:tc>
      </w:tr>
      <w:tr w:rsidR="00672E89" w:rsidRPr="005E6FEB" w:rsidTr="00672E89">
        <w:trPr>
          <w:trHeight w:hRule="exact" w:val="5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простых изделий из древесных материалов.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Практическая работа</w:t>
            </w:r>
          </w:p>
        </w:tc>
      </w:tr>
      <w:tr w:rsidR="00672E89" w:rsidRPr="005E6FEB" w:rsidTr="00672E89">
        <w:trPr>
          <w:trHeight w:hRule="exact" w:val="5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простых изделий из древесных материалов.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8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Инструменты иоборудование для работы с металлами. ТБ.</w:t>
            </w:r>
          </w:p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72E89" w:rsidRPr="005E6FEB" w:rsidRDefault="00672E89" w:rsidP="00672E8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5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простых изделий из металлов (проволоки).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6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простых изделий из металлов (проволоки).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10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Обобщающий урок по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разделу "Основные ручные инструменты.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672E89" w:rsidRPr="005E6FEB" w:rsidTr="00672E89">
        <w:trPr>
          <w:trHeight w:hRule="exact" w:val="5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15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Цели и способы их достижения.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8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Общие представления о технологии. Алгоритмы и технологии.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Алгоритмы и исполнители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11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864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Компьютерные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исполнители.  Робот.</w:t>
            </w:r>
          </w:p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0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команд исполнителя.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1126"/>
        </w:trPr>
        <w:tc>
          <w:tcPr>
            <w:tcW w:w="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Обобщающий урок по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разделу "Алгоритмы и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исполнители.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Роботыкакисполнители".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672E89" w:rsidRPr="005E6FEB" w:rsidTr="00672E89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0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робототехническимконструктором.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672E89" w:rsidRPr="005E6FEB" w:rsidTr="00672E89">
        <w:trPr>
          <w:trHeight w:hRule="exact" w:val="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0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робототехническимконструктором.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передачи движения. Понятия о редукторах.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7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передачи движения. Понятия о редукторах.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33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команды, программа и программирование.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Программноеуправлениероботом.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42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Моторы и их</w:t>
            </w:r>
            <w:r w:rsidR="005E6FEB"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430"/>
        </w:trPr>
        <w:tc>
          <w:tcPr>
            <w:tcW w:w="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Моторы и их</w:t>
            </w:r>
            <w:r w:rsidR="005E6FEB"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4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Датчики и их</w:t>
            </w:r>
            <w:r w:rsidR="005E6FEB"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Сборка простейшего робота по инструкции.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Сборка простейшего робота по инструкции.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2E89" w:rsidRPr="005E6FEB" w:rsidTr="00672E89">
        <w:trPr>
          <w:trHeight w:hRule="exact" w:val="11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33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Обобщающий урок по разделу "Роботы: конструирование и </w:t>
            </w:r>
            <w:r w:rsidRPr="005E6FEB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br/>
            </w: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672E89" w:rsidRPr="005E6FEB" w:rsidTr="00672E89">
        <w:trPr>
          <w:trHeight w:hRule="exact" w:val="55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 w:right="14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E89" w:rsidRPr="005E6FEB" w:rsidRDefault="00672E89" w:rsidP="00672E8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E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2E89" w:rsidRPr="005E6FEB" w:rsidRDefault="00672E89" w:rsidP="00672E8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</w:tbl>
    <w:p w:rsidR="00672E89" w:rsidRPr="005E6FEB" w:rsidRDefault="00672E89" w:rsidP="00672E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2E89" w:rsidRPr="005E6FEB" w:rsidRDefault="00672E89" w:rsidP="00012A3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90FAA" w:rsidRPr="005E6FEB" w:rsidRDefault="0004707C" w:rsidP="00012A31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ЧЕБНО-МЕТОДИЧЕСКОЕ ОБЕСПЕЧЕНИЕ ОБРАЗОВАТЕЛЬНОГО ПРОЦЕССА </w:t>
      </w:r>
    </w:p>
    <w:p w:rsidR="00090FAA" w:rsidRPr="005E6FEB" w:rsidRDefault="0004707C" w:rsidP="00012A31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12A31" w:rsidRPr="005E6FEB" w:rsidRDefault="0004707C" w:rsidP="00012A31">
      <w:pPr>
        <w:autoSpaceDE w:val="0"/>
        <w:autoSpaceDN w:val="0"/>
        <w:spacing w:after="0" w:line="271" w:lineRule="auto"/>
        <w:ind w:right="10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Технология. 5 класс/Казакевич В.М., Пичугина Г.В., Семёнова Г.Ю. и другие; под редакцией Казакевича В.М., Акционерное общество «Издательство «Просвещение»;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090FAA" w:rsidRPr="005E6FEB" w:rsidRDefault="0004707C" w:rsidP="00012A31">
      <w:pPr>
        <w:autoSpaceDE w:val="0"/>
        <w:autoSpaceDN w:val="0"/>
        <w:spacing w:after="0" w:line="271" w:lineRule="auto"/>
        <w:ind w:right="1008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90FAA" w:rsidRPr="005E6FEB" w:rsidRDefault="0004707C" w:rsidP="00012A31">
      <w:pPr>
        <w:autoSpaceDE w:val="0"/>
        <w:autoSpaceDN w:val="0"/>
        <w:spacing w:after="0" w:line="262" w:lineRule="auto"/>
        <w:ind w:right="1008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Технология. 5 класс/Казакевич В.М., Пичугина Г.В., Семёнова Г.Ю. и другие; под редакцией Казакевича В.М., Акционерное общество «Издательство «Просвещение»;</w:t>
      </w:r>
    </w:p>
    <w:p w:rsidR="00090FAA" w:rsidRPr="005E6FEB" w:rsidRDefault="0004707C" w:rsidP="00012A31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90FAA" w:rsidRPr="005E6FEB" w:rsidRDefault="0004707C" w:rsidP="00012A31">
      <w:pPr>
        <w:autoSpaceDE w:val="0"/>
        <w:autoSpaceDN w:val="0"/>
        <w:spacing w:after="0" w:line="288" w:lineRule="auto"/>
        <w:ind w:right="6192"/>
        <w:rPr>
          <w:rFonts w:ascii="Times New Roman" w:hAnsi="Times New Roman" w:cs="Times New Roman"/>
          <w:sz w:val="24"/>
          <w:szCs w:val="24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lecta.rosuchebnik.ru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http://fcior.edu.ru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http://school-collection.edu.ru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http://window.edu.ru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http://www.openclass.ru/sub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http://znakka4estva.ru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https://megabook.ru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https://prosv.ru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Google Forms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https://www.google.com/intl/ru/forms/about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SweetHome 3D </w:t>
      </w:r>
      <w:r w:rsidRPr="005E6FEB">
        <w:rPr>
          <w:rFonts w:ascii="Times New Roman" w:hAnsi="Times New Roman" w:cs="Times New Roman"/>
          <w:sz w:val="24"/>
          <w:szCs w:val="24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http://www.sweethome3d.com/ru/</w:t>
      </w:r>
    </w:p>
    <w:p w:rsidR="00491CD7" w:rsidRPr="005E6FEB" w:rsidRDefault="00491CD7" w:rsidP="00012A31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1CD7" w:rsidRPr="005E6FEB" w:rsidRDefault="00491CD7" w:rsidP="00012A31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0FAA" w:rsidRPr="005E6FEB" w:rsidRDefault="0004707C" w:rsidP="00012A31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090FAA" w:rsidRPr="005E6FEB" w:rsidRDefault="0004707C" w:rsidP="00012A31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УЧЕБНОЕ ОБОРУДОВАНИЕ</w:t>
      </w:r>
    </w:p>
    <w:p w:rsidR="00090FAA" w:rsidRPr="005E6FEB" w:rsidRDefault="0004707C" w:rsidP="00012A31">
      <w:pPr>
        <w:autoSpaceDE w:val="0"/>
        <w:autoSpaceDN w:val="0"/>
        <w:spacing w:after="0" w:line="271" w:lineRule="auto"/>
        <w:ind w:right="3744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Учебное оборудование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 Обучающие таблицы, плакаты, схемы по разделам программы. 2. Плакаты по технике безопасности.</w:t>
      </w:r>
    </w:p>
    <w:p w:rsidR="00090FAA" w:rsidRPr="005E6FEB" w:rsidRDefault="0004707C" w:rsidP="00012A31">
      <w:pPr>
        <w:autoSpaceDE w:val="0"/>
        <w:autoSpaceDN w:val="0"/>
        <w:spacing w:after="0" w:line="262" w:lineRule="auto"/>
        <w:ind w:right="3168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Образцы различных материалов (тканей, древесины, металлов и др.) 4. Образцы изделий из различных материалов.</w:t>
      </w:r>
    </w:p>
    <w:p w:rsidR="00090FAA" w:rsidRPr="005E6FEB" w:rsidRDefault="0004707C" w:rsidP="00012A31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 Компьютер, проектор</w:t>
      </w:r>
    </w:p>
    <w:p w:rsidR="00090FAA" w:rsidRPr="005E6FEB" w:rsidRDefault="0004707C" w:rsidP="00012A31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E6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ОБОРУДОВАНИЕ ДЛЯ ПРОВЕДЕНИЯ ПРАКТИЧЕСКИХ РАБОТ</w:t>
      </w:r>
    </w:p>
    <w:p w:rsidR="0004707C" w:rsidRPr="0004707C" w:rsidRDefault="0004707C" w:rsidP="00012A31">
      <w:pPr>
        <w:autoSpaceDE w:val="0"/>
        <w:autoSpaceDN w:val="0"/>
        <w:spacing w:after="0" w:line="286" w:lineRule="auto"/>
        <w:ind w:right="1008"/>
        <w:rPr>
          <w:lang w:val="ru-RU"/>
        </w:rPr>
      </w:pP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 Инструменты для работы с бумагой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Инструменты для работы с тканью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 .Инструменты для работы с древесиной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Инструменты для работы с металлом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 Швейное оборудование (бытовая шв. машина)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6. Столярный верстак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7. Слесарный верстак </w:t>
      </w:r>
      <w:r w:rsidRPr="005E6F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</w:rPr>
        <w:t>LEGOMINDSTORMSEducationEV</w:t>
      </w:r>
      <w:r w:rsidRPr="005E6F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 (инструкции и документация для </w:t>
      </w:r>
      <w:r w:rsidRPr="0004707C">
        <w:rPr>
          <w:rFonts w:ascii="Times New Roman" w:eastAsia="Times New Roman" w:hAnsi="Times New Roman"/>
          <w:color w:val="000000"/>
          <w:sz w:val="24"/>
          <w:lang w:val="ru-RU"/>
        </w:rPr>
        <w:t>учебных наборов).</w:t>
      </w:r>
    </w:p>
    <w:sectPr w:rsidR="0004707C" w:rsidRPr="0004707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290" w:rsidRDefault="00B41290" w:rsidP="00491CD7">
      <w:pPr>
        <w:spacing w:after="0" w:line="240" w:lineRule="auto"/>
      </w:pPr>
      <w:r>
        <w:separator/>
      </w:r>
    </w:p>
  </w:endnote>
  <w:endnote w:type="continuationSeparator" w:id="0">
    <w:p w:rsidR="00B41290" w:rsidRDefault="00B41290" w:rsidP="0049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55254"/>
      <w:docPartObj>
        <w:docPartGallery w:val="Page Numbers (Bottom of Page)"/>
        <w:docPartUnique/>
      </w:docPartObj>
    </w:sdtPr>
    <w:sdtEndPr/>
    <w:sdtContent>
      <w:p w:rsidR="00E4508F" w:rsidRDefault="00B4129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4B5" w:rsidRPr="005934B5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E4508F" w:rsidRDefault="00E450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290" w:rsidRDefault="00B41290" w:rsidP="00491CD7">
      <w:pPr>
        <w:spacing w:after="0" w:line="240" w:lineRule="auto"/>
      </w:pPr>
      <w:r>
        <w:separator/>
      </w:r>
    </w:p>
  </w:footnote>
  <w:footnote w:type="continuationSeparator" w:id="0">
    <w:p w:rsidR="00B41290" w:rsidRDefault="00B41290" w:rsidP="00491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1C1B"/>
    <w:rsid w:val="00012A31"/>
    <w:rsid w:val="00034616"/>
    <w:rsid w:val="0004707C"/>
    <w:rsid w:val="0006063C"/>
    <w:rsid w:val="00090FAA"/>
    <w:rsid w:val="0015074B"/>
    <w:rsid w:val="00212B3F"/>
    <w:rsid w:val="00215830"/>
    <w:rsid w:val="0022429A"/>
    <w:rsid w:val="0029639D"/>
    <w:rsid w:val="0030228A"/>
    <w:rsid w:val="00326F90"/>
    <w:rsid w:val="00395642"/>
    <w:rsid w:val="004323DE"/>
    <w:rsid w:val="00463534"/>
    <w:rsid w:val="00491CD7"/>
    <w:rsid w:val="004A7F8C"/>
    <w:rsid w:val="004E4E16"/>
    <w:rsid w:val="00567539"/>
    <w:rsid w:val="0058569F"/>
    <w:rsid w:val="005934B5"/>
    <w:rsid w:val="005E6FEB"/>
    <w:rsid w:val="00672E89"/>
    <w:rsid w:val="00770AF6"/>
    <w:rsid w:val="008678C5"/>
    <w:rsid w:val="008A3638"/>
    <w:rsid w:val="008D6078"/>
    <w:rsid w:val="008F62AF"/>
    <w:rsid w:val="009206AC"/>
    <w:rsid w:val="00950365"/>
    <w:rsid w:val="009777B9"/>
    <w:rsid w:val="009A5BFD"/>
    <w:rsid w:val="009B06D9"/>
    <w:rsid w:val="00AA1D8D"/>
    <w:rsid w:val="00AC6BB8"/>
    <w:rsid w:val="00B41290"/>
    <w:rsid w:val="00B47730"/>
    <w:rsid w:val="00B510B8"/>
    <w:rsid w:val="00CB0664"/>
    <w:rsid w:val="00D0361C"/>
    <w:rsid w:val="00DD1327"/>
    <w:rsid w:val="00E4508F"/>
    <w:rsid w:val="00F74526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3E4D67-57DB-404A-AD81-EE242C89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5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50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282179-845E-495B-B269-5EBDCA3FA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5238</Words>
  <Characters>29858</Characters>
  <Application>Microsoft Office Word</Application>
  <DocSecurity>0</DocSecurity>
  <Lines>248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Учитель</cp:lastModifiedBy>
  <cp:revision>2</cp:revision>
  <cp:lastPrinted>2022-09-06T15:44:00Z</cp:lastPrinted>
  <dcterms:created xsi:type="dcterms:W3CDTF">2023-05-12T06:39:00Z</dcterms:created>
  <dcterms:modified xsi:type="dcterms:W3CDTF">2023-05-12T06:39:00Z</dcterms:modified>
</cp:coreProperties>
</file>