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3155" w:type="dxa"/>
        <w:tblLook w:val="04A0"/>
      </w:tblPr>
      <w:tblGrid>
        <w:gridCol w:w="1094"/>
        <w:gridCol w:w="10766"/>
        <w:gridCol w:w="1295"/>
      </w:tblGrid>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5335.</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rPr>
            </w:pPr>
            <w:r w:rsidRPr="00310FC5">
              <w:rPr>
                <w:rFonts w:ascii="Cambria" w:eastAsia="MS Mincho" w:hAnsi="Cambria" w:cs="Times New Roman"/>
              </w:rPr>
              <w:t>Книга «Науков</w:t>
            </w:r>
            <w:r w:rsidRPr="00310FC5">
              <w:rPr>
                <w:rFonts w:ascii="Cambria" w:eastAsia="MS Mincho" w:hAnsi="Cambria" w:cs="Times New Roman"/>
                <w:lang w:val="en-US"/>
              </w:rPr>
              <w:t>i</w:t>
            </w:r>
            <w:r w:rsidRPr="00310FC5">
              <w:rPr>
                <w:rFonts w:ascii="Cambria" w:eastAsia="MS Mincho" w:hAnsi="Cambria" w:cs="Times New Roman"/>
              </w:rPr>
              <w:t xml:space="preserve"> записки» 2016/5-6 (85-86) вересень-грудень, изданная на 363 листах на территории Украины 20.06.2017 Институтом политических и этнонациональных исследований имени И.Ф. Кураса Национальной Академии Наук Украины в формате 60х84/16 тиражом 300 экземпляров </w:t>
            </w:r>
            <w:r w:rsidRPr="00310FC5">
              <w:rPr>
                <w:rFonts w:ascii="Cambria" w:eastAsia="MS Mincho" w:hAnsi="Cambria" w:cs="Times New Roman"/>
                <w:lang w:val="en-US"/>
              </w:rPr>
              <w:t>ISSN</w:t>
            </w:r>
            <w:r w:rsidRPr="00310FC5">
              <w:rPr>
                <w:rFonts w:ascii="Cambria" w:eastAsia="MS Mincho" w:hAnsi="Cambria" w:cs="Times New Roman"/>
              </w:rPr>
              <w:t xml:space="preserve"> 2524-0137 под редакцией Рафальского О.О., Майбороды О.М. и иных лиц (решение Октябрьского районного суда Санкт-Петербурга от 31.08.2022);</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Pr>
                <w:rFonts w:ascii="Cambria" w:eastAsia="MS Mincho" w:hAnsi="Cambria" w:cs="Times New Roman"/>
              </w:rPr>
              <w:t xml:space="preserve">      </w:t>
            </w:r>
            <w:r w:rsidRPr="00310FC5">
              <w:rPr>
                <w:rFonts w:ascii="Cambria" w:eastAsia="MS Mincho" w:hAnsi="Cambria" w:cs="Times New Roman"/>
                <w:lang w:val="en-US"/>
              </w:rPr>
              <w:t>03.02.2023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5336.</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rPr>
            </w:pPr>
            <w:r w:rsidRPr="00310FC5">
              <w:rPr>
                <w:rFonts w:ascii="Cambria" w:eastAsia="MS Mincho" w:hAnsi="Cambria" w:cs="Times New Roman"/>
              </w:rPr>
              <w:t>Текст песни исполнителя Оксимирон (</w:t>
            </w:r>
            <w:r w:rsidRPr="00310FC5">
              <w:rPr>
                <w:rFonts w:ascii="Cambria" w:eastAsia="MS Mincho" w:hAnsi="Cambria" w:cs="Times New Roman"/>
                <w:lang w:val="en-US"/>
              </w:rPr>
              <w:t>Oxxxymiron</w:t>
            </w:r>
            <w:r w:rsidRPr="00310FC5">
              <w:rPr>
                <w:rFonts w:ascii="Cambria" w:eastAsia="MS Mincho" w:hAnsi="Cambria" w:cs="Times New Roman"/>
              </w:rPr>
              <w:t>) «Последний звонок» (решение Замоскворецкого районного суда г. Москвы от 25.10.2022);</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06.02.2023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5337.</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rPr>
              <w:t xml:space="preserve">Музыкальное произведение группы «Ансамбль Христа Спасителя и мать сыра земля» под названием «Коричневая чума», начинающееся со слов: «Не слушай еврейскую ложь, там нет правды на ломаный грош (там вранье)» и заканчивающееся словами: «коричневая чума, возликует родная страна (все будет коричневым), коричневая чума, да здравствует мама война (чтоб вы все сдохли)», имеющее общую продолжительность звучания 03 мин. 16 сек. </w:t>
            </w:r>
            <w:r w:rsidRPr="00310FC5">
              <w:rPr>
                <w:rFonts w:ascii="Cambria" w:eastAsia="MS Mincho" w:hAnsi="Cambria" w:cs="Times New Roman"/>
                <w:lang w:val="en-US"/>
              </w:rPr>
              <w:t>(решение Советского районного суда г. Астрахани от 07.11.2022);</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06.02.2023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5338.</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rPr>
            </w:pPr>
            <w:r w:rsidRPr="00310FC5">
              <w:rPr>
                <w:rFonts w:ascii="Cambria" w:eastAsia="MS Mincho" w:hAnsi="Cambria" w:cs="Times New Roman"/>
              </w:rPr>
              <w:t>Книгопечатное издание «Начала мусульманской веры», редактор-составитель Э.Кулиев, верстка К.Кузнецов, художественные редакторы Р.Галимова, К.Кузнецов, ООО «Издатель Эжаев А.К.», тираж 5000 экз., заказ №2798, на 294 л., за исключением цитат из Корана (решение Можайского городского суда Московской области от 12.10.2022);</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17.02.2023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5339.</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rPr>
            </w:pPr>
            <w:r w:rsidRPr="00310FC5">
              <w:rPr>
                <w:rFonts w:ascii="Cambria" w:eastAsia="MS Mincho" w:hAnsi="Cambria" w:cs="Times New Roman"/>
              </w:rPr>
              <w:t xml:space="preserve">Музыкальная композиция под названием «Нищих Убивай!», начинающаяся словами «Прогресс и эффективность победили еще бы…», заканчивающаяся словами «…нищих убивай!», продолжительностью 4 минуты 21 секунда (решение Дзержинского районного суда города Волгограда от 26.09.2022, апелляционное определение судебной коллегии по административным делам Волгоградского областного суда от 12.01.2023 и кассационное определение судебной коллегии </w:t>
            </w:r>
            <w:r w:rsidRPr="00310FC5">
              <w:rPr>
                <w:rFonts w:ascii="Cambria" w:eastAsia="MS Mincho" w:hAnsi="Cambria" w:cs="Times New Roman"/>
              </w:rPr>
              <w:br/>
            </w:r>
            <w:r w:rsidRPr="00310FC5">
              <w:rPr>
                <w:rFonts w:ascii="Cambria" w:eastAsia="MS Mincho" w:hAnsi="Cambria" w:cs="Times New Roman"/>
              </w:rPr>
              <w:br/>
              <w:t>по административным делам Четвертого кассационного суда общей юрисдикции от 25.05.2023);</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22.02.2023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lastRenderedPageBreak/>
              <w:t>5340.</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rPr>
            </w:pPr>
            <w:r w:rsidRPr="00310FC5">
              <w:rPr>
                <w:rFonts w:ascii="Cambria" w:eastAsia="MS Mincho" w:hAnsi="Cambria" w:cs="Times New Roman"/>
              </w:rPr>
              <w:t>Информационные материалы, содержащиеся в книге Николы Королева «Белая Любовь» (предисловие «Война поэта», стихотворения «В чертогах алого огня», «Карцер», «Пламенная надежда», «Жертва», «Если не ты то, кто же?», «Сон витязя», «В гранитной пещере злой чародей») издательства Военно-патриотического общества «СПАС» (Москва, 2021) (решение Лабытнангского городского суда Ямало-Ненецкого автономного округа от 01.11.2022);</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20.03.2023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5341.</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rPr>
            </w:pPr>
            <w:r w:rsidRPr="00310FC5">
              <w:rPr>
                <w:rFonts w:ascii="Cambria" w:eastAsia="MS Mincho" w:hAnsi="Cambria" w:cs="Times New Roman"/>
              </w:rPr>
              <w:t>Материал под названием «Манифест Национального сопротивления… На войне, как на войне. Кремль уничтожает народ России!», размещенный в информационно-телекоммуникационных сетях, в том числе в сети «Интернет» (решение Петропавловск-Камчатского городского суда Камчатского края от 31.01.2023);</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17.04.2023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5342.</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rPr>
            </w:pPr>
            <w:r w:rsidRPr="00310FC5">
              <w:rPr>
                <w:rFonts w:ascii="Cambria" w:eastAsia="MS Mincho" w:hAnsi="Cambria" w:cs="Times New Roman"/>
              </w:rPr>
              <w:t>Информационный материал – аудиозапись (песня) исполнителей «Околореп и Саша Скул» с названием «Вэлком ту Россияния» продолжительностью около 02 минут 33 секунд, которая начинается русскими словами, исполняемыми мужскими голосами, «Добро пожаловать в россиянию.», заканчивается словами «Так что если что, вовремя скидывай ножик», содержащаяся в информационно-коммуникационной сети «Интернет» (решение Калачёвского районного суда Волгоградской области от 09.02.2023);</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03.05.2023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5343.</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rPr>
            </w:pPr>
            <w:r w:rsidRPr="00310FC5">
              <w:rPr>
                <w:rFonts w:ascii="Cambria" w:eastAsia="MS Mincho" w:hAnsi="Cambria" w:cs="Times New Roman"/>
              </w:rPr>
              <w:t>Материалы – текстовые файлы под названием «ЕВРОПА ОТЕЧЕСТВ. Биополитическая Цель Национал-Социализма», «НОВАЯ ЕВРОПА». Биополитическая Цель Национал-Социализма», размещенные в ИТКС «Интернет» (решение Центрального районного суда г. Калининграда от 14.02.2023);</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17.05.2023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5344.</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rPr>
            </w:pPr>
            <w:r w:rsidRPr="00310FC5">
              <w:rPr>
                <w:rFonts w:ascii="Cambria" w:eastAsia="MS Mincho" w:hAnsi="Cambria" w:cs="Times New Roman"/>
              </w:rPr>
              <w:t>Материалы: аудиозапись песни под названием «Криминал» музыкальной группы «</w:t>
            </w:r>
            <w:r w:rsidRPr="00310FC5">
              <w:rPr>
                <w:rFonts w:ascii="Cambria" w:eastAsia="MS Mincho" w:hAnsi="Cambria" w:cs="Times New Roman"/>
                <w:lang w:val="en-US"/>
              </w:rPr>
              <w:t>BadToTheBonehead</w:t>
            </w:r>
            <w:r w:rsidRPr="00310FC5">
              <w:rPr>
                <w:rFonts w:ascii="Cambria" w:eastAsia="MS Mincho" w:hAnsi="Cambria" w:cs="Times New Roman"/>
              </w:rPr>
              <w:t>», начинающаяся словами «Город во власти этнических кланов …» и оканчивающаяся словами «… Она убивает нашу страну!», продолжительностью 2 минуты 10 секунд (решение Заволжского районного суда города Твери от 20.02.2023);</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17.05.2023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5345.</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rPr>
              <w:t xml:space="preserve">Информационный материал – текст аудиозаписи группы </w:t>
            </w:r>
            <w:r w:rsidRPr="00310FC5">
              <w:rPr>
                <w:rFonts w:ascii="Cambria" w:eastAsia="MS Mincho" w:hAnsi="Cambria" w:cs="Times New Roman"/>
                <w:lang w:val="en-US"/>
              </w:rPr>
              <w:t>OutlawHeroesStanding</w:t>
            </w:r>
            <w:r w:rsidRPr="00310FC5">
              <w:rPr>
                <w:rFonts w:ascii="Cambria" w:eastAsia="MS Mincho" w:hAnsi="Cambria" w:cs="Times New Roman"/>
              </w:rPr>
              <w:t xml:space="preserve"> под названием «Смерть РУССКИМ гнидам!!!», начинающийся словами: «</w:t>
            </w:r>
            <w:r w:rsidRPr="00310FC5">
              <w:rPr>
                <w:rFonts w:ascii="Cambria" w:eastAsia="MS Mincho" w:hAnsi="Cambria" w:cs="Times New Roman"/>
                <w:lang w:val="en-US"/>
              </w:rPr>
              <w:t>Hardcore</w:t>
            </w:r>
            <w:r w:rsidRPr="00310FC5">
              <w:rPr>
                <w:rFonts w:ascii="Cambria" w:eastAsia="MS Mincho" w:hAnsi="Cambria" w:cs="Times New Roman"/>
              </w:rPr>
              <w:t xml:space="preserve">. Смерть русским. Я ненавижу русских, я за </w:t>
            </w:r>
            <w:r w:rsidRPr="00310FC5">
              <w:rPr>
                <w:rFonts w:ascii="Cambria" w:eastAsia="MS Mincho" w:hAnsi="Cambria" w:cs="Times New Roman"/>
              </w:rPr>
              <w:lastRenderedPageBreak/>
              <w:t xml:space="preserve">арийцев, я ненавижу русских, я за арийцев. Пора уничтожать всех ветеранов Войны, чтобы не было больше русских…», заканчивающийся словами: «смерть русским гнидам. </w:t>
            </w:r>
            <w:r w:rsidRPr="00310FC5">
              <w:rPr>
                <w:rFonts w:ascii="Cambria" w:eastAsia="MS Mincho" w:hAnsi="Cambria" w:cs="Times New Roman"/>
                <w:lang w:val="en-US"/>
              </w:rPr>
              <w:t>Зиг хай» (решение Ленинского районного суда г. Тамбова от 04.04.2023);</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lastRenderedPageBreak/>
              <w:t>13.06.2023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lastRenderedPageBreak/>
              <w:t>5346.</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rPr>
            </w:pPr>
            <w:r w:rsidRPr="00310FC5">
              <w:rPr>
                <w:rFonts w:ascii="Cambria" w:eastAsia="MS Mincho" w:hAnsi="Cambria" w:cs="Times New Roman"/>
              </w:rPr>
              <w:t>Книга «Евангелие от Елизаветы» Николая Моностона (144 с., Белгород, 2016, издательство ООО «Наследие», отпечатано в типографии «Константа»), за исключением цитат в ней из Библии (решение Октябрьского районного суда г. Белгорода от 17.02.2023 и апелляционное определение судебной коллегии по административным делам Белгородского областного суда от 04.05.2023);</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22.06.2023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5347.</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rPr>
            </w:pPr>
            <w:r w:rsidRPr="00310FC5">
              <w:rPr>
                <w:rFonts w:ascii="Cambria" w:eastAsia="MS Mincho" w:hAnsi="Cambria" w:cs="Times New Roman"/>
              </w:rPr>
              <w:t xml:space="preserve">Печатное издание - книга Платонова О.А. «Россия и мировое зло» (изд. «Родная страна», 2014 - 464 страницы, </w:t>
            </w:r>
            <w:r w:rsidRPr="00310FC5">
              <w:rPr>
                <w:rFonts w:ascii="Cambria" w:eastAsia="MS Mincho" w:hAnsi="Cambria" w:cs="Times New Roman"/>
                <w:lang w:val="en-US"/>
              </w:rPr>
              <w:t>ISBN</w:t>
            </w:r>
            <w:r w:rsidRPr="00310FC5">
              <w:rPr>
                <w:rFonts w:ascii="Cambria" w:eastAsia="MS Mincho" w:hAnsi="Cambria" w:cs="Times New Roman"/>
              </w:rPr>
              <w:t xml:space="preserve"> 978-5-903942-30-5) (решение Таганского районного суда г.  Москвы от 10.02.2021 и апелляционное определение судебной коллегии по административным делам Московского городского суда от 03.11.2022);</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22.06.2023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5348.</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rPr>
            </w:pPr>
            <w:r w:rsidRPr="00310FC5">
              <w:rPr>
                <w:rFonts w:ascii="Cambria" w:eastAsia="MS Mincho" w:hAnsi="Cambria" w:cs="Times New Roman"/>
              </w:rPr>
              <w:t xml:space="preserve">Печатное издание - книга Платонова О.А. «Ритуальные убийства» (изд. «Родная страна», 2015- 256 страниц, </w:t>
            </w:r>
            <w:r w:rsidRPr="00310FC5">
              <w:rPr>
                <w:rFonts w:ascii="Cambria" w:eastAsia="MS Mincho" w:hAnsi="Cambria" w:cs="Times New Roman"/>
                <w:lang w:val="en-US"/>
              </w:rPr>
              <w:t>ISBN</w:t>
            </w:r>
            <w:r w:rsidRPr="00310FC5">
              <w:rPr>
                <w:rFonts w:ascii="Cambria" w:eastAsia="MS Mincho" w:hAnsi="Cambria" w:cs="Times New Roman"/>
              </w:rPr>
              <w:t xml:space="preserve"> 978-5-903942-48-0) (решение Таганского районного суда г. Москвы от 10.02.2021 и апелляционное определение судебной коллегии по административным делам Московского городского суда от 03.11.2022);</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22.06.2023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5349.</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rPr>
            </w:pPr>
            <w:r w:rsidRPr="00310FC5">
              <w:rPr>
                <w:rFonts w:ascii="Cambria" w:eastAsia="MS Mincho" w:hAnsi="Cambria" w:cs="Times New Roman"/>
              </w:rPr>
              <w:t xml:space="preserve">Печатное издание - книга Платонова О.А. «Терновый венец России» (изд. «Родная страна», 2015 -352 страницы, </w:t>
            </w:r>
            <w:r w:rsidRPr="00310FC5">
              <w:rPr>
                <w:rFonts w:ascii="Cambria" w:eastAsia="MS Mincho" w:hAnsi="Cambria" w:cs="Times New Roman"/>
                <w:lang w:val="en-US"/>
              </w:rPr>
              <w:t>ISBN</w:t>
            </w:r>
            <w:r w:rsidRPr="00310FC5">
              <w:rPr>
                <w:rFonts w:ascii="Cambria" w:eastAsia="MS Mincho" w:hAnsi="Cambria" w:cs="Times New Roman"/>
              </w:rPr>
              <w:t xml:space="preserve"> 978-5-903942-43-5) (решение Таганского районного суда г. Москвы от 10.02.2021 и апелляционное определение судебной коллегии по административным делам Московского городского суда от 03.11.2022);</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22.06.2023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5350.</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rPr>
            </w:pPr>
            <w:r w:rsidRPr="00310FC5">
              <w:rPr>
                <w:rFonts w:ascii="Cambria" w:eastAsia="MS Mincho" w:hAnsi="Cambria" w:cs="Times New Roman"/>
              </w:rPr>
              <w:t xml:space="preserve">Печатное издание - книга Платонова О.А. «Тайна беззакония» (изд. «Родная страна», 2014 - 336 страниц, </w:t>
            </w:r>
            <w:r w:rsidRPr="00310FC5">
              <w:rPr>
                <w:rFonts w:ascii="Cambria" w:eastAsia="MS Mincho" w:hAnsi="Cambria" w:cs="Times New Roman"/>
                <w:lang w:val="en-US"/>
              </w:rPr>
              <w:t>ISBN</w:t>
            </w:r>
            <w:r w:rsidRPr="00310FC5">
              <w:rPr>
                <w:rFonts w:ascii="Cambria" w:eastAsia="MS Mincho" w:hAnsi="Cambria" w:cs="Times New Roman"/>
              </w:rPr>
              <w:t xml:space="preserve"> 978-5-903942-29-9) (решение Таганского районного суда г. Москвы от 10.02.2021 и апелляционное определение судебной коллегии по административным делам Московского городского суда от 03.11.2022);</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22.06.2023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lastRenderedPageBreak/>
              <w:t>5351.</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rPr>
            </w:pPr>
            <w:r w:rsidRPr="00310FC5">
              <w:rPr>
                <w:rFonts w:ascii="Cambria" w:eastAsia="MS Mincho" w:hAnsi="Cambria" w:cs="Times New Roman"/>
              </w:rPr>
              <w:t xml:space="preserve">Печатное издание - книга Платонова О.А. «Иудаизм и масонство» (изд. «Кислород», 2016 - 560 страниц, </w:t>
            </w:r>
            <w:r w:rsidRPr="00310FC5">
              <w:rPr>
                <w:rFonts w:ascii="Cambria" w:eastAsia="MS Mincho" w:hAnsi="Cambria" w:cs="Times New Roman"/>
                <w:lang w:val="en-US"/>
              </w:rPr>
              <w:t>ISBN</w:t>
            </w:r>
            <w:r w:rsidRPr="00310FC5">
              <w:rPr>
                <w:rFonts w:ascii="Cambria" w:eastAsia="MS Mincho" w:hAnsi="Cambria" w:cs="Times New Roman"/>
              </w:rPr>
              <w:t xml:space="preserve"> 978-5-901635-49-0) (решение Таганского районного суда г. Москвы от 10.02.2021 и апелляционное определение судебной коллегии по административным делам Московского городского суда от 03.11.2022);</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22.06.2023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5352.</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rPr>
            </w:pPr>
            <w:r w:rsidRPr="00310FC5">
              <w:rPr>
                <w:rFonts w:ascii="Cambria" w:eastAsia="MS Mincho" w:hAnsi="Cambria" w:cs="Times New Roman"/>
              </w:rPr>
              <w:t>Информационный материал: аудиозапись исполнителя «Жека Басотский – АУЕ всем нашим пацанам» продолжительностью около 4 минут 32 секунд, которая начинается звуками музыки и русскими словами песни «АУЕ всем пацанам…» и заканчивается словами «православным привет, мусульманам салам, а всем дырявым лоукик и двойку по зубам», исполняемой мужским голосом, содержащейся в информационно-коммуникационной сети «Интернет» (решение Центрального районного суда г. Хабаровска от 13.02.2023);</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29.06.2023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5353.</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rPr>
            </w:pPr>
            <w:r w:rsidRPr="00310FC5">
              <w:rPr>
                <w:rFonts w:ascii="Cambria" w:eastAsia="MS Mincho" w:hAnsi="Cambria" w:cs="Times New Roman"/>
              </w:rPr>
              <w:t xml:space="preserve">Информационный материал – аудиозапись (песня) исполнителя </w:t>
            </w:r>
            <w:r w:rsidRPr="00310FC5">
              <w:rPr>
                <w:rFonts w:ascii="Cambria" w:eastAsia="MS Mincho" w:hAnsi="Cambria" w:cs="Times New Roman"/>
                <w:lang w:val="en-US"/>
              </w:rPr>
              <w:t>TheFishez</w:t>
            </w:r>
            <w:r w:rsidRPr="00310FC5">
              <w:rPr>
                <w:rFonts w:ascii="Cambria" w:eastAsia="MS Mincho" w:hAnsi="Cambria" w:cs="Times New Roman"/>
              </w:rPr>
              <w:t xml:space="preserve"> с наименованием «Колумбайн» продолжительностью около 02 минут 23 секунд, которая начинается словами, исполняемыми мужским голосом под музыку: «Колумбайн, колумбайн, я устрою колумбайн…» и заканчивается словами «… и тебе лучше не знать, что я делал этой ночью, сын», размещенный в информационно-телекоммуникационной сети «Интернет» (решение Североморского районного суда Мурманской области от 11.05.2023);</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17.07.2023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5354.</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rPr>
            </w:pPr>
            <w:r w:rsidRPr="00310FC5">
              <w:rPr>
                <w:rFonts w:ascii="Cambria" w:eastAsia="MS Mincho" w:hAnsi="Cambria" w:cs="Times New Roman"/>
              </w:rPr>
              <w:t>Информационный материал в виде аудиозаписи исполнителя Околорэп с названием «Лет через 10» продолжительностью около 01 минуты 06 секунд, которая начинается русскими словами, исполняемыми мужским голосом под музыку: «Пацаны, ходите прикол?», заканчивается словами «… всем своим «зигуем» молодым и старым, совсем (нецензурное выражение) стал», содержащейся в информационно-коммуникационной сети «Интернет» (решение Североморского районного суда Мурманской области от 23.05.2023);</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28.07.2023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5355.</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rPr>
            </w:pPr>
            <w:r w:rsidRPr="00310FC5">
              <w:rPr>
                <w:rFonts w:ascii="Cambria" w:eastAsia="MS Mincho" w:hAnsi="Cambria" w:cs="Times New Roman"/>
              </w:rPr>
              <w:t xml:space="preserve">Информационный материал – аудиозапись (песня) исполнителя </w:t>
            </w:r>
            <w:r w:rsidRPr="00310FC5">
              <w:rPr>
                <w:rFonts w:ascii="Cambria" w:eastAsia="MS Mincho" w:hAnsi="Cambria" w:cs="Times New Roman"/>
                <w:lang w:val="en-US"/>
              </w:rPr>
              <w:t>dmtboy</w:t>
            </w:r>
            <w:r w:rsidRPr="00310FC5">
              <w:rPr>
                <w:rFonts w:ascii="Cambria" w:eastAsia="MS Mincho" w:hAnsi="Cambria" w:cs="Times New Roman"/>
              </w:rPr>
              <w:t xml:space="preserve"> с наименованием «Колумбайн» продолжительностью около 02 минут 15 секунд, которая начинается словами, исполняемыми мужским </w:t>
            </w:r>
            <w:r w:rsidRPr="00310FC5">
              <w:rPr>
                <w:rFonts w:ascii="Cambria" w:eastAsia="MS Mincho" w:hAnsi="Cambria" w:cs="Times New Roman"/>
              </w:rPr>
              <w:lastRenderedPageBreak/>
              <w:t>голосом под музыку: «Колумбайн. Колумбайн…», заканчивается словами «Я взрываю бомбу в классе первый «А», содержащаяся в информационно-коммуникационной сети «Интернет» (решение Полярного районного суда Мурманской области от 16.05.2023);</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lastRenderedPageBreak/>
              <w:t>28.07.2023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lastRenderedPageBreak/>
              <w:t>5356.</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rPr>
              <w:t xml:space="preserve">Информационный материал – аудиозапись и текст музыкальной композиции под названием «Молочные продукты – Вали Хачей» (иное название – «Группа Волк – Вали Хачей»), продолжительностью от 01 мин. 46 сек., начинающаяся словами: «Эх … слишком много в России, Всю мою Родину хачи населили…» и заканчивающаяся словами: «…Черно…ые уроды! Черно…ые уроды!» </w:t>
            </w:r>
            <w:r w:rsidRPr="00310FC5">
              <w:rPr>
                <w:rFonts w:ascii="Cambria" w:eastAsia="MS Mincho" w:hAnsi="Cambria" w:cs="Times New Roman"/>
                <w:lang w:val="en-US"/>
              </w:rPr>
              <w:t>(решение Железнодорожного районного суда г. Пензы от 12.05.2023);</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28.07.2023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5357.</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rPr>
              <w:t xml:space="preserve">Видеозапись «П***н – это существо, которое надо пристрелить – Кирилл Барабаш», начинающаяся словами «Если говорить про офицеров кадровых…», заканчивающаяся словами «пока мы сами не организуемся с самого низу, ничего не изменится», продолжительностью </w:t>
            </w:r>
            <w:r w:rsidRPr="00310FC5">
              <w:rPr>
                <w:rFonts w:ascii="Cambria" w:eastAsia="MS Mincho" w:hAnsi="Cambria" w:cs="Times New Roman"/>
                <w:lang w:val="en-US"/>
              </w:rPr>
              <w:t>3 минуты 18 секунд (решение Куртамышского районного суда Курганской области от 30.05.2023);</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03.08.2023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5358.</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rPr>
            </w:pPr>
            <w:r w:rsidRPr="00310FC5">
              <w:rPr>
                <w:rFonts w:ascii="Cambria" w:eastAsia="MS Mincho" w:hAnsi="Cambria" w:cs="Times New Roman"/>
              </w:rPr>
              <w:t>Видеозапись «К.Барабаш» разносит жидовскую банду П****а», начинающаяся словами «Дорогие друзья, товарищи, здравствуйте …», заканчивающаяся словами «А как спросить? Законопроект есть о суде народа над властью. Спасибо», продолжительностью 7 минут 21 секунда (решение Куртамышского районного суда Курганской области от 30.05.2023);</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03.08.2023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5359.</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rPr>
            </w:pPr>
            <w:r w:rsidRPr="00310FC5">
              <w:rPr>
                <w:rFonts w:ascii="Cambria" w:eastAsia="MS Mincho" w:hAnsi="Cambria" w:cs="Times New Roman"/>
              </w:rPr>
              <w:t>Видеозапись «В России Стали Избивать Полицаев. ЗА ЧТООО такое П****у», начинающаяся словами «Очень странные дела с начала этого года стали происходить в России», заканчивающаяся словами «На что вы готовы пойти, чтобы П***н ушел? На убийство его», продолжительностью 6 минут 42 секунды (решение Куртамышского районного суда Курганской области от 30.05.2023);</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03.08.2023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5360.</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rPr>
            </w:pPr>
            <w:r w:rsidRPr="00310FC5">
              <w:rPr>
                <w:rFonts w:ascii="Cambria" w:eastAsia="MS Mincho" w:hAnsi="Cambria" w:cs="Times New Roman"/>
              </w:rPr>
              <w:t xml:space="preserve">[Аудиозапись] исполнителя «Молот Родины» под названием «Да здравствует Белая Раса» длительностью 3 мин. 29 сек., начинающаяся со слов: «Война. В больших городах…», и заканчивающаяся словами: «…Да здравствует белая раса и религиозный террор!», размещенная в сети «Интернет» </w:t>
            </w:r>
            <w:r w:rsidRPr="00310FC5">
              <w:rPr>
                <w:rFonts w:ascii="Cambria" w:eastAsia="MS Mincho" w:hAnsi="Cambria" w:cs="Times New Roman"/>
              </w:rPr>
              <w:lastRenderedPageBreak/>
              <w:t>(решение Центрального районного суда г. Тулы от 22.05.2023);</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lastRenderedPageBreak/>
              <w:t>04.08.2023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lastRenderedPageBreak/>
              <w:t>5361.</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rPr>
            </w:pPr>
            <w:r w:rsidRPr="00310FC5">
              <w:rPr>
                <w:rFonts w:ascii="Cambria" w:eastAsia="MS Mincho" w:hAnsi="Cambria" w:cs="Times New Roman"/>
              </w:rPr>
              <w:t>Печатный текст, имеющий наименование «Декларация «О государственной независимости Республики Калмыкия» и дату «26.10.2022», который начинается со слов: «У ойратов в истории было несколько суверенных государств…» и заканчивается словами: «Конгресс ойрат-калмыцкого народа обращается ко всем государствам мира, правительствам и парламентам с призывом признать необходимость освобождения ойрат-калмыцкого народа от колониального гнета Российской империи и его законное право на самоопределение и создание независимого государства. Да восторжествует справедливость!» (решение Элистинского городского суда Республики Калмыкия от 02.06.2023);</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04.08.2023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5362.</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rPr>
            </w:pPr>
            <w:r w:rsidRPr="00310FC5">
              <w:rPr>
                <w:rFonts w:ascii="Cambria" w:eastAsia="MS Mincho" w:hAnsi="Cambria" w:cs="Times New Roman"/>
              </w:rPr>
              <w:t xml:space="preserve">Информационный материал – аудиозапись исполнителя </w:t>
            </w:r>
            <w:r w:rsidRPr="00310FC5">
              <w:rPr>
                <w:rFonts w:ascii="Cambria" w:eastAsia="MS Mincho" w:hAnsi="Cambria" w:cs="Times New Roman"/>
                <w:lang w:val="en-US"/>
              </w:rPr>
              <w:t>Le</w:t>
            </w:r>
            <w:r w:rsidRPr="00310FC5">
              <w:rPr>
                <w:rFonts w:ascii="Cambria" w:eastAsia="MS Mincho" w:hAnsi="Cambria" w:cs="Times New Roman"/>
              </w:rPr>
              <w:t>_</w:t>
            </w:r>
            <w:r w:rsidRPr="00310FC5">
              <w:rPr>
                <w:rFonts w:ascii="Cambria" w:eastAsia="MS Mincho" w:hAnsi="Cambria" w:cs="Times New Roman"/>
                <w:lang w:val="en-US"/>
              </w:rPr>
              <w:t>Da</w:t>
            </w:r>
            <w:r w:rsidRPr="00310FC5">
              <w:rPr>
                <w:rFonts w:ascii="Cambria" w:eastAsia="MS Mincho" w:hAnsi="Cambria" w:cs="Times New Roman"/>
              </w:rPr>
              <w:t>_</w:t>
            </w:r>
            <w:r w:rsidRPr="00310FC5">
              <w:rPr>
                <w:rFonts w:ascii="Cambria" w:eastAsia="MS Mincho" w:hAnsi="Cambria" w:cs="Times New Roman"/>
                <w:lang w:val="en-US"/>
              </w:rPr>
              <w:t>Vi</w:t>
            </w:r>
            <w:r w:rsidRPr="00310FC5">
              <w:rPr>
                <w:rFonts w:ascii="Cambria" w:eastAsia="MS Mincho" w:hAnsi="Cambria" w:cs="Times New Roman"/>
              </w:rPr>
              <w:t xml:space="preserve"> с названием «Мусорам (</w:t>
            </w:r>
            <w:r w:rsidRPr="00310FC5">
              <w:rPr>
                <w:rFonts w:ascii="Cambria" w:eastAsia="MS Mincho" w:hAnsi="Cambria" w:cs="Times New Roman"/>
                <w:lang w:val="en-US"/>
              </w:rPr>
              <w:t>ft</w:t>
            </w:r>
            <w:r w:rsidRPr="00310FC5">
              <w:rPr>
                <w:rFonts w:ascii="Cambria" w:eastAsia="MS Mincho" w:hAnsi="Cambria" w:cs="Times New Roman"/>
              </w:rPr>
              <w:t xml:space="preserve">. Гончарик [Живущие Рэпом]», продолжительностью около 03 минут 55 секунд, которая начинается словами на русском языке, исполняемым мужским голосом под музыку: «Ноги вели по дороге…», заканчивается </w:t>
            </w:r>
            <w:r w:rsidRPr="00310FC5">
              <w:rPr>
                <w:rFonts w:ascii="Cambria" w:eastAsia="MS Mincho" w:hAnsi="Cambria" w:cs="Times New Roman"/>
              </w:rPr>
              <w:br/>
            </w:r>
            <w:r w:rsidRPr="00310FC5">
              <w:rPr>
                <w:rFonts w:ascii="Cambria" w:eastAsia="MS Mincho" w:hAnsi="Cambria" w:cs="Times New Roman"/>
              </w:rPr>
              <w:br/>
              <w:t xml:space="preserve">словами «…мусорам – </w:t>
            </w:r>
            <w:r w:rsidRPr="00310FC5">
              <w:rPr>
                <w:rFonts w:ascii="Cambria" w:eastAsia="MS Mincho" w:hAnsi="Cambria" w:cs="Times New Roman"/>
                <w:lang w:val="en-US"/>
              </w:rPr>
              <w:t>fuckyou</w:t>
            </w:r>
            <w:r w:rsidRPr="00310FC5">
              <w:rPr>
                <w:rFonts w:ascii="Cambria" w:eastAsia="MS Mincho" w:hAnsi="Cambria" w:cs="Times New Roman"/>
              </w:rPr>
              <w:t>», содержащаяся в информационно-телекоммуникационной сети «Интернет» (решение Североморского районного суда Мурманской области от 07.06.2023);</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10.08.2023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5363.</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rPr>
            </w:pPr>
            <w:r w:rsidRPr="00310FC5">
              <w:rPr>
                <w:rFonts w:ascii="Cambria" w:eastAsia="MS Mincho" w:hAnsi="Cambria" w:cs="Times New Roman"/>
              </w:rPr>
              <w:t>Информационный материал, представленный в виде статьи с заголовком «Он не остановится, пока его не остановят», начинающейся со слов «В феврале стало совершенно ясно…» и заканчивающейся словами «…и не бояться ни штрафов ни тюрьмы. На кону наша жизнь», размещенной в выпуске № 9 (1511) газеты «Арсеньевские вести», вышедшем в свет 02.03.2022 (решение Фрунзенского районного суда г. Владивостока Приморского края от 10.06.2022, апелляционное определение судебной коллегии по административным делам Приморского краевого суда от 12.10.2022 и кассационное определение судебной коллегии по административным делам Девятого кассационного суда общей юрисдикции от 25.01.2023);</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11.08.2023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5364.</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rPr>
            </w:pPr>
            <w:r w:rsidRPr="00310FC5">
              <w:rPr>
                <w:rFonts w:ascii="Cambria" w:eastAsia="MS Mincho" w:hAnsi="Cambria" w:cs="Times New Roman"/>
              </w:rPr>
              <w:t xml:space="preserve">Видеофайл «Схиигумен Сергий обратился к Путину! Почему Вы молчите?», продолжительность 18 минут 30 секунд, начинается словами: «Дорогие отцы, браться и сестры! Святейший Патриарх Московский и всея Руси»…., заканчивается словами: «…Молитесь – Родина в опасности! Последнее слово </w:t>
            </w:r>
            <w:r w:rsidRPr="00310FC5">
              <w:rPr>
                <w:rFonts w:ascii="Cambria" w:eastAsia="MS Mincho" w:hAnsi="Cambria" w:cs="Times New Roman"/>
              </w:rPr>
              <w:lastRenderedPageBreak/>
              <w:t>за Богом! Аминь (решение Верхнепышминского городского суда Свердловской области от 10.01.2023);</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lastRenderedPageBreak/>
              <w:t>31.08.2023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lastRenderedPageBreak/>
              <w:t>5365.</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rPr>
              <w:t xml:space="preserve">Видеофайл «Кто посягает на закрытие храмов – анафема_Схиигумен Сергий» «Проповедь Романова Н.В. от 25.04.2020», продолжительность 17 минут 3 секунды, начинается словами: «Как могло случиться, что мы превратились из православных в неверных…», заканчивается словами: «…христоубийцы понесут свое. Рано…рано радуетесь. враги Христовы. Бог поругаем не бывает. Мы,  русские, с нами Бог! Царь православный среди нас! Богу нашему слава! Ныне и присно и во веки веков! </w:t>
            </w:r>
            <w:r w:rsidRPr="00310FC5">
              <w:rPr>
                <w:rFonts w:ascii="Cambria" w:eastAsia="MS Mincho" w:hAnsi="Cambria" w:cs="Times New Roman"/>
                <w:lang w:val="en-US"/>
              </w:rPr>
              <w:t>Аминь!» (решение Верхнепышминского городского суда Свердловской области от 10.01.2023);</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31.08.2023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5366.</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rPr>
              <w:t xml:space="preserve">Видеофайл «Надо бояться только Бога», продолжительность 20 минут 20 секунд, начинается словами: «Сегодня церковь празднует день Святой Троицы Пятидесятницы…», заканчивается словами: «…Да поможет нам всем в этом Господь Бог! </w:t>
            </w:r>
            <w:r w:rsidRPr="00310FC5">
              <w:rPr>
                <w:rFonts w:ascii="Cambria" w:eastAsia="MS Mincho" w:hAnsi="Cambria" w:cs="Times New Roman"/>
                <w:lang w:val="en-US"/>
              </w:rPr>
              <w:t>Аминь!» (решение Верхнепышминского городского суда Свердловской области от 10.01.2023);</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31.08.2023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5367.</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rPr>
            </w:pPr>
            <w:r w:rsidRPr="00310FC5">
              <w:rPr>
                <w:rFonts w:ascii="Cambria" w:eastAsia="MS Mincho" w:hAnsi="Cambria" w:cs="Times New Roman"/>
              </w:rPr>
              <w:t>Видеофайл «Священник проклял Путина и призвал выдворить его в Биробиджан», продолжительность 10 минут 35 секунд (решение Верхнепышминского городского суда Свердловской области от 10.01.2023);</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31.08.2023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5368.</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rPr>
              <w:t xml:space="preserve">Видеофайл «Схиигумен Сергий (Романов) – от РСФСР к Святой России», продолжительность 6 минут 52 секунды, начинающийся словами: «Боль в сердце моем напоминает нам и мне о могучей державе…», заканчивается словами: «…Ответьте мне на вопрос, русские и все национальности мира, - Кто правит вами, кто правит Россией?» </w:t>
            </w:r>
            <w:r w:rsidRPr="00310FC5">
              <w:rPr>
                <w:rFonts w:ascii="Cambria" w:eastAsia="MS Mincho" w:hAnsi="Cambria" w:cs="Times New Roman"/>
                <w:lang w:val="en-US"/>
              </w:rPr>
              <w:t>(решение Верхнепышминского городского суда Свердловской области от 10.01.2023);</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31.08.2023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5369.</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rPr>
              <w:t xml:space="preserve">Видеофайл «Ответ схиигумена Сергия (Романова), записан Романовым Н.В. по поводу церковного суда в отношении его.  Начинается словами: «Дорогие отцы, братья и сестры! Много кривотолков на данный момент ходит вокруг моего имени…», заканчивается словами: «….и вовеки веков!» </w:t>
            </w:r>
            <w:r w:rsidRPr="00310FC5">
              <w:rPr>
                <w:rFonts w:ascii="Cambria" w:eastAsia="MS Mincho" w:hAnsi="Cambria" w:cs="Times New Roman"/>
                <w:lang w:val="en-US"/>
              </w:rPr>
              <w:t>(решение Верхнепышминского городского суда Свердловской области от 10.01.2023);</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31.08.2023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lastRenderedPageBreak/>
              <w:t>5370.</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rPr>
              <w:t xml:space="preserve">Видеофайл «Схиигумен Сергий. Путин, Ленин и стрельба на Лубянке», продолжительность 30 минут 5 секунд, начинается словами: «Дорогие отцы, братья и сестры с праздником! – С праздником, отец Сергий! Некоторые русские старцы говорили, что антихрист придет из России…», заканчивается словами: «…Где Бог – там победа! </w:t>
            </w:r>
            <w:r w:rsidRPr="00310FC5">
              <w:rPr>
                <w:rFonts w:ascii="Cambria" w:eastAsia="MS Mincho" w:hAnsi="Cambria" w:cs="Times New Roman"/>
                <w:lang w:val="en-US"/>
              </w:rPr>
              <w:t>Аминь!» (решение Верхнепышминского городского суда Свердловской области от 10.01.2023);</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31.08.2023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5371.</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rPr>
              <w:t xml:space="preserve">Видеофайл «Схиигумен Сергий Романов – Иуды/Видео после церковного суда», продолжительность 9 минут  56 секунд, начинается словами: «Дорогие отцы и братья всех национальностей. Обращаюсь ко всем вам внимательно прослушать мою проповедь», заканчивается словами: «… и вовеки веков!» </w:t>
            </w:r>
            <w:r w:rsidRPr="00310FC5">
              <w:rPr>
                <w:rFonts w:ascii="Cambria" w:eastAsia="MS Mincho" w:hAnsi="Cambria" w:cs="Times New Roman"/>
                <w:lang w:val="en-US"/>
              </w:rPr>
              <w:t>(решение Верхнепышминского городского суда Свердловской области от 10.01.2023);</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31.08.2023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5372.</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rPr>
            </w:pPr>
            <w:r w:rsidRPr="00310FC5">
              <w:rPr>
                <w:rFonts w:ascii="Cambria" w:eastAsia="MS Mincho" w:hAnsi="Cambria" w:cs="Times New Roman"/>
              </w:rPr>
              <w:t xml:space="preserve">Распространенный в сети «Интернет» информационный материал – видео-, аудиозапись и текст песни исполнителя </w:t>
            </w:r>
            <w:r w:rsidRPr="00310FC5">
              <w:rPr>
                <w:rFonts w:ascii="Cambria" w:eastAsia="MS Mincho" w:hAnsi="Cambria" w:cs="Times New Roman"/>
                <w:lang w:val="en-US"/>
              </w:rPr>
              <w:t>THRIPXANNY</w:t>
            </w:r>
            <w:r w:rsidRPr="00310FC5">
              <w:rPr>
                <w:rFonts w:ascii="Cambria" w:eastAsia="MS Mincho" w:hAnsi="Cambria" w:cs="Times New Roman"/>
              </w:rPr>
              <w:t xml:space="preserve"> с наименованием «Колумбайн» продолжительностью около 2 минут 00 секунд, которая начинается словами, исполняемым мужским голосом под музыку: «Залетаю в школу – одноклассника по стенам…», заканчивается словами: «В 11:00 разбил я кафетерий» (решение Кольского районного суда Мурманской области (постоянное судебное присутствие в закрытом административно-территориальном образовании городе Заозерск Мурманской области) от 06.07.2023);</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31.08.2023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5373.</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rPr>
              <w:t xml:space="preserve">Видеоролик с наименованием «Сценарий: Распад России//Выход Калмыкии и Бурятии», имеющий длительность 43 мин. 15 сек., который начинается со слов «Доржо здравствуйте! Я Вас немножко представлю, вы меня поправляйте, если что – не верно..» и заканчивается словами: «За это вам огромное спасибо, что вы разработали, разрабатываете одну из возможных программ, что у народа будет выбор. Спасибо большое, что ответили на все мои вопросы, что были искренни. </w:t>
            </w:r>
            <w:r w:rsidRPr="00310FC5">
              <w:rPr>
                <w:rFonts w:ascii="Cambria" w:eastAsia="MS Mincho" w:hAnsi="Cambria" w:cs="Times New Roman"/>
                <w:lang w:val="en-US"/>
              </w:rPr>
              <w:t>Благодарю Вас» (решение Элистинского городского суда Республики Калмыкия от 16.06.2023);</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14.09.2023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5374.</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rPr>
            </w:pPr>
            <w:r w:rsidRPr="00310FC5">
              <w:rPr>
                <w:rFonts w:ascii="Cambria" w:eastAsia="MS Mincho" w:hAnsi="Cambria" w:cs="Times New Roman"/>
              </w:rPr>
              <w:t>Текст книги «</w:t>
            </w:r>
            <w:r w:rsidRPr="00310FC5">
              <w:rPr>
                <w:rFonts w:ascii="Cambria" w:eastAsia="MS Mincho" w:hAnsi="Cambria" w:cs="Times New Roman"/>
                <w:lang w:val="en-US"/>
              </w:rPr>
              <w:t>Siege</w:t>
            </w:r>
            <w:r w:rsidRPr="00310FC5">
              <w:rPr>
                <w:rFonts w:ascii="Cambria" w:eastAsia="MS Mincho" w:hAnsi="Cambria" w:cs="Times New Roman"/>
              </w:rPr>
              <w:t>» («Осада»), опубликованной 05.09.2017 в электронном формате на 527 страницах (3-е издание) под авторством Джеймса Мейсона (Мэйсона) (решение Приморского районного суда Санкт-Петербурга от 03.07.2023);</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26.09.2023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lastRenderedPageBreak/>
              <w:t>5375.</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rPr>
              <w:t xml:space="preserve">Стихотворение Юрия Нестеренко с названием «Русским оккупантам», которое начинается со слов: «Как вы будете драпать, с…ки!...», заканчивается словами: «А в бомжи или в грузы 200 – Это, с…ки, как повезет.» </w:t>
            </w:r>
            <w:r w:rsidRPr="00310FC5">
              <w:rPr>
                <w:rFonts w:ascii="Cambria" w:eastAsia="MS Mincho" w:hAnsi="Cambria" w:cs="Times New Roman"/>
                <w:lang w:val="en-US"/>
              </w:rPr>
              <w:t>(решение Сыктывкарского городского суда Республики Коми от 02.08.2023);</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26.09.2023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5376.</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rPr>
              <w:t xml:space="preserve">Аудиозапись и текст песни с названием «Выйди на улицу» продолжительностью 1 мин. 43 сек., которая начинается словами «Черные подвалы, обосс…е чердаки…» и заканчивается словами «Выйди на улицу, верни себе город!» </w:t>
            </w:r>
            <w:r w:rsidRPr="00310FC5">
              <w:rPr>
                <w:rFonts w:ascii="Cambria" w:eastAsia="MS Mincho" w:hAnsi="Cambria" w:cs="Times New Roman"/>
                <w:lang w:val="en-US"/>
              </w:rPr>
              <w:t>(решение Калужского районного суда Калужской области от 03.05.2023);</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11.10.2023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5377.</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rPr>
            </w:pPr>
            <w:r w:rsidRPr="00310FC5">
              <w:rPr>
                <w:rFonts w:ascii="Cambria" w:eastAsia="MS Mincho" w:hAnsi="Cambria" w:cs="Times New Roman"/>
              </w:rPr>
              <w:t>Аудиозапись и текст песни с названием «Обывалам» продолжительностью 2 мин. 06 сек., которая начинается словами «Ваши мысли о том, чтобы денег собрать…» и заканчивается словами «Пусть на убой он идет со стадом и от удара ногой, подумай головой» (решение Калужского районного суда Калужской области от 03.05.2023);</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11.10.2023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5378.</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rPr>
            </w:pPr>
            <w:r w:rsidRPr="00310FC5">
              <w:rPr>
                <w:rFonts w:ascii="Cambria" w:eastAsia="MS Mincho" w:hAnsi="Cambria" w:cs="Times New Roman"/>
              </w:rPr>
              <w:t>Аудиозапись и текст песни без названия продолжительностью 1 мин. 09 сек., которая начинается словами «Тебя еб…т прямо в центре, в карман подкинут наркоту…» и заканчивается словами «Твоя страна-твоя могила, твой город-твой морг» (решение Калужского районного суда Калужской области от 03.05.2023);</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11.10.2023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5379.</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rPr>
            </w:pPr>
            <w:r w:rsidRPr="00310FC5">
              <w:rPr>
                <w:rFonts w:ascii="Cambria" w:eastAsia="MS Mincho" w:hAnsi="Cambria" w:cs="Times New Roman"/>
              </w:rPr>
              <w:t>Видеофайл «Максим Базылев – Право решать» (решение Ленинского районного суда г. Екатеринбурга от 31.03.2023);</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11.10.2023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5380.</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rPr>
            </w:pPr>
            <w:r w:rsidRPr="00310FC5">
              <w:rPr>
                <w:rFonts w:ascii="Cambria" w:eastAsia="MS Mincho" w:hAnsi="Cambria" w:cs="Times New Roman"/>
              </w:rPr>
              <w:t>«Русский стяг – Правильная речь» (решение Ленинского районного суда г. Екатеринбурга от 31.03.2023);</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11.10.2023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5381.</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rPr>
            </w:pPr>
            <w:r w:rsidRPr="00310FC5">
              <w:rPr>
                <w:rFonts w:ascii="Cambria" w:eastAsia="MS Mincho" w:hAnsi="Cambria" w:cs="Times New Roman"/>
              </w:rPr>
              <w:t>Аудиофайл «Русский стяг – РОА» (решение Ленинского районного суда г. Екатеринбурга от 31.03.2023);</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11.10.2023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lastRenderedPageBreak/>
              <w:t>5382.</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rPr>
            </w:pPr>
            <w:r w:rsidRPr="00310FC5">
              <w:rPr>
                <w:rFonts w:ascii="Cambria" w:eastAsia="MS Mincho" w:hAnsi="Cambria" w:cs="Times New Roman"/>
              </w:rPr>
              <w:t>Текстовый документ «Дмитрий Честный – Огонь!.</w:t>
            </w:r>
            <w:r w:rsidRPr="00310FC5">
              <w:rPr>
                <w:rFonts w:ascii="Cambria" w:eastAsia="MS Mincho" w:hAnsi="Cambria" w:cs="Times New Roman"/>
                <w:lang w:val="en-US"/>
              </w:rPr>
              <w:t>doc</w:t>
            </w:r>
            <w:r w:rsidRPr="00310FC5">
              <w:rPr>
                <w:rFonts w:ascii="Cambria" w:eastAsia="MS Mincho" w:hAnsi="Cambria" w:cs="Times New Roman"/>
              </w:rPr>
              <w:t>» (решение Ленинского районного суда г. Екатеринбурга от 31.03.2023);</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11.10.2023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5383.</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rPr>
            </w:pPr>
            <w:r w:rsidRPr="00310FC5">
              <w:rPr>
                <w:rFonts w:ascii="Cambria" w:eastAsia="MS Mincho" w:hAnsi="Cambria" w:cs="Times New Roman"/>
              </w:rPr>
              <w:t>Текстовый документ «Дмитрий Честный – Становление.</w:t>
            </w:r>
            <w:r w:rsidRPr="00310FC5">
              <w:rPr>
                <w:rFonts w:ascii="Cambria" w:eastAsia="MS Mincho" w:hAnsi="Cambria" w:cs="Times New Roman"/>
                <w:lang w:val="en-US"/>
              </w:rPr>
              <w:t>doc</w:t>
            </w:r>
            <w:r w:rsidRPr="00310FC5">
              <w:rPr>
                <w:rFonts w:ascii="Cambria" w:eastAsia="MS Mincho" w:hAnsi="Cambria" w:cs="Times New Roman"/>
              </w:rPr>
              <w:t>» (решение Ленинского районного суда г. Екатеринбурга от 31.03.2023);</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11.10.2023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5384.</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rPr>
            </w:pPr>
            <w:r w:rsidRPr="00310FC5">
              <w:rPr>
                <w:rFonts w:ascii="Cambria" w:eastAsia="MS Mincho" w:hAnsi="Cambria" w:cs="Times New Roman"/>
              </w:rPr>
              <w:t xml:space="preserve">Текстовый документ «Дмитрий Честный – </w:t>
            </w:r>
            <w:r w:rsidRPr="00310FC5">
              <w:rPr>
                <w:rFonts w:ascii="Cambria" w:eastAsia="MS Mincho" w:hAnsi="Cambria" w:cs="Times New Roman"/>
                <w:lang w:val="en-US"/>
              </w:rPr>
              <w:t>RussianWill</w:t>
            </w:r>
            <w:r w:rsidRPr="00310FC5">
              <w:rPr>
                <w:rFonts w:ascii="Cambria" w:eastAsia="MS Mincho" w:hAnsi="Cambria" w:cs="Times New Roman"/>
              </w:rPr>
              <w:t>.</w:t>
            </w:r>
            <w:r w:rsidRPr="00310FC5">
              <w:rPr>
                <w:rFonts w:ascii="Cambria" w:eastAsia="MS Mincho" w:hAnsi="Cambria" w:cs="Times New Roman"/>
                <w:lang w:val="en-US"/>
              </w:rPr>
              <w:t>doc</w:t>
            </w:r>
            <w:r w:rsidRPr="00310FC5">
              <w:rPr>
                <w:rFonts w:ascii="Cambria" w:eastAsia="MS Mincho" w:hAnsi="Cambria" w:cs="Times New Roman"/>
              </w:rPr>
              <w:t>» (решение Ленинского районного суда г. Екатеринбурга от 31.03.2023);</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11.10.2023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5385.</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rPr>
            </w:pPr>
            <w:r w:rsidRPr="00310FC5">
              <w:rPr>
                <w:rFonts w:ascii="Cambria" w:eastAsia="MS Mincho" w:hAnsi="Cambria" w:cs="Times New Roman"/>
              </w:rPr>
              <w:t xml:space="preserve">Текстовый документ «Скинхеды – Интервью. </w:t>
            </w:r>
            <w:r w:rsidRPr="00310FC5">
              <w:rPr>
                <w:rFonts w:ascii="Cambria" w:eastAsia="MS Mincho" w:hAnsi="Cambria" w:cs="Times New Roman"/>
                <w:lang w:val="en-US"/>
              </w:rPr>
              <w:t>doc</w:t>
            </w:r>
            <w:r w:rsidRPr="00310FC5">
              <w:rPr>
                <w:rFonts w:ascii="Cambria" w:eastAsia="MS Mincho" w:hAnsi="Cambria" w:cs="Times New Roman"/>
              </w:rPr>
              <w:t>» (решение Ленинского районного суда г. Екатеринбурга от 31.03.2023);</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11.10.2023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5386.</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rPr>
            </w:pPr>
            <w:r w:rsidRPr="00310FC5">
              <w:rPr>
                <w:rFonts w:ascii="Cambria" w:eastAsia="MS Mincho" w:hAnsi="Cambria" w:cs="Times New Roman"/>
              </w:rPr>
              <w:t>Текстовый документ «Памятка пропагандиста.</w:t>
            </w:r>
            <w:r w:rsidRPr="00310FC5">
              <w:rPr>
                <w:rFonts w:ascii="Cambria" w:eastAsia="MS Mincho" w:hAnsi="Cambria" w:cs="Times New Roman"/>
                <w:lang w:val="en-US"/>
              </w:rPr>
              <w:t>doc</w:t>
            </w:r>
            <w:r w:rsidRPr="00310FC5">
              <w:rPr>
                <w:rFonts w:ascii="Cambria" w:eastAsia="MS Mincho" w:hAnsi="Cambria" w:cs="Times New Roman"/>
              </w:rPr>
              <w:t>» (решение Ленинского районного суда г. Екатеринбурга от 31.03.2023);</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11.10.2023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5387.</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rPr>
            </w:pPr>
            <w:r w:rsidRPr="00310FC5">
              <w:rPr>
                <w:rFonts w:ascii="Cambria" w:eastAsia="MS Mincho" w:hAnsi="Cambria" w:cs="Times New Roman"/>
              </w:rPr>
              <w:t>Роман Дмитрия Нестерова «Скины: Русь пробуждается» (решение Ленинского районного суда г. Екатеринбурга от 31.03.2023);</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11.10.2023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5388.</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rPr>
              <w:t xml:space="preserve">Запись, представляющая собой «репост» записи сообщества «КЛАН БЕЛОЙ КРОВИ», которая содержит текст: «Белые Шнурки – элемент одежды правых НС – Скинхедов, знак отличия и авторитета! Их нельзя одеть просто так, их надо заслужить в битвах за Расы и Нацию!» </w:t>
            </w:r>
            <w:r w:rsidRPr="00310FC5">
              <w:rPr>
                <w:rFonts w:ascii="Cambria" w:eastAsia="MS Mincho" w:hAnsi="Cambria" w:cs="Times New Roman"/>
                <w:lang w:val="en-US"/>
              </w:rPr>
              <w:t>(решение Ленинского районного суда г. Екатеринбурга от 31.03.2023);</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11.10.2023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5389.</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rPr>
            </w:pPr>
            <w:r w:rsidRPr="00310FC5">
              <w:rPr>
                <w:rFonts w:ascii="Cambria" w:eastAsia="MS Mincho" w:hAnsi="Cambria" w:cs="Times New Roman"/>
              </w:rPr>
              <w:t>Изображение ботинок – берцев с надписью «Это тебе не пионерский галстук. Их заслужить надо» (решение Ленинского районного суда г. Екатеринбурга от 31.03.2023);</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11.10.2023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lastRenderedPageBreak/>
              <w:t>5390.</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rPr>
              <w:t xml:space="preserve">2 аудиозаписи: «Железный порядок – Белые Шнурки», «Коловрат – Гордость За Расу И Нацию» </w:t>
            </w:r>
            <w:r w:rsidRPr="00310FC5">
              <w:rPr>
                <w:rFonts w:ascii="Cambria" w:eastAsia="MS Mincho" w:hAnsi="Cambria" w:cs="Times New Roman"/>
                <w:lang w:val="en-US"/>
              </w:rPr>
              <w:t>(решение Ленинского районного суда г. Екатеринбурга от 31.03.2023);</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11.10.2023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5391.</w:t>
            </w:r>
          </w:p>
        </w:tc>
        <w:tc>
          <w:tcPr>
            <w:tcW w:w="10648" w:type="dxa"/>
            <w:hideMark/>
          </w:tcPr>
          <w:p w:rsidR="002E646D" w:rsidRPr="007E4478" w:rsidRDefault="002E646D" w:rsidP="003B5294">
            <w:pPr>
              <w:spacing w:before="240" w:after="200" w:line="276" w:lineRule="auto"/>
              <w:jc w:val="both"/>
              <w:rPr>
                <w:rFonts w:ascii="Cambria" w:eastAsia="MS Mincho" w:hAnsi="Cambria" w:cs="Times New Roman"/>
              </w:rPr>
            </w:pPr>
            <w:r w:rsidRPr="007E4478">
              <w:rPr>
                <w:rFonts w:ascii="Cambria" w:eastAsia="MS Mincho" w:hAnsi="Cambria" w:cs="Times New Roman"/>
              </w:rPr>
              <w:t>Запись, представляющая собой «репост» записи сообщества «КЛАН БЕЛОЙ КРОВИ», размещенная 09.07.2014, которая содержит изображение (портрет Лермонтова М.Ю.) с текстом: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М.Ю. Лермонтов. НО ВСЕ ПОЧЕМУ – ТО ЗАПОМНИЛИ «я люблю Кавказ» (решение Ленинского районного суда г. Екатеринбурга от 31.03.2023);</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11.10.2023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5392.</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7E4478">
              <w:rPr>
                <w:rFonts w:ascii="Cambria" w:eastAsia="MS Mincho" w:hAnsi="Cambria" w:cs="Times New Roman"/>
              </w:rPr>
              <w:t xml:space="preserve">Аудиозапись «Гр.ом - ... (ненормативная лексика) Чечню, ... (ненормативная лексика), запись, представляющая собой «репост» записи сообщества «КЛАН БЕЛОЙ КРОВИ», размещенная 11.07.2014, которая содержит изображение скинхэда, наносящего удар ногой в челюсть другому человеку неславянской внешности с текстом: «Чурки как животные, ничего не понимают, кроме ... </w:t>
            </w:r>
            <w:r w:rsidRPr="00310FC5">
              <w:rPr>
                <w:rFonts w:ascii="Cambria" w:eastAsia="MS Mincho" w:hAnsi="Cambria" w:cs="Times New Roman"/>
                <w:lang w:val="en-US"/>
              </w:rPr>
              <w:t>(ненормативная лексика)» (решение Ленинского районного суда г. Екатеринбурга от 31.03.2023);</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11.10.2023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5393.</w:t>
            </w:r>
          </w:p>
        </w:tc>
        <w:tc>
          <w:tcPr>
            <w:tcW w:w="10648" w:type="dxa"/>
            <w:hideMark/>
          </w:tcPr>
          <w:p w:rsidR="002E646D" w:rsidRPr="007E4478" w:rsidRDefault="002E646D" w:rsidP="003B5294">
            <w:pPr>
              <w:spacing w:before="240" w:after="200" w:line="276" w:lineRule="auto"/>
              <w:jc w:val="both"/>
              <w:rPr>
                <w:rFonts w:ascii="Cambria" w:eastAsia="MS Mincho" w:hAnsi="Cambria" w:cs="Times New Roman"/>
              </w:rPr>
            </w:pPr>
            <w:r w:rsidRPr="007E4478">
              <w:rPr>
                <w:rFonts w:ascii="Cambria" w:eastAsia="MS Mincho" w:hAnsi="Cambria" w:cs="Times New Roman"/>
              </w:rPr>
              <w:t>Аудиозапись «Бритоголовые Идут – ДИВ – «Давай На Рынок» (решение Ленинского районного суда г. Екатеринбурга от 31.03.2023);</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11.10.2023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5394.</w:t>
            </w:r>
          </w:p>
        </w:tc>
        <w:tc>
          <w:tcPr>
            <w:tcW w:w="10648" w:type="dxa"/>
            <w:hideMark/>
          </w:tcPr>
          <w:p w:rsidR="002E646D" w:rsidRPr="007E4478" w:rsidRDefault="002E646D" w:rsidP="003B5294">
            <w:pPr>
              <w:spacing w:before="240" w:after="200" w:line="276" w:lineRule="auto"/>
              <w:jc w:val="both"/>
              <w:rPr>
                <w:rFonts w:ascii="Cambria" w:eastAsia="MS Mincho" w:hAnsi="Cambria" w:cs="Times New Roman"/>
              </w:rPr>
            </w:pPr>
            <w:r w:rsidRPr="007E4478">
              <w:rPr>
                <w:rFonts w:ascii="Cambria" w:eastAsia="MS Mincho" w:hAnsi="Cambria" w:cs="Times New Roman"/>
              </w:rPr>
              <w:t>Печатное издание: книга Я. Стецько «Дв</w:t>
            </w:r>
            <w:r w:rsidRPr="00310FC5">
              <w:rPr>
                <w:rFonts w:ascii="Cambria" w:eastAsia="MS Mincho" w:hAnsi="Cambria" w:cs="Times New Roman"/>
                <w:lang w:val="en-US"/>
              </w:rPr>
              <w:t>i</w:t>
            </w:r>
            <w:r w:rsidRPr="007E4478">
              <w:rPr>
                <w:rFonts w:ascii="Cambria" w:eastAsia="MS Mincho" w:hAnsi="Cambria" w:cs="Times New Roman"/>
              </w:rPr>
              <w:t xml:space="preserve"> революц</w:t>
            </w:r>
            <w:r w:rsidRPr="00310FC5">
              <w:rPr>
                <w:rFonts w:ascii="Cambria" w:eastAsia="MS Mincho" w:hAnsi="Cambria" w:cs="Times New Roman"/>
                <w:lang w:val="en-US"/>
              </w:rPr>
              <w:t>ii</w:t>
            </w:r>
            <w:r w:rsidRPr="007E4478">
              <w:rPr>
                <w:rFonts w:ascii="Cambria" w:eastAsia="MS Mincho" w:hAnsi="Cambria" w:cs="Times New Roman"/>
              </w:rPr>
              <w:t>», м. Мар</w:t>
            </w:r>
            <w:r w:rsidRPr="00310FC5">
              <w:rPr>
                <w:rFonts w:ascii="Cambria" w:eastAsia="MS Mincho" w:hAnsi="Cambria" w:cs="Times New Roman"/>
                <w:lang w:val="en-US"/>
              </w:rPr>
              <w:t>i</w:t>
            </w:r>
            <w:r w:rsidRPr="007E4478">
              <w:rPr>
                <w:rFonts w:ascii="Cambria" w:eastAsia="MS Mincho" w:hAnsi="Cambria" w:cs="Times New Roman"/>
              </w:rPr>
              <w:t>уполь, 2015, издательство «Цив</w:t>
            </w:r>
            <w:r w:rsidRPr="00310FC5">
              <w:rPr>
                <w:rFonts w:ascii="Cambria" w:eastAsia="MS Mincho" w:hAnsi="Cambria" w:cs="Times New Roman"/>
                <w:lang w:val="en-US"/>
              </w:rPr>
              <w:t>i</w:t>
            </w:r>
            <w:r w:rsidRPr="007E4478">
              <w:rPr>
                <w:rFonts w:ascii="Cambria" w:eastAsia="MS Mincho" w:hAnsi="Cambria" w:cs="Times New Roman"/>
              </w:rPr>
              <w:t>льного корпусу «Азов» (решение Буденновского межрайонного суда города Донецка Донецкой Народной Республики от 24.03.2023);</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31.10.2023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5395.</w:t>
            </w:r>
          </w:p>
        </w:tc>
        <w:tc>
          <w:tcPr>
            <w:tcW w:w="10648" w:type="dxa"/>
            <w:hideMark/>
          </w:tcPr>
          <w:p w:rsidR="002E646D" w:rsidRPr="007E4478" w:rsidRDefault="002E646D" w:rsidP="003B5294">
            <w:pPr>
              <w:spacing w:before="240" w:after="200" w:line="276" w:lineRule="auto"/>
              <w:jc w:val="both"/>
              <w:rPr>
                <w:rFonts w:ascii="Cambria" w:eastAsia="MS Mincho" w:hAnsi="Cambria" w:cs="Times New Roman"/>
              </w:rPr>
            </w:pPr>
            <w:r w:rsidRPr="007E4478">
              <w:rPr>
                <w:rFonts w:ascii="Cambria" w:eastAsia="MS Mincho" w:hAnsi="Cambria" w:cs="Times New Roman"/>
              </w:rPr>
              <w:t>Печатное издание: книга Я. Оршан «Доба нац</w:t>
            </w:r>
            <w:r w:rsidRPr="00310FC5">
              <w:rPr>
                <w:rFonts w:ascii="Cambria" w:eastAsia="MS Mincho" w:hAnsi="Cambria" w:cs="Times New Roman"/>
                <w:lang w:val="en-US"/>
              </w:rPr>
              <w:t>i</w:t>
            </w:r>
            <w:r w:rsidRPr="007E4478">
              <w:rPr>
                <w:rFonts w:ascii="Cambria" w:eastAsia="MS Mincho" w:hAnsi="Cambria" w:cs="Times New Roman"/>
              </w:rPr>
              <w:t>онал</w:t>
            </w:r>
            <w:r w:rsidRPr="00310FC5">
              <w:rPr>
                <w:rFonts w:ascii="Cambria" w:eastAsia="MS Mincho" w:hAnsi="Cambria" w:cs="Times New Roman"/>
                <w:lang w:val="en-US"/>
              </w:rPr>
              <w:t>i</w:t>
            </w:r>
            <w:r w:rsidRPr="007E4478">
              <w:rPr>
                <w:rFonts w:ascii="Cambria" w:eastAsia="MS Mincho" w:hAnsi="Cambria" w:cs="Times New Roman"/>
              </w:rPr>
              <w:t>зму», м. Мар</w:t>
            </w:r>
            <w:r w:rsidRPr="00310FC5">
              <w:rPr>
                <w:rFonts w:ascii="Cambria" w:eastAsia="MS Mincho" w:hAnsi="Cambria" w:cs="Times New Roman"/>
                <w:lang w:val="en-US"/>
              </w:rPr>
              <w:t>i</w:t>
            </w:r>
            <w:r w:rsidRPr="007E4478">
              <w:rPr>
                <w:rFonts w:ascii="Cambria" w:eastAsia="MS Mincho" w:hAnsi="Cambria" w:cs="Times New Roman"/>
              </w:rPr>
              <w:t>уполь, 2015, изданная при содействии «Цив</w:t>
            </w:r>
            <w:r w:rsidRPr="00310FC5">
              <w:rPr>
                <w:rFonts w:ascii="Cambria" w:eastAsia="MS Mincho" w:hAnsi="Cambria" w:cs="Times New Roman"/>
                <w:lang w:val="en-US"/>
              </w:rPr>
              <w:t>i</w:t>
            </w:r>
            <w:r w:rsidRPr="007E4478">
              <w:rPr>
                <w:rFonts w:ascii="Cambria" w:eastAsia="MS Mincho" w:hAnsi="Cambria" w:cs="Times New Roman"/>
              </w:rPr>
              <w:t>льного корпусу «Азов» (решение Буденновского межрайонного суда города Донецка Донецкой Народной Республики от 24.03.2023);</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31.10.2023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lastRenderedPageBreak/>
              <w:t>5396.</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7E4478">
              <w:rPr>
                <w:rFonts w:ascii="Cambria" w:eastAsia="MS Mincho" w:hAnsi="Cambria" w:cs="Times New Roman"/>
              </w:rPr>
              <w:t xml:space="preserve">Стихотворение Струковой Марины без названия, начинающееся со слов «Россия – бесполезная страна…», заканчивающееся словами «Россия останавливать не станет.» </w:t>
            </w:r>
            <w:r w:rsidRPr="00310FC5">
              <w:rPr>
                <w:rFonts w:ascii="Cambria" w:eastAsia="MS Mincho" w:hAnsi="Cambria" w:cs="Times New Roman"/>
                <w:lang w:val="en-US"/>
              </w:rPr>
              <w:t>(решение Центрального районного суда г. Красноярска от 01.08.2023);</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13.11.2023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5397.</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7E4478">
              <w:rPr>
                <w:rFonts w:ascii="Cambria" w:eastAsia="MS Mincho" w:hAnsi="Cambria" w:cs="Times New Roman"/>
              </w:rPr>
              <w:t xml:space="preserve">Стихотворение Струковой Марины под названием «Мы здесь», начинающееся со слов «Сердце рунами «зиг» пронизала гроза,…», заканчивающееся словами «Вы не ждали, а мы уже здесь.» </w:t>
            </w:r>
            <w:r w:rsidRPr="00310FC5">
              <w:rPr>
                <w:rFonts w:ascii="Cambria" w:eastAsia="MS Mincho" w:hAnsi="Cambria" w:cs="Times New Roman"/>
                <w:lang w:val="en-US"/>
              </w:rPr>
              <w:t>(решение Центрального районного суда г. Красноярска от 01.08.2023);</w:t>
            </w:r>
          </w:p>
        </w:tc>
        <w:tc>
          <w:tcPr>
            <w:tcW w:w="1281" w:type="dxa"/>
            <w:hideMark/>
          </w:tcPr>
          <w:p w:rsidR="002E646D" w:rsidRPr="00310FC5" w:rsidRDefault="002E646D" w:rsidP="003B5294">
            <w:pPr>
              <w:spacing w:before="240" w:after="200" w:line="276" w:lineRule="auto"/>
              <w:ind w:hanging="64"/>
              <w:jc w:val="both"/>
              <w:rPr>
                <w:rFonts w:ascii="Cambria" w:eastAsia="MS Mincho" w:hAnsi="Cambria" w:cs="Times New Roman"/>
                <w:lang w:val="en-US"/>
              </w:rPr>
            </w:pPr>
            <w:r w:rsidRPr="00310FC5">
              <w:rPr>
                <w:rFonts w:ascii="Cambria" w:eastAsia="MS Mincho" w:hAnsi="Cambria" w:cs="Times New Roman"/>
                <w:lang w:val="en-US"/>
              </w:rPr>
              <w:t>13.11.2023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5398.</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7E4478">
              <w:rPr>
                <w:rFonts w:ascii="Cambria" w:eastAsia="MS Mincho" w:hAnsi="Cambria" w:cs="Times New Roman"/>
              </w:rPr>
              <w:t xml:space="preserve">Стихотворение Струковой Марины под названием «Русскому скинхеду», начинающееся со слов «Застыла Россия в разрухе и голоде,…», заканчивающееся словами «За белые дни…» </w:t>
            </w:r>
            <w:r w:rsidRPr="00310FC5">
              <w:rPr>
                <w:rFonts w:ascii="Cambria" w:eastAsia="MS Mincho" w:hAnsi="Cambria" w:cs="Times New Roman"/>
                <w:lang w:val="en-US"/>
              </w:rPr>
              <w:t>(решение Центрального районного суда г. Красноярска от 01.08.2023);</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13.11.2023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5399.</w:t>
            </w:r>
          </w:p>
        </w:tc>
        <w:tc>
          <w:tcPr>
            <w:tcW w:w="10648" w:type="dxa"/>
            <w:hideMark/>
          </w:tcPr>
          <w:p w:rsidR="002E646D" w:rsidRPr="007E4478" w:rsidRDefault="002E646D" w:rsidP="003B5294">
            <w:pPr>
              <w:spacing w:before="240" w:after="200" w:line="276" w:lineRule="auto"/>
              <w:jc w:val="both"/>
              <w:rPr>
                <w:rFonts w:ascii="Cambria" w:eastAsia="MS Mincho" w:hAnsi="Cambria" w:cs="Times New Roman"/>
              </w:rPr>
            </w:pPr>
            <w:r w:rsidRPr="007E4478">
              <w:rPr>
                <w:rFonts w:ascii="Cambria" w:eastAsia="MS Mincho" w:hAnsi="Cambria" w:cs="Times New Roman"/>
              </w:rPr>
              <w:t xml:space="preserve">Стихотворение Струковой Марины под названием «Офицеру-националисту», начинающееся со слов «Если мы покоримся, страну обречем,…», заканчивающееся словами «с медальоном </w:t>
            </w:r>
            <w:r w:rsidRPr="00310FC5">
              <w:rPr>
                <w:rFonts w:ascii="Cambria" w:eastAsia="MS Mincho" w:hAnsi="Cambria" w:cs="Times New Roman"/>
                <w:lang w:val="en-US"/>
              </w:rPr>
              <w:t>SS</w:t>
            </w:r>
            <w:r w:rsidRPr="007E4478">
              <w:rPr>
                <w:rFonts w:ascii="Cambria" w:eastAsia="MS Mincho" w:hAnsi="Cambria" w:cs="Times New Roman"/>
              </w:rPr>
              <w:t xml:space="preserve"> ты идешь вдоль домов» (решение Центрального районного суда г. Красноярска от 01.08.2023);</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13.11.2023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5400.</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7E4478">
              <w:rPr>
                <w:rFonts w:ascii="Cambria" w:eastAsia="MS Mincho" w:hAnsi="Cambria" w:cs="Times New Roman"/>
              </w:rPr>
              <w:t xml:space="preserve">Стихотворение Струковой Марины под названием «Право на фашизм», начинающееся со слов «Давно зовут иуды-журналисты…», заканчивающееся словами «Будет вам награда за труды!» </w:t>
            </w:r>
            <w:r w:rsidRPr="00310FC5">
              <w:rPr>
                <w:rFonts w:ascii="Cambria" w:eastAsia="MS Mincho" w:hAnsi="Cambria" w:cs="Times New Roman"/>
                <w:lang w:val="en-US"/>
              </w:rPr>
              <w:t>(решение Центрального районного суда г. Красноярска от 01.08.2023);</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13.11.2023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5401.</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7E4478">
              <w:rPr>
                <w:rFonts w:ascii="Cambria" w:eastAsia="MS Mincho" w:hAnsi="Cambria" w:cs="Times New Roman"/>
              </w:rPr>
              <w:t xml:space="preserve">Стихотворение Струковой Марины без названия, начинающееся со слов «Гордый мальчик, русый, сероглазый,…», заканчивающееся словами «и того, что в этом сила, брат.» </w:t>
            </w:r>
            <w:r w:rsidRPr="00310FC5">
              <w:rPr>
                <w:rFonts w:ascii="Cambria" w:eastAsia="MS Mincho" w:hAnsi="Cambria" w:cs="Times New Roman"/>
                <w:lang w:val="en-US"/>
              </w:rPr>
              <w:t>(решение Центрального районного суда г. Красноярска от 01.08.2023);</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13.11.2023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5402.</w:t>
            </w:r>
          </w:p>
        </w:tc>
        <w:tc>
          <w:tcPr>
            <w:tcW w:w="10648" w:type="dxa"/>
            <w:hideMark/>
          </w:tcPr>
          <w:p w:rsidR="002E646D" w:rsidRPr="007E4478" w:rsidRDefault="002E646D" w:rsidP="003B5294">
            <w:pPr>
              <w:spacing w:before="240" w:after="200" w:line="276" w:lineRule="auto"/>
              <w:jc w:val="both"/>
              <w:rPr>
                <w:rFonts w:ascii="Cambria" w:eastAsia="MS Mincho" w:hAnsi="Cambria" w:cs="Times New Roman"/>
              </w:rPr>
            </w:pPr>
            <w:r w:rsidRPr="007E4478">
              <w:rPr>
                <w:rFonts w:ascii="Cambria" w:eastAsia="MS Mincho" w:hAnsi="Cambria" w:cs="Times New Roman"/>
              </w:rPr>
              <w:t xml:space="preserve">Информационный материал в виде видеозаписи с названием «Шамиль Басаев, Грозный 1994_1995г - Свобода или Смерть!!!» продолжительностью 4 минуты 22 секунды, которая начинается с изображения Шамиля Басаева (полевой командир чеченских бандформирований) у которого берется интервью, </w:t>
            </w:r>
            <w:r w:rsidRPr="007E4478">
              <w:rPr>
                <w:rFonts w:ascii="Cambria" w:eastAsia="MS Mincho" w:hAnsi="Cambria" w:cs="Times New Roman"/>
              </w:rPr>
              <w:lastRenderedPageBreak/>
              <w:t>размещенной в информационно-коммуникационной сети «Интернет» (решение Солнечногорского городского суда Московской области от 11.07.2023 и определение Солнечногорского городского суда Московской области от 23.10.2023);</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lastRenderedPageBreak/>
              <w:t>14.11.2023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lastRenderedPageBreak/>
              <w:t>5403.</w:t>
            </w:r>
          </w:p>
        </w:tc>
        <w:tc>
          <w:tcPr>
            <w:tcW w:w="10648" w:type="dxa"/>
            <w:hideMark/>
          </w:tcPr>
          <w:p w:rsidR="002E646D" w:rsidRPr="007E4478" w:rsidRDefault="002E646D" w:rsidP="003B5294">
            <w:pPr>
              <w:spacing w:before="240" w:after="200" w:line="276" w:lineRule="auto"/>
              <w:jc w:val="both"/>
              <w:rPr>
                <w:rFonts w:ascii="Cambria" w:eastAsia="MS Mincho" w:hAnsi="Cambria" w:cs="Times New Roman"/>
              </w:rPr>
            </w:pPr>
            <w:r w:rsidRPr="007E4478">
              <w:rPr>
                <w:rFonts w:ascii="Cambria" w:eastAsia="MS Mincho" w:hAnsi="Cambria" w:cs="Times New Roman"/>
              </w:rPr>
              <w:t xml:space="preserve">Видеоматериал под названием «Добровольная могилизация и обмен азовцев на кума Путина», начинающийся и оканчивающийся словами «В России во всю идет мобилизация………………по сравнению </w:t>
            </w:r>
            <w:r w:rsidRPr="007E4478">
              <w:rPr>
                <w:rFonts w:ascii="Cambria" w:eastAsia="MS Mincho" w:hAnsi="Cambria" w:cs="Times New Roman"/>
              </w:rPr>
              <w:br/>
            </w:r>
            <w:r w:rsidRPr="007E4478">
              <w:rPr>
                <w:rFonts w:ascii="Cambria" w:eastAsia="MS Mincho" w:hAnsi="Cambria" w:cs="Times New Roman"/>
              </w:rPr>
              <w:br/>
              <w:t>с амбициями бункерного деда», продолжительностью 13 минут 36 секунд, размещенный в информационно-телекоммуникационной сети «Интернет» (решение Фрунзенского районного суда г. Владивостока от 15.09.2023);</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15.11.2023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5404.</w:t>
            </w:r>
          </w:p>
        </w:tc>
        <w:tc>
          <w:tcPr>
            <w:tcW w:w="10648" w:type="dxa"/>
            <w:hideMark/>
          </w:tcPr>
          <w:p w:rsidR="002E646D" w:rsidRPr="007E4478" w:rsidRDefault="002E646D" w:rsidP="003B5294">
            <w:pPr>
              <w:spacing w:before="240" w:after="200" w:line="276" w:lineRule="auto"/>
              <w:jc w:val="both"/>
              <w:rPr>
                <w:rFonts w:ascii="Cambria" w:eastAsia="MS Mincho" w:hAnsi="Cambria" w:cs="Times New Roman"/>
              </w:rPr>
            </w:pPr>
            <w:r w:rsidRPr="007E4478">
              <w:rPr>
                <w:rFonts w:ascii="Cambria" w:eastAsia="MS Mincho" w:hAnsi="Cambria" w:cs="Times New Roman"/>
              </w:rPr>
              <w:t>Информационный материал – аудиозапись и текст песни исполнителей Планыч и Огнеяр с названием «Погранцы», продолжительностью 04 минуты 40 секунд, которая начинается русскими словами, исполняемыми мужским голосом под музыку: «Подо мной мир чужой, надо мной мир иной…», заканчивается словами «…защитникам белого отечества», содержащейся в информационно-коммуникационной сети «Интернет» (решение Североморского районного суда Мурманской области от 24.08.2023);</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15.11.2023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5405.</w:t>
            </w:r>
          </w:p>
        </w:tc>
        <w:tc>
          <w:tcPr>
            <w:tcW w:w="10648" w:type="dxa"/>
            <w:hideMark/>
          </w:tcPr>
          <w:p w:rsidR="002E646D" w:rsidRPr="007E4478" w:rsidRDefault="002E646D" w:rsidP="003B5294">
            <w:pPr>
              <w:spacing w:before="240" w:after="200" w:line="276" w:lineRule="auto"/>
              <w:jc w:val="both"/>
              <w:rPr>
                <w:rFonts w:ascii="Cambria" w:eastAsia="MS Mincho" w:hAnsi="Cambria" w:cs="Times New Roman"/>
              </w:rPr>
            </w:pPr>
            <w:r w:rsidRPr="007E4478">
              <w:rPr>
                <w:rFonts w:ascii="Cambria" w:eastAsia="MS Mincho" w:hAnsi="Cambria" w:cs="Times New Roman"/>
              </w:rPr>
              <w:t>Информационный материал – аудиозапись и текст песни исполнителей Планыч и Огнеяр с названием «Долой», продолжительностью 04 минуты 14 секунд, которая начинается русскими словами, исполняемыми мужским голосом под музыку: «Долой (неполиткорректное выражение) иго, долой христианский маразм…», заканчивается словами «…без китайского  перенаселения», содержащейся в информационно-коммуникационной сети «Интернет» (решение Североморского районного суда Мурманской области от 24.08.2023);</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15.11.2023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5406.</w:t>
            </w:r>
          </w:p>
        </w:tc>
        <w:tc>
          <w:tcPr>
            <w:tcW w:w="10648" w:type="dxa"/>
            <w:hideMark/>
          </w:tcPr>
          <w:p w:rsidR="002E646D" w:rsidRPr="007E4478" w:rsidRDefault="002E646D" w:rsidP="003B5294">
            <w:pPr>
              <w:spacing w:before="240" w:after="200" w:line="276" w:lineRule="auto"/>
              <w:jc w:val="both"/>
              <w:rPr>
                <w:rFonts w:ascii="Cambria" w:eastAsia="MS Mincho" w:hAnsi="Cambria" w:cs="Times New Roman"/>
              </w:rPr>
            </w:pPr>
            <w:r w:rsidRPr="007E4478">
              <w:rPr>
                <w:rFonts w:ascii="Cambria" w:eastAsia="MS Mincho" w:hAnsi="Cambria" w:cs="Times New Roman"/>
              </w:rPr>
              <w:t>Книга под названием «Маздакиты на Кавказе» автора Богатырева Б.Б., содержащая 304 страницы печатного текста (сведений об издательстве и годе издания не имеется) (решение Магасского районного суда Республики Ингушетия от 20.09.2023);</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18.12.2023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lastRenderedPageBreak/>
              <w:t>5407.</w:t>
            </w:r>
          </w:p>
        </w:tc>
        <w:tc>
          <w:tcPr>
            <w:tcW w:w="10648" w:type="dxa"/>
            <w:hideMark/>
          </w:tcPr>
          <w:p w:rsidR="002E646D" w:rsidRPr="007E4478" w:rsidRDefault="002E646D" w:rsidP="003B5294">
            <w:pPr>
              <w:spacing w:before="240" w:after="200" w:line="276" w:lineRule="auto"/>
              <w:jc w:val="both"/>
              <w:rPr>
                <w:rFonts w:ascii="Cambria" w:eastAsia="MS Mincho" w:hAnsi="Cambria" w:cs="Times New Roman"/>
              </w:rPr>
            </w:pPr>
            <w:r w:rsidRPr="007E4478">
              <w:rPr>
                <w:rFonts w:ascii="Cambria" w:eastAsia="MS Mincho" w:hAnsi="Cambria" w:cs="Times New Roman"/>
              </w:rPr>
              <w:t>Печатное издание: брошюра «Яка нац</w:t>
            </w:r>
            <w:r w:rsidRPr="00310FC5">
              <w:rPr>
                <w:rFonts w:ascii="Cambria" w:eastAsia="MS Mincho" w:hAnsi="Cambria" w:cs="Times New Roman"/>
                <w:lang w:val="en-US"/>
              </w:rPr>
              <w:t>i</w:t>
            </w:r>
            <w:r w:rsidRPr="007E4478">
              <w:rPr>
                <w:rFonts w:ascii="Cambria" w:eastAsia="MS Mincho" w:hAnsi="Cambria" w:cs="Times New Roman"/>
              </w:rPr>
              <w:t xml:space="preserve">ональна </w:t>
            </w:r>
            <w:r w:rsidRPr="00310FC5">
              <w:rPr>
                <w:rFonts w:ascii="Cambria" w:eastAsia="MS Mincho" w:hAnsi="Cambria" w:cs="Times New Roman"/>
                <w:lang w:val="en-US"/>
              </w:rPr>
              <w:t>i</w:t>
            </w:r>
            <w:r w:rsidRPr="007E4478">
              <w:rPr>
                <w:rFonts w:ascii="Cambria" w:eastAsia="MS Mincho" w:hAnsi="Cambria" w:cs="Times New Roman"/>
              </w:rPr>
              <w:t>дея украïнц</w:t>
            </w:r>
            <w:r w:rsidRPr="00310FC5">
              <w:rPr>
                <w:rFonts w:ascii="Cambria" w:eastAsia="MS Mincho" w:hAnsi="Cambria" w:cs="Times New Roman"/>
                <w:lang w:val="en-US"/>
              </w:rPr>
              <w:t>i</w:t>
            </w:r>
            <w:r w:rsidRPr="007E4478">
              <w:rPr>
                <w:rFonts w:ascii="Cambria" w:eastAsia="MS Mincho" w:hAnsi="Cambria" w:cs="Times New Roman"/>
              </w:rPr>
              <w:t>в» В. Кожевн</w:t>
            </w:r>
            <w:r w:rsidRPr="00310FC5">
              <w:rPr>
                <w:rFonts w:ascii="Cambria" w:eastAsia="MS Mincho" w:hAnsi="Cambria" w:cs="Times New Roman"/>
                <w:lang w:val="en-US"/>
              </w:rPr>
              <w:t>i</w:t>
            </w:r>
            <w:r w:rsidRPr="007E4478">
              <w:rPr>
                <w:rFonts w:ascii="Cambria" w:eastAsia="MS Mincho" w:hAnsi="Cambria" w:cs="Times New Roman"/>
              </w:rPr>
              <w:t>ков, Киïв, Задруга, 2014 (решение Буденновского межрайонного суда города Донецка Донецкой Народной Республики от 29.08.2023);</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20.12.2023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5408.</w:t>
            </w:r>
          </w:p>
        </w:tc>
        <w:tc>
          <w:tcPr>
            <w:tcW w:w="10648" w:type="dxa"/>
            <w:hideMark/>
          </w:tcPr>
          <w:p w:rsidR="002E646D" w:rsidRPr="007E4478" w:rsidRDefault="002E646D" w:rsidP="003B5294">
            <w:pPr>
              <w:spacing w:before="240" w:after="200" w:line="276" w:lineRule="auto"/>
              <w:jc w:val="both"/>
              <w:rPr>
                <w:rFonts w:ascii="Cambria" w:eastAsia="MS Mincho" w:hAnsi="Cambria" w:cs="Times New Roman"/>
              </w:rPr>
            </w:pPr>
            <w:r w:rsidRPr="007E4478">
              <w:rPr>
                <w:rFonts w:ascii="Cambria" w:eastAsia="MS Mincho" w:hAnsi="Cambria" w:cs="Times New Roman"/>
              </w:rPr>
              <w:t>Печатное издание: книга «ОУН в Центральн</w:t>
            </w:r>
            <w:r w:rsidRPr="00310FC5">
              <w:rPr>
                <w:rFonts w:ascii="Cambria" w:eastAsia="MS Mincho" w:hAnsi="Cambria" w:cs="Times New Roman"/>
                <w:lang w:val="en-US"/>
              </w:rPr>
              <w:t>i</w:t>
            </w:r>
            <w:r w:rsidRPr="007E4478">
              <w:rPr>
                <w:rFonts w:ascii="Cambria" w:eastAsia="MS Mincho" w:hAnsi="Cambria" w:cs="Times New Roman"/>
              </w:rPr>
              <w:t>й, П</w:t>
            </w:r>
            <w:r w:rsidRPr="00310FC5">
              <w:rPr>
                <w:rFonts w:ascii="Cambria" w:eastAsia="MS Mincho" w:hAnsi="Cambria" w:cs="Times New Roman"/>
                <w:lang w:val="en-US"/>
              </w:rPr>
              <w:t>i</w:t>
            </w:r>
            <w:r w:rsidRPr="007E4478">
              <w:rPr>
                <w:rFonts w:ascii="Cambria" w:eastAsia="MS Mincho" w:hAnsi="Cambria" w:cs="Times New Roman"/>
              </w:rPr>
              <w:t>вденн</w:t>
            </w:r>
            <w:r w:rsidRPr="00310FC5">
              <w:rPr>
                <w:rFonts w:ascii="Cambria" w:eastAsia="MS Mincho" w:hAnsi="Cambria" w:cs="Times New Roman"/>
                <w:lang w:val="en-US"/>
              </w:rPr>
              <w:t>i</w:t>
            </w:r>
            <w:r w:rsidRPr="007E4478">
              <w:rPr>
                <w:rFonts w:ascii="Cambria" w:eastAsia="MS Mincho" w:hAnsi="Cambria" w:cs="Times New Roman"/>
              </w:rPr>
              <w:t>й та Сх</w:t>
            </w:r>
            <w:r w:rsidRPr="00310FC5">
              <w:rPr>
                <w:rFonts w:ascii="Cambria" w:eastAsia="MS Mincho" w:hAnsi="Cambria" w:cs="Times New Roman"/>
                <w:lang w:val="en-US"/>
              </w:rPr>
              <w:t>i</w:t>
            </w:r>
            <w:r w:rsidRPr="007E4478">
              <w:rPr>
                <w:rFonts w:ascii="Cambria" w:eastAsia="MS Mincho" w:hAnsi="Cambria" w:cs="Times New Roman"/>
              </w:rPr>
              <w:t>дн</w:t>
            </w:r>
            <w:r w:rsidRPr="00310FC5">
              <w:rPr>
                <w:rFonts w:ascii="Cambria" w:eastAsia="MS Mincho" w:hAnsi="Cambria" w:cs="Times New Roman"/>
                <w:lang w:val="en-US"/>
              </w:rPr>
              <w:t>i</w:t>
            </w:r>
            <w:r w:rsidRPr="007E4478">
              <w:rPr>
                <w:rFonts w:ascii="Cambria" w:eastAsia="MS Mincho" w:hAnsi="Cambria" w:cs="Times New Roman"/>
              </w:rPr>
              <w:t>й Украïн</w:t>
            </w:r>
            <w:r w:rsidRPr="00310FC5">
              <w:rPr>
                <w:rFonts w:ascii="Cambria" w:eastAsia="MS Mincho" w:hAnsi="Cambria" w:cs="Times New Roman"/>
                <w:lang w:val="en-US"/>
              </w:rPr>
              <w:t>i</w:t>
            </w:r>
            <w:r w:rsidRPr="007E4478">
              <w:rPr>
                <w:rFonts w:ascii="Cambria" w:eastAsia="MS Mincho" w:hAnsi="Cambria" w:cs="Times New Roman"/>
              </w:rPr>
              <w:t>, 1941-1950-т</w:t>
            </w:r>
            <w:r w:rsidRPr="00310FC5">
              <w:rPr>
                <w:rFonts w:ascii="Cambria" w:eastAsia="MS Mincho" w:hAnsi="Cambria" w:cs="Times New Roman"/>
                <w:lang w:val="en-US"/>
              </w:rPr>
              <w:t>i</w:t>
            </w:r>
            <w:r w:rsidRPr="007E4478">
              <w:rPr>
                <w:rFonts w:ascii="Cambria" w:eastAsia="MS Mincho" w:hAnsi="Cambria" w:cs="Times New Roman"/>
              </w:rPr>
              <w:t xml:space="preserve"> рр.» Ковальчук В. – Киïв, 2011 (решение Буденновского межрайонного суда города Донецка Донецкой Народной Республики от 29.08.2023);</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20.12.2023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5409.</w:t>
            </w:r>
          </w:p>
        </w:tc>
        <w:tc>
          <w:tcPr>
            <w:tcW w:w="10648" w:type="dxa"/>
            <w:hideMark/>
          </w:tcPr>
          <w:p w:rsidR="002E646D" w:rsidRPr="007E4478" w:rsidRDefault="002E646D" w:rsidP="003B5294">
            <w:pPr>
              <w:spacing w:before="240" w:after="200" w:line="276" w:lineRule="auto"/>
              <w:jc w:val="both"/>
              <w:rPr>
                <w:rFonts w:ascii="Cambria" w:eastAsia="MS Mincho" w:hAnsi="Cambria" w:cs="Times New Roman"/>
              </w:rPr>
            </w:pPr>
            <w:r w:rsidRPr="007E4478">
              <w:rPr>
                <w:rFonts w:ascii="Cambria" w:eastAsia="MS Mincho" w:hAnsi="Cambria" w:cs="Times New Roman"/>
              </w:rPr>
              <w:t>Текстовый материал «Предостережение гражданина СССР о недопустимости преступления лицом РФ»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28.12.2023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5410.</w:t>
            </w:r>
          </w:p>
        </w:tc>
        <w:tc>
          <w:tcPr>
            <w:tcW w:w="10648" w:type="dxa"/>
            <w:hideMark/>
          </w:tcPr>
          <w:p w:rsidR="002E646D" w:rsidRPr="007E4478" w:rsidRDefault="002E646D" w:rsidP="003B5294">
            <w:pPr>
              <w:spacing w:before="240" w:after="200" w:line="276" w:lineRule="auto"/>
              <w:jc w:val="both"/>
              <w:rPr>
                <w:rFonts w:ascii="Cambria" w:eastAsia="MS Mincho" w:hAnsi="Cambria" w:cs="Times New Roman"/>
              </w:rPr>
            </w:pPr>
            <w:r w:rsidRPr="007E4478">
              <w:rPr>
                <w:rFonts w:ascii="Cambria" w:eastAsia="MS Mincho" w:hAnsi="Cambria" w:cs="Times New Roman"/>
              </w:rPr>
              <w:t>Текстовый материал «Глава Башкирской Автономной Советской Социалистической Республики в составе Российской Советской Федеративной Социалистической Республики. О вступлении в должность ВрИО Главы Башкирской АССР в составе РСФСР. ВрИО Гаранта Устава Башкирской АССР в составе РСФСР»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28.12.2023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5411.</w:t>
            </w:r>
          </w:p>
        </w:tc>
        <w:tc>
          <w:tcPr>
            <w:tcW w:w="10648" w:type="dxa"/>
            <w:hideMark/>
          </w:tcPr>
          <w:p w:rsidR="002E646D" w:rsidRPr="007E4478" w:rsidRDefault="002E646D" w:rsidP="003B5294">
            <w:pPr>
              <w:spacing w:before="240" w:after="200" w:line="276" w:lineRule="auto"/>
              <w:jc w:val="both"/>
              <w:rPr>
                <w:rFonts w:ascii="Cambria" w:eastAsia="MS Mincho" w:hAnsi="Cambria" w:cs="Times New Roman"/>
              </w:rPr>
            </w:pPr>
            <w:r w:rsidRPr="007E4478">
              <w:rPr>
                <w:rFonts w:ascii="Cambria" w:eastAsia="MS Mincho" w:hAnsi="Cambria" w:cs="Times New Roman"/>
              </w:rPr>
              <w:t>Текстовый материал «Выписка из приказа открытого выездного заседания Военной Коллегии Верховного Суда Союза Советских Социалистических Республик»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28.12.2023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5412.</w:t>
            </w:r>
          </w:p>
        </w:tc>
        <w:tc>
          <w:tcPr>
            <w:tcW w:w="10648" w:type="dxa"/>
            <w:hideMark/>
          </w:tcPr>
          <w:p w:rsidR="002E646D" w:rsidRPr="007E4478" w:rsidRDefault="002E646D" w:rsidP="003B5294">
            <w:pPr>
              <w:spacing w:before="240" w:after="200" w:line="276" w:lineRule="auto"/>
              <w:jc w:val="both"/>
              <w:rPr>
                <w:rFonts w:ascii="Cambria" w:eastAsia="MS Mincho" w:hAnsi="Cambria" w:cs="Times New Roman"/>
              </w:rPr>
            </w:pPr>
            <w:r w:rsidRPr="007E4478">
              <w:rPr>
                <w:rFonts w:ascii="Cambria" w:eastAsia="MS Mincho" w:hAnsi="Cambria" w:cs="Times New Roman"/>
              </w:rPr>
              <w:t xml:space="preserve">Текстовый материал «Уведомление «О введении в действие вкладыша к ныне существующим паспортам, военным билетам и иным удостоверениям личности СССР, находящимся на руках граждан </w:t>
            </w:r>
            <w:r w:rsidRPr="007E4478">
              <w:rPr>
                <w:rFonts w:ascii="Cambria" w:eastAsia="MS Mincho" w:hAnsi="Cambria" w:cs="Times New Roman"/>
              </w:rPr>
              <w:lastRenderedPageBreak/>
              <w:t>СССР, со статусом удостоверения гражданина Союза Советских Социалистических Республик»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lastRenderedPageBreak/>
              <w:t>28.12.2023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lastRenderedPageBreak/>
              <w:t>5413.</w:t>
            </w:r>
          </w:p>
        </w:tc>
        <w:tc>
          <w:tcPr>
            <w:tcW w:w="10648" w:type="dxa"/>
            <w:hideMark/>
          </w:tcPr>
          <w:p w:rsidR="002E646D" w:rsidRPr="007E4478" w:rsidRDefault="002E646D" w:rsidP="003B5294">
            <w:pPr>
              <w:spacing w:before="240" w:after="200" w:line="276" w:lineRule="auto"/>
              <w:jc w:val="both"/>
              <w:rPr>
                <w:rFonts w:ascii="Cambria" w:eastAsia="MS Mincho" w:hAnsi="Cambria" w:cs="Times New Roman"/>
              </w:rPr>
            </w:pPr>
            <w:r w:rsidRPr="007E4478">
              <w:rPr>
                <w:rFonts w:ascii="Cambria" w:eastAsia="MS Mincho" w:hAnsi="Cambria" w:cs="Times New Roman"/>
              </w:rPr>
              <w:t>Текстовый материал «Тезисы к Плану Развития Нашей Державы»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28.12.2023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5414.</w:t>
            </w:r>
          </w:p>
        </w:tc>
        <w:tc>
          <w:tcPr>
            <w:tcW w:w="10648" w:type="dxa"/>
            <w:hideMark/>
          </w:tcPr>
          <w:p w:rsidR="002E646D" w:rsidRPr="007E4478" w:rsidRDefault="002E646D" w:rsidP="003B5294">
            <w:pPr>
              <w:spacing w:before="240" w:after="200" w:line="276" w:lineRule="auto"/>
              <w:jc w:val="both"/>
              <w:rPr>
                <w:rFonts w:ascii="Cambria" w:eastAsia="MS Mincho" w:hAnsi="Cambria" w:cs="Times New Roman"/>
              </w:rPr>
            </w:pPr>
            <w:r w:rsidRPr="007E4478">
              <w:rPr>
                <w:rFonts w:ascii="Cambria" w:eastAsia="MS Mincho" w:hAnsi="Cambria" w:cs="Times New Roman"/>
              </w:rPr>
              <w:t>Текстовый материал «Требование о возврате в исходное состояние всего, что было на территории Башкирской АССР в составе РСФСР до совершения преступления»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28.12.2023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5415.</w:t>
            </w:r>
          </w:p>
        </w:tc>
        <w:tc>
          <w:tcPr>
            <w:tcW w:w="10648" w:type="dxa"/>
            <w:hideMark/>
          </w:tcPr>
          <w:p w:rsidR="002E646D" w:rsidRPr="007E4478" w:rsidRDefault="002E646D" w:rsidP="003B5294">
            <w:pPr>
              <w:spacing w:before="240" w:after="200" w:line="276" w:lineRule="auto"/>
              <w:jc w:val="both"/>
              <w:rPr>
                <w:rFonts w:ascii="Cambria" w:eastAsia="MS Mincho" w:hAnsi="Cambria" w:cs="Times New Roman"/>
              </w:rPr>
            </w:pPr>
            <w:r w:rsidRPr="007E4478">
              <w:rPr>
                <w:rFonts w:ascii="Cambria" w:eastAsia="MS Mincho" w:hAnsi="Cambria" w:cs="Times New Roman"/>
              </w:rPr>
              <w:t>Текстовый материал «Нота Генеральному секретарю ООН»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28.12.2023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5416.</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rPr>
            </w:pPr>
            <w:r w:rsidRPr="00310FC5">
              <w:rPr>
                <w:rFonts w:ascii="Cambria" w:eastAsia="MS Mincho" w:hAnsi="Cambria" w:cs="Times New Roman"/>
              </w:rPr>
              <w:t>Текстовый материал «Протокол регистрации преступления на территории СССР в военное время представителем нелегитимных структур для последующей передачи в Военный Трибунал СССР»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28.12.2023</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5417.</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rPr>
            </w:pPr>
            <w:r w:rsidRPr="00310FC5">
              <w:rPr>
                <w:rFonts w:ascii="Cambria" w:eastAsia="MS Mincho" w:hAnsi="Cambria" w:cs="Times New Roman"/>
              </w:rPr>
              <w:t>Музыкальная композиция «</w:t>
            </w:r>
            <w:r w:rsidRPr="00310FC5">
              <w:rPr>
                <w:rFonts w:ascii="Cambria" w:eastAsia="MS Mincho" w:hAnsi="Cambria" w:cs="Times New Roman"/>
                <w:lang w:val="en-US"/>
              </w:rPr>
              <w:t>i</w:t>
            </w:r>
            <w:r w:rsidRPr="00310FC5">
              <w:rPr>
                <w:rFonts w:ascii="Cambria" w:eastAsia="MS Mincho" w:hAnsi="Cambria" w:cs="Times New Roman"/>
              </w:rPr>
              <w:t xml:space="preserve">..ш русню», продолжительностью 2 минуты 39 секунд, начинающаяся словами «Еб..ь русню» и заканчивающаяся словами «руки ноги голови повсюду» музыкальной группы </w:t>
            </w:r>
            <w:r w:rsidRPr="00310FC5">
              <w:rPr>
                <w:rFonts w:ascii="Cambria" w:eastAsia="MS Mincho" w:hAnsi="Cambria" w:cs="Times New Roman"/>
              </w:rPr>
              <w:lastRenderedPageBreak/>
              <w:t>«Крепатура» (решение Фрунзенского районного суда г. Владивостока от 09.11.2023);</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lastRenderedPageBreak/>
              <w:t>15.01.2024</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lastRenderedPageBreak/>
              <w:t>5418.</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rPr>
            </w:pPr>
            <w:r w:rsidRPr="00310FC5">
              <w:rPr>
                <w:rFonts w:ascii="Cambria" w:eastAsia="MS Mincho" w:hAnsi="Cambria" w:cs="Times New Roman"/>
              </w:rPr>
              <w:t>Листовка «Исполнительного комитета Совета народных депутатов г. Красноярска», начинающаяся словами «РФия- псевдо государство, преступно действующая на территории Нашей страны – СССР, должна в кратчайшие сроки прекратить свое существование!», заканчивающаяся словами: «Нужны кардинальные меры по решению данного вопроса, вплоть до силовых методов в отношении незаконного действующего жидовского правительства РФ! За СВОБОДУ» За НАРОД! За СССР» (решение Кировского районного суда г. Красноярска Красноярского края от 07.11.2023);</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11.03.2024</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5419.</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rPr>
            </w:pPr>
            <w:r w:rsidRPr="00310FC5">
              <w:rPr>
                <w:rFonts w:ascii="Cambria" w:eastAsia="MS Mincho" w:hAnsi="Cambria" w:cs="Times New Roman"/>
              </w:rPr>
              <w:t>Информационный материал – публикация (статья) под наименованием «К десятилетию Кёнделенского противостояния 14-17 сентября 2008 г.», опубликованная в печатном издании – газете «Вестник балкарского народа» (№ № 7-9, июль-сентябрь 2018 г.) (апелляционное определение судебной коллегии по административным делам Верховного Суда Кабардино-Балкарской Республики от 12.01.2024);</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11.03.2024</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5420.</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rPr>
            </w:pPr>
            <w:r w:rsidRPr="00310FC5">
              <w:rPr>
                <w:rFonts w:ascii="Cambria" w:eastAsia="MS Mincho" w:hAnsi="Cambria" w:cs="Times New Roman"/>
              </w:rPr>
              <w:t>Музыкальная композиция «ï..ш русню», продолжительностью 1 минута 19 секунд, начинающаяся словами «Еб..ь русню» и заканчивающаяся словами «Чернобаевка форева», размещенная в информационно-телекоммуникационной сети «Интернет» «Евгением Констянтиничем и Кровавым Забазарево» (решение Фрунзенского районного суда г. Владивостока от 14.02.2024);</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16.04.2024</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5421.</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Книга Павла Штепы «Украинец Москвин две противоположности» (Украïнець i Москвин двi протилежностi 3-є видання, UKRAINIANS versus MOSCOVITES (Two Antipodes) издательства ТЗОВ ВФ «Вiдродження» Дрогобич 2010 (решение Ильичевского районного суда города Мариуполя Донецкой Народной Республики от 29.01.2024);</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24.04.2024</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5422.</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rPr>
            </w:pPr>
            <w:r w:rsidRPr="00310FC5">
              <w:rPr>
                <w:rFonts w:ascii="Cambria" w:eastAsia="MS Mincho" w:hAnsi="Cambria" w:cs="Times New Roman"/>
              </w:rPr>
              <w:t>Комикс «Протистояння. Червоний терор» О.Корешков, М.Куринний, м</w:t>
            </w:r>
            <w:r w:rsidRPr="00310FC5">
              <w:rPr>
                <w:rFonts w:ascii="Cambria" w:eastAsia="MS Mincho" w:hAnsi="Cambria" w:cs="Times New Roman"/>
                <w:lang w:val="en-US"/>
              </w:rPr>
              <w:t>i</w:t>
            </w:r>
            <w:r w:rsidRPr="00310FC5">
              <w:rPr>
                <w:rFonts w:ascii="Cambria" w:eastAsia="MS Mincho" w:hAnsi="Cambria" w:cs="Times New Roman"/>
              </w:rPr>
              <w:t>сто Киïв: Видавництво, 2019 (решение Ильичевского районного суда города Мариуполя Донецкой Народной Республики от 29.01.2024);</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24.04.2024</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lastRenderedPageBreak/>
              <w:t>5423.</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rPr>
            </w:pPr>
            <w:r w:rsidRPr="00310FC5">
              <w:rPr>
                <w:rFonts w:ascii="Cambria" w:eastAsia="MS Mincho" w:hAnsi="Cambria" w:cs="Times New Roman"/>
                <w:lang w:val="en-US"/>
              </w:rPr>
              <w:t xml:space="preserve">Печатное издание: книга Багiровоï В.М. Пiсенний рiк навчання: Пiснi та вiршi, приуроченi святам навчального року, для дошкiльнят, школярiв, педагогiв /В.М. Багiрова; передм. </w:t>
            </w:r>
            <w:r w:rsidRPr="00310FC5">
              <w:rPr>
                <w:rFonts w:ascii="Cambria" w:eastAsia="MS Mincho" w:hAnsi="Cambria" w:cs="Times New Roman"/>
              </w:rPr>
              <w:t xml:space="preserve">Т.Б. Качак. – </w:t>
            </w:r>
            <w:r w:rsidRPr="00310FC5">
              <w:rPr>
                <w:rFonts w:ascii="Cambria" w:eastAsia="MS Mincho" w:hAnsi="Cambria" w:cs="Times New Roman"/>
                <w:lang w:val="en-US"/>
              </w:rPr>
              <w:t>I</w:t>
            </w:r>
            <w:r w:rsidRPr="00310FC5">
              <w:rPr>
                <w:rFonts w:ascii="Cambria" w:eastAsia="MS Mincho" w:hAnsi="Cambria" w:cs="Times New Roman"/>
              </w:rPr>
              <w:t>вано-Франк</w:t>
            </w:r>
            <w:r w:rsidRPr="00310FC5">
              <w:rPr>
                <w:rFonts w:ascii="Cambria" w:eastAsia="MS Mincho" w:hAnsi="Cambria" w:cs="Times New Roman"/>
                <w:lang w:val="en-US"/>
              </w:rPr>
              <w:t>i</w:t>
            </w:r>
            <w:r w:rsidRPr="00310FC5">
              <w:rPr>
                <w:rFonts w:ascii="Cambria" w:eastAsia="MS Mincho" w:hAnsi="Cambria" w:cs="Times New Roman"/>
              </w:rPr>
              <w:t>вськ: М</w:t>
            </w:r>
            <w:r w:rsidRPr="00310FC5">
              <w:rPr>
                <w:rFonts w:ascii="Cambria" w:eastAsia="MS Mincho" w:hAnsi="Cambria" w:cs="Times New Roman"/>
                <w:lang w:val="en-US"/>
              </w:rPr>
              <w:t>i</w:t>
            </w:r>
            <w:r w:rsidRPr="00310FC5">
              <w:rPr>
                <w:rFonts w:ascii="Cambria" w:eastAsia="MS Mincho" w:hAnsi="Cambria" w:cs="Times New Roman"/>
              </w:rPr>
              <w:t>сто НВ, 2017. -168 с. (решение Докучаевского городского суда Донецкой Народной Республики от 06.12.2023);</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27.04.2024</w:t>
            </w:r>
          </w:p>
        </w:tc>
      </w:tr>
      <w:tr w:rsidR="002E646D" w:rsidRPr="00310FC5" w:rsidTr="003B5294">
        <w:tc>
          <w:tcPr>
            <w:tcW w:w="1082"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5424.</w:t>
            </w:r>
          </w:p>
        </w:tc>
        <w:tc>
          <w:tcPr>
            <w:tcW w:w="10648" w:type="dxa"/>
            <w:hideMark/>
          </w:tcPr>
          <w:p w:rsidR="002E646D" w:rsidRPr="00310FC5" w:rsidRDefault="002E646D" w:rsidP="003B5294">
            <w:pPr>
              <w:spacing w:before="240" w:after="200" w:line="276" w:lineRule="auto"/>
              <w:jc w:val="both"/>
              <w:rPr>
                <w:rFonts w:ascii="Cambria" w:eastAsia="MS Mincho" w:hAnsi="Cambria" w:cs="Times New Roman"/>
              </w:rPr>
            </w:pPr>
            <w:r w:rsidRPr="00310FC5">
              <w:rPr>
                <w:rFonts w:ascii="Cambria" w:eastAsia="MS Mincho" w:hAnsi="Cambria" w:cs="Times New Roman"/>
              </w:rPr>
              <w:t>Музыкальная композиция «</w:t>
            </w:r>
            <w:r w:rsidRPr="00310FC5">
              <w:rPr>
                <w:rFonts w:ascii="Cambria" w:eastAsia="MS Mincho" w:hAnsi="Cambria" w:cs="Times New Roman"/>
                <w:lang w:val="en-US"/>
              </w:rPr>
              <w:t>SKVERNA</w:t>
            </w:r>
            <w:r w:rsidRPr="00310FC5">
              <w:rPr>
                <w:rFonts w:ascii="Cambria" w:eastAsia="MS Mincho" w:hAnsi="Cambria" w:cs="Times New Roman"/>
              </w:rPr>
              <w:t>», продолжительностью 2 минуты 59 секунд, начинающаяся и оканчивающаяся словами «Еб..ь русню…………………режь свинособак», размещенная в информационно-телекоммуникационной сети «Интернет» (решение Фрунзенского районного суда г. Владивостока от 20.06.2023);</w:t>
            </w:r>
          </w:p>
        </w:tc>
        <w:tc>
          <w:tcPr>
            <w:tcW w:w="1281" w:type="dxa"/>
            <w:hideMark/>
          </w:tcPr>
          <w:p w:rsidR="002E646D" w:rsidRPr="00310FC5" w:rsidRDefault="002E646D" w:rsidP="003B5294">
            <w:pPr>
              <w:spacing w:before="240" w:after="200" w:line="276" w:lineRule="auto"/>
              <w:jc w:val="both"/>
              <w:rPr>
                <w:rFonts w:ascii="Cambria" w:eastAsia="MS Mincho" w:hAnsi="Cambria" w:cs="Times New Roman"/>
                <w:lang w:val="en-US"/>
              </w:rPr>
            </w:pPr>
            <w:r w:rsidRPr="00310FC5">
              <w:rPr>
                <w:rFonts w:ascii="Cambria" w:eastAsia="MS Mincho" w:hAnsi="Cambria" w:cs="Times New Roman"/>
                <w:lang w:val="en-US"/>
              </w:rPr>
              <w:t>27.04.2024</w:t>
            </w:r>
          </w:p>
        </w:tc>
      </w:tr>
    </w:tbl>
    <w:p w:rsidR="002E646D" w:rsidRPr="00310FC5" w:rsidRDefault="002E646D" w:rsidP="002E646D">
      <w:pPr>
        <w:spacing w:before="240" w:after="200" w:line="276" w:lineRule="auto"/>
        <w:jc w:val="both"/>
        <w:rPr>
          <w:rFonts w:ascii="Cambria" w:eastAsia="MS Mincho" w:hAnsi="Cambria" w:cs="Times New Roman"/>
          <w:lang w:val="en-US"/>
        </w:rPr>
      </w:pPr>
    </w:p>
    <w:p w:rsidR="00EE389E" w:rsidRPr="007036F1" w:rsidRDefault="00EE389E" w:rsidP="007036F1"/>
    <w:sectPr w:rsidR="00EE389E" w:rsidRPr="007036F1" w:rsidSect="00310FC5">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FB12693A"/>
    <w:lvl w:ilvl="0">
      <w:start w:val="1"/>
      <w:numFmt w:val="decimal"/>
      <w:pStyle w:val="3"/>
      <w:lvlText w:val="%1."/>
      <w:lvlJc w:val="left"/>
      <w:pPr>
        <w:tabs>
          <w:tab w:val="num" w:pos="1080"/>
        </w:tabs>
        <w:ind w:left="1080" w:hanging="360"/>
      </w:pPr>
    </w:lvl>
  </w:abstractNum>
  <w:abstractNum w:abstractNumId="1">
    <w:nsid w:val="FFFFFF7F"/>
    <w:multiLevelType w:val="singleLevel"/>
    <w:tmpl w:val="38441652"/>
    <w:lvl w:ilvl="0">
      <w:start w:val="1"/>
      <w:numFmt w:val="decimal"/>
      <w:pStyle w:val="2"/>
      <w:lvlText w:val="%1."/>
      <w:lvlJc w:val="left"/>
      <w:pPr>
        <w:tabs>
          <w:tab w:val="num" w:pos="720"/>
        </w:tabs>
        <w:ind w:left="720" w:hanging="360"/>
      </w:pPr>
    </w:lvl>
  </w:abstractNum>
  <w:abstractNum w:abstractNumId="2">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3">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4">
    <w:nsid w:val="FFFFFF88"/>
    <w:multiLevelType w:val="singleLevel"/>
    <w:tmpl w:val="D0A62B40"/>
    <w:lvl w:ilvl="0">
      <w:start w:val="1"/>
      <w:numFmt w:val="decimal"/>
      <w:pStyle w:val="a"/>
      <w:lvlText w:val="%1."/>
      <w:lvlJc w:val="left"/>
      <w:pPr>
        <w:tabs>
          <w:tab w:val="num" w:pos="360"/>
        </w:tabs>
        <w:ind w:left="360" w:hanging="360"/>
      </w:pPr>
    </w:lvl>
  </w:abstractNum>
  <w:abstractNum w:abstractNumId="5">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5"/>
  </w:num>
  <w:num w:numId="2">
    <w:abstractNumId w:val="4"/>
    <w:lvlOverride w:ilvl="0">
      <w:startOverride w:val="1"/>
    </w:lvlOverride>
  </w:num>
  <w:num w:numId="3">
    <w:abstractNumId w:val="3"/>
  </w:num>
  <w:num w:numId="4">
    <w:abstractNumId w:val="2"/>
  </w:num>
  <w:num w:numId="5">
    <w:abstractNumId w:val="1"/>
    <w:lvlOverride w:ilvl="0">
      <w:startOverride w:val="1"/>
    </w:lvlOverride>
  </w:num>
  <w:num w:numId="6">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10FC5"/>
    <w:rsid w:val="00030992"/>
    <w:rsid w:val="002E646D"/>
    <w:rsid w:val="00310FC5"/>
    <w:rsid w:val="0050257D"/>
    <w:rsid w:val="007036F1"/>
    <w:rsid w:val="007E4478"/>
    <w:rsid w:val="00E32E2F"/>
    <w:rsid w:val="00EE38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32E2F"/>
  </w:style>
  <w:style w:type="paragraph" w:styleId="1">
    <w:name w:val="heading 1"/>
    <w:basedOn w:val="a1"/>
    <w:next w:val="a1"/>
    <w:link w:val="10"/>
    <w:uiPriority w:val="9"/>
    <w:qFormat/>
    <w:rsid w:val="00310FC5"/>
    <w:pPr>
      <w:keepNext/>
      <w:keepLines/>
      <w:spacing w:before="240" w:after="0"/>
      <w:outlineLvl w:val="0"/>
    </w:pPr>
    <w:rPr>
      <w:rFonts w:ascii="Calibri" w:eastAsia="MS Gothic" w:hAnsi="Calibri" w:cs="Times New Roman"/>
      <w:b/>
      <w:bCs/>
      <w:color w:val="365F91"/>
      <w:sz w:val="28"/>
      <w:szCs w:val="28"/>
      <w:lang w:val="en-US"/>
    </w:rPr>
  </w:style>
  <w:style w:type="paragraph" w:styleId="21">
    <w:name w:val="heading 2"/>
    <w:basedOn w:val="a1"/>
    <w:next w:val="a1"/>
    <w:link w:val="22"/>
    <w:uiPriority w:val="9"/>
    <w:semiHidden/>
    <w:unhideWhenUsed/>
    <w:qFormat/>
    <w:rsid w:val="00310FC5"/>
    <w:pPr>
      <w:keepNext/>
      <w:keepLines/>
      <w:spacing w:before="40" w:after="0"/>
      <w:outlineLvl w:val="1"/>
    </w:pPr>
    <w:rPr>
      <w:rFonts w:ascii="Calibri" w:eastAsia="MS Gothic" w:hAnsi="Calibri" w:cs="Times New Roman"/>
      <w:b/>
      <w:bCs/>
      <w:color w:val="4F81BD"/>
      <w:sz w:val="26"/>
      <w:szCs w:val="26"/>
      <w:lang w:val="en-US"/>
    </w:rPr>
  </w:style>
  <w:style w:type="paragraph" w:styleId="31">
    <w:name w:val="heading 3"/>
    <w:basedOn w:val="a1"/>
    <w:next w:val="a1"/>
    <w:link w:val="32"/>
    <w:uiPriority w:val="9"/>
    <w:semiHidden/>
    <w:unhideWhenUsed/>
    <w:qFormat/>
    <w:rsid w:val="00310FC5"/>
    <w:pPr>
      <w:keepNext/>
      <w:keepLines/>
      <w:spacing w:before="40" w:after="0"/>
      <w:outlineLvl w:val="2"/>
    </w:pPr>
    <w:rPr>
      <w:rFonts w:ascii="Calibri" w:eastAsia="MS Gothic" w:hAnsi="Calibri" w:cs="Times New Roman"/>
      <w:b/>
      <w:bCs/>
      <w:color w:val="4F81BD"/>
      <w:lang w:val="en-US"/>
    </w:rPr>
  </w:style>
  <w:style w:type="paragraph" w:styleId="4">
    <w:name w:val="heading 4"/>
    <w:basedOn w:val="a1"/>
    <w:next w:val="a1"/>
    <w:link w:val="40"/>
    <w:uiPriority w:val="9"/>
    <w:semiHidden/>
    <w:unhideWhenUsed/>
    <w:qFormat/>
    <w:rsid w:val="00310FC5"/>
    <w:pPr>
      <w:keepNext/>
      <w:keepLines/>
      <w:spacing w:before="40" w:after="0"/>
      <w:outlineLvl w:val="3"/>
    </w:pPr>
    <w:rPr>
      <w:rFonts w:ascii="Calibri" w:eastAsia="MS Gothic" w:hAnsi="Calibri" w:cs="Times New Roman"/>
      <w:b/>
      <w:bCs/>
      <w:i/>
      <w:iCs/>
      <w:color w:val="4F81BD"/>
      <w:lang w:val="en-US"/>
    </w:rPr>
  </w:style>
  <w:style w:type="paragraph" w:styleId="5">
    <w:name w:val="heading 5"/>
    <w:basedOn w:val="a1"/>
    <w:next w:val="a1"/>
    <w:link w:val="50"/>
    <w:uiPriority w:val="9"/>
    <w:semiHidden/>
    <w:unhideWhenUsed/>
    <w:qFormat/>
    <w:rsid w:val="00310FC5"/>
    <w:pPr>
      <w:keepNext/>
      <w:keepLines/>
      <w:spacing w:before="40" w:after="0"/>
      <w:outlineLvl w:val="4"/>
    </w:pPr>
    <w:rPr>
      <w:rFonts w:ascii="Calibri" w:eastAsia="MS Gothic" w:hAnsi="Calibri" w:cs="Times New Roman"/>
      <w:color w:val="243F60"/>
      <w:lang w:val="en-US"/>
    </w:rPr>
  </w:style>
  <w:style w:type="paragraph" w:styleId="6">
    <w:name w:val="heading 6"/>
    <w:basedOn w:val="a1"/>
    <w:next w:val="a1"/>
    <w:link w:val="60"/>
    <w:uiPriority w:val="9"/>
    <w:semiHidden/>
    <w:unhideWhenUsed/>
    <w:qFormat/>
    <w:rsid w:val="00310FC5"/>
    <w:pPr>
      <w:keepNext/>
      <w:keepLines/>
      <w:spacing w:before="40" w:after="0"/>
      <w:outlineLvl w:val="5"/>
    </w:pPr>
    <w:rPr>
      <w:rFonts w:ascii="Calibri" w:eastAsia="MS Gothic" w:hAnsi="Calibri" w:cs="Times New Roman"/>
      <w:i/>
      <w:iCs/>
      <w:color w:val="243F60"/>
      <w:lang w:val="en-US"/>
    </w:rPr>
  </w:style>
  <w:style w:type="paragraph" w:styleId="7">
    <w:name w:val="heading 7"/>
    <w:basedOn w:val="a1"/>
    <w:next w:val="a1"/>
    <w:link w:val="70"/>
    <w:uiPriority w:val="9"/>
    <w:semiHidden/>
    <w:unhideWhenUsed/>
    <w:qFormat/>
    <w:rsid w:val="00310FC5"/>
    <w:pPr>
      <w:keepNext/>
      <w:keepLines/>
      <w:spacing w:before="40" w:after="0"/>
      <w:outlineLvl w:val="6"/>
    </w:pPr>
    <w:rPr>
      <w:rFonts w:ascii="Calibri" w:eastAsia="MS Gothic" w:hAnsi="Calibri" w:cs="Times New Roman"/>
      <w:i/>
      <w:iCs/>
      <w:color w:val="404040"/>
      <w:lang w:val="en-US"/>
    </w:rPr>
  </w:style>
  <w:style w:type="paragraph" w:styleId="8">
    <w:name w:val="heading 8"/>
    <w:basedOn w:val="a1"/>
    <w:next w:val="a1"/>
    <w:link w:val="80"/>
    <w:uiPriority w:val="9"/>
    <w:semiHidden/>
    <w:unhideWhenUsed/>
    <w:qFormat/>
    <w:rsid w:val="00310FC5"/>
    <w:pPr>
      <w:keepNext/>
      <w:keepLines/>
      <w:spacing w:before="40" w:after="0"/>
      <w:outlineLvl w:val="7"/>
    </w:pPr>
    <w:rPr>
      <w:rFonts w:ascii="Calibri" w:eastAsia="MS Gothic" w:hAnsi="Calibri" w:cs="Times New Roman"/>
      <w:color w:val="4F81BD"/>
      <w:sz w:val="20"/>
      <w:szCs w:val="20"/>
      <w:lang w:val="en-US"/>
    </w:rPr>
  </w:style>
  <w:style w:type="paragraph" w:styleId="9">
    <w:name w:val="heading 9"/>
    <w:basedOn w:val="a1"/>
    <w:next w:val="a1"/>
    <w:link w:val="90"/>
    <w:uiPriority w:val="9"/>
    <w:semiHidden/>
    <w:unhideWhenUsed/>
    <w:qFormat/>
    <w:rsid w:val="00310FC5"/>
    <w:pPr>
      <w:keepNext/>
      <w:keepLines/>
      <w:spacing w:before="40" w:after="0"/>
      <w:outlineLvl w:val="8"/>
    </w:pPr>
    <w:rPr>
      <w:rFonts w:ascii="Calibri" w:eastAsia="MS Gothic" w:hAnsi="Calibri" w:cs="Times New Roman"/>
      <w:i/>
      <w:iCs/>
      <w:color w:val="404040"/>
      <w:sz w:val="20"/>
      <w:szCs w:val="20"/>
      <w:lang w:val="en-US"/>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1">
    <w:name w:val="Заголовок 11"/>
    <w:basedOn w:val="a1"/>
    <w:next w:val="a1"/>
    <w:uiPriority w:val="9"/>
    <w:qFormat/>
    <w:rsid w:val="00310FC5"/>
    <w:pPr>
      <w:keepNext/>
      <w:keepLines/>
      <w:spacing w:before="480" w:after="0" w:line="276" w:lineRule="auto"/>
      <w:outlineLvl w:val="0"/>
    </w:pPr>
    <w:rPr>
      <w:rFonts w:ascii="Calibri" w:eastAsia="MS Gothic" w:hAnsi="Calibri" w:cs="Times New Roman"/>
      <w:b/>
      <w:bCs/>
      <w:color w:val="365F91"/>
      <w:sz w:val="28"/>
      <w:szCs w:val="28"/>
      <w:lang w:val="en-US"/>
    </w:rPr>
  </w:style>
  <w:style w:type="paragraph" w:customStyle="1" w:styleId="210">
    <w:name w:val="Заголовок 21"/>
    <w:basedOn w:val="a1"/>
    <w:next w:val="a1"/>
    <w:uiPriority w:val="9"/>
    <w:semiHidden/>
    <w:unhideWhenUsed/>
    <w:qFormat/>
    <w:rsid w:val="00310FC5"/>
    <w:pPr>
      <w:keepNext/>
      <w:keepLines/>
      <w:spacing w:before="200" w:after="0" w:line="276" w:lineRule="auto"/>
      <w:outlineLvl w:val="1"/>
    </w:pPr>
    <w:rPr>
      <w:rFonts w:ascii="Calibri" w:eastAsia="MS Gothic" w:hAnsi="Calibri" w:cs="Times New Roman"/>
      <w:b/>
      <w:bCs/>
      <w:color w:val="4F81BD"/>
      <w:sz w:val="26"/>
      <w:szCs w:val="26"/>
      <w:lang w:val="en-US"/>
    </w:rPr>
  </w:style>
  <w:style w:type="paragraph" w:customStyle="1" w:styleId="310">
    <w:name w:val="Заголовок 31"/>
    <w:basedOn w:val="a1"/>
    <w:next w:val="a1"/>
    <w:uiPriority w:val="9"/>
    <w:semiHidden/>
    <w:unhideWhenUsed/>
    <w:qFormat/>
    <w:rsid w:val="00310FC5"/>
    <w:pPr>
      <w:keepNext/>
      <w:keepLines/>
      <w:spacing w:before="200" w:after="0" w:line="276" w:lineRule="auto"/>
      <w:outlineLvl w:val="2"/>
    </w:pPr>
    <w:rPr>
      <w:rFonts w:ascii="Calibri" w:eastAsia="MS Gothic" w:hAnsi="Calibri" w:cs="Times New Roman"/>
      <w:b/>
      <w:bCs/>
      <w:color w:val="4F81BD"/>
      <w:lang w:val="en-US"/>
    </w:rPr>
  </w:style>
  <w:style w:type="paragraph" w:customStyle="1" w:styleId="41">
    <w:name w:val="Заголовок 41"/>
    <w:basedOn w:val="a1"/>
    <w:next w:val="a1"/>
    <w:uiPriority w:val="9"/>
    <w:semiHidden/>
    <w:unhideWhenUsed/>
    <w:qFormat/>
    <w:rsid w:val="00310FC5"/>
    <w:pPr>
      <w:keepNext/>
      <w:keepLines/>
      <w:spacing w:before="200" w:after="0" w:line="276" w:lineRule="auto"/>
      <w:outlineLvl w:val="3"/>
    </w:pPr>
    <w:rPr>
      <w:rFonts w:ascii="Calibri" w:eastAsia="MS Gothic" w:hAnsi="Calibri" w:cs="Times New Roman"/>
      <w:b/>
      <w:bCs/>
      <w:i/>
      <w:iCs/>
      <w:color w:val="4F81BD"/>
      <w:lang w:val="en-US"/>
    </w:rPr>
  </w:style>
  <w:style w:type="paragraph" w:customStyle="1" w:styleId="51">
    <w:name w:val="Заголовок 51"/>
    <w:basedOn w:val="a1"/>
    <w:next w:val="a1"/>
    <w:uiPriority w:val="9"/>
    <w:semiHidden/>
    <w:unhideWhenUsed/>
    <w:qFormat/>
    <w:rsid w:val="00310FC5"/>
    <w:pPr>
      <w:keepNext/>
      <w:keepLines/>
      <w:spacing w:before="200" w:after="0" w:line="276" w:lineRule="auto"/>
      <w:outlineLvl w:val="4"/>
    </w:pPr>
    <w:rPr>
      <w:rFonts w:ascii="Calibri" w:eastAsia="MS Gothic" w:hAnsi="Calibri" w:cs="Times New Roman"/>
      <w:color w:val="243F60"/>
      <w:lang w:val="en-US"/>
    </w:rPr>
  </w:style>
  <w:style w:type="paragraph" w:customStyle="1" w:styleId="61">
    <w:name w:val="Заголовок 61"/>
    <w:basedOn w:val="a1"/>
    <w:next w:val="a1"/>
    <w:uiPriority w:val="9"/>
    <w:semiHidden/>
    <w:unhideWhenUsed/>
    <w:qFormat/>
    <w:rsid w:val="00310FC5"/>
    <w:pPr>
      <w:keepNext/>
      <w:keepLines/>
      <w:spacing w:before="200" w:after="0" w:line="276" w:lineRule="auto"/>
      <w:outlineLvl w:val="5"/>
    </w:pPr>
    <w:rPr>
      <w:rFonts w:ascii="Calibri" w:eastAsia="MS Gothic" w:hAnsi="Calibri" w:cs="Times New Roman"/>
      <w:i/>
      <w:iCs/>
      <w:color w:val="243F60"/>
      <w:lang w:val="en-US"/>
    </w:rPr>
  </w:style>
  <w:style w:type="paragraph" w:customStyle="1" w:styleId="71">
    <w:name w:val="Заголовок 71"/>
    <w:basedOn w:val="a1"/>
    <w:next w:val="a1"/>
    <w:uiPriority w:val="9"/>
    <w:semiHidden/>
    <w:unhideWhenUsed/>
    <w:qFormat/>
    <w:rsid w:val="00310FC5"/>
    <w:pPr>
      <w:keepNext/>
      <w:keepLines/>
      <w:spacing w:before="200" w:after="0" w:line="276" w:lineRule="auto"/>
      <w:outlineLvl w:val="6"/>
    </w:pPr>
    <w:rPr>
      <w:rFonts w:ascii="Calibri" w:eastAsia="MS Gothic" w:hAnsi="Calibri" w:cs="Times New Roman"/>
      <w:i/>
      <w:iCs/>
      <w:color w:val="404040"/>
      <w:lang w:val="en-US"/>
    </w:rPr>
  </w:style>
  <w:style w:type="paragraph" w:customStyle="1" w:styleId="81">
    <w:name w:val="Заголовок 81"/>
    <w:basedOn w:val="a1"/>
    <w:next w:val="a1"/>
    <w:uiPriority w:val="9"/>
    <w:semiHidden/>
    <w:unhideWhenUsed/>
    <w:qFormat/>
    <w:rsid w:val="00310FC5"/>
    <w:pPr>
      <w:keepNext/>
      <w:keepLines/>
      <w:spacing w:before="200" w:after="0" w:line="276" w:lineRule="auto"/>
      <w:outlineLvl w:val="7"/>
    </w:pPr>
    <w:rPr>
      <w:rFonts w:ascii="Calibri" w:eastAsia="MS Gothic" w:hAnsi="Calibri" w:cs="Times New Roman"/>
      <w:color w:val="4F81BD"/>
      <w:sz w:val="20"/>
      <w:szCs w:val="20"/>
      <w:lang w:val="en-US"/>
    </w:rPr>
  </w:style>
  <w:style w:type="paragraph" w:customStyle="1" w:styleId="91">
    <w:name w:val="Заголовок 91"/>
    <w:basedOn w:val="a1"/>
    <w:next w:val="a1"/>
    <w:uiPriority w:val="9"/>
    <w:semiHidden/>
    <w:unhideWhenUsed/>
    <w:qFormat/>
    <w:rsid w:val="00310FC5"/>
    <w:pPr>
      <w:keepNext/>
      <w:keepLines/>
      <w:spacing w:before="200" w:after="0" w:line="276" w:lineRule="auto"/>
      <w:outlineLvl w:val="8"/>
    </w:pPr>
    <w:rPr>
      <w:rFonts w:ascii="Calibri" w:eastAsia="MS Gothic" w:hAnsi="Calibri" w:cs="Times New Roman"/>
      <w:i/>
      <w:iCs/>
      <w:color w:val="404040"/>
      <w:sz w:val="20"/>
      <w:szCs w:val="20"/>
      <w:lang w:val="en-US"/>
    </w:rPr>
  </w:style>
  <w:style w:type="numbering" w:customStyle="1" w:styleId="12">
    <w:name w:val="Нет списка1"/>
    <w:next w:val="a4"/>
    <w:uiPriority w:val="99"/>
    <w:semiHidden/>
    <w:unhideWhenUsed/>
    <w:rsid w:val="00310FC5"/>
  </w:style>
  <w:style w:type="character" w:customStyle="1" w:styleId="10">
    <w:name w:val="Заголовок 1 Знак"/>
    <w:basedOn w:val="a2"/>
    <w:link w:val="1"/>
    <w:uiPriority w:val="9"/>
    <w:rsid w:val="00310FC5"/>
    <w:rPr>
      <w:rFonts w:ascii="Calibri" w:eastAsia="MS Gothic" w:hAnsi="Calibri" w:cs="Times New Roman"/>
      <w:b/>
      <w:bCs/>
      <w:color w:val="365F91"/>
      <w:sz w:val="28"/>
      <w:szCs w:val="28"/>
      <w:lang w:val="en-US"/>
    </w:rPr>
  </w:style>
  <w:style w:type="character" w:customStyle="1" w:styleId="22">
    <w:name w:val="Заголовок 2 Знак"/>
    <w:basedOn w:val="a2"/>
    <w:link w:val="21"/>
    <w:uiPriority w:val="9"/>
    <w:semiHidden/>
    <w:rsid w:val="00310FC5"/>
    <w:rPr>
      <w:rFonts w:ascii="Calibri" w:eastAsia="MS Gothic" w:hAnsi="Calibri" w:cs="Times New Roman"/>
      <w:b/>
      <w:bCs/>
      <w:color w:val="4F81BD"/>
      <w:sz w:val="26"/>
      <w:szCs w:val="26"/>
      <w:lang w:val="en-US"/>
    </w:rPr>
  </w:style>
  <w:style w:type="character" w:customStyle="1" w:styleId="32">
    <w:name w:val="Заголовок 3 Знак"/>
    <w:basedOn w:val="a2"/>
    <w:link w:val="31"/>
    <w:uiPriority w:val="9"/>
    <w:semiHidden/>
    <w:rsid w:val="00310FC5"/>
    <w:rPr>
      <w:rFonts w:ascii="Calibri" w:eastAsia="MS Gothic" w:hAnsi="Calibri" w:cs="Times New Roman"/>
      <w:b/>
      <w:bCs/>
      <w:color w:val="4F81BD"/>
      <w:lang w:val="en-US"/>
    </w:rPr>
  </w:style>
  <w:style w:type="character" w:customStyle="1" w:styleId="40">
    <w:name w:val="Заголовок 4 Знак"/>
    <w:basedOn w:val="a2"/>
    <w:link w:val="4"/>
    <w:uiPriority w:val="9"/>
    <w:semiHidden/>
    <w:rsid w:val="00310FC5"/>
    <w:rPr>
      <w:rFonts w:ascii="Calibri" w:eastAsia="MS Gothic" w:hAnsi="Calibri" w:cs="Times New Roman"/>
      <w:b/>
      <w:bCs/>
      <w:i/>
      <w:iCs/>
      <w:color w:val="4F81BD"/>
      <w:lang w:val="en-US"/>
    </w:rPr>
  </w:style>
  <w:style w:type="character" w:customStyle="1" w:styleId="50">
    <w:name w:val="Заголовок 5 Знак"/>
    <w:basedOn w:val="a2"/>
    <w:link w:val="5"/>
    <w:uiPriority w:val="9"/>
    <w:semiHidden/>
    <w:rsid w:val="00310FC5"/>
    <w:rPr>
      <w:rFonts w:ascii="Calibri" w:eastAsia="MS Gothic" w:hAnsi="Calibri" w:cs="Times New Roman"/>
      <w:color w:val="243F60"/>
      <w:lang w:val="en-US"/>
    </w:rPr>
  </w:style>
  <w:style w:type="character" w:customStyle="1" w:styleId="60">
    <w:name w:val="Заголовок 6 Знак"/>
    <w:basedOn w:val="a2"/>
    <w:link w:val="6"/>
    <w:uiPriority w:val="9"/>
    <w:semiHidden/>
    <w:rsid w:val="00310FC5"/>
    <w:rPr>
      <w:rFonts w:ascii="Calibri" w:eastAsia="MS Gothic" w:hAnsi="Calibri" w:cs="Times New Roman"/>
      <w:i/>
      <w:iCs/>
      <w:color w:val="243F60"/>
      <w:lang w:val="en-US"/>
    </w:rPr>
  </w:style>
  <w:style w:type="character" w:customStyle="1" w:styleId="70">
    <w:name w:val="Заголовок 7 Знак"/>
    <w:basedOn w:val="a2"/>
    <w:link w:val="7"/>
    <w:uiPriority w:val="9"/>
    <w:semiHidden/>
    <w:rsid w:val="00310FC5"/>
    <w:rPr>
      <w:rFonts w:ascii="Calibri" w:eastAsia="MS Gothic" w:hAnsi="Calibri" w:cs="Times New Roman"/>
      <w:i/>
      <w:iCs/>
      <w:color w:val="404040"/>
      <w:lang w:val="en-US"/>
    </w:rPr>
  </w:style>
  <w:style w:type="character" w:customStyle="1" w:styleId="80">
    <w:name w:val="Заголовок 8 Знак"/>
    <w:basedOn w:val="a2"/>
    <w:link w:val="8"/>
    <w:uiPriority w:val="9"/>
    <w:semiHidden/>
    <w:rsid w:val="00310FC5"/>
    <w:rPr>
      <w:rFonts w:ascii="Calibri" w:eastAsia="MS Gothic" w:hAnsi="Calibri" w:cs="Times New Roman"/>
      <w:color w:val="4F81BD"/>
      <w:sz w:val="20"/>
      <w:szCs w:val="20"/>
      <w:lang w:val="en-US"/>
    </w:rPr>
  </w:style>
  <w:style w:type="character" w:customStyle="1" w:styleId="90">
    <w:name w:val="Заголовок 9 Знак"/>
    <w:basedOn w:val="a2"/>
    <w:link w:val="9"/>
    <w:uiPriority w:val="9"/>
    <w:semiHidden/>
    <w:rsid w:val="00310FC5"/>
    <w:rPr>
      <w:rFonts w:ascii="Calibri" w:eastAsia="MS Gothic" w:hAnsi="Calibri" w:cs="Times New Roman"/>
      <w:i/>
      <w:iCs/>
      <w:color w:val="404040"/>
      <w:sz w:val="20"/>
      <w:szCs w:val="20"/>
      <w:lang w:val="en-US"/>
    </w:rPr>
  </w:style>
  <w:style w:type="paragraph" w:styleId="a5">
    <w:name w:val="header"/>
    <w:basedOn w:val="a1"/>
    <w:link w:val="a6"/>
    <w:uiPriority w:val="99"/>
    <w:semiHidden/>
    <w:unhideWhenUsed/>
    <w:rsid w:val="00310FC5"/>
    <w:pPr>
      <w:tabs>
        <w:tab w:val="center" w:pos="4680"/>
        <w:tab w:val="right" w:pos="9360"/>
      </w:tabs>
      <w:spacing w:before="240" w:after="0" w:line="240" w:lineRule="auto"/>
    </w:pPr>
    <w:rPr>
      <w:rFonts w:ascii="Cambria" w:eastAsia="MS Mincho" w:hAnsi="Cambria" w:cs="Times New Roman"/>
      <w:lang w:val="en-US"/>
    </w:rPr>
  </w:style>
  <w:style w:type="character" w:customStyle="1" w:styleId="a6">
    <w:name w:val="Верхний колонтитул Знак"/>
    <w:basedOn w:val="a2"/>
    <w:link w:val="a5"/>
    <w:uiPriority w:val="99"/>
    <w:semiHidden/>
    <w:rsid w:val="00310FC5"/>
    <w:rPr>
      <w:rFonts w:ascii="Cambria" w:eastAsia="MS Mincho" w:hAnsi="Cambria" w:cs="Times New Roman"/>
      <w:lang w:val="en-US"/>
    </w:rPr>
  </w:style>
  <w:style w:type="paragraph" w:styleId="a7">
    <w:name w:val="footer"/>
    <w:basedOn w:val="a1"/>
    <w:link w:val="a8"/>
    <w:uiPriority w:val="99"/>
    <w:semiHidden/>
    <w:unhideWhenUsed/>
    <w:rsid w:val="00310FC5"/>
    <w:pPr>
      <w:tabs>
        <w:tab w:val="center" w:pos="4680"/>
        <w:tab w:val="right" w:pos="9360"/>
      </w:tabs>
      <w:spacing w:before="240" w:after="0" w:line="240" w:lineRule="auto"/>
    </w:pPr>
    <w:rPr>
      <w:rFonts w:ascii="Cambria" w:eastAsia="MS Mincho" w:hAnsi="Cambria" w:cs="Times New Roman"/>
      <w:lang w:val="en-US"/>
    </w:rPr>
  </w:style>
  <w:style w:type="character" w:customStyle="1" w:styleId="a8">
    <w:name w:val="Нижний колонтитул Знак"/>
    <w:basedOn w:val="a2"/>
    <w:link w:val="a7"/>
    <w:uiPriority w:val="99"/>
    <w:semiHidden/>
    <w:rsid w:val="00310FC5"/>
    <w:rPr>
      <w:rFonts w:ascii="Cambria" w:eastAsia="MS Mincho" w:hAnsi="Cambria" w:cs="Times New Roman"/>
      <w:lang w:val="en-US"/>
    </w:rPr>
  </w:style>
  <w:style w:type="paragraph" w:customStyle="1" w:styleId="13">
    <w:name w:val="Название объекта1"/>
    <w:basedOn w:val="a1"/>
    <w:next w:val="a1"/>
    <w:uiPriority w:val="35"/>
    <w:semiHidden/>
    <w:unhideWhenUsed/>
    <w:qFormat/>
    <w:rsid w:val="00310FC5"/>
    <w:pPr>
      <w:spacing w:before="240" w:after="200" w:line="240" w:lineRule="auto"/>
    </w:pPr>
    <w:rPr>
      <w:rFonts w:ascii="Cambria" w:eastAsia="MS Mincho" w:hAnsi="Cambria" w:cs="Times New Roman"/>
      <w:b/>
      <w:bCs/>
      <w:color w:val="4F81BD"/>
      <w:sz w:val="18"/>
      <w:szCs w:val="18"/>
      <w:lang w:val="en-US"/>
    </w:rPr>
  </w:style>
  <w:style w:type="paragraph" w:styleId="a9">
    <w:name w:val="macro"/>
    <w:link w:val="aa"/>
    <w:uiPriority w:val="99"/>
    <w:semiHidden/>
    <w:unhideWhenUsed/>
    <w:rsid w:val="00310FC5"/>
    <w:pPr>
      <w:tabs>
        <w:tab w:val="left" w:pos="576"/>
        <w:tab w:val="left" w:pos="1152"/>
        <w:tab w:val="left" w:pos="1728"/>
        <w:tab w:val="left" w:pos="2304"/>
        <w:tab w:val="left" w:pos="2880"/>
        <w:tab w:val="left" w:pos="3456"/>
        <w:tab w:val="left" w:pos="4032"/>
      </w:tabs>
      <w:spacing w:after="200" w:line="276" w:lineRule="auto"/>
    </w:pPr>
    <w:rPr>
      <w:rFonts w:ascii="Courier" w:eastAsia="MS Mincho" w:hAnsi="Courier" w:cs="Times New Roman"/>
      <w:sz w:val="20"/>
      <w:szCs w:val="20"/>
      <w:lang w:val="en-US"/>
    </w:rPr>
  </w:style>
  <w:style w:type="character" w:customStyle="1" w:styleId="aa">
    <w:name w:val="Текст макроса Знак"/>
    <w:basedOn w:val="a2"/>
    <w:link w:val="a9"/>
    <w:uiPriority w:val="99"/>
    <w:semiHidden/>
    <w:rsid w:val="00310FC5"/>
    <w:rPr>
      <w:rFonts w:ascii="Courier" w:eastAsia="MS Mincho" w:hAnsi="Courier" w:cs="Times New Roman"/>
      <w:sz w:val="20"/>
      <w:szCs w:val="20"/>
      <w:lang w:val="en-US"/>
    </w:rPr>
  </w:style>
  <w:style w:type="paragraph" w:styleId="ab">
    <w:name w:val="List"/>
    <w:basedOn w:val="a1"/>
    <w:uiPriority w:val="99"/>
    <w:semiHidden/>
    <w:unhideWhenUsed/>
    <w:rsid w:val="00310FC5"/>
    <w:pPr>
      <w:spacing w:before="240" w:after="200" w:line="276" w:lineRule="auto"/>
      <w:ind w:left="360" w:hanging="360"/>
      <w:contextualSpacing/>
    </w:pPr>
    <w:rPr>
      <w:rFonts w:ascii="Cambria" w:eastAsia="MS Mincho" w:hAnsi="Cambria" w:cs="Times New Roman"/>
      <w:lang w:val="en-US"/>
    </w:rPr>
  </w:style>
  <w:style w:type="paragraph" w:styleId="a0">
    <w:name w:val="List Bullet"/>
    <w:basedOn w:val="a1"/>
    <w:uiPriority w:val="99"/>
    <w:semiHidden/>
    <w:unhideWhenUsed/>
    <w:rsid w:val="00310FC5"/>
    <w:pPr>
      <w:numPr>
        <w:numId w:val="1"/>
      </w:numPr>
      <w:spacing w:before="240" w:after="200" w:line="276" w:lineRule="auto"/>
      <w:contextualSpacing/>
    </w:pPr>
    <w:rPr>
      <w:rFonts w:ascii="Cambria" w:eastAsia="MS Mincho" w:hAnsi="Cambria" w:cs="Times New Roman"/>
      <w:lang w:val="en-US"/>
    </w:rPr>
  </w:style>
  <w:style w:type="paragraph" w:styleId="a">
    <w:name w:val="List Number"/>
    <w:basedOn w:val="a1"/>
    <w:uiPriority w:val="99"/>
    <w:semiHidden/>
    <w:unhideWhenUsed/>
    <w:rsid w:val="00310FC5"/>
    <w:pPr>
      <w:numPr>
        <w:numId w:val="2"/>
      </w:numPr>
      <w:spacing w:before="240" w:after="200" w:line="276" w:lineRule="auto"/>
      <w:contextualSpacing/>
    </w:pPr>
    <w:rPr>
      <w:rFonts w:ascii="Cambria" w:eastAsia="MS Mincho" w:hAnsi="Cambria" w:cs="Times New Roman"/>
      <w:lang w:val="en-US"/>
    </w:rPr>
  </w:style>
  <w:style w:type="paragraph" w:styleId="23">
    <w:name w:val="List 2"/>
    <w:basedOn w:val="a1"/>
    <w:uiPriority w:val="99"/>
    <w:semiHidden/>
    <w:unhideWhenUsed/>
    <w:rsid w:val="00310FC5"/>
    <w:pPr>
      <w:spacing w:before="240" w:after="200" w:line="276" w:lineRule="auto"/>
      <w:ind w:left="720" w:hanging="360"/>
      <w:contextualSpacing/>
    </w:pPr>
    <w:rPr>
      <w:rFonts w:ascii="Cambria" w:eastAsia="MS Mincho" w:hAnsi="Cambria" w:cs="Times New Roman"/>
      <w:lang w:val="en-US"/>
    </w:rPr>
  </w:style>
  <w:style w:type="paragraph" w:styleId="33">
    <w:name w:val="List 3"/>
    <w:basedOn w:val="a1"/>
    <w:uiPriority w:val="99"/>
    <w:semiHidden/>
    <w:unhideWhenUsed/>
    <w:rsid w:val="00310FC5"/>
    <w:pPr>
      <w:spacing w:before="240" w:after="200" w:line="276" w:lineRule="auto"/>
      <w:ind w:left="1080" w:hanging="360"/>
      <w:contextualSpacing/>
    </w:pPr>
    <w:rPr>
      <w:rFonts w:ascii="Cambria" w:eastAsia="MS Mincho" w:hAnsi="Cambria" w:cs="Times New Roman"/>
      <w:lang w:val="en-US"/>
    </w:rPr>
  </w:style>
  <w:style w:type="paragraph" w:styleId="20">
    <w:name w:val="List Bullet 2"/>
    <w:basedOn w:val="a1"/>
    <w:uiPriority w:val="99"/>
    <w:semiHidden/>
    <w:unhideWhenUsed/>
    <w:rsid w:val="00310FC5"/>
    <w:pPr>
      <w:numPr>
        <w:numId w:val="3"/>
      </w:numPr>
      <w:spacing w:before="240" w:after="200" w:line="276" w:lineRule="auto"/>
      <w:contextualSpacing/>
    </w:pPr>
    <w:rPr>
      <w:rFonts w:ascii="Cambria" w:eastAsia="MS Mincho" w:hAnsi="Cambria" w:cs="Times New Roman"/>
      <w:lang w:val="en-US"/>
    </w:rPr>
  </w:style>
  <w:style w:type="paragraph" w:styleId="30">
    <w:name w:val="List Bullet 3"/>
    <w:basedOn w:val="a1"/>
    <w:uiPriority w:val="99"/>
    <w:semiHidden/>
    <w:unhideWhenUsed/>
    <w:rsid w:val="00310FC5"/>
    <w:pPr>
      <w:numPr>
        <w:numId w:val="4"/>
      </w:numPr>
      <w:spacing w:before="240" w:after="200" w:line="276" w:lineRule="auto"/>
      <w:contextualSpacing/>
    </w:pPr>
    <w:rPr>
      <w:rFonts w:ascii="Cambria" w:eastAsia="MS Mincho" w:hAnsi="Cambria" w:cs="Times New Roman"/>
      <w:lang w:val="en-US"/>
    </w:rPr>
  </w:style>
  <w:style w:type="paragraph" w:styleId="2">
    <w:name w:val="List Number 2"/>
    <w:basedOn w:val="a1"/>
    <w:uiPriority w:val="99"/>
    <w:semiHidden/>
    <w:unhideWhenUsed/>
    <w:rsid w:val="00310FC5"/>
    <w:pPr>
      <w:numPr>
        <w:numId w:val="5"/>
      </w:numPr>
      <w:spacing w:before="240" w:after="200" w:line="276" w:lineRule="auto"/>
      <w:contextualSpacing/>
    </w:pPr>
    <w:rPr>
      <w:rFonts w:ascii="Cambria" w:eastAsia="MS Mincho" w:hAnsi="Cambria" w:cs="Times New Roman"/>
      <w:lang w:val="en-US"/>
    </w:rPr>
  </w:style>
  <w:style w:type="paragraph" w:styleId="3">
    <w:name w:val="List Number 3"/>
    <w:basedOn w:val="a1"/>
    <w:uiPriority w:val="99"/>
    <w:semiHidden/>
    <w:unhideWhenUsed/>
    <w:rsid w:val="00310FC5"/>
    <w:pPr>
      <w:numPr>
        <w:numId w:val="6"/>
      </w:numPr>
      <w:spacing w:before="240" w:after="200" w:line="276" w:lineRule="auto"/>
      <w:contextualSpacing/>
    </w:pPr>
    <w:rPr>
      <w:rFonts w:ascii="Cambria" w:eastAsia="MS Mincho" w:hAnsi="Cambria" w:cs="Times New Roman"/>
      <w:lang w:val="en-US"/>
    </w:rPr>
  </w:style>
  <w:style w:type="paragraph" w:customStyle="1" w:styleId="14">
    <w:name w:val="Название1"/>
    <w:basedOn w:val="a1"/>
    <w:next w:val="a1"/>
    <w:uiPriority w:val="10"/>
    <w:qFormat/>
    <w:rsid w:val="00310FC5"/>
    <w:pPr>
      <w:pBdr>
        <w:bottom w:val="single" w:sz="8" w:space="4" w:color="4F81BD"/>
      </w:pBdr>
      <w:spacing w:before="240" w:after="300" w:line="240" w:lineRule="auto"/>
      <w:contextualSpacing/>
    </w:pPr>
    <w:rPr>
      <w:rFonts w:ascii="Calibri" w:eastAsia="MS Gothic" w:hAnsi="Calibri" w:cs="Times New Roman"/>
      <w:color w:val="17365D"/>
      <w:spacing w:val="5"/>
      <w:kern w:val="28"/>
      <w:sz w:val="52"/>
      <w:szCs w:val="52"/>
      <w:lang w:val="en-US"/>
    </w:rPr>
  </w:style>
  <w:style w:type="character" w:customStyle="1" w:styleId="ac">
    <w:name w:val="Название Знак"/>
    <w:basedOn w:val="a2"/>
    <w:link w:val="ad"/>
    <w:uiPriority w:val="10"/>
    <w:rsid w:val="00310FC5"/>
    <w:rPr>
      <w:rFonts w:ascii="Calibri" w:eastAsia="MS Gothic" w:hAnsi="Calibri" w:cs="Times New Roman"/>
      <w:color w:val="17365D"/>
      <w:spacing w:val="5"/>
      <w:kern w:val="28"/>
      <w:sz w:val="52"/>
      <w:szCs w:val="52"/>
      <w:lang w:val="en-US"/>
    </w:rPr>
  </w:style>
  <w:style w:type="paragraph" w:styleId="ae">
    <w:name w:val="Body Text"/>
    <w:basedOn w:val="a1"/>
    <w:link w:val="af"/>
    <w:uiPriority w:val="99"/>
    <w:semiHidden/>
    <w:unhideWhenUsed/>
    <w:rsid w:val="00310FC5"/>
    <w:pPr>
      <w:spacing w:before="240" w:after="120" w:line="276" w:lineRule="auto"/>
    </w:pPr>
    <w:rPr>
      <w:rFonts w:ascii="Cambria" w:eastAsia="MS Mincho" w:hAnsi="Cambria" w:cs="Times New Roman"/>
      <w:lang w:val="en-US"/>
    </w:rPr>
  </w:style>
  <w:style w:type="character" w:customStyle="1" w:styleId="af">
    <w:name w:val="Основной текст Знак"/>
    <w:basedOn w:val="a2"/>
    <w:link w:val="ae"/>
    <w:uiPriority w:val="99"/>
    <w:semiHidden/>
    <w:rsid w:val="00310FC5"/>
    <w:rPr>
      <w:rFonts w:ascii="Cambria" w:eastAsia="MS Mincho" w:hAnsi="Cambria" w:cs="Times New Roman"/>
      <w:lang w:val="en-US"/>
    </w:rPr>
  </w:style>
  <w:style w:type="paragraph" w:styleId="af0">
    <w:name w:val="List Continue"/>
    <w:basedOn w:val="a1"/>
    <w:uiPriority w:val="99"/>
    <w:semiHidden/>
    <w:unhideWhenUsed/>
    <w:rsid w:val="00310FC5"/>
    <w:pPr>
      <w:spacing w:before="240" w:after="120" w:line="276" w:lineRule="auto"/>
      <w:ind w:left="360"/>
      <w:contextualSpacing/>
    </w:pPr>
    <w:rPr>
      <w:rFonts w:ascii="Cambria" w:eastAsia="MS Mincho" w:hAnsi="Cambria" w:cs="Times New Roman"/>
      <w:lang w:val="en-US"/>
    </w:rPr>
  </w:style>
  <w:style w:type="paragraph" w:styleId="24">
    <w:name w:val="List Continue 2"/>
    <w:basedOn w:val="a1"/>
    <w:uiPriority w:val="99"/>
    <w:semiHidden/>
    <w:unhideWhenUsed/>
    <w:rsid w:val="00310FC5"/>
    <w:pPr>
      <w:spacing w:before="240" w:after="120" w:line="276" w:lineRule="auto"/>
      <w:ind w:left="720"/>
      <w:contextualSpacing/>
    </w:pPr>
    <w:rPr>
      <w:rFonts w:ascii="Cambria" w:eastAsia="MS Mincho" w:hAnsi="Cambria" w:cs="Times New Roman"/>
      <w:lang w:val="en-US"/>
    </w:rPr>
  </w:style>
  <w:style w:type="paragraph" w:styleId="34">
    <w:name w:val="List Continue 3"/>
    <w:basedOn w:val="a1"/>
    <w:uiPriority w:val="99"/>
    <w:semiHidden/>
    <w:unhideWhenUsed/>
    <w:rsid w:val="00310FC5"/>
    <w:pPr>
      <w:spacing w:before="240" w:after="120" w:line="276" w:lineRule="auto"/>
      <w:ind w:left="1080"/>
      <w:contextualSpacing/>
    </w:pPr>
    <w:rPr>
      <w:rFonts w:ascii="Cambria" w:eastAsia="MS Mincho" w:hAnsi="Cambria" w:cs="Times New Roman"/>
      <w:lang w:val="en-US"/>
    </w:rPr>
  </w:style>
  <w:style w:type="paragraph" w:customStyle="1" w:styleId="15">
    <w:name w:val="Подзаголовок1"/>
    <w:basedOn w:val="a1"/>
    <w:next w:val="a1"/>
    <w:uiPriority w:val="11"/>
    <w:qFormat/>
    <w:rsid w:val="00310FC5"/>
    <w:pPr>
      <w:spacing w:before="240" w:after="200" w:line="276" w:lineRule="auto"/>
    </w:pPr>
    <w:rPr>
      <w:rFonts w:ascii="Calibri" w:eastAsia="MS Gothic" w:hAnsi="Calibri" w:cs="Times New Roman"/>
      <w:i/>
      <w:iCs/>
      <w:color w:val="4F81BD"/>
      <w:spacing w:val="15"/>
      <w:sz w:val="24"/>
      <w:szCs w:val="24"/>
      <w:lang w:val="en-US"/>
    </w:rPr>
  </w:style>
  <w:style w:type="character" w:customStyle="1" w:styleId="af1">
    <w:name w:val="Подзаголовок Знак"/>
    <w:basedOn w:val="a2"/>
    <w:link w:val="af2"/>
    <w:uiPriority w:val="11"/>
    <w:rsid w:val="00310FC5"/>
    <w:rPr>
      <w:rFonts w:ascii="Calibri" w:eastAsia="MS Gothic" w:hAnsi="Calibri" w:cs="Times New Roman"/>
      <w:i/>
      <w:iCs/>
      <w:color w:val="4F81BD"/>
      <w:spacing w:val="15"/>
      <w:sz w:val="24"/>
      <w:szCs w:val="24"/>
      <w:lang w:val="en-US"/>
    </w:rPr>
  </w:style>
  <w:style w:type="paragraph" w:styleId="25">
    <w:name w:val="Body Text 2"/>
    <w:basedOn w:val="a1"/>
    <w:link w:val="26"/>
    <w:uiPriority w:val="99"/>
    <w:semiHidden/>
    <w:unhideWhenUsed/>
    <w:rsid w:val="00310FC5"/>
    <w:pPr>
      <w:spacing w:before="240" w:after="120" w:line="480" w:lineRule="auto"/>
    </w:pPr>
    <w:rPr>
      <w:rFonts w:ascii="Cambria" w:eastAsia="MS Mincho" w:hAnsi="Cambria" w:cs="Times New Roman"/>
      <w:lang w:val="en-US"/>
    </w:rPr>
  </w:style>
  <w:style w:type="character" w:customStyle="1" w:styleId="26">
    <w:name w:val="Основной текст 2 Знак"/>
    <w:basedOn w:val="a2"/>
    <w:link w:val="25"/>
    <w:uiPriority w:val="99"/>
    <w:semiHidden/>
    <w:rsid w:val="00310FC5"/>
    <w:rPr>
      <w:rFonts w:ascii="Cambria" w:eastAsia="MS Mincho" w:hAnsi="Cambria" w:cs="Times New Roman"/>
      <w:lang w:val="en-US"/>
    </w:rPr>
  </w:style>
  <w:style w:type="paragraph" w:styleId="35">
    <w:name w:val="Body Text 3"/>
    <w:basedOn w:val="a1"/>
    <w:link w:val="36"/>
    <w:uiPriority w:val="99"/>
    <w:semiHidden/>
    <w:unhideWhenUsed/>
    <w:rsid w:val="00310FC5"/>
    <w:pPr>
      <w:spacing w:before="240" w:after="120" w:line="276" w:lineRule="auto"/>
    </w:pPr>
    <w:rPr>
      <w:rFonts w:ascii="Cambria" w:eastAsia="MS Mincho" w:hAnsi="Cambria" w:cs="Times New Roman"/>
      <w:sz w:val="16"/>
      <w:szCs w:val="16"/>
      <w:lang w:val="en-US"/>
    </w:rPr>
  </w:style>
  <w:style w:type="character" w:customStyle="1" w:styleId="36">
    <w:name w:val="Основной текст 3 Знак"/>
    <w:basedOn w:val="a2"/>
    <w:link w:val="35"/>
    <w:uiPriority w:val="99"/>
    <w:semiHidden/>
    <w:rsid w:val="00310FC5"/>
    <w:rPr>
      <w:rFonts w:ascii="Cambria" w:eastAsia="MS Mincho" w:hAnsi="Cambria" w:cs="Times New Roman"/>
      <w:sz w:val="16"/>
      <w:szCs w:val="16"/>
      <w:lang w:val="en-US"/>
    </w:rPr>
  </w:style>
  <w:style w:type="paragraph" w:styleId="af3">
    <w:name w:val="No Spacing"/>
    <w:uiPriority w:val="1"/>
    <w:qFormat/>
    <w:rsid w:val="00310FC5"/>
    <w:pPr>
      <w:spacing w:after="0" w:line="240" w:lineRule="auto"/>
    </w:pPr>
    <w:rPr>
      <w:rFonts w:ascii="Cambria" w:eastAsia="MS Mincho" w:hAnsi="Cambria" w:cs="Times New Roman"/>
      <w:lang w:val="en-US"/>
    </w:rPr>
  </w:style>
  <w:style w:type="paragraph" w:styleId="af4">
    <w:name w:val="List Paragraph"/>
    <w:basedOn w:val="a1"/>
    <w:uiPriority w:val="34"/>
    <w:qFormat/>
    <w:rsid w:val="00310FC5"/>
    <w:pPr>
      <w:spacing w:before="240" w:after="200" w:line="276" w:lineRule="auto"/>
      <w:ind w:left="720"/>
      <w:contextualSpacing/>
    </w:pPr>
    <w:rPr>
      <w:rFonts w:ascii="Cambria" w:eastAsia="MS Mincho" w:hAnsi="Cambria" w:cs="Times New Roman"/>
      <w:lang w:val="en-US"/>
    </w:rPr>
  </w:style>
  <w:style w:type="paragraph" w:customStyle="1" w:styleId="211">
    <w:name w:val="Цитата 21"/>
    <w:basedOn w:val="a1"/>
    <w:next w:val="a1"/>
    <w:uiPriority w:val="29"/>
    <w:qFormat/>
    <w:rsid w:val="00310FC5"/>
    <w:pPr>
      <w:spacing w:before="240" w:after="200" w:line="276" w:lineRule="auto"/>
    </w:pPr>
    <w:rPr>
      <w:rFonts w:ascii="Cambria" w:eastAsia="MS Mincho" w:hAnsi="Cambria" w:cs="Times New Roman"/>
      <w:i/>
      <w:iCs/>
      <w:color w:val="000000"/>
      <w:lang w:val="en-US"/>
    </w:rPr>
  </w:style>
  <w:style w:type="character" w:customStyle="1" w:styleId="27">
    <w:name w:val="Цитата 2 Знак"/>
    <w:basedOn w:val="a2"/>
    <w:link w:val="28"/>
    <w:uiPriority w:val="29"/>
    <w:rsid w:val="00310FC5"/>
    <w:rPr>
      <w:rFonts w:ascii="Cambria" w:eastAsia="MS Mincho" w:hAnsi="Cambria" w:cs="Times New Roman"/>
      <w:i/>
      <w:iCs/>
      <w:color w:val="000000"/>
      <w:lang w:val="en-US"/>
    </w:rPr>
  </w:style>
  <w:style w:type="paragraph" w:customStyle="1" w:styleId="16">
    <w:name w:val="Выделенная цитата1"/>
    <w:basedOn w:val="a1"/>
    <w:next w:val="a1"/>
    <w:uiPriority w:val="30"/>
    <w:qFormat/>
    <w:rsid w:val="00310FC5"/>
    <w:pPr>
      <w:pBdr>
        <w:bottom w:val="single" w:sz="4" w:space="4" w:color="4F81BD"/>
      </w:pBdr>
      <w:spacing w:before="200" w:after="280" w:line="276" w:lineRule="auto"/>
      <w:ind w:left="936" w:right="936"/>
    </w:pPr>
    <w:rPr>
      <w:rFonts w:ascii="Cambria" w:eastAsia="MS Mincho" w:hAnsi="Cambria" w:cs="Times New Roman"/>
      <w:b/>
      <w:bCs/>
      <w:i/>
      <w:iCs/>
      <w:color w:val="4F81BD"/>
      <w:lang w:val="en-US"/>
    </w:rPr>
  </w:style>
  <w:style w:type="character" w:customStyle="1" w:styleId="af5">
    <w:name w:val="Выделенная цитата Знак"/>
    <w:basedOn w:val="a2"/>
    <w:link w:val="af6"/>
    <w:uiPriority w:val="30"/>
    <w:rsid w:val="00310FC5"/>
    <w:rPr>
      <w:rFonts w:ascii="Cambria" w:eastAsia="MS Mincho" w:hAnsi="Cambria" w:cs="Times New Roman"/>
      <w:b/>
      <w:bCs/>
      <w:i/>
      <w:iCs/>
      <w:color w:val="4F81BD"/>
      <w:lang w:val="en-US"/>
    </w:rPr>
  </w:style>
  <w:style w:type="paragraph" w:customStyle="1" w:styleId="17">
    <w:name w:val="Заголовок оглавления1"/>
    <w:basedOn w:val="1"/>
    <w:next w:val="a1"/>
    <w:uiPriority w:val="39"/>
    <w:semiHidden/>
    <w:unhideWhenUsed/>
    <w:qFormat/>
    <w:rsid w:val="00310FC5"/>
  </w:style>
  <w:style w:type="character" w:customStyle="1" w:styleId="18">
    <w:name w:val="Слабое выделение1"/>
    <w:basedOn w:val="a2"/>
    <w:uiPriority w:val="19"/>
    <w:qFormat/>
    <w:rsid w:val="00310FC5"/>
    <w:rPr>
      <w:i/>
      <w:iCs/>
      <w:color w:val="808080"/>
    </w:rPr>
  </w:style>
  <w:style w:type="character" w:customStyle="1" w:styleId="19">
    <w:name w:val="Сильное выделение1"/>
    <w:basedOn w:val="a2"/>
    <w:uiPriority w:val="21"/>
    <w:qFormat/>
    <w:rsid w:val="00310FC5"/>
    <w:rPr>
      <w:b/>
      <w:bCs/>
      <w:i/>
      <w:iCs/>
      <w:color w:val="4F81BD"/>
    </w:rPr>
  </w:style>
  <w:style w:type="character" w:customStyle="1" w:styleId="1a">
    <w:name w:val="Слабая ссылка1"/>
    <w:basedOn w:val="a2"/>
    <w:uiPriority w:val="31"/>
    <w:qFormat/>
    <w:rsid w:val="00310FC5"/>
    <w:rPr>
      <w:smallCaps/>
      <w:color w:val="C0504D"/>
      <w:u w:val="single"/>
    </w:rPr>
  </w:style>
  <w:style w:type="character" w:customStyle="1" w:styleId="1b">
    <w:name w:val="Сильная ссылка1"/>
    <w:basedOn w:val="a2"/>
    <w:uiPriority w:val="32"/>
    <w:qFormat/>
    <w:rsid w:val="00310FC5"/>
    <w:rPr>
      <w:b/>
      <w:bCs/>
      <w:smallCaps/>
      <w:color w:val="C0504D"/>
      <w:spacing w:val="5"/>
      <w:u w:val="single"/>
    </w:rPr>
  </w:style>
  <w:style w:type="character" w:styleId="af7">
    <w:name w:val="Book Title"/>
    <w:basedOn w:val="a2"/>
    <w:uiPriority w:val="33"/>
    <w:qFormat/>
    <w:rsid w:val="00310FC5"/>
    <w:rPr>
      <w:b/>
      <w:bCs/>
      <w:smallCaps/>
      <w:spacing w:val="5"/>
    </w:rPr>
  </w:style>
  <w:style w:type="table" w:styleId="af8">
    <w:name w:val="Table Grid"/>
    <w:basedOn w:val="a3"/>
    <w:uiPriority w:val="59"/>
    <w:rsid w:val="00310FC5"/>
    <w:pPr>
      <w:spacing w:after="0" w:line="240" w:lineRule="auto"/>
    </w:pPr>
    <w:rPr>
      <w:rFonts w:ascii="Cambria" w:eastAsia="MS Mincho" w:hAnsi="Cambria"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c">
    <w:name w:val="Светлая заливка1"/>
    <w:basedOn w:val="a3"/>
    <w:next w:val="af9"/>
    <w:uiPriority w:val="60"/>
    <w:semiHidden/>
    <w:unhideWhenUsed/>
    <w:rsid w:val="00310FC5"/>
    <w:pPr>
      <w:spacing w:after="0" w:line="240" w:lineRule="auto"/>
    </w:pPr>
    <w:rPr>
      <w:rFonts w:ascii="Cambria" w:eastAsia="MS Mincho" w:hAnsi="Cambria" w:cs="Times New Roman"/>
      <w:color w:val="000000"/>
      <w:lang w:val="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d">
    <w:name w:val="Светлый список1"/>
    <w:basedOn w:val="a3"/>
    <w:next w:val="afa"/>
    <w:uiPriority w:val="61"/>
    <w:semiHidden/>
    <w:unhideWhenUsed/>
    <w:rsid w:val="00310FC5"/>
    <w:pPr>
      <w:spacing w:after="0" w:line="240" w:lineRule="auto"/>
    </w:pPr>
    <w:rPr>
      <w:rFonts w:ascii="Cambria" w:eastAsia="MS Mincho" w:hAnsi="Cambria" w:cs="Times New Roman"/>
      <w:lang w:val="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e">
    <w:name w:val="Светлая сетка1"/>
    <w:basedOn w:val="a3"/>
    <w:next w:val="afb"/>
    <w:uiPriority w:val="62"/>
    <w:semiHidden/>
    <w:unhideWhenUsed/>
    <w:rsid w:val="00310FC5"/>
    <w:pPr>
      <w:spacing w:after="0" w:line="240" w:lineRule="auto"/>
    </w:pPr>
    <w:rPr>
      <w:rFonts w:ascii="Cambria" w:eastAsia="MS Mincho" w:hAnsi="Cambria" w:cs="Times New Roman"/>
      <w:lang w:val="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rFonts w:ascii="Calibri" w:eastAsia="MS Gothic" w:hAnsi="Calibri"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Calibri" w:eastAsia="MS Gothic" w:hAnsi="Calibri"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hint="default"/>
        <w:b/>
        <w:bCs/>
      </w:rPr>
    </w:tblStylePr>
    <w:tblStylePr w:type="lastCol">
      <w:rPr>
        <w:rFonts w:ascii="Calibri" w:eastAsia="MS Gothic" w:hAnsi="Calibri"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0">
    <w:name w:val="Средняя заливка 11"/>
    <w:basedOn w:val="a3"/>
    <w:next w:val="1f"/>
    <w:uiPriority w:val="63"/>
    <w:semiHidden/>
    <w:unhideWhenUsed/>
    <w:rsid w:val="00310FC5"/>
    <w:pPr>
      <w:spacing w:after="0" w:line="240" w:lineRule="auto"/>
    </w:pPr>
    <w:rPr>
      <w:rFonts w:ascii="Cambria" w:eastAsia="MS Mincho" w:hAnsi="Cambria" w:cs="Times New Roman"/>
      <w:lang w:val="en-US"/>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12">
    <w:name w:val="Средняя заливка 21"/>
    <w:basedOn w:val="a3"/>
    <w:next w:val="29"/>
    <w:uiPriority w:val="64"/>
    <w:semiHidden/>
    <w:unhideWhenUsed/>
    <w:rsid w:val="00310FC5"/>
    <w:pPr>
      <w:spacing w:after="0" w:line="240" w:lineRule="auto"/>
    </w:pPr>
    <w:rPr>
      <w:rFonts w:ascii="Cambria" w:eastAsia="MS Mincho" w:hAnsi="Cambria" w:cs="Times New Roman"/>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
    <w:name w:val="Средний список 11"/>
    <w:basedOn w:val="a3"/>
    <w:next w:val="1f0"/>
    <w:uiPriority w:val="65"/>
    <w:semiHidden/>
    <w:unhideWhenUsed/>
    <w:rsid w:val="00310FC5"/>
    <w:pPr>
      <w:spacing w:after="0" w:line="240" w:lineRule="auto"/>
    </w:pPr>
    <w:rPr>
      <w:rFonts w:ascii="Cambria" w:eastAsia="MS Mincho" w:hAnsi="Cambria" w:cs="Times New Roman"/>
      <w:color w:val="000000"/>
      <w:lang w:val="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w:eastAsia="MS Gothic" w:hAnsi="Calibri"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3">
    <w:name w:val="Средний список 21"/>
    <w:basedOn w:val="a3"/>
    <w:next w:val="2a"/>
    <w:uiPriority w:val="66"/>
    <w:semiHidden/>
    <w:unhideWhenUsed/>
    <w:rsid w:val="00310FC5"/>
    <w:pPr>
      <w:spacing w:after="0" w:line="240" w:lineRule="auto"/>
    </w:pPr>
    <w:rPr>
      <w:rFonts w:ascii="Calibri" w:eastAsia="MS Gothic" w:hAnsi="Calibri" w:cs="Times New Roman"/>
      <w:color w:val="000000"/>
      <w:lang w:val="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112">
    <w:name w:val="Средняя сетка 11"/>
    <w:basedOn w:val="a3"/>
    <w:next w:val="1f1"/>
    <w:uiPriority w:val="67"/>
    <w:semiHidden/>
    <w:unhideWhenUsed/>
    <w:rsid w:val="00310FC5"/>
    <w:pPr>
      <w:spacing w:after="0" w:line="240" w:lineRule="auto"/>
    </w:pPr>
    <w:rPr>
      <w:rFonts w:ascii="Cambria" w:eastAsia="MS Mincho" w:hAnsi="Cambria" w:cs="Times New Roman"/>
      <w:lang w:val="en-US"/>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214">
    <w:name w:val="Средняя сетка 21"/>
    <w:basedOn w:val="a3"/>
    <w:next w:val="2b"/>
    <w:uiPriority w:val="68"/>
    <w:semiHidden/>
    <w:unhideWhenUsed/>
    <w:rsid w:val="00310FC5"/>
    <w:pPr>
      <w:spacing w:after="0" w:line="240" w:lineRule="auto"/>
    </w:pPr>
    <w:rPr>
      <w:rFonts w:ascii="Calibri" w:eastAsia="MS Gothic" w:hAnsi="Calibri" w:cs="Times New Roman"/>
      <w:color w:val="000000"/>
      <w:lang w:val="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11">
    <w:name w:val="Средняя сетка 31"/>
    <w:basedOn w:val="a3"/>
    <w:next w:val="37"/>
    <w:uiPriority w:val="69"/>
    <w:semiHidden/>
    <w:unhideWhenUsed/>
    <w:rsid w:val="00310FC5"/>
    <w:pPr>
      <w:spacing w:after="0" w:line="240" w:lineRule="auto"/>
    </w:pPr>
    <w:rPr>
      <w:rFonts w:ascii="Cambria" w:eastAsia="MS Mincho" w:hAnsi="Cambria" w:cs="Times New Roman"/>
      <w:lang w:val="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1f2">
    <w:name w:val="Темный список1"/>
    <w:basedOn w:val="a3"/>
    <w:next w:val="afc"/>
    <w:uiPriority w:val="70"/>
    <w:semiHidden/>
    <w:unhideWhenUsed/>
    <w:rsid w:val="00310FC5"/>
    <w:pPr>
      <w:spacing w:after="0" w:line="240" w:lineRule="auto"/>
    </w:pPr>
    <w:rPr>
      <w:rFonts w:ascii="Cambria" w:eastAsia="MS Mincho" w:hAnsi="Cambria" w:cs="Times New Roman"/>
      <w:color w:val="FFFFFF"/>
      <w:lang w:val="en-US"/>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1f3">
    <w:name w:val="Цветная заливка1"/>
    <w:basedOn w:val="a3"/>
    <w:next w:val="afd"/>
    <w:uiPriority w:val="71"/>
    <w:semiHidden/>
    <w:unhideWhenUsed/>
    <w:rsid w:val="00310FC5"/>
    <w:pPr>
      <w:spacing w:after="0" w:line="240" w:lineRule="auto"/>
    </w:pPr>
    <w:rPr>
      <w:rFonts w:ascii="Cambria" w:eastAsia="MS Mincho" w:hAnsi="Cambria" w:cs="Times New Roman"/>
      <w:color w:val="000000"/>
      <w:lang w:val="en-US"/>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1f4">
    <w:name w:val="Цветной список1"/>
    <w:basedOn w:val="a3"/>
    <w:next w:val="afe"/>
    <w:uiPriority w:val="72"/>
    <w:semiHidden/>
    <w:unhideWhenUsed/>
    <w:rsid w:val="00310FC5"/>
    <w:pPr>
      <w:spacing w:after="0" w:line="240" w:lineRule="auto"/>
    </w:pPr>
    <w:rPr>
      <w:rFonts w:ascii="Cambria" w:eastAsia="MS Mincho" w:hAnsi="Cambria" w:cs="Times New Roman"/>
      <w:color w:val="000000"/>
      <w:lang w:val="en-US"/>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f5">
    <w:name w:val="Цветная сетка1"/>
    <w:basedOn w:val="a3"/>
    <w:next w:val="aff"/>
    <w:uiPriority w:val="73"/>
    <w:semiHidden/>
    <w:unhideWhenUsed/>
    <w:rsid w:val="00310FC5"/>
    <w:pPr>
      <w:spacing w:after="0" w:line="240" w:lineRule="auto"/>
    </w:pPr>
    <w:rPr>
      <w:rFonts w:ascii="Cambria" w:eastAsia="MS Mincho" w:hAnsi="Cambria" w:cs="Times New Roman"/>
      <w:color w:val="000000"/>
      <w:lang w:val="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1">
    <w:name w:val="Светлая заливка - Акцент 11"/>
    <w:basedOn w:val="a3"/>
    <w:next w:val="-1"/>
    <w:uiPriority w:val="60"/>
    <w:semiHidden/>
    <w:unhideWhenUsed/>
    <w:rsid w:val="00310FC5"/>
    <w:pPr>
      <w:spacing w:after="0" w:line="240" w:lineRule="auto"/>
    </w:pPr>
    <w:rPr>
      <w:rFonts w:ascii="Cambria" w:eastAsia="MS Mincho" w:hAnsi="Cambria" w:cs="Times New Roman"/>
      <w:color w:val="365F91"/>
      <w:lang w:val="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10">
    <w:name w:val="Светлый список - Акцент 11"/>
    <w:basedOn w:val="a3"/>
    <w:next w:val="-10"/>
    <w:uiPriority w:val="61"/>
    <w:semiHidden/>
    <w:unhideWhenUsed/>
    <w:rsid w:val="00310FC5"/>
    <w:pPr>
      <w:spacing w:after="0" w:line="240" w:lineRule="auto"/>
    </w:pPr>
    <w:rPr>
      <w:rFonts w:ascii="Cambria" w:eastAsia="MS Mincho" w:hAnsi="Cambria" w:cs="Times New Roman"/>
      <w:lang w:val="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
    <w:name w:val="Светлая сетка - Акцент 11"/>
    <w:basedOn w:val="a3"/>
    <w:next w:val="-12"/>
    <w:uiPriority w:val="62"/>
    <w:semiHidden/>
    <w:unhideWhenUsed/>
    <w:rsid w:val="00310FC5"/>
    <w:pPr>
      <w:spacing w:after="0" w:line="240" w:lineRule="auto"/>
    </w:pPr>
    <w:rPr>
      <w:rFonts w:ascii="Cambria" w:eastAsia="MS Mincho" w:hAnsi="Cambria" w:cs="Times New Roman"/>
      <w:lang w:val="en-U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rFonts w:ascii="Calibri" w:eastAsia="MS Gothic" w:hAnsi="Calibri"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Calibri" w:eastAsia="MS Gothic" w:hAnsi="Calibri"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hint="default"/>
        <w:b/>
        <w:bCs/>
      </w:rPr>
    </w:tblStylePr>
    <w:tblStylePr w:type="lastCol">
      <w:rPr>
        <w:rFonts w:ascii="Calibri" w:eastAsia="MS Gothic" w:hAnsi="Calibri"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1">
    <w:name w:val="Средняя заливка 1 - Акцент 11"/>
    <w:basedOn w:val="a3"/>
    <w:next w:val="1-1"/>
    <w:uiPriority w:val="63"/>
    <w:semiHidden/>
    <w:unhideWhenUsed/>
    <w:rsid w:val="00310FC5"/>
    <w:pPr>
      <w:spacing w:after="0" w:line="240" w:lineRule="auto"/>
    </w:pPr>
    <w:rPr>
      <w:rFonts w:ascii="Cambria" w:eastAsia="MS Mincho" w:hAnsi="Cambria" w:cs="Times New Roman"/>
      <w:lang w:val="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2-11">
    <w:name w:val="Средняя заливка 2 - Акцент 11"/>
    <w:basedOn w:val="a3"/>
    <w:next w:val="2-1"/>
    <w:uiPriority w:val="64"/>
    <w:semiHidden/>
    <w:unhideWhenUsed/>
    <w:rsid w:val="00310FC5"/>
    <w:pPr>
      <w:spacing w:after="0" w:line="240" w:lineRule="auto"/>
    </w:pPr>
    <w:rPr>
      <w:rFonts w:ascii="Cambria" w:eastAsia="MS Mincho" w:hAnsi="Cambria" w:cs="Times New Roman"/>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0">
    <w:name w:val="Средний список 1 - Акцент 11"/>
    <w:basedOn w:val="a3"/>
    <w:next w:val="1-10"/>
    <w:uiPriority w:val="65"/>
    <w:semiHidden/>
    <w:unhideWhenUsed/>
    <w:rsid w:val="00310FC5"/>
    <w:pPr>
      <w:spacing w:after="0" w:line="240" w:lineRule="auto"/>
    </w:pPr>
    <w:rPr>
      <w:rFonts w:ascii="Cambria" w:eastAsia="MS Mincho" w:hAnsi="Cambria" w:cs="Times New Roman"/>
      <w:color w:val="000000"/>
      <w:lang w:val="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libri" w:eastAsia="MS Gothic" w:hAnsi="Calibri"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0">
    <w:name w:val="Средний список 2 - Акцент 11"/>
    <w:basedOn w:val="a3"/>
    <w:next w:val="2-10"/>
    <w:uiPriority w:val="66"/>
    <w:semiHidden/>
    <w:unhideWhenUsed/>
    <w:rsid w:val="00310FC5"/>
    <w:pPr>
      <w:spacing w:after="0" w:line="240" w:lineRule="auto"/>
    </w:pPr>
    <w:rPr>
      <w:rFonts w:ascii="Calibri" w:eastAsia="MS Gothic" w:hAnsi="Calibri" w:cs="Times New Roman"/>
      <w:color w:val="000000"/>
      <w:lang w:val="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1-111">
    <w:name w:val="Средняя сетка 1 - Акцент 11"/>
    <w:basedOn w:val="a3"/>
    <w:next w:val="1-12"/>
    <w:uiPriority w:val="67"/>
    <w:semiHidden/>
    <w:unhideWhenUsed/>
    <w:rsid w:val="00310FC5"/>
    <w:pPr>
      <w:spacing w:after="0" w:line="240" w:lineRule="auto"/>
    </w:pPr>
    <w:rPr>
      <w:rFonts w:ascii="Cambria" w:eastAsia="MS Mincho" w:hAnsi="Cambria" w:cs="Times New Roman"/>
      <w:lang w:val="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2-111">
    <w:name w:val="Средняя сетка 2 - Акцент 11"/>
    <w:basedOn w:val="a3"/>
    <w:next w:val="2-12"/>
    <w:uiPriority w:val="68"/>
    <w:semiHidden/>
    <w:unhideWhenUsed/>
    <w:rsid w:val="00310FC5"/>
    <w:pPr>
      <w:spacing w:after="0" w:line="240" w:lineRule="auto"/>
    </w:pPr>
    <w:rPr>
      <w:rFonts w:ascii="Calibri" w:eastAsia="MS Gothic" w:hAnsi="Calibri" w:cs="Times New Roman"/>
      <w:color w:val="000000"/>
      <w:lang w:val="en-U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3-11">
    <w:name w:val="Средняя сетка 3 - Акцент 11"/>
    <w:basedOn w:val="a3"/>
    <w:next w:val="3-1"/>
    <w:uiPriority w:val="69"/>
    <w:semiHidden/>
    <w:unhideWhenUsed/>
    <w:rsid w:val="00310FC5"/>
    <w:pPr>
      <w:spacing w:after="0" w:line="240" w:lineRule="auto"/>
    </w:pPr>
    <w:rPr>
      <w:rFonts w:ascii="Cambria" w:eastAsia="MS Mincho" w:hAnsi="Cambria" w:cs="Times New Roman"/>
      <w:lang w:val="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12">
    <w:name w:val="Темный список - Акцент 11"/>
    <w:basedOn w:val="a3"/>
    <w:next w:val="-13"/>
    <w:uiPriority w:val="70"/>
    <w:semiHidden/>
    <w:unhideWhenUsed/>
    <w:rsid w:val="00310FC5"/>
    <w:pPr>
      <w:spacing w:after="0" w:line="240" w:lineRule="auto"/>
    </w:pPr>
    <w:rPr>
      <w:rFonts w:ascii="Cambria" w:eastAsia="MS Mincho" w:hAnsi="Cambria" w:cs="Times New Roman"/>
      <w:color w:val="FFFFFF"/>
      <w:lang w:val="en-US"/>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13">
    <w:name w:val="Цветная заливка - Акцент 11"/>
    <w:basedOn w:val="a3"/>
    <w:next w:val="-14"/>
    <w:uiPriority w:val="71"/>
    <w:semiHidden/>
    <w:unhideWhenUsed/>
    <w:rsid w:val="00310FC5"/>
    <w:pPr>
      <w:spacing w:after="0" w:line="240" w:lineRule="auto"/>
    </w:pPr>
    <w:rPr>
      <w:rFonts w:ascii="Cambria" w:eastAsia="MS Mincho" w:hAnsi="Cambria" w:cs="Times New Roman"/>
      <w:color w:val="000000"/>
      <w:lang w:val="en-US"/>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114">
    <w:name w:val="Цветной список - Акцент 11"/>
    <w:basedOn w:val="a3"/>
    <w:next w:val="-15"/>
    <w:uiPriority w:val="72"/>
    <w:semiHidden/>
    <w:unhideWhenUsed/>
    <w:rsid w:val="00310FC5"/>
    <w:pPr>
      <w:spacing w:after="0" w:line="240" w:lineRule="auto"/>
    </w:pPr>
    <w:rPr>
      <w:rFonts w:ascii="Cambria" w:eastAsia="MS Mincho" w:hAnsi="Cambria" w:cs="Times New Roman"/>
      <w:color w:val="000000"/>
      <w:lang w:val="en-US"/>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115">
    <w:name w:val="Цветная сетка - Акцент 11"/>
    <w:basedOn w:val="a3"/>
    <w:next w:val="-16"/>
    <w:uiPriority w:val="73"/>
    <w:semiHidden/>
    <w:unhideWhenUsed/>
    <w:rsid w:val="00310FC5"/>
    <w:pPr>
      <w:spacing w:after="0" w:line="240" w:lineRule="auto"/>
    </w:pPr>
    <w:rPr>
      <w:rFonts w:ascii="Cambria" w:eastAsia="MS Mincho" w:hAnsi="Cambria" w:cs="Times New Roman"/>
      <w:color w:val="000000"/>
      <w:lang w:val="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21">
    <w:name w:val="Светлая заливка - Акцент 21"/>
    <w:basedOn w:val="a3"/>
    <w:next w:val="-2"/>
    <w:uiPriority w:val="60"/>
    <w:semiHidden/>
    <w:unhideWhenUsed/>
    <w:rsid w:val="00310FC5"/>
    <w:pPr>
      <w:spacing w:after="0" w:line="240" w:lineRule="auto"/>
    </w:pPr>
    <w:rPr>
      <w:rFonts w:ascii="Cambria" w:eastAsia="MS Mincho" w:hAnsi="Cambria" w:cs="Times New Roman"/>
      <w:color w:val="943634"/>
      <w:lang w:val="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10">
    <w:name w:val="Светлый список - Акцент 21"/>
    <w:basedOn w:val="a3"/>
    <w:next w:val="-20"/>
    <w:uiPriority w:val="61"/>
    <w:semiHidden/>
    <w:unhideWhenUsed/>
    <w:rsid w:val="00310FC5"/>
    <w:pPr>
      <w:spacing w:after="0" w:line="240" w:lineRule="auto"/>
    </w:pPr>
    <w:rPr>
      <w:rFonts w:ascii="Cambria" w:eastAsia="MS Mincho" w:hAnsi="Cambria" w:cs="Times New Roman"/>
      <w:lang w:val="en-US"/>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C0504D"/>
      </w:tcPr>
    </w:tblStylePr>
    <w:tblStylePr w:type="lastRow">
      <w:pPr>
        <w:spacing w:beforeLines="0" w:beforeAutospacing="0" w:afterLines="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11">
    <w:name w:val="Светлая сетка - Акцент 21"/>
    <w:basedOn w:val="a3"/>
    <w:next w:val="-22"/>
    <w:uiPriority w:val="62"/>
    <w:semiHidden/>
    <w:unhideWhenUsed/>
    <w:rsid w:val="00310FC5"/>
    <w:pPr>
      <w:spacing w:after="0" w:line="240" w:lineRule="auto"/>
    </w:pPr>
    <w:rPr>
      <w:rFonts w:ascii="Cambria" w:eastAsia="MS Mincho" w:hAnsi="Cambria" w:cs="Times New Roman"/>
      <w:lang w:val="en-US"/>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Lines="0" w:beforeAutospacing="0" w:afterLines="0" w:afterAutospacing="0" w:line="240" w:lineRule="auto"/>
      </w:pPr>
      <w:rPr>
        <w:rFonts w:ascii="Calibri" w:eastAsia="MS Gothic" w:hAnsi="Calibri"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Autospacing="0" w:afterLines="0" w:afterAutospacing="0" w:line="240" w:lineRule="auto"/>
      </w:pPr>
      <w:rPr>
        <w:rFonts w:ascii="Calibri" w:eastAsia="MS Gothic" w:hAnsi="Calibri"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hint="default"/>
        <w:b/>
        <w:bCs/>
      </w:rPr>
    </w:tblStylePr>
    <w:tblStylePr w:type="lastCol">
      <w:rPr>
        <w:rFonts w:ascii="Calibri" w:eastAsia="MS Gothic" w:hAnsi="Calibri"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1-21">
    <w:name w:val="Средняя заливка 1 - Акцент 21"/>
    <w:basedOn w:val="a3"/>
    <w:next w:val="1-2"/>
    <w:uiPriority w:val="63"/>
    <w:semiHidden/>
    <w:unhideWhenUsed/>
    <w:rsid w:val="00310FC5"/>
    <w:pPr>
      <w:spacing w:after="0" w:line="240" w:lineRule="auto"/>
    </w:pPr>
    <w:rPr>
      <w:rFonts w:ascii="Cambria" w:eastAsia="MS Mincho" w:hAnsi="Cambria" w:cs="Times New Roman"/>
      <w:lang w:val="en-US"/>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Autospacing="0" w:afterLines="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2-21">
    <w:name w:val="Средняя заливка 2 - Акцент 21"/>
    <w:basedOn w:val="a3"/>
    <w:next w:val="2-2"/>
    <w:uiPriority w:val="64"/>
    <w:semiHidden/>
    <w:unhideWhenUsed/>
    <w:rsid w:val="00310FC5"/>
    <w:pPr>
      <w:spacing w:after="0" w:line="240" w:lineRule="auto"/>
    </w:pPr>
    <w:rPr>
      <w:rFonts w:ascii="Cambria" w:eastAsia="MS Mincho" w:hAnsi="Cambria" w:cs="Times New Roman"/>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0">
    <w:name w:val="Средний список 1 - Акцент 21"/>
    <w:basedOn w:val="a3"/>
    <w:next w:val="1-20"/>
    <w:uiPriority w:val="65"/>
    <w:semiHidden/>
    <w:unhideWhenUsed/>
    <w:rsid w:val="00310FC5"/>
    <w:pPr>
      <w:spacing w:after="0" w:line="240" w:lineRule="auto"/>
    </w:pPr>
    <w:rPr>
      <w:rFonts w:ascii="Cambria" w:eastAsia="MS Mincho" w:hAnsi="Cambria" w:cs="Times New Roman"/>
      <w:color w:val="000000"/>
      <w:lang w:val="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ascii="Calibri" w:eastAsia="MS Gothic" w:hAnsi="Calibri" w:cs="Times New Roman" w:hint="default"/>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2-210">
    <w:name w:val="Средний список 2 - Акцент 21"/>
    <w:basedOn w:val="a3"/>
    <w:next w:val="2-20"/>
    <w:uiPriority w:val="66"/>
    <w:semiHidden/>
    <w:unhideWhenUsed/>
    <w:rsid w:val="00310FC5"/>
    <w:pPr>
      <w:spacing w:after="0" w:line="240" w:lineRule="auto"/>
    </w:pPr>
    <w:rPr>
      <w:rFonts w:ascii="Calibri" w:eastAsia="MS Gothic" w:hAnsi="Calibri" w:cs="Times New Roman"/>
      <w:color w:val="000000"/>
      <w:lang w:val="en-US"/>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1-211">
    <w:name w:val="Средняя сетка 1 - Акцент 21"/>
    <w:basedOn w:val="a3"/>
    <w:next w:val="1-22"/>
    <w:uiPriority w:val="67"/>
    <w:semiHidden/>
    <w:unhideWhenUsed/>
    <w:rsid w:val="00310FC5"/>
    <w:pPr>
      <w:spacing w:after="0" w:line="240" w:lineRule="auto"/>
    </w:pPr>
    <w:rPr>
      <w:rFonts w:ascii="Cambria" w:eastAsia="MS Mincho" w:hAnsi="Cambria" w:cs="Times New Roman"/>
      <w:lang w:val="en-US"/>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2-211">
    <w:name w:val="Средняя сетка 2 - Акцент 21"/>
    <w:basedOn w:val="a3"/>
    <w:next w:val="2-22"/>
    <w:uiPriority w:val="68"/>
    <w:semiHidden/>
    <w:unhideWhenUsed/>
    <w:rsid w:val="00310FC5"/>
    <w:pPr>
      <w:spacing w:after="0" w:line="240" w:lineRule="auto"/>
    </w:pPr>
    <w:rPr>
      <w:rFonts w:ascii="Calibri" w:eastAsia="MS Gothic" w:hAnsi="Calibri" w:cs="Times New Roman"/>
      <w:color w:val="000000"/>
      <w:lang w:val="en-US"/>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3-21">
    <w:name w:val="Средняя сетка 3 - Акцент 21"/>
    <w:basedOn w:val="a3"/>
    <w:next w:val="3-2"/>
    <w:uiPriority w:val="69"/>
    <w:semiHidden/>
    <w:unhideWhenUsed/>
    <w:rsid w:val="00310FC5"/>
    <w:pPr>
      <w:spacing w:after="0" w:line="240" w:lineRule="auto"/>
    </w:pPr>
    <w:rPr>
      <w:rFonts w:ascii="Cambria" w:eastAsia="MS Mincho" w:hAnsi="Cambria" w:cs="Times New Roman"/>
      <w:lang w:val="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212">
    <w:name w:val="Темный список - Акцент 21"/>
    <w:basedOn w:val="a3"/>
    <w:next w:val="-23"/>
    <w:uiPriority w:val="70"/>
    <w:semiHidden/>
    <w:unhideWhenUsed/>
    <w:rsid w:val="00310FC5"/>
    <w:pPr>
      <w:spacing w:after="0" w:line="240" w:lineRule="auto"/>
    </w:pPr>
    <w:rPr>
      <w:rFonts w:ascii="Cambria" w:eastAsia="MS Mincho" w:hAnsi="Cambria" w:cs="Times New Roman"/>
      <w:color w:val="FFFFFF"/>
      <w:lang w:val="en-US"/>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213">
    <w:name w:val="Цветная заливка - Акцент 21"/>
    <w:basedOn w:val="a3"/>
    <w:next w:val="-24"/>
    <w:uiPriority w:val="71"/>
    <w:semiHidden/>
    <w:unhideWhenUsed/>
    <w:rsid w:val="00310FC5"/>
    <w:pPr>
      <w:spacing w:after="0" w:line="240" w:lineRule="auto"/>
    </w:pPr>
    <w:rPr>
      <w:rFonts w:ascii="Cambria" w:eastAsia="MS Mincho" w:hAnsi="Cambria" w:cs="Times New Roman"/>
      <w:color w:val="000000"/>
      <w:lang w:val="en-US"/>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214">
    <w:name w:val="Цветной список - Акцент 21"/>
    <w:basedOn w:val="a3"/>
    <w:next w:val="-25"/>
    <w:uiPriority w:val="72"/>
    <w:semiHidden/>
    <w:unhideWhenUsed/>
    <w:rsid w:val="00310FC5"/>
    <w:pPr>
      <w:spacing w:after="0" w:line="240" w:lineRule="auto"/>
    </w:pPr>
    <w:rPr>
      <w:rFonts w:ascii="Cambria" w:eastAsia="MS Mincho" w:hAnsi="Cambria" w:cs="Times New Roman"/>
      <w:color w:val="000000"/>
      <w:lang w:val="en-US"/>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215">
    <w:name w:val="Цветная сетка - Акцент 21"/>
    <w:basedOn w:val="a3"/>
    <w:next w:val="-26"/>
    <w:uiPriority w:val="73"/>
    <w:semiHidden/>
    <w:unhideWhenUsed/>
    <w:rsid w:val="00310FC5"/>
    <w:pPr>
      <w:spacing w:after="0" w:line="240" w:lineRule="auto"/>
    </w:pPr>
    <w:rPr>
      <w:rFonts w:ascii="Cambria" w:eastAsia="MS Mincho" w:hAnsi="Cambria" w:cs="Times New Roman"/>
      <w:color w:val="000000"/>
      <w:lang w:val="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31">
    <w:name w:val="Светлая заливка - Акцент 31"/>
    <w:basedOn w:val="a3"/>
    <w:next w:val="-3"/>
    <w:uiPriority w:val="60"/>
    <w:semiHidden/>
    <w:unhideWhenUsed/>
    <w:rsid w:val="00310FC5"/>
    <w:pPr>
      <w:spacing w:after="0" w:line="240" w:lineRule="auto"/>
    </w:pPr>
    <w:rPr>
      <w:rFonts w:ascii="Cambria" w:eastAsia="MS Mincho" w:hAnsi="Cambria" w:cs="Times New Roman"/>
      <w:color w:val="76923C"/>
      <w:lang w:val="en-US"/>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0">
    <w:name w:val="Светлый список - Акцент 31"/>
    <w:basedOn w:val="a3"/>
    <w:next w:val="-30"/>
    <w:uiPriority w:val="61"/>
    <w:semiHidden/>
    <w:unhideWhenUsed/>
    <w:rsid w:val="00310FC5"/>
    <w:pPr>
      <w:spacing w:after="0" w:line="240" w:lineRule="auto"/>
    </w:pPr>
    <w:rPr>
      <w:rFonts w:ascii="Cambria" w:eastAsia="MS Mincho" w:hAnsi="Cambria" w:cs="Times New Roman"/>
      <w:lang w:val="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9BBB59"/>
      </w:tcPr>
    </w:tblStylePr>
    <w:tblStylePr w:type="lastRow">
      <w:pPr>
        <w:spacing w:beforeLines="0" w:beforeAutospacing="0" w:afterLines="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311">
    <w:name w:val="Светлая сетка - Акцент 31"/>
    <w:basedOn w:val="a3"/>
    <w:next w:val="-32"/>
    <w:uiPriority w:val="62"/>
    <w:semiHidden/>
    <w:unhideWhenUsed/>
    <w:rsid w:val="00310FC5"/>
    <w:pPr>
      <w:spacing w:after="0" w:line="240" w:lineRule="auto"/>
    </w:pPr>
    <w:rPr>
      <w:rFonts w:ascii="Cambria" w:eastAsia="MS Mincho" w:hAnsi="Cambria" w:cs="Times New Roman"/>
      <w:lang w:val="en-US"/>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Lines="0" w:beforeAutospacing="0" w:afterLines="0" w:afterAutospacing="0" w:line="240" w:lineRule="auto"/>
      </w:pPr>
      <w:rPr>
        <w:rFonts w:ascii="Calibri" w:eastAsia="MS Gothic" w:hAnsi="Calibri"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Calibri" w:eastAsia="MS Gothic" w:hAnsi="Calibri"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hint="default"/>
        <w:b/>
        <w:bCs/>
      </w:rPr>
    </w:tblStylePr>
    <w:tblStylePr w:type="lastCol">
      <w:rPr>
        <w:rFonts w:ascii="Calibri" w:eastAsia="MS Gothic" w:hAnsi="Calibri"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1-31">
    <w:name w:val="Средняя заливка 1 - Акцент 31"/>
    <w:basedOn w:val="a3"/>
    <w:next w:val="1-3"/>
    <w:uiPriority w:val="63"/>
    <w:semiHidden/>
    <w:unhideWhenUsed/>
    <w:rsid w:val="00310FC5"/>
    <w:pPr>
      <w:spacing w:after="0" w:line="240" w:lineRule="auto"/>
    </w:pPr>
    <w:rPr>
      <w:rFonts w:ascii="Cambria" w:eastAsia="MS Mincho" w:hAnsi="Cambria" w:cs="Times New Roman"/>
      <w:lang w:val="en-US"/>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Lines="0" w:beforeAutospacing="0" w:afterLines="0" w:afterAutospacing="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2-31">
    <w:name w:val="Средняя заливка 2 - Акцент 31"/>
    <w:basedOn w:val="a3"/>
    <w:next w:val="2-3"/>
    <w:uiPriority w:val="64"/>
    <w:semiHidden/>
    <w:unhideWhenUsed/>
    <w:rsid w:val="00310FC5"/>
    <w:pPr>
      <w:spacing w:after="0" w:line="240" w:lineRule="auto"/>
    </w:pPr>
    <w:rPr>
      <w:rFonts w:ascii="Cambria" w:eastAsia="MS Mincho" w:hAnsi="Cambria" w:cs="Times New Roman"/>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0">
    <w:name w:val="Средний список 1 - Акцент 31"/>
    <w:basedOn w:val="a3"/>
    <w:next w:val="1-30"/>
    <w:uiPriority w:val="65"/>
    <w:semiHidden/>
    <w:unhideWhenUsed/>
    <w:rsid w:val="00310FC5"/>
    <w:pPr>
      <w:spacing w:after="0" w:line="240" w:lineRule="auto"/>
    </w:pPr>
    <w:rPr>
      <w:rFonts w:ascii="Cambria" w:eastAsia="MS Mincho" w:hAnsi="Cambria" w:cs="Times New Roman"/>
      <w:color w:val="000000"/>
      <w:lang w:val="en-US"/>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Calibri" w:eastAsia="MS Gothic" w:hAnsi="Calibri" w:cs="Times New Roman" w:hint="default"/>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2-310">
    <w:name w:val="Средний список 2 - Акцент 31"/>
    <w:basedOn w:val="a3"/>
    <w:next w:val="2-30"/>
    <w:uiPriority w:val="66"/>
    <w:semiHidden/>
    <w:unhideWhenUsed/>
    <w:rsid w:val="00310FC5"/>
    <w:pPr>
      <w:spacing w:after="0" w:line="240" w:lineRule="auto"/>
    </w:pPr>
    <w:rPr>
      <w:rFonts w:ascii="Calibri" w:eastAsia="MS Gothic" w:hAnsi="Calibri" w:cs="Times New Roman"/>
      <w:color w:val="000000"/>
      <w:lang w:val="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1-311">
    <w:name w:val="Средняя сетка 1 - Акцент 31"/>
    <w:basedOn w:val="a3"/>
    <w:next w:val="1-32"/>
    <w:uiPriority w:val="67"/>
    <w:semiHidden/>
    <w:unhideWhenUsed/>
    <w:rsid w:val="00310FC5"/>
    <w:pPr>
      <w:spacing w:after="0" w:line="240" w:lineRule="auto"/>
    </w:pPr>
    <w:rPr>
      <w:rFonts w:ascii="Cambria" w:eastAsia="MS Mincho" w:hAnsi="Cambria" w:cs="Times New Roman"/>
      <w:lang w:val="en-US"/>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2-311">
    <w:name w:val="Средняя сетка 2 - Акцент 31"/>
    <w:basedOn w:val="a3"/>
    <w:next w:val="2-32"/>
    <w:uiPriority w:val="68"/>
    <w:semiHidden/>
    <w:unhideWhenUsed/>
    <w:rsid w:val="00310FC5"/>
    <w:pPr>
      <w:spacing w:after="0" w:line="240" w:lineRule="auto"/>
    </w:pPr>
    <w:rPr>
      <w:rFonts w:ascii="Calibri" w:eastAsia="MS Gothic" w:hAnsi="Calibri" w:cs="Times New Roman"/>
      <w:color w:val="000000"/>
      <w:lang w:val="en-US"/>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3-31">
    <w:name w:val="Средняя сетка 3 - Акцент 31"/>
    <w:basedOn w:val="a3"/>
    <w:next w:val="3-3"/>
    <w:uiPriority w:val="69"/>
    <w:semiHidden/>
    <w:unhideWhenUsed/>
    <w:rsid w:val="00310FC5"/>
    <w:pPr>
      <w:spacing w:after="0" w:line="240" w:lineRule="auto"/>
    </w:pPr>
    <w:rPr>
      <w:rFonts w:ascii="Cambria" w:eastAsia="MS Mincho" w:hAnsi="Cambria" w:cs="Times New Roman"/>
      <w:lang w:val="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12">
    <w:name w:val="Темный список - Акцент 31"/>
    <w:basedOn w:val="a3"/>
    <w:next w:val="-33"/>
    <w:uiPriority w:val="70"/>
    <w:semiHidden/>
    <w:unhideWhenUsed/>
    <w:rsid w:val="00310FC5"/>
    <w:pPr>
      <w:spacing w:after="0" w:line="240" w:lineRule="auto"/>
    </w:pPr>
    <w:rPr>
      <w:rFonts w:ascii="Cambria" w:eastAsia="MS Mincho" w:hAnsi="Cambria" w:cs="Times New Roman"/>
      <w:color w:val="FFFFFF"/>
      <w:lang w:val="en-US"/>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13">
    <w:name w:val="Цветная заливка - Акцент 31"/>
    <w:basedOn w:val="a3"/>
    <w:next w:val="-34"/>
    <w:uiPriority w:val="71"/>
    <w:semiHidden/>
    <w:unhideWhenUsed/>
    <w:rsid w:val="00310FC5"/>
    <w:pPr>
      <w:spacing w:after="0" w:line="240" w:lineRule="auto"/>
    </w:pPr>
    <w:rPr>
      <w:rFonts w:ascii="Cambria" w:eastAsia="MS Mincho" w:hAnsi="Cambria" w:cs="Times New Roman"/>
      <w:color w:val="000000"/>
      <w:lang w:val="en-US"/>
    </w:rPr>
    <w:tblPr>
      <w:tblStyleRowBandSize w:val="1"/>
      <w:tblStyleColBandSize w:val="1"/>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314">
    <w:name w:val="Цветной список - Акцент 31"/>
    <w:basedOn w:val="a3"/>
    <w:next w:val="-35"/>
    <w:uiPriority w:val="72"/>
    <w:semiHidden/>
    <w:unhideWhenUsed/>
    <w:rsid w:val="00310FC5"/>
    <w:pPr>
      <w:spacing w:after="0" w:line="240" w:lineRule="auto"/>
    </w:pPr>
    <w:rPr>
      <w:rFonts w:ascii="Cambria" w:eastAsia="MS Mincho" w:hAnsi="Cambria" w:cs="Times New Roman"/>
      <w:color w:val="000000"/>
      <w:lang w:val="en-US"/>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315">
    <w:name w:val="Цветная сетка - Акцент 31"/>
    <w:basedOn w:val="a3"/>
    <w:next w:val="-36"/>
    <w:uiPriority w:val="73"/>
    <w:semiHidden/>
    <w:unhideWhenUsed/>
    <w:rsid w:val="00310FC5"/>
    <w:pPr>
      <w:spacing w:after="0" w:line="240" w:lineRule="auto"/>
    </w:pPr>
    <w:rPr>
      <w:rFonts w:ascii="Cambria" w:eastAsia="MS Mincho" w:hAnsi="Cambria" w:cs="Times New Roman"/>
      <w:color w:val="000000"/>
      <w:lang w:val="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41">
    <w:name w:val="Светлая заливка - Акцент 41"/>
    <w:basedOn w:val="a3"/>
    <w:next w:val="-4"/>
    <w:uiPriority w:val="60"/>
    <w:semiHidden/>
    <w:unhideWhenUsed/>
    <w:rsid w:val="00310FC5"/>
    <w:pPr>
      <w:spacing w:after="0" w:line="240" w:lineRule="auto"/>
    </w:pPr>
    <w:rPr>
      <w:rFonts w:ascii="Cambria" w:eastAsia="MS Mincho" w:hAnsi="Cambria" w:cs="Times New Roman"/>
      <w:color w:val="5F497A"/>
      <w:lang w:val="en-US"/>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10">
    <w:name w:val="Светлый список - Акцент 41"/>
    <w:basedOn w:val="a3"/>
    <w:next w:val="-40"/>
    <w:uiPriority w:val="61"/>
    <w:semiHidden/>
    <w:unhideWhenUsed/>
    <w:rsid w:val="00310FC5"/>
    <w:pPr>
      <w:spacing w:after="0" w:line="240" w:lineRule="auto"/>
    </w:pPr>
    <w:rPr>
      <w:rFonts w:ascii="Cambria" w:eastAsia="MS Mincho" w:hAnsi="Cambria" w:cs="Times New Roman"/>
      <w:lang w:val="en-US"/>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8064A2"/>
      </w:tcPr>
    </w:tblStylePr>
    <w:tblStylePr w:type="lastRow">
      <w:pPr>
        <w:spacing w:beforeLines="0" w:beforeAutospacing="0" w:afterLines="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411">
    <w:name w:val="Светлая сетка - Акцент 41"/>
    <w:basedOn w:val="a3"/>
    <w:next w:val="-42"/>
    <w:uiPriority w:val="62"/>
    <w:semiHidden/>
    <w:unhideWhenUsed/>
    <w:rsid w:val="00310FC5"/>
    <w:pPr>
      <w:spacing w:after="0" w:line="240" w:lineRule="auto"/>
    </w:pPr>
    <w:rPr>
      <w:rFonts w:ascii="Cambria" w:eastAsia="MS Mincho" w:hAnsi="Cambria" w:cs="Times New Roman"/>
      <w:lang w:val="en-US"/>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Lines="0" w:beforeAutospacing="0" w:afterLines="0" w:afterAutospacing="0" w:line="240" w:lineRule="auto"/>
      </w:pPr>
      <w:rPr>
        <w:rFonts w:ascii="Calibri" w:eastAsia="MS Gothic" w:hAnsi="Calibri"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Calibri" w:eastAsia="MS Gothic" w:hAnsi="Calibri"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hint="default"/>
        <w:b/>
        <w:bCs/>
      </w:rPr>
    </w:tblStylePr>
    <w:tblStylePr w:type="lastCol">
      <w:rPr>
        <w:rFonts w:ascii="Calibri" w:eastAsia="MS Gothic" w:hAnsi="Calibri"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41">
    <w:name w:val="Средняя заливка 1 - Акцент 41"/>
    <w:basedOn w:val="a3"/>
    <w:next w:val="1-4"/>
    <w:uiPriority w:val="63"/>
    <w:semiHidden/>
    <w:unhideWhenUsed/>
    <w:rsid w:val="00310FC5"/>
    <w:pPr>
      <w:spacing w:after="0" w:line="240" w:lineRule="auto"/>
    </w:pPr>
    <w:rPr>
      <w:rFonts w:ascii="Cambria" w:eastAsia="MS Mincho" w:hAnsi="Cambria" w:cs="Times New Roman"/>
      <w:lang w:val="en-US"/>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Autospacing="0" w:afterLines="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2-41">
    <w:name w:val="Средняя заливка 2 - Акцент 41"/>
    <w:basedOn w:val="a3"/>
    <w:next w:val="2-4"/>
    <w:uiPriority w:val="64"/>
    <w:semiHidden/>
    <w:unhideWhenUsed/>
    <w:rsid w:val="00310FC5"/>
    <w:pPr>
      <w:spacing w:after="0" w:line="240" w:lineRule="auto"/>
    </w:pPr>
    <w:rPr>
      <w:rFonts w:ascii="Cambria" w:eastAsia="MS Mincho" w:hAnsi="Cambria" w:cs="Times New Roman"/>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10">
    <w:name w:val="Средний список 1 - Акцент 41"/>
    <w:basedOn w:val="a3"/>
    <w:next w:val="1-40"/>
    <w:uiPriority w:val="65"/>
    <w:semiHidden/>
    <w:unhideWhenUsed/>
    <w:rsid w:val="00310FC5"/>
    <w:pPr>
      <w:spacing w:after="0" w:line="240" w:lineRule="auto"/>
    </w:pPr>
    <w:rPr>
      <w:rFonts w:ascii="Cambria" w:eastAsia="MS Mincho" w:hAnsi="Cambria" w:cs="Times New Roman"/>
      <w:color w:val="000000"/>
      <w:lang w:val="en-US"/>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ascii="Calibri" w:eastAsia="MS Gothic" w:hAnsi="Calibri" w:cs="Times New Roman" w:hint="default"/>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2-410">
    <w:name w:val="Средний список 2 - Акцент 41"/>
    <w:basedOn w:val="a3"/>
    <w:next w:val="2-40"/>
    <w:uiPriority w:val="66"/>
    <w:semiHidden/>
    <w:unhideWhenUsed/>
    <w:rsid w:val="00310FC5"/>
    <w:pPr>
      <w:spacing w:after="0" w:line="240" w:lineRule="auto"/>
    </w:pPr>
    <w:rPr>
      <w:rFonts w:ascii="Calibri" w:eastAsia="MS Gothic" w:hAnsi="Calibri" w:cs="Times New Roman"/>
      <w:color w:val="000000"/>
      <w:lang w:val="en-US"/>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1-411">
    <w:name w:val="Средняя сетка 1 - Акцент 41"/>
    <w:basedOn w:val="a3"/>
    <w:next w:val="1-42"/>
    <w:uiPriority w:val="67"/>
    <w:semiHidden/>
    <w:unhideWhenUsed/>
    <w:rsid w:val="00310FC5"/>
    <w:pPr>
      <w:spacing w:after="0" w:line="240" w:lineRule="auto"/>
    </w:pPr>
    <w:rPr>
      <w:rFonts w:ascii="Cambria" w:eastAsia="MS Mincho" w:hAnsi="Cambria" w:cs="Times New Roman"/>
      <w:lang w:val="en-US"/>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2-411">
    <w:name w:val="Средняя сетка 2 - Акцент 41"/>
    <w:basedOn w:val="a3"/>
    <w:next w:val="2-42"/>
    <w:uiPriority w:val="68"/>
    <w:semiHidden/>
    <w:unhideWhenUsed/>
    <w:rsid w:val="00310FC5"/>
    <w:pPr>
      <w:spacing w:after="0" w:line="240" w:lineRule="auto"/>
    </w:pPr>
    <w:rPr>
      <w:rFonts w:ascii="Calibri" w:eastAsia="MS Gothic" w:hAnsi="Calibri" w:cs="Times New Roman"/>
      <w:color w:val="000000"/>
      <w:lang w:val="en-US"/>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3-41">
    <w:name w:val="Средняя сетка 3 - Акцент 41"/>
    <w:basedOn w:val="a3"/>
    <w:next w:val="3-4"/>
    <w:uiPriority w:val="69"/>
    <w:semiHidden/>
    <w:unhideWhenUsed/>
    <w:rsid w:val="00310FC5"/>
    <w:pPr>
      <w:spacing w:after="0" w:line="240" w:lineRule="auto"/>
    </w:pPr>
    <w:rPr>
      <w:rFonts w:ascii="Cambria" w:eastAsia="MS Mincho" w:hAnsi="Cambria" w:cs="Times New Roman"/>
      <w:lang w:val="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412">
    <w:name w:val="Темный список - Акцент 41"/>
    <w:basedOn w:val="a3"/>
    <w:next w:val="-43"/>
    <w:uiPriority w:val="70"/>
    <w:semiHidden/>
    <w:unhideWhenUsed/>
    <w:rsid w:val="00310FC5"/>
    <w:pPr>
      <w:spacing w:after="0" w:line="240" w:lineRule="auto"/>
    </w:pPr>
    <w:rPr>
      <w:rFonts w:ascii="Cambria" w:eastAsia="MS Mincho" w:hAnsi="Cambria" w:cs="Times New Roman"/>
      <w:color w:val="FFFFFF"/>
      <w:lang w:val="en-US"/>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413">
    <w:name w:val="Цветная заливка - Акцент 41"/>
    <w:basedOn w:val="a3"/>
    <w:next w:val="-44"/>
    <w:uiPriority w:val="71"/>
    <w:semiHidden/>
    <w:unhideWhenUsed/>
    <w:rsid w:val="00310FC5"/>
    <w:pPr>
      <w:spacing w:after="0" w:line="240" w:lineRule="auto"/>
    </w:pPr>
    <w:rPr>
      <w:rFonts w:ascii="Cambria" w:eastAsia="MS Mincho" w:hAnsi="Cambria" w:cs="Times New Roman"/>
      <w:color w:val="000000"/>
      <w:lang w:val="en-US"/>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414">
    <w:name w:val="Цветной список - Акцент 41"/>
    <w:basedOn w:val="a3"/>
    <w:next w:val="-45"/>
    <w:uiPriority w:val="72"/>
    <w:semiHidden/>
    <w:unhideWhenUsed/>
    <w:rsid w:val="00310FC5"/>
    <w:pPr>
      <w:spacing w:after="0" w:line="240" w:lineRule="auto"/>
    </w:pPr>
    <w:rPr>
      <w:rFonts w:ascii="Cambria" w:eastAsia="MS Mincho" w:hAnsi="Cambria" w:cs="Times New Roman"/>
      <w:color w:val="000000"/>
      <w:lang w:val="en-US"/>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415">
    <w:name w:val="Цветная сетка - Акцент 41"/>
    <w:basedOn w:val="a3"/>
    <w:next w:val="-46"/>
    <w:uiPriority w:val="73"/>
    <w:semiHidden/>
    <w:unhideWhenUsed/>
    <w:rsid w:val="00310FC5"/>
    <w:pPr>
      <w:spacing w:after="0" w:line="240" w:lineRule="auto"/>
    </w:pPr>
    <w:rPr>
      <w:rFonts w:ascii="Cambria" w:eastAsia="MS Mincho" w:hAnsi="Cambria" w:cs="Times New Roman"/>
      <w:color w:val="000000"/>
      <w:lang w:val="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
    <w:name w:val="Светлая заливка - Акцент 51"/>
    <w:basedOn w:val="a3"/>
    <w:next w:val="-5"/>
    <w:uiPriority w:val="60"/>
    <w:semiHidden/>
    <w:unhideWhenUsed/>
    <w:rsid w:val="00310FC5"/>
    <w:pPr>
      <w:spacing w:after="0" w:line="240" w:lineRule="auto"/>
    </w:pPr>
    <w:rPr>
      <w:rFonts w:ascii="Cambria" w:eastAsia="MS Mincho" w:hAnsi="Cambria" w:cs="Times New Roman"/>
      <w:color w:val="31849B"/>
      <w:lang w:val="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10">
    <w:name w:val="Светлый список - Акцент 51"/>
    <w:basedOn w:val="a3"/>
    <w:next w:val="-50"/>
    <w:uiPriority w:val="61"/>
    <w:semiHidden/>
    <w:unhideWhenUsed/>
    <w:rsid w:val="00310FC5"/>
    <w:pPr>
      <w:spacing w:after="0" w:line="240" w:lineRule="auto"/>
    </w:pPr>
    <w:rPr>
      <w:rFonts w:ascii="Cambria" w:eastAsia="MS Mincho" w:hAnsi="Cambria" w:cs="Times New Roman"/>
      <w:lang w:val="en-US"/>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4BACC6"/>
      </w:tcPr>
    </w:tblStylePr>
    <w:tblStylePr w:type="lastRow">
      <w:pPr>
        <w:spacing w:beforeLines="0" w:beforeAutospacing="0" w:afterLines="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511">
    <w:name w:val="Светлая сетка - Акцент 51"/>
    <w:basedOn w:val="a3"/>
    <w:next w:val="-52"/>
    <w:uiPriority w:val="62"/>
    <w:semiHidden/>
    <w:unhideWhenUsed/>
    <w:rsid w:val="00310FC5"/>
    <w:pPr>
      <w:spacing w:after="0" w:line="240" w:lineRule="auto"/>
    </w:pPr>
    <w:rPr>
      <w:rFonts w:ascii="Cambria" w:eastAsia="MS Mincho" w:hAnsi="Cambria" w:cs="Times New Roman"/>
      <w:lang w:val="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Autospacing="0" w:afterLines="0" w:afterAutospacing="0" w:line="240" w:lineRule="auto"/>
      </w:pPr>
      <w:rPr>
        <w:rFonts w:ascii="Calibri" w:eastAsia="MS Gothic" w:hAnsi="Calibri"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Calibri" w:eastAsia="MS Gothic" w:hAnsi="Calibri"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hint="default"/>
        <w:b/>
        <w:bCs/>
      </w:rPr>
    </w:tblStylePr>
    <w:tblStylePr w:type="lastCol">
      <w:rPr>
        <w:rFonts w:ascii="Calibri" w:eastAsia="MS Gothic" w:hAnsi="Calibri"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51">
    <w:name w:val="Средняя заливка 1 - Акцент 51"/>
    <w:basedOn w:val="a3"/>
    <w:next w:val="1-5"/>
    <w:uiPriority w:val="63"/>
    <w:semiHidden/>
    <w:unhideWhenUsed/>
    <w:rsid w:val="00310FC5"/>
    <w:pPr>
      <w:spacing w:after="0" w:line="240" w:lineRule="auto"/>
    </w:pPr>
    <w:rPr>
      <w:rFonts w:ascii="Cambria" w:eastAsia="MS Mincho" w:hAnsi="Cambria" w:cs="Times New Roman"/>
      <w:lang w:val="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Autospacing="0" w:afterLines="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51">
    <w:name w:val="Средняя заливка 2 - Акцент 51"/>
    <w:basedOn w:val="a3"/>
    <w:next w:val="2-5"/>
    <w:uiPriority w:val="64"/>
    <w:semiHidden/>
    <w:unhideWhenUsed/>
    <w:rsid w:val="00310FC5"/>
    <w:pPr>
      <w:spacing w:after="0" w:line="240" w:lineRule="auto"/>
    </w:pPr>
    <w:rPr>
      <w:rFonts w:ascii="Cambria" w:eastAsia="MS Mincho" w:hAnsi="Cambria" w:cs="Times New Roman"/>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510">
    <w:name w:val="Средний список 1 - Акцент 51"/>
    <w:basedOn w:val="a3"/>
    <w:next w:val="1-50"/>
    <w:uiPriority w:val="65"/>
    <w:semiHidden/>
    <w:unhideWhenUsed/>
    <w:rsid w:val="00310FC5"/>
    <w:pPr>
      <w:spacing w:after="0" w:line="240" w:lineRule="auto"/>
    </w:pPr>
    <w:rPr>
      <w:rFonts w:ascii="Cambria" w:eastAsia="MS Mincho" w:hAnsi="Cambria" w:cs="Times New Roman"/>
      <w:color w:val="000000"/>
      <w:lang w:val="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Calibri" w:eastAsia="MS Gothic" w:hAnsi="Calibri"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2-510">
    <w:name w:val="Средний список 2 - Акцент 51"/>
    <w:basedOn w:val="a3"/>
    <w:next w:val="2-50"/>
    <w:uiPriority w:val="66"/>
    <w:semiHidden/>
    <w:unhideWhenUsed/>
    <w:rsid w:val="00310FC5"/>
    <w:pPr>
      <w:spacing w:after="0" w:line="240" w:lineRule="auto"/>
    </w:pPr>
    <w:rPr>
      <w:rFonts w:ascii="Calibri" w:eastAsia="MS Gothic" w:hAnsi="Calibri" w:cs="Times New Roman"/>
      <w:color w:val="000000"/>
      <w:lang w:val="en-US"/>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1-511">
    <w:name w:val="Средняя сетка 1 - Акцент 51"/>
    <w:basedOn w:val="a3"/>
    <w:next w:val="1-52"/>
    <w:uiPriority w:val="67"/>
    <w:semiHidden/>
    <w:unhideWhenUsed/>
    <w:rsid w:val="00310FC5"/>
    <w:pPr>
      <w:spacing w:after="0" w:line="240" w:lineRule="auto"/>
    </w:pPr>
    <w:rPr>
      <w:rFonts w:ascii="Cambria" w:eastAsia="MS Mincho" w:hAnsi="Cambria" w:cs="Times New Roman"/>
      <w:lang w:val="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2-511">
    <w:name w:val="Средняя сетка 2 - Акцент 51"/>
    <w:basedOn w:val="a3"/>
    <w:next w:val="2-52"/>
    <w:uiPriority w:val="68"/>
    <w:semiHidden/>
    <w:unhideWhenUsed/>
    <w:rsid w:val="00310FC5"/>
    <w:pPr>
      <w:spacing w:after="0" w:line="240" w:lineRule="auto"/>
    </w:pPr>
    <w:rPr>
      <w:rFonts w:ascii="Calibri" w:eastAsia="MS Gothic" w:hAnsi="Calibri" w:cs="Times New Roman"/>
      <w:color w:val="000000"/>
      <w:lang w:val="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3-51">
    <w:name w:val="Средняя сетка 3 - Акцент 51"/>
    <w:basedOn w:val="a3"/>
    <w:next w:val="3-5"/>
    <w:uiPriority w:val="69"/>
    <w:semiHidden/>
    <w:unhideWhenUsed/>
    <w:rsid w:val="00310FC5"/>
    <w:pPr>
      <w:spacing w:after="0" w:line="240" w:lineRule="auto"/>
    </w:pPr>
    <w:rPr>
      <w:rFonts w:ascii="Cambria" w:eastAsia="MS Mincho" w:hAnsi="Cambria" w:cs="Times New Roman"/>
      <w:lang w:val="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512">
    <w:name w:val="Темный список - Акцент 51"/>
    <w:basedOn w:val="a3"/>
    <w:next w:val="-53"/>
    <w:uiPriority w:val="70"/>
    <w:semiHidden/>
    <w:unhideWhenUsed/>
    <w:rsid w:val="00310FC5"/>
    <w:pPr>
      <w:spacing w:after="0" w:line="240" w:lineRule="auto"/>
    </w:pPr>
    <w:rPr>
      <w:rFonts w:ascii="Cambria" w:eastAsia="MS Mincho" w:hAnsi="Cambria" w:cs="Times New Roman"/>
      <w:color w:val="FFFFFF"/>
      <w:lang w:val="en-US"/>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513">
    <w:name w:val="Цветная заливка - Акцент 51"/>
    <w:basedOn w:val="a3"/>
    <w:next w:val="-54"/>
    <w:uiPriority w:val="71"/>
    <w:semiHidden/>
    <w:unhideWhenUsed/>
    <w:rsid w:val="00310FC5"/>
    <w:pPr>
      <w:spacing w:after="0" w:line="240" w:lineRule="auto"/>
    </w:pPr>
    <w:rPr>
      <w:rFonts w:ascii="Cambria" w:eastAsia="MS Mincho" w:hAnsi="Cambria" w:cs="Times New Roman"/>
      <w:color w:val="000000"/>
      <w:lang w:val="en-US"/>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514">
    <w:name w:val="Цветной список - Акцент 51"/>
    <w:basedOn w:val="a3"/>
    <w:next w:val="-55"/>
    <w:uiPriority w:val="72"/>
    <w:semiHidden/>
    <w:unhideWhenUsed/>
    <w:rsid w:val="00310FC5"/>
    <w:pPr>
      <w:spacing w:after="0" w:line="240" w:lineRule="auto"/>
    </w:pPr>
    <w:rPr>
      <w:rFonts w:ascii="Cambria" w:eastAsia="MS Mincho" w:hAnsi="Cambria" w:cs="Times New Roman"/>
      <w:color w:val="000000"/>
      <w:lang w:val="en-US"/>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515">
    <w:name w:val="Цветная сетка - Акцент 51"/>
    <w:basedOn w:val="a3"/>
    <w:next w:val="-56"/>
    <w:uiPriority w:val="73"/>
    <w:semiHidden/>
    <w:unhideWhenUsed/>
    <w:rsid w:val="00310FC5"/>
    <w:pPr>
      <w:spacing w:after="0" w:line="240" w:lineRule="auto"/>
    </w:pPr>
    <w:rPr>
      <w:rFonts w:ascii="Cambria" w:eastAsia="MS Mincho" w:hAnsi="Cambria" w:cs="Times New Roman"/>
      <w:color w:val="000000"/>
      <w:lang w:val="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61">
    <w:name w:val="Светлая заливка - Акцент 61"/>
    <w:basedOn w:val="a3"/>
    <w:next w:val="-6"/>
    <w:uiPriority w:val="60"/>
    <w:semiHidden/>
    <w:unhideWhenUsed/>
    <w:rsid w:val="00310FC5"/>
    <w:pPr>
      <w:spacing w:after="0" w:line="240" w:lineRule="auto"/>
    </w:pPr>
    <w:rPr>
      <w:rFonts w:ascii="Cambria" w:eastAsia="MS Mincho" w:hAnsi="Cambria" w:cs="Times New Roman"/>
      <w:color w:val="E36C0A"/>
      <w:lang w:val="en-US"/>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610">
    <w:name w:val="Светлый список - Акцент 61"/>
    <w:basedOn w:val="a3"/>
    <w:next w:val="-60"/>
    <w:uiPriority w:val="61"/>
    <w:semiHidden/>
    <w:unhideWhenUsed/>
    <w:rsid w:val="00310FC5"/>
    <w:pPr>
      <w:spacing w:after="0" w:line="240" w:lineRule="auto"/>
    </w:pPr>
    <w:rPr>
      <w:rFonts w:ascii="Cambria" w:eastAsia="MS Mincho" w:hAnsi="Cambria" w:cs="Times New Roman"/>
      <w:lang w:val="en-US"/>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F79646"/>
      </w:tcPr>
    </w:tblStylePr>
    <w:tblStylePr w:type="lastRow">
      <w:pPr>
        <w:spacing w:beforeLines="0" w:beforeAutospacing="0" w:afterLines="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11">
    <w:name w:val="Светлая сетка - Акцент 61"/>
    <w:basedOn w:val="a3"/>
    <w:next w:val="-62"/>
    <w:uiPriority w:val="62"/>
    <w:semiHidden/>
    <w:unhideWhenUsed/>
    <w:rsid w:val="00310FC5"/>
    <w:pPr>
      <w:spacing w:after="0" w:line="240" w:lineRule="auto"/>
    </w:pPr>
    <w:rPr>
      <w:rFonts w:ascii="Cambria" w:eastAsia="MS Mincho" w:hAnsi="Cambria" w:cs="Times New Roman"/>
      <w:lang w:val="en-US"/>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Autospacing="0" w:afterLines="0" w:afterAutospacing="0" w:line="240" w:lineRule="auto"/>
      </w:pPr>
      <w:rPr>
        <w:rFonts w:ascii="Calibri" w:eastAsia="MS Gothic" w:hAnsi="Calibri"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Calibri" w:eastAsia="MS Gothic" w:hAnsi="Calibri"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hint="default"/>
        <w:b/>
        <w:bCs/>
      </w:rPr>
    </w:tblStylePr>
    <w:tblStylePr w:type="lastCol">
      <w:rPr>
        <w:rFonts w:ascii="Calibri" w:eastAsia="MS Gothic" w:hAnsi="Calibri"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1-61">
    <w:name w:val="Средняя заливка 1 - Акцент 61"/>
    <w:basedOn w:val="a3"/>
    <w:next w:val="1-6"/>
    <w:uiPriority w:val="63"/>
    <w:semiHidden/>
    <w:unhideWhenUsed/>
    <w:rsid w:val="00310FC5"/>
    <w:pPr>
      <w:spacing w:after="0" w:line="240" w:lineRule="auto"/>
    </w:pPr>
    <w:rPr>
      <w:rFonts w:ascii="Cambria" w:eastAsia="MS Mincho" w:hAnsi="Cambria" w:cs="Times New Roman"/>
      <w:lang w:val="en-US"/>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Lines="0" w:beforeAutospacing="0" w:afterLines="0" w:afterAutospacing="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61">
    <w:name w:val="Средняя заливка 2 - Акцент 61"/>
    <w:basedOn w:val="a3"/>
    <w:next w:val="2-6"/>
    <w:uiPriority w:val="64"/>
    <w:semiHidden/>
    <w:unhideWhenUsed/>
    <w:rsid w:val="00310FC5"/>
    <w:pPr>
      <w:spacing w:after="0" w:line="240" w:lineRule="auto"/>
    </w:pPr>
    <w:rPr>
      <w:rFonts w:ascii="Cambria" w:eastAsia="MS Mincho" w:hAnsi="Cambria" w:cs="Times New Roman"/>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610">
    <w:name w:val="Средний список 1 - Акцент 61"/>
    <w:basedOn w:val="a3"/>
    <w:next w:val="1-60"/>
    <w:uiPriority w:val="65"/>
    <w:semiHidden/>
    <w:unhideWhenUsed/>
    <w:rsid w:val="00310FC5"/>
    <w:pPr>
      <w:spacing w:after="0" w:line="240" w:lineRule="auto"/>
    </w:pPr>
    <w:rPr>
      <w:rFonts w:ascii="Cambria" w:eastAsia="MS Mincho" w:hAnsi="Cambria" w:cs="Times New Roman"/>
      <w:color w:val="000000"/>
      <w:lang w:val="en-US"/>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Calibri" w:eastAsia="MS Gothic" w:hAnsi="Calibri" w:cs="Times New Roman" w:hint="default"/>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610">
    <w:name w:val="Средний список 2 - Акцент 61"/>
    <w:basedOn w:val="a3"/>
    <w:next w:val="2-60"/>
    <w:uiPriority w:val="66"/>
    <w:semiHidden/>
    <w:unhideWhenUsed/>
    <w:rsid w:val="00310FC5"/>
    <w:pPr>
      <w:spacing w:after="0" w:line="240" w:lineRule="auto"/>
    </w:pPr>
    <w:rPr>
      <w:rFonts w:ascii="Calibri" w:eastAsia="MS Gothic" w:hAnsi="Calibri" w:cs="Times New Roman"/>
      <w:color w:val="000000"/>
      <w:lang w:val="en-US"/>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1-611">
    <w:name w:val="Средняя сетка 1 - Акцент 61"/>
    <w:basedOn w:val="a3"/>
    <w:next w:val="1-62"/>
    <w:uiPriority w:val="67"/>
    <w:semiHidden/>
    <w:unhideWhenUsed/>
    <w:rsid w:val="00310FC5"/>
    <w:pPr>
      <w:spacing w:after="0" w:line="240" w:lineRule="auto"/>
    </w:pPr>
    <w:rPr>
      <w:rFonts w:ascii="Cambria" w:eastAsia="MS Mincho" w:hAnsi="Cambria" w:cs="Times New Roman"/>
      <w:lang w:val="en-US"/>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2-611">
    <w:name w:val="Средняя сетка 2 - Акцент 61"/>
    <w:basedOn w:val="a3"/>
    <w:next w:val="2-62"/>
    <w:uiPriority w:val="68"/>
    <w:semiHidden/>
    <w:unhideWhenUsed/>
    <w:rsid w:val="00310FC5"/>
    <w:pPr>
      <w:spacing w:after="0" w:line="240" w:lineRule="auto"/>
    </w:pPr>
    <w:rPr>
      <w:rFonts w:ascii="Calibri" w:eastAsia="MS Gothic" w:hAnsi="Calibri" w:cs="Times New Roman"/>
      <w:color w:val="000000"/>
      <w:lang w:val="en-US"/>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61">
    <w:name w:val="Средняя сетка 3 - Акцент 61"/>
    <w:basedOn w:val="a3"/>
    <w:next w:val="3-6"/>
    <w:uiPriority w:val="69"/>
    <w:semiHidden/>
    <w:unhideWhenUsed/>
    <w:rsid w:val="00310FC5"/>
    <w:pPr>
      <w:spacing w:after="0" w:line="240" w:lineRule="auto"/>
    </w:pPr>
    <w:rPr>
      <w:rFonts w:ascii="Cambria" w:eastAsia="MS Mincho" w:hAnsi="Cambria" w:cs="Times New Roman"/>
      <w:lang w:val="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612">
    <w:name w:val="Темный список - Акцент 61"/>
    <w:basedOn w:val="a3"/>
    <w:next w:val="-63"/>
    <w:uiPriority w:val="70"/>
    <w:semiHidden/>
    <w:unhideWhenUsed/>
    <w:rsid w:val="00310FC5"/>
    <w:pPr>
      <w:spacing w:after="0" w:line="240" w:lineRule="auto"/>
    </w:pPr>
    <w:rPr>
      <w:rFonts w:ascii="Cambria" w:eastAsia="MS Mincho" w:hAnsi="Cambria" w:cs="Times New Roman"/>
      <w:color w:val="FFFFFF"/>
      <w:lang w:val="en-US"/>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613">
    <w:name w:val="Цветная заливка - Акцент 61"/>
    <w:basedOn w:val="a3"/>
    <w:next w:val="-64"/>
    <w:uiPriority w:val="71"/>
    <w:semiHidden/>
    <w:unhideWhenUsed/>
    <w:rsid w:val="00310FC5"/>
    <w:pPr>
      <w:spacing w:after="0" w:line="240" w:lineRule="auto"/>
    </w:pPr>
    <w:rPr>
      <w:rFonts w:ascii="Cambria" w:eastAsia="MS Mincho" w:hAnsi="Cambria" w:cs="Times New Roman"/>
      <w:color w:val="000000"/>
      <w:lang w:val="en-US"/>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614">
    <w:name w:val="Цветной список - Акцент 61"/>
    <w:basedOn w:val="a3"/>
    <w:next w:val="-65"/>
    <w:uiPriority w:val="72"/>
    <w:semiHidden/>
    <w:unhideWhenUsed/>
    <w:rsid w:val="00310FC5"/>
    <w:pPr>
      <w:spacing w:after="0" w:line="240" w:lineRule="auto"/>
    </w:pPr>
    <w:rPr>
      <w:rFonts w:ascii="Cambria" w:eastAsia="MS Mincho" w:hAnsi="Cambria" w:cs="Times New Roman"/>
      <w:color w:val="000000"/>
      <w:lang w:val="en-US"/>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615">
    <w:name w:val="Цветная сетка - Акцент 61"/>
    <w:basedOn w:val="a3"/>
    <w:next w:val="-66"/>
    <w:uiPriority w:val="73"/>
    <w:semiHidden/>
    <w:unhideWhenUsed/>
    <w:rsid w:val="00310FC5"/>
    <w:pPr>
      <w:spacing w:after="0" w:line="240" w:lineRule="auto"/>
    </w:pPr>
    <w:rPr>
      <w:rFonts w:ascii="Cambria" w:eastAsia="MS Mincho" w:hAnsi="Cambria" w:cs="Times New Roman"/>
      <w:color w:val="000000"/>
      <w:lang w:val="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113">
    <w:name w:val="Заголовок 1 Знак1"/>
    <w:basedOn w:val="a2"/>
    <w:link w:val="1"/>
    <w:uiPriority w:val="9"/>
    <w:rsid w:val="00310FC5"/>
    <w:rPr>
      <w:rFonts w:asciiTheme="majorHAnsi" w:eastAsiaTheme="majorEastAsia" w:hAnsiTheme="majorHAnsi" w:cstheme="majorBidi"/>
      <w:color w:val="2E74B5" w:themeColor="accent1" w:themeShade="BF"/>
      <w:sz w:val="32"/>
      <w:szCs w:val="32"/>
    </w:rPr>
  </w:style>
  <w:style w:type="character" w:customStyle="1" w:styleId="215">
    <w:name w:val="Заголовок 2 Знак1"/>
    <w:basedOn w:val="a2"/>
    <w:link w:val="21"/>
    <w:uiPriority w:val="9"/>
    <w:semiHidden/>
    <w:rsid w:val="00310FC5"/>
    <w:rPr>
      <w:rFonts w:asciiTheme="majorHAnsi" w:eastAsiaTheme="majorEastAsia" w:hAnsiTheme="majorHAnsi" w:cstheme="majorBidi"/>
      <w:color w:val="2E74B5" w:themeColor="accent1" w:themeShade="BF"/>
      <w:sz w:val="26"/>
      <w:szCs w:val="26"/>
    </w:rPr>
  </w:style>
  <w:style w:type="character" w:customStyle="1" w:styleId="312">
    <w:name w:val="Заголовок 3 Знак1"/>
    <w:basedOn w:val="a2"/>
    <w:link w:val="31"/>
    <w:uiPriority w:val="9"/>
    <w:semiHidden/>
    <w:rsid w:val="00310FC5"/>
    <w:rPr>
      <w:rFonts w:asciiTheme="majorHAnsi" w:eastAsiaTheme="majorEastAsia" w:hAnsiTheme="majorHAnsi" w:cstheme="majorBidi"/>
      <w:color w:val="1F4D78" w:themeColor="accent1" w:themeShade="7F"/>
      <w:sz w:val="24"/>
      <w:szCs w:val="24"/>
    </w:rPr>
  </w:style>
  <w:style w:type="character" w:customStyle="1" w:styleId="410">
    <w:name w:val="Заголовок 4 Знак1"/>
    <w:basedOn w:val="a2"/>
    <w:link w:val="4"/>
    <w:uiPriority w:val="9"/>
    <w:semiHidden/>
    <w:rsid w:val="00310FC5"/>
    <w:rPr>
      <w:rFonts w:asciiTheme="majorHAnsi" w:eastAsiaTheme="majorEastAsia" w:hAnsiTheme="majorHAnsi" w:cstheme="majorBidi"/>
      <w:i/>
      <w:iCs/>
      <w:color w:val="2E74B5" w:themeColor="accent1" w:themeShade="BF"/>
    </w:rPr>
  </w:style>
  <w:style w:type="character" w:customStyle="1" w:styleId="510">
    <w:name w:val="Заголовок 5 Знак1"/>
    <w:basedOn w:val="a2"/>
    <w:link w:val="5"/>
    <w:uiPriority w:val="9"/>
    <w:semiHidden/>
    <w:rsid w:val="00310FC5"/>
    <w:rPr>
      <w:rFonts w:asciiTheme="majorHAnsi" w:eastAsiaTheme="majorEastAsia" w:hAnsiTheme="majorHAnsi" w:cstheme="majorBidi"/>
      <w:color w:val="2E74B5" w:themeColor="accent1" w:themeShade="BF"/>
    </w:rPr>
  </w:style>
  <w:style w:type="character" w:customStyle="1" w:styleId="610">
    <w:name w:val="Заголовок 6 Знак1"/>
    <w:basedOn w:val="a2"/>
    <w:link w:val="6"/>
    <w:uiPriority w:val="9"/>
    <w:semiHidden/>
    <w:rsid w:val="00310FC5"/>
    <w:rPr>
      <w:rFonts w:asciiTheme="majorHAnsi" w:eastAsiaTheme="majorEastAsia" w:hAnsiTheme="majorHAnsi" w:cstheme="majorBidi"/>
      <w:color w:val="1F4D78" w:themeColor="accent1" w:themeShade="7F"/>
    </w:rPr>
  </w:style>
  <w:style w:type="character" w:customStyle="1" w:styleId="710">
    <w:name w:val="Заголовок 7 Знак1"/>
    <w:basedOn w:val="a2"/>
    <w:link w:val="7"/>
    <w:uiPriority w:val="9"/>
    <w:semiHidden/>
    <w:rsid w:val="00310FC5"/>
    <w:rPr>
      <w:rFonts w:asciiTheme="majorHAnsi" w:eastAsiaTheme="majorEastAsia" w:hAnsiTheme="majorHAnsi" w:cstheme="majorBidi"/>
      <w:i/>
      <w:iCs/>
      <w:color w:val="1F4D78" w:themeColor="accent1" w:themeShade="7F"/>
    </w:rPr>
  </w:style>
  <w:style w:type="character" w:customStyle="1" w:styleId="810">
    <w:name w:val="Заголовок 8 Знак1"/>
    <w:basedOn w:val="a2"/>
    <w:link w:val="8"/>
    <w:uiPriority w:val="9"/>
    <w:semiHidden/>
    <w:rsid w:val="00310FC5"/>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2"/>
    <w:link w:val="9"/>
    <w:uiPriority w:val="9"/>
    <w:semiHidden/>
    <w:rsid w:val="00310FC5"/>
    <w:rPr>
      <w:rFonts w:asciiTheme="majorHAnsi" w:eastAsiaTheme="majorEastAsia" w:hAnsiTheme="majorHAnsi" w:cstheme="majorBidi"/>
      <w:i/>
      <w:iCs/>
      <w:color w:val="272727" w:themeColor="text1" w:themeTint="D8"/>
      <w:sz w:val="21"/>
      <w:szCs w:val="21"/>
    </w:rPr>
  </w:style>
  <w:style w:type="paragraph" w:styleId="ad">
    <w:name w:val="Title"/>
    <w:basedOn w:val="a1"/>
    <w:next w:val="a1"/>
    <w:link w:val="ac"/>
    <w:uiPriority w:val="10"/>
    <w:qFormat/>
    <w:rsid w:val="00310FC5"/>
    <w:pPr>
      <w:spacing w:after="0" w:line="240" w:lineRule="auto"/>
      <w:contextualSpacing/>
    </w:pPr>
    <w:rPr>
      <w:rFonts w:ascii="Calibri" w:eastAsia="MS Gothic" w:hAnsi="Calibri" w:cs="Times New Roman"/>
      <w:color w:val="17365D"/>
      <w:spacing w:val="5"/>
      <w:kern w:val="28"/>
      <w:sz w:val="52"/>
      <w:szCs w:val="52"/>
      <w:lang w:val="en-US"/>
    </w:rPr>
  </w:style>
  <w:style w:type="character" w:customStyle="1" w:styleId="1f6">
    <w:name w:val="Название Знак1"/>
    <w:basedOn w:val="a2"/>
    <w:link w:val="ad"/>
    <w:uiPriority w:val="10"/>
    <w:rsid w:val="00310FC5"/>
    <w:rPr>
      <w:rFonts w:asciiTheme="majorHAnsi" w:eastAsiaTheme="majorEastAsia" w:hAnsiTheme="majorHAnsi" w:cstheme="majorBidi"/>
      <w:spacing w:val="-10"/>
      <w:kern w:val="28"/>
      <w:sz w:val="56"/>
      <w:szCs w:val="56"/>
    </w:rPr>
  </w:style>
  <w:style w:type="paragraph" w:styleId="af2">
    <w:name w:val="Subtitle"/>
    <w:basedOn w:val="a1"/>
    <w:next w:val="a1"/>
    <w:link w:val="af1"/>
    <w:uiPriority w:val="11"/>
    <w:qFormat/>
    <w:rsid w:val="00310FC5"/>
    <w:pPr>
      <w:numPr>
        <w:ilvl w:val="1"/>
      </w:numPr>
    </w:pPr>
    <w:rPr>
      <w:rFonts w:ascii="Calibri" w:eastAsia="MS Gothic" w:hAnsi="Calibri" w:cs="Times New Roman"/>
      <w:i/>
      <w:iCs/>
      <w:color w:val="4F81BD"/>
      <w:spacing w:val="15"/>
      <w:sz w:val="24"/>
      <w:szCs w:val="24"/>
      <w:lang w:val="en-US"/>
    </w:rPr>
  </w:style>
  <w:style w:type="character" w:customStyle="1" w:styleId="1f7">
    <w:name w:val="Подзаголовок Знак1"/>
    <w:basedOn w:val="a2"/>
    <w:link w:val="af2"/>
    <w:uiPriority w:val="11"/>
    <w:rsid w:val="00310FC5"/>
    <w:rPr>
      <w:rFonts w:eastAsiaTheme="minorEastAsia"/>
      <w:color w:val="5A5A5A" w:themeColor="text1" w:themeTint="A5"/>
      <w:spacing w:val="15"/>
    </w:rPr>
  </w:style>
  <w:style w:type="paragraph" w:styleId="28">
    <w:name w:val="Quote"/>
    <w:basedOn w:val="a1"/>
    <w:next w:val="a1"/>
    <w:link w:val="27"/>
    <w:uiPriority w:val="29"/>
    <w:qFormat/>
    <w:rsid w:val="00310FC5"/>
    <w:pPr>
      <w:spacing w:before="200"/>
      <w:ind w:left="864" w:right="864"/>
      <w:jc w:val="center"/>
    </w:pPr>
    <w:rPr>
      <w:rFonts w:ascii="Cambria" w:eastAsia="MS Mincho" w:hAnsi="Cambria" w:cs="Times New Roman"/>
      <w:i/>
      <w:iCs/>
      <w:color w:val="000000"/>
      <w:lang w:val="en-US"/>
    </w:rPr>
  </w:style>
  <w:style w:type="character" w:customStyle="1" w:styleId="216">
    <w:name w:val="Цитата 2 Знак1"/>
    <w:basedOn w:val="a2"/>
    <w:link w:val="28"/>
    <w:uiPriority w:val="29"/>
    <w:rsid w:val="00310FC5"/>
    <w:rPr>
      <w:i/>
      <w:iCs/>
      <w:color w:val="404040" w:themeColor="text1" w:themeTint="BF"/>
    </w:rPr>
  </w:style>
  <w:style w:type="paragraph" w:styleId="af6">
    <w:name w:val="Intense Quote"/>
    <w:basedOn w:val="a1"/>
    <w:next w:val="a1"/>
    <w:link w:val="af5"/>
    <w:uiPriority w:val="30"/>
    <w:qFormat/>
    <w:rsid w:val="00310FC5"/>
    <w:pPr>
      <w:pBdr>
        <w:top w:val="single" w:sz="4" w:space="10" w:color="5B9BD5" w:themeColor="accent1"/>
        <w:bottom w:val="single" w:sz="4" w:space="10" w:color="5B9BD5" w:themeColor="accent1"/>
      </w:pBdr>
      <w:spacing w:before="360" w:after="360"/>
      <w:ind w:left="864" w:right="864"/>
      <w:jc w:val="center"/>
    </w:pPr>
    <w:rPr>
      <w:rFonts w:ascii="Cambria" w:eastAsia="MS Mincho" w:hAnsi="Cambria" w:cs="Times New Roman"/>
      <w:b/>
      <w:bCs/>
      <w:i/>
      <w:iCs/>
      <w:color w:val="4F81BD"/>
      <w:lang w:val="en-US"/>
    </w:rPr>
  </w:style>
  <w:style w:type="character" w:customStyle="1" w:styleId="1f8">
    <w:name w:val="Выделенная цитата Знак1"/>
    <w:basedOn w:val="a2"/>
    <w:link w:val="af6"/>
    <w:uiPriority w:val="30"/>
    <w:rsid w:val="00310FC5"/>
    <w:rPr>
      <w:i/>
      <w:iCs/>
      <w:color w:val="5B9BD5" w:themeColor="accent1"/>
    </w:rPr>
  </w:style>
  <w:style w:type="character" w:styleId="aff0">
    <w:name w:val="Subtle Emphasis"/>
    <w:basedOn w:val="a2"/>
    <w:uiPriority w:val="19"/>
    <w:qFormat/>
    <w:rsid w:val="00310FC5"/>
    <w:rPr>
      <w:i/>
      <w:iCs/>
      <w:color w:val="404040" w:themeColor="text1" w:themeTint="BF"/>
    </w:rPr>
  </w:style>
  <w:style w:type="character" w:styleId="aff1">
    <w:name w:val="Intense Emphasis"/>
    <w:basedOn w:val="a2"/>
    <w:uiPriority w:val="21"/>
    <w:qFormat/>
    <w:rsid w:val="00310FC5"/>
    <w:rPr>
      <w:i/>
      <w:iCs/>
      <w:color w:val="5B9BD5" w:themeColor="accent1"/>
    </w:rPr>
  </w:style>
  <w:style w:type="character" w:styleId="aff2">
    <w:name w:val="Subtle Reference"/>
    <w:basedOn w:val="a2"/>
    <w:uiPriority w:val="31"/>
    <w:qFormat/>
    <w:rsid w:val="00310FC5"/>
    <w:rPr>
      <w:smallCaps/>
      <w:color w:val="5A5A5A" w:themeColor="text1" w:themeTint="A5"/>
    </w:rPr>
  </w:style>
  <w:style w:type="character" w:styleId="aff3">
    <w:name w:val="Intense Reference"/>
    <w:basedOn w:val="a2"/>
    <w:uiPriority w:val="32"/>
    <w:qFormat/>
    <w:rsid w:val="00310FC5"/>
    <w:rPr>
      <w:b/>
      <w:bCs/>
      <w:smallCaps/>
      <w:color w:val="5B9BD5" w:themeColor="accent1"/>
      <w:spacing w:val="5"/>
    </w:rPr>
  </w:style>
  <w:style w:type="table" w:styleId="af9">
    <w:name w:val="Light Shading"/>
    <w:basedOn w:val="a3"/>
    <w:uiPriority w:val="60"/>
    <w:semiHidden/>
    <w:unhideWhenUsed/>
    <w:rsid w:val="00310FC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fa">
    <w:name w:val="Light List"/>
    <w:basedOn w:val="a3"/>
    <w:uiPriority w:val="61"/>
    <w:semiHidden/>
    <w:unhideWhenUsed/>
    <w:rsid w:val="00310FC5"/>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fb">
    <w:name w:val="Light Grid"/>
    <w:basedOn w:val="a3"/>
    <w:uiPriority w:val="62"/>
    <w:semiHidden/>
    <w:unhideWhenUsed/>
    <w:rsid w:val="00310FC5"/>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f">
    <w:name w:val="Medium Shading 1"/>
    <w:basedOn w:val="a3"/>
    <w:uiPriority w:val="63"/>
    <w:semiHidden/>
    <w:unhideWhenUsed/>
    <w:rsid w:val="00310FC5"/>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29">
    <w:name w:val="Medium Shading 2"/>
    <w:basedOn w:val="a3"/>
    <w:uiPriority w:val="64"/>
    <w:semiHidden/>
    <w:unhideWhenUsed/>
    <w:rsid w:val="00310FC5"/>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0">
    <w:name w:val="Medium List 1"/>
    <w:basedOn w:val="a3"/>
    <w:uiPriority w:val="65"/>
    <w:semiHidden/>
    <w:unhideWhenUsed/>
    <w:rsid w:val="00310FC5"/>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2a">
    <w:name w:val="Medium List 2"/>
    <w:basedOn w:val="a3"/>
    <w:uiPriority w:val="66"/>
    <w:semiHidden/>
    <w:unhideWhenUsed/>
    <w:rsid w:val="00310FC5"/>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1f1">
    <w:name w:val="Medium Grid 1"/>
    <w:basedOn w:val="a3"/>
    <w:uiPriority w:val="67"/>
    <w:semiHidden/>
    <w:unhideWhenUsed/>
    <w:rsid w:val="00310FC5"/>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2b">
    <w:name w:val="Medium Grid 2"/>
    <w:basedOn w:val="a3"/>
    <w:uiPriority w:val="68"/>
    <w:semiHidden/>
    <w:unhideWhenUsed/>
    <w:rsid w:val="00310FC5"/>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37">
    <w:name w:val="Medium Grid 3"/>
    <w:basedOn w:val="a3"/>
    <w:uiPriority w:val="69"/>
    <w:semiHidden/>
    <w:unhideWhenUsed/>
    <w:rsid w:val="00310FC5"/>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afc">
    <w:name w:val="Dark List"/>
    <w:basedOn w:val="a3"/>
    <w:uiPriority w:val="70"/>
    <w:semiHidden/>
    <w:unhideWhenUsed/>
    <w:rsid w:val="00310FC5"/>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afd">
    <w:name w:val="Colorful Shading"/>
    <w:basedOn w:val="a3"/>
    <w:uiPriority w:val="71"/>
    <w:semiHidden/>
    <w:unhideWhenUsed/>
    <w:rsid w:val="00310FC5"/>
    <w:pPr>
      <w:spacing w:after="0" w:line="240" w:lineRule="auto"/>
    </w:pPr>
    <w:rPr>
      <w:color w:val="000000" w:themeColor="text1"/>
    </w:rPr>
    <w:tblPr>
      <w:tblStyleRowBandSize w:val="1"/>
      <w:tblStyleColBandSize w:val="1"/>
      <w:tblInd w:w="0" w:type="dxa"/>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afe">
    <w:name w:val="Colorful List"/>
    <w:basedOn w:val="a3"/>
    <w:uiPriority w:val="72"/>
    <w:semiHidden/>
    <w:unhideWhenUsed/>
    <w:rsid w:val="00310FC5"/>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aff">
    <w:name w:val="Colorful Grid"/>
    <w:basedOn w:val="a3"/>
    <w:uiPriority w:val="73"/>
    <w:semiHidden/>
    <w:unhideWhenUsed/>
    <w:rsid w:val="00310FC5"/>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
    <w:name w:val="Light Shading Accent 1"/>
    <w:basedOn w:val="a3"/>
    <w:uiPriority w:val="60"/>
    <w:semiHidden/>
    <w:unhideWhenUsed/>
    <w:rsid w:val="00310FC5"/>
    <w:pPr>
      <w:spacing w:after="0" w:line="240" w:lineRule="auto"/>
    </w:pPr>
    <w:rPr>
      <w:color w:val="2E74B5" w:themeColor="accent1" w:themeShade="BF"/>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10">
    <w:name w:val="Light List Accent 1"/>
    <w:basedOn w:val="a3"/>
    <w:uiPriority w:val="61"/>
    <w:semiHidden/>
    <w:unhideWhenUsed/>
    <w:rsid w:val="00310FC5"/>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12">
    <w:name w:val="Light Grid Accent 1"/>
    <w:basedOn w:val="a3"/>
    <w:uiPriority w:val="62"/>
    <w:semiHidden/>
    <w:unhideWhenUsed/>
    <w:rsid w:val="00310FC5"/>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1-1">
    <w:name w:val="Medium Shading 1 Accent 1"/>
    <w:basedOn w:val="a3"/>
    <w:uiPriority w:val="63"/>
    <w:semiHidden/>
    <w:unhideWhenUsed/>
    <w:rsid w:val="00310FC5"/>
    <w:pPr>
      <w:spacing w:after="0" w:line="240" w:lineRule="auto"/>
    </w:pPr>
    <w:tblPr>
      <w:tblStyleRowBandSize w:val="1"/>
      <w:tblStyleColBandSize w:val="1"/>
      <w:tblInd w:w="0" w:type="dxa"/>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2-1">
    <w:name w:val="Medium Shading 2 Accent 1"/>
    <w:basedOn w:val="a3"/>
    <w:uiPriority w:val="64"/>
    <w:semiHidden/>
    <w:unhideWhenUsed/>
    <w:rsid w:val="00310FC5"/>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0">
    <w:name w:val="Medium List 1 Accent 1"/>
    <w:basedOn w:val="a3"/>
    <w:uiPriority w:val="65"/>
    <w:semiHidden/>
    <w:unhideWhenUsed/>
    <w:rsid w:val="00310FC5"/>
    <w:pPr>
      <w:spacing w:after="0" w:line="240" w:lineRule="auto"/>
    </w:pPr>
    <w:rPr>
      <w:color w:val="000000" w:themeColor="text1"/>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2-10">
    <w:name w:val="Medium List 2 Accent 1"/>
    <w:basedOn w:val="a3"/>
    <w:uiPriority w:val="66"/>
    <w:semiHidden/>
    <w:unhideWhenUsed/>
    <w:rsid w:val="00310FC5"/>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12">
    <w:name w:val="Medium Grid 1 Accent 1"/>
    <w:basedOn w:val="a3"/>
    <w:uiPriority w:val="67"/>
    <w:semiHidden/>
    <w:unhideWhenUsed/>
    <w:rsid w:val="00310FC5"/>
    <w:pPr>
      <w:spacing w:after="0" w:line="240" w:lineRule="auto"/>
    </w:pPr>
    <w:tblPr>
      <w:tblStyleRowBandSize w:val="1"/>
      <w:tblStyleColBandSize w:val="1"/>
      <w:tblInd w:w="0" w:type="dxa"/>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CellMar>
        <w:top w:w="0" w:type="dxa"/>
        <w:left w:w="108" w:type="dxa"/>
        <w:bottom w:w="0" w:type="dxa"/>
        <w:right w:w="108" w:type="dxa"/>
      </w:tblCellMar>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12">
    <w:name w:val="Medium Grid 2 Accent 1"/>
    <w:basedOn w:val="a3"/>
    <w:uiPriority w:val="68"/>
    <w:semiHidden/>
    <w:unhideWhenUsed/>
    <w:rsid w:val="00310FC5"/>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3-1">
    <w:name w:val="Medium Grid 3 Accent 1"/>
    <w:basedOn w:val="a3"/>
    <w:uiPriority w:val="69"/>
    <w:semiHidden/>
    <w:unhideWhenUsed/>
    <w:rsid w:val="00310FC5"/>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13">
    <w:name w:val="Dark List Accent 1"/>
    <w:basedOn w:val="a3"/>
    <w:uiPriority w:val="70"/>
    <w:semiHidden/>
    <w:unhideWhenUsed/>
    <w:rsid w:val="00310FC5"/>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14">
    <w:name w:val="Colorful Shading Accent 1"/>
    <w:basedOn w:val="a3"/>
    <w:uiPriority w:val="71"/>
    <w:semiHidden/>
    <w:unhideWhenUsed/>
    <w:rsid w:val="00310FC5"/>
    <w:pPr>
      <w:spacing w:after="0" w:line="240" w:lineRule="auto"/>
    </w:pPr>
    <w:rPr>
      <w:color w:val="000000" w:themeColor="text1"/>
    </w:rPr>
    <w:tblPr>
      <w:tblStyleRowBandSize w:val="1"/>
      <w:tblStyleColBandSize w:val="1"/>
      <w:tblInd w:w="0" w:type="dxa"/>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15">
    <w:name w:val="Colorful List Accent 1"/>
    <w:basedOn w:val="a3"/>
    <w:uiPriority w:val="72"/>
    <w:semiHidden/>
    <w:unhideWhenUsed/>
    <w:rsid w:val="00310FC5"/>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16">
    <w:name w:val="Colorful Grid Accent 1"/>
    <w:basedOn w:val="a3"/>
    <w:uiPriority w:val="73"/>
    <w:semiHidden/>
    <w:unhideWhenUsed/>
    <w:rsid w:val="00310FC5"/>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
    <w:name w:val="Light Shading Accent 2"/>
    <w:basedOn w:val="a3"/>
    <w:uiPriority w:val="60"/>
    <w:semiHidden/>
    <w:unhideWhenUsed/>
    <w:rsid w:val="00310FC5"/>
    <w:pPr>
      <w:spacing w:after="0" w:line="240" w:lineRule="auto"/>
    </w:pPr>
    <w:rPr>
      <w:color w:val="C45911" w:themeColor="accent2" w:themeShade="BF"/>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20">
    <w:name w:val="Light List Accent 2"/>
    <w:basedOn w:val="a3"/>
    <w:uiPriority w:val="61"/>
    <w:semiHidden/>
    <w:unhideWhenUsed/>
    <w:rsid w:val="00310FC5"/>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22">
    <w:name w:val="Light Grid Accent 2"/>
    <w:basedOn w:val="a3"/>
    <w:uiPriority w:val="62"/>
    <w:semiHidden/>
    <w:unhideWhenUsed/>
    <w:rsid w:val="00310FC5"/>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1-2">
    <w:name w:val="Medium Shading 1 Accent 2"/>
    <w:basedOn w:val="a3"/>
    <w:uiPriority w:val="63"/>
    <w:semiHidden/>
    <w:unhideWhenUsed/>
    <w:rsid w:val="00310FC5"/>
    <w:pPr>
      <w:spacing w:after="0" w:line="240" w:lineRule="auto"/>
    </w:p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2-2">
    <w:name w:val="Medium Shading 2 Accent 2"/>
    <w:basedOn w:val="a3"/>
    <w:uiPriority w:val="64"/>
    <w:semiHidden/>
    <w:unhideWhenUsed/>
    <w:rsid w:val="00310FC5"/>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0">
    <w:name w:val="Medium List 1 Accent 2"/>
    <w:basedOn w:val="a3"/>
    <w:uiPriority w:val="65"/>
    <w:semiHidden/>
    <w:unhideWhenUsed/>
    <w:rsid w:val="00310FC5"/>
    <w:pPr>
      <w:spacing w:after="0" w:line="240" w:lineRule="auto"/>
    </w:pPr>
    <w:rPr>
      <w:color w:val="000000" w:themeColor="text1"/>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2-20">
    <w:name w:val="Medium List 2 Accent 2"/>
    <w:basedOn w:val="a3"/>
    <w:uiPriority w:val="66"/>
    <w:semiHidden/>
    <w:unhideWhenUsed/>
    <w:rsid w:val="00310FC5"/>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1-22">
    <w:name w:val="Medium Grid 1 Accent 2"/>
    <w:basedOn w:val="a3"/>
    <w:uiPriority w:val="67"/>
    <w:semiHidden/>
    <w:unhideWhenUsed/>
    <w:rsid w:val="00310FC5"/>
    <w:pPr>
      <w:spacing w:after="0" w:line="240" w:lineRule="auto"/>
    </w:p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CellMar>
        <w:top w:w="0" w:type="dxa"/>
        <w:left w:w="108" w:type="dxa"/>
        <w:bottom w:w="0" w:type="dxa"/>
        <w:right w:w="108" w:type="dxa"/>
      </w:tblCellMar>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2-22">
    <w:name w:val="Medium Grid 2 Accent 2"/>
    <w:basedOn w:val="a3"/>
    <w:uiPriority w:val="68"/>
    <w:semiHidden/>
    <w:unhideWhenUsed/>
    <w:rsid w:val="00310FC5"/>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3-2">
    <w:name w:val="Medium Grid 3 Accent 2"/>
    <w:basedOn w:val="a3"/>
    <w:uiPriority w:val="69"/>
    <w:semiHidden/>
    <w:unhideWhenUsed/>
    <w:rsid w:val="00310FC5"/>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23">
    <w:name w:val="Dark List Accent 2"/>
    <w:basedOn w:val="a3"/>
    <w:uiPriority w:val="70"/>
    <w:semiHidden/>
    <w:unhideWhenUsed/>
    <w:rsid w:val="00310FC5"/>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24">
    <w:name w:val="Colorful Shading Accent 2"/>
    <w:basedOn w:val="a3"/>
    <w:uiPriority w:val="71"/>
    <w:semiHidden/>
    <w:unhideWhenUsed/>
    <w:rsid w:val="00310FC5"/>
    <w:pPr>
      <w:spacing w:after="0" w:line="240" w:lineRule="auto"/>
    </w:pPr>
    <w:rPr>
      <w:color w:val="000000" w:themeColor="text1"/>
    </w:rPr>
    <w:tblPr>
      <w:tblStyleRowBandSize w:val="1"/>
      <w:tblStyleColBandSize w:val="1"/>
      <w:tblInd w:w="0" w:type="dxa"/>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25">
    <w:name w:val="Colorful List Accent 2"/>
    <w:basedOn w:val="a3"/>
    <w:uiPriority w:val="72"/>
    <w:semiHidden/>
    <w:unhideWhenUsed/>
    <w:rsid w:val="00310FC5"/>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26">
    <w:name w:val="Colorful Grid Accent 2"/>
    <w:basedOn w:val="a3"/>
    <w:uiPriority w:val="73"/>
    <w:semiHidden/>
    <w:unhideWhenUsed/>
    <w:rsid w:val="00310FC5"/>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
    <w:name w:val="Light Shading Accent 3"/>
    <w:basedOn w:val="a3"/>
    <w:uiPriority w:val="60"/>
    <w:semiHidden/>
    <w:unhideWhenUsed/>
    <w:rsid w:val="00310FC5"/>
    <w:pPr>
      <w:spacing w:after="0" w:line="240" w:lineRule="auto"/>
    </w:pPr>
    <w:rPr>
      <w:color w:val="7B7B7B" w:themeColor="accent3" w:themeShade="BF"/>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30">
    <w:name w:val="Light List Accent 3"/>
    <w:basedOn w:val="a3"/>
    <w:uiPriority w:val="61"/>
    <w:semiHidden/>
    <w:unhideWhenUsed/>
    <w:rsid w:val="00310FC5"/>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32">
    <w:name w:val="Light Grid Accent 3"/>
    <w:basedOn w:val="a3"/>
    <w:uiPriority w:val="62"/>
    <w:semiHidden/>
    <w:unhideWhenUsed/>
    <w:rsid w:val="00310FC5"/>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1-3">
    <w:name w:val="Medium Shading 1 Accent 3"/>
    <w:basedOn w:val="a3"/>
    <w:uiPriority w:val="63"/>
    <w:semiHidden/>
    <w:unhideWhenUsed/>
    <w:rsid w:val="00310FC5"/>
    <w:pPr>
      <w:spacing w:after="0" w:line="240" w:lineRule="auto"/>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2-3">
    <w:name w:val="Medium Shading 2 Accent 3"/>
    <w:basedOn w:val="a3"/>
    <w:uiPriority w:val="64"/>
    <w:semiHidden/>
    <w:unhideWhenUsed/>
    <w:rsid w:val="00310FC5"/>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30">
    <w:name w:val="Medium List 1 Accent 3"/>
    <w:basedOn w:val="a3"/>
    <w:uiPriority w:val="65"/>
    <w:semiHidden/>
    <w:unhideWhenUsed/>
    <w:rsid w:val="00310FC5"/>
    <w:pPr>
      <w:spacing w:after="0" w:line="240" w:lineRule="auto"/>
    </w:pPr>
    <w:rPr>
      <w:color w:val="000000" w:themeColor="text1"/>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2-30">
    <w:name w:val="Medium List 2 Accent 3"/>
    <w:basedOn w:val="a3"/>
    <w:uiPriority w:val="66"/>
    <w:semiHidden/>
    <w:unhideWhenUsed/>
    <w:rsid w:val="00310FC5"/>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1-32">
    <w:name w:val="Medium Grid 1 Accent 3"/>
    <w:basedOn w:val="a3"/>
    <w:uiPriority w:val="67"/>
    <w:semiHidden/>
    <w:unhideWhenUsed/>
    <w:rsid w:val="00310FC5"/>
    <w:pPr>
      <w:spacing w:after="0" w:line="240" w:lineRule="auto"/>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2-32">
    <w:name w:val="Medium Grid 2 Accent 3"/>
    <w:basedOn w:val="a3"/>
    <w:uiPriority w:val="68"/>
    <w:semiHidden/>
    <w:unhideWhenUsed/>
    <w:rsid w:val="00310FC5"/>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3-3">
    <w:name w:val="Medium Grid 3 Accent 3"/>
    <w:basedOn w:val="a3"/>
    <w:uiPriority w:val="69"/>
    <w:semiHidden/>
    <w:unhideWhenUsed/>
    <w:rsid w:val="00310FC5"/>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3">
    <w:name w:val="Dark List Accent 3"/>
    <w:basedOn w:val="a3"/>
    <w:uiPriority w:val="70"/>
    <w:semiHidden/>
    <w:unhideWhenUsed/>
    <w:rsid w:val="00310FC5"/>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34">
    <w:name w:val="Colorful Shading Accent 3"/>
    <w:basedOn w:val="a3"/>
    <w:uiPriority w:val="71"/>
    <w:semiHidden/>
    <w:unhideWhenUsed/>
    <w:rsid w:val="00310FC5"/>
    <w:pPr>
      <w:spacing w:after="0" w:line="240" w:lineRule="auto"/>
    </w:pPr>
    <w:rPr>
      <w:color w:val="000000" w:themeColor="text1"/>
    </w:rPr>
    <w:tblPr>
      <w:tblStyleRowBandSize w:val="1"/>
      <w:tblStyleColBandSize w:val="1"/>
      <w:tblInd w:w="0" w:type="dxa"/>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35">
    <w:name w:val="Colorful List Accent 3"/>
    <w:basedOn w:val="a3"/>
    <w:uiPriority w:val="72"/>
    <w:semiHidden/>
    <w:unhideWhenUsed/>
    <w:rsid w:val="00310FC5"/>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36">
    <w:name w:val="Colorful Grid Accent 3"/>
    <w:basedOn w:val="a3"/>
    <w:uiPriority w:val="73"/>
    <w:semiHidden/>
    <w:unhideWhenUsed/>
    <w:rsid w:val="00310FC5"/>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
    <w:name w:val="Light Shading Accent 4"/>
    <w:basedOn w:val="a3"/>
    <w:uiPriority w:val="60"/>
    <w:semiHidden/>
    <w:unhideWhenUsed/>
    <w:rsid w:val="00310FC5"/>
    <w:pPr>
      <w:spacing w:after="0" w:line="240" w:lineRule="auto"/>
    </w:pPr>
    <w:rPr>
      <w:color w:val="BF8F00" w:themeColor="accent4" w:themeShade="BF"/>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40">
    <w:name w:val="Light List Accent 4"/>
    <w:basedOn w:val="a3"/>
    <w:uiPriority w:val="61"/>
    <w:semiHidden/>
    <w:unhideWhenUsed/>
    <w:rsid w:val="00310FC5"/>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42">
    <w:name w:val="Light Grid Accent 4"/>
    <w:basedOn w:val="a3"/>
    <w:uiPriority w:val="62"/>
    <w:semiHidden/>
    <w:unhideWhenUsed/>
    <w:rsid w:val="00310FC5"/>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4">
    <w:name w:val="Medium Shading 1 Accent 4"/>
    <w:basedOn w:val="a3"/>
    <w:uiPriority w:val="63"/>
    <w:semiHidden/>
    <w:unhideWhenUsed/>
    <w:rsid w:val="00310FC5"/>
    <w:pPr>
      <w:spacing w:after="0" w:line="240" w:lineRule="auto"/>
    </w:pPr>
    <w:tblPr>
      <w:tblStyleRowBandSize w:val="1"/>
      <w:tblStyleColBandSize w:val="1"/>
      <w:tblInd w:w="0" w:type="dxa"/>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2-4">
    <w:name w:val="Medium Shading 2 Accent 4"/>
    <w:basedOn w:val="a3"/>
    <w:uiPriority w:val="64"/>
    <w:semiHidden/>
    <w:unhideWhenUsed/>
    <w:rsid w:val="00310FC5"/>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40">
    <w:name w:val="Medium List 1 Accent 4"/>
    <w:basedOn w:val="a3"/>
    <w:uiPriority w:val="65"/>
    <w:semiHidden/>
    <w:unhideWhenUsed/>
    <w:rsid w:val="00310FC5"/>
    <w:pPr>
      <w:spacing w:after="0" w:line="240" w:lineRule="auto"/>
    </w:pPr>
    <w:rPr>
      <w:color w:val="000000" w:themeColor="text1"/>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2-40">
    <w:name w:val="Medium List 2 Accent 4"/>
    <w:basedOn w:val="a3"/>
    <w:uiPriority w:val="66"/>
    <w:semiHidden/>
    <w:unhideWhenUsed/>
    <w:rsid w:val="00310FC5"/>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1-42">
    <w:name w:val="Medium Grid 1 Accent 4"/>
    <w:basedOn w:val="a3"/>
    <w:uiPriority w:val="67"/>
    <w:semiHidden/>
    <w:unhideWhenUsed/>
    <w:rsid w:val="00310FC5"/>
    <w:pPr>
      <w:spacing w:after="0" w:line="240" w:lineRule="auto"/>
    </w:pPr>
    <w:tblPr>
      <w:tblStyleRowBandSize w:val="1"/>
      <w:tblStyleColBandSize w:val="1"/>
      <w:tblInd w:w="0" w:type="dxa"/>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CellMar>
        <w:top w:w="0" w:type="dxa"/>
        <w:left w:w="108" w:type="dxa"/>
        <w:bottom w:w="0" w:type="dxa"/>
        <w:right w:w="108" w:type="dxa"/>
      </w:tblCellMar>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2-42">
    <w:name w:val="Medium Grid 2 Accent 4"/>
    <w:basedOn w:val="a3"/>
    <w:uiPriority w:val="68"/>
    <w:semiHidden/>
    <w:unhideWhenUsed/>
    <w:rsid w:val="00310FC5"/>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3-4">
    <w:name w:val="Medium Grid 3 Accent 4"/>
    <w:basedOn w:val="a3"/>
    <w:uiPriority w:val="69"/>
    <w:semiHidden/>
    <w:unhideWhenUsed/>
    <w:rsid w:val="00310FC5"/>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43">
    <w:name w:val="Dark List Accent 4"/>
    <w:basedOn w:val="a3"/>
    <w:uiPriority w:val="70"/>
    <w:semiHidden/>
    <w:unhideWhenUsed/>
    <w:rsid w:val="00310FC5"/>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44">
    <w:name w:val="Colorful Shading Accent 4"/>
    <w:basedOn w:val="a3"/>
    <w:uiPriority w:val="71"/>
    <w:semiHidden/>
    <w:unhideWhenUsed/>
    <w:rsid w:val="00310FC5"/>
    <w:pPr>
      <w:spacing w:after="0" w:line="240" w:lineRule="auto"/>
    </w:pPr>
    <w:rPr>
      <w:color w:val="000000" w:themeColor="text1"/>
    </w:rPr>
    <w:tblPr>
      <w:tblStyleRowBandSize w:val="1"/>
      <w:tblStyleColBandSize w:val="1"/>
      <w:tblInd w:w="0" w:type="dxa"/>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45">
    <w:name w:val="Colorful List Accent 4"/>
    <w:basedOn w:val="a3"/>
    <w:uiPriority w:val="72"/>
    <w:semiHidden/>
    <w:unhideWhenUsed/>
    <w:rsid w:val="00310FC5"/>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46">
    <w:name w:val="Colorful Grid Accent 4"/>
    <w:basedOn w:val="a3"/>
    <w:uiPriority w:val="73"/>
    <w:semiHidden/>
    <w:unhideWhenUsed/>
    <w:rsid w:val="00310FC5"/>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
    <w:name w:val="Light Shading Accent 5"/>
    <w:basedOn w:val="a3"/>
    <w:uiPriority w:val="60"/>
    <w:semiHidden/>
    <w:unhideWhenUsed/>
    <w:rsid w:val="00310FC5"/>
    <w:pPr>
      <w:spacing w:after="0" w:line="240" w:lineRule="auto"/>
    </w:pPr>
    <w:rPr>
      <w:color w:val="2F5496" w:themeColor="accent5" w:themeShade="BF"/>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50">
    <w:name w:val="Light List Accent 5"/>
    <w:basedOn w:val="a3"/>
    <w:uiPriority w:val="61"/>
    <w:semiHidden/>
    <w:unhideWhenUsed/>
    <w:rsid w:val="00310FC5"/>
    <w:pPr>
      <w:spacing w:after="0" w:line="240" w:lineRule="auto"/>
    </w:p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52">
    <w:name w:val="Light Grid Accent 5"/>
    <w:basedOn w:val="a3"/>
    <w:uiPriority w:val="62"/>
    <w:semiHidden/>
    <w:unhideWhenUsed/>
    <w:rsid w:val="00310FC5"/>
    <w:pPr>
      <w:spacing w:after="0" w:line="240" w:lineRule="auto"/>
    </w:p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1-5">
    <w:name w:val="Medium Shading 1 Accent 5"/>
    <w:basedOn w:val="a3"/>
    <w:uiPriority w:val="63"/>
    <w:semiHidden/>
    <w:unhideWhenUsed/>
    <w:rsid w:val="00310FC5"/>
    <w:pPr>
      <w:spacing w:after="0" w:line="240" w:lineRule="auto"/>
    </w:pPr>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2-5">
    <w:name w:val="Medium Shading 2 Accent 5"/>
    <w:basedOn w:val="a3"/>
    <w:uiPriority w:val="64"/>
    <w:semiHidden/>
    <w:unhideWhenUsed/>
    <w:rsid w:val="00310FC5"/>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50">
    <w:name w:val="Medium List 1 Accent 5"/>
    <w:basedOn w:val="a3"/>
    <w:uiPriority w:val="65"/>
    <w:semiHidden/>
    <w:unhideWhenUsed/>
    <w:rsid w:val="00310FC5"/>
    <w:pPr>
      <w:spacing w:after="0" w:line="240" w:lineRule="auto"/>
    </w:pPr>
    <w:rPr>
      <w:color w:val="000000" w:themeColor="text1"/>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2-50">
    <w:name w:val="Medium List 2 Accent 5"/>
    <w:basedOn w:val="a3"/>
    <w:uiPriority w:val="66"/>
    <w:semiHidden/>
    <w:unhideWhenUsed/>
    <w:rsid w:val="00310FC5"/>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1-52">
    <w:name w:val="Medium Grid 1 Accent 5"/>
    <w:basedOn w:val="a3"/>
    <w:uiPriority w:val="67"/>
    <w:semiHidden/>
    <w:unhideWhenUsed/>
    <w:rsid w:val="00310FC5"/>
    <w:pPr>
      <w:spacing w:after="0" w:line="240" w:lineRule="auto"/>
    </w:pPr>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CellMar>
        <w:top w:w="0" w:type="dxa"/>
        <w:left w:w="108" w:type="dxa"/>
        <w:bottom w:w="0" w:type="dxa"/>
        <w:right w:w="108" w:type="dxa"/>
      </w:tblCellMar>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2-52">
    <w:name w:val="Medium Grid 2 Accent 5"/>
    <w:basedOn w:val="a3"/>
    <w:uiPriority w:val="68"/>
    <w:semiHidden/>
    <w:unhideWhenUsed/>
    <w:rsid w:val="00310FC5"/>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3-5">
    <w:name w:val="Medium Grid 3 Accent 5"/>
    <w:basedOn w:val="a3"/>
    <w:uiPriority w:val="69"/>
    <w:semiHidden/>
    <w:unhideWhenUsed/>
    <w:rsid w:val="00310FC5"/>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53">
    <w:name w:val="Dark List Accent 5"/>
    <w:basedOn w:val="a3"/>
    <w:uiPriority w:val="70"/>
    <w:semiHidden/>
    <w:unhideWhenUsed/>
    <w:rsid w:val="00310FC5"/>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54">
    <w:name w:val="Colorful Shading Accent 5"/>
    <w:basedOn w:val="a3"/>
    <w:uiPriority w:val="71"/>
    <w:semiHidden/>
    <w:unhideWhenUsed/>
    <w:rsid w:val="00310FC5"/>
    <w:pPr>
      <w:spacing w:after="0" w:line="240" w:lineRule="auto"/>
    </w:pPr>
    <w:rPr>
      <w:color w:val="000000" w:themeColor="text1"/>
    </w:rPr>
    <w:tblPr>
      <w:tblStyleRowBandSize w:val="1"/>
      <w:tblStyleColBandSize w:val="1"/>
      <w:tblInd w:w="0" w:type="dxa"/>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55">
    <w:name w:val="Colorful List Accent 5"/>
    <w:basedOn w:val="a3"/>
    <w:uiPriority w:val="72"/>
    <w:semiHidden/>
    <w:unhideWhenUsed/>
    <w:rsid w:val="00310FC5"/>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56">
    <w:name w:val="Colorful Grid Accent 5"/>
    <w:basedOn w:val="a3"/>
    <w:uiPriority w:val="73"/>
    <w:semiHidden/>
    <w:unhideWhenUsed/>
    <w:rsid w:val="00310FC5"/>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
    <w:name w:val="Light Shading Accent 6"/>
    <w:basedOn w:val="a3"/>
    <w:uiPriority w:val="60"/>
    <w:semiHidden/>
    <w:unhideWhenUsed/>
    <w:rsid w:val="00310FC5"/>
    <w:pPr>
      <w:spacing w:after="0" w:line="240" w:lineRule="auto"/>
    </w:pPr>
    <w:rPr>
      <w:color w:val="538135" w:themeColor="accent6" w:themeShade="BF"/>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60">
    <w:name w:val="Light List Accent 6"/>
    <w:basedOn w:val="a3"/>
    <w:uiPriority w:val="61"/>
    <w:semiHidden/>
    <w:unhideWhenUsed/>
    <w:rsid w:val="00310FC5"/>
    <w:pPr>
      <w:spacing w:after="0" w:line="240" w:lineRule="auto"/>
    </w:p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62">
    <w:name w:val="Light Grid Accent 6"/>
    <w:basedOn w:val="a3"/>
    <w:uiPriority w:val="62"/>
    <w:semiHidden/>
    <w:unhideWhenUsed/>
    <w:rsid w:val="00310FC5"/>
    <w:pPr>
      <w:spacing w:after="0" w:line="240" w:lineRule="auto"/>
    </w:p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6">
    <w:name w:val="Medium Shading 1 Accent 6"/>
    <w:basedOn w:val="a3"/>
    <w:uiPriority w:val="63"/>
    <w:semiHidden/>
    <w:unhideWhenUsed/>
    <w:rsid w:val="00310FC5"/>
    <w:pPr>
      <w:spacing w:after="0" w:line="240" w:lineRule="auto"/>
    </w:p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6">
    <w:name w:val="Medium Shading 2 Accent 6"/>
    <w:basedOn w:val="a3"/>
    <w:uiPriority w:val="64"/>
    <w:semiHidden/>
    <w:unhideWhenUsed/>
    <w:rsid w:val="00310FC5"/>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60">
    <w:name w:val="Medium List 1 Accent 6"/>
    <w:basedOn w:val="a3"/>
    <w:uiPriority w:val="65"/>
    <w:semiHidden/>
    <w:unhideWhenUsed/>
    <w:rsid w:val="00310FC5"/>
    <w:pPr>
      <w:spacing w:after="0" w:line="240" w:lineRule="auto"/>
    </w:pPr>
    <w:rPr>
      <w:color w:val="000000" w:themeColor="text1"/>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60">
    <w:name w:val="Medium List 2 Accent 6"/>
    <w:basedOn w:val="a3"/>
    <w:uiPriority w:val="66"/>
    <w:semiHidden/>
    <w:unhideWhenUsed/>
    <w:rsid w:val="00310FC5"/>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62">
    <w:name w:val="Medium Grid 1 Accent 6"/>
    <w:basedOn w:val="a3"/>
    <w:uiPriority w:val="67"/>
    <w:semiHidden/>
    <w:unhideWhenUsed/>
    <w:rsid w:val="00310FC5"/>
    <w:pPr>
      <w:spacing w:after="0" w:line="240" w:lineRule="auto"/>
    </w:p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CellMar>
        <w:top w:w="0" w:type="dxa"/>
        <w:left w:w="108" w:type="dxa"/>
        <w:bottom w:w="0" w:type="dxa"/>
        <w:right w:w="108" w:type="dxa"/>
      </w:tblCellMar>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62">
    <w:name w:val="Medium Grid 2 Accent 6"/>
    <w:basedOn w:val="a3"/>
    <w:uiPriority w:val="68"/>
    <w:semiHidden/>
    <w:unhideWhenUsed/>
    <w:rsid w:val="00310FC5"/>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6">
    <w:name w:val="Medium Grid 3 Accent 6"/>
    <w:basedOn w:val="a3"/>
    <w:uiPriority w:val="69"/>
    <w:semiHidden/>
    <w:unhideWhenUsed/>
    <w:rsid w:val="00310FC5"/>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63">
    <w:name w:val="Dark List Accent 6"/>
    <w:basedOn w:val="a3"/>
    <w:uiPriority w:val="70"/>
    <w:semiHidden/>
    <w:unhideWhenUsed/>
    <w:rsid w:val="00310FC5"/>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64">
    <w:name w:val="Colorful Shading Accent 6"/>
    <w:basedOn w:val="a3"/>
    <w:uiPriority w:val="71"/>
    <w:semiHidden/>
    <w:unhideWhenUsed/>
    <w:rsid w:val="00310FC5"/>
    <w:pPr>
      <w:spacing w:after="0" w:line="240" w:lineRule="auto"/>
    </w:pPr>
    <w:rPr>
      <w:color w:val="000000" w:themeColor="text1"/>
    </w:rPr>
    <w:tblPr>
      <w:tblStyleRowBandSize w:val="1"/>
      <w:tblStyleColBandSize w:val="1"/>
      <w:tblInd w:w="0" w:type="dxa"/>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65">
    <w:name w:val="Colorful List Accent 6"/>
    <w:basedOn w:val="a3"/>
    <w:uiPriority w:val="72"/>
    <w:semiHidden/>
    <w:unhideWhenUsed/>
    <w:rsid w:val="00310FC5"/>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66">
    <w:name w:val="Colorful Grid Accent 6"/>
    <w:basedOn w:val="a3"/>
    <w:uiPriority w:val="73"/>
    <w:semiHidden/>
    <w:unhideWhenUsed/>
    <w:rsid w:val="00310FC5"/>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r="http://schemas.openxmlformats.org/officeDocument/2006/relationships" xmlns:w="http://schemas.openxmlformats.org/wordprocessingml/2006/main">
  <w:divs>
    <w:div w:id="1600991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17</Pages>
  <Words>4665</Words>
  <Characters>26597</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31200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c:creator>
  <cp:keywords/>
  <dc:description/>
  <cp:lastModifiedBy>Пользователь</cp:lastModifiedBy>
  <cp:revision>7</cp:revision>
  <dcterms:created xsi:type="dcterms:W3CDTF">2024-05-07T04:22:00Z</dcterms:created>
  <dcterms:modified xsi:type="dcterms:W3CDTF">2024-05-07T09:19:00Z</dcterms:modified>
</cp:coreProperties>
</file>