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DB" w:rsidRPr="00A80C53" w:rsidRDefault="00366CDB" w:rsidP="00366CDB">
      <w:pPr>
        <w:spacing w:after="0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366CDB" w:rsidRPr="00A80C53" w:rsidRDefault="00366CDB" w:rsidP="00366CDB">
      <w:pPr>
        <w:spacing w:after="0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366CDB" w:rsidRDefault="005B1FA4" w:rsidP="00366CDB">
      <w:pPr>
        <w:spacing w:after="0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noProof/>
          <w:lang w:val="ru-RU" w:eastAsia="ru-RU"/>
        </w:rPr>
        <w:lastRenderedPageBreak/>
        <w:drawing>
          <wp:inline distT="0" distB="0" distL="0" distR="0">
            <wp:extent cx="6457950" cy="8876717"/>
            <wp:effectExtent l="0" t="0" r="0" b="635"/>
            <wp:docPr id="4" name="Рисунок 4" descr="C:\Users\A9B7~1\AppData\Local\Temp\Rar$DIa0.051\род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B7~1\AppData\Local\Temp\Rar$DIa0.051\род яз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7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29E9" w:rsidRDefault="008429E9" w:rsidP="00366CDB">
      <w:pPr>
        <w:spacing w:after="0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8429E9" w:rsidRPr="00A80C53" w:rsidRDefault="008429E9" w:rsidP="00366CDB">
      <w:pPr>
        <w:spacing w:after="0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366CDB" w:rsidRPr="00A80C53" w:rsidRDefault="00366CDB" w:rsidP="00366CDB">
      <w:pPr>
        <w:widowControl w:val="0"/>
        <w:autoSpaceDE w:val="0"/>
        <w:autoSpaceDN w:val="0"/>
        <w:spacing w:before="103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val="ru-RU"/>
        </w:rPr>
        <w:t>ПОЯСНИТЕЛЬНАЯ</w:t>
      </w:r>
      <w:r w:rsidRPr="00A80C53">
        <w:rPr>
          <w:rFonts w:ascii="Times New Roman" w:eastAsia="Times New Roman" w:hAnsi="Times New Roman" w:cs="Times New Roman"/>
          <w:b/>
          <w:bCs/>
          <w:spacing w:val="18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val="ru-RU"/>
        </w:rPr>
        <w:t>ЗАПИСКА</w:t>
      </w:r>
    </w:p>
    <w:p w:rsidR="00366CDB" w:rsidRPr="00A80C53" w:rsidRDefault="00366CDB" w:rsidP="00366CD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val="ru-RU"/>
        </w:rPr>
      </w:pP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Примерная рабочая программа учебного предмета «Родной (татарский)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 для 1–4 классов начального общего образования для образовательных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организаций с обучением на родном (татарском) языке (далее – Программа)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определяет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годам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стратегии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proofErr w:type="gramEnd"/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средствами учебного предмета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«Родной</w:t>
      </w:r>
      <w:r w:rsidR="00366CDB"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</w:t>
      </w:r>
      <w:r w:rsidR="00366CDB"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язык».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362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организаций,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ведется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татарском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языке.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362" w:lineRule="auto"/>
        <w:jc w:val="both"/>
        <w:rPr>
          <w:rFonts w:ascii="Times New Roman" w:eastAsia="Times New Roman" w:hAnsi="Times New Roman" w:cs="Times New Roman"/>
          <w:lang w:val="ru-RU"/>
        </w:rPr>
        <w:sectPr w:rsidR="00366CDB" w:rsidRPr="00A80C53">
          <w:pgSz w:w="11910" w:h="16840"/>
          <w:pgMar w:top="1580" w:right="740" w:bottom="780" w:left="1000" w:header="0" w:footer="589" w:gutter="0"/>
          <w:cols w:space="720"/>
        </w:sectPr>
      </w:pPr>
    </w:p>
    <w:p w:rsidR="00366CDB" w:rsidRPr="00A80C53" w:rsidRDefault="00366CDB" w:rsidP="00366CDB">
      <w:pPr>
        <w:widowControl w:val="0"/>
        <w:autoSpaceDE w:val="0"/>
        <w:autoSpaceDN w:val="0"/>
        <w:spacing w:before="67" w:after="0" w:line="36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лежит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системно-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деятельностный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подход,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являющийся методологией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федерального государственного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стандарта.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ориентирована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целевые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приоритеты,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сформулированные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Примерной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может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служить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ориентиром для составления рабочих программ по учебному предмету «Родной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 язык». Авторы рабочих программ могут предложить собственный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подход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структурированию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материала,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определению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последовательности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изучения,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распределению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часов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разделам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темам.</w:t>
      </w:r>
    </w:p>
    <w:p w:rsidR="00366CDB" w:rsidRPr="00A80C53" w:rsidRDefault="00366CDB" w:rsidP="00366CDB">
      <w:pPr>
        <w:widowControl w:val="0"/>
        <w:autoSpaceDE w:val="0"/>
        <w:autoSpaceDN w:val="0"/>
        <w:spacing w:before="12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" w:name="Общая_характеристика_учебного_предмета_«"/>
      <w:bookmarkStart w:id="2" w:name="_bookmark1"/>
      <w:bookmarkEnd w:id="1"/>
      <w:bookmarkEnd w:id="2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Общая</w:t>
      </w:r>
      <w:r w:rsidRPr="00A80C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характеристика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предмета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язык»</w:t>
      </w:r>
    </w:p>
    <w:p w:rsidR="00366CDB" w:rsidRPr="00A80C53" w:rsidRDefault="00366CDB" w:rsidP="00366CD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2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 учебного предмета «Родной (татарский) язык» начинается 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уровне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продолжается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 уровне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завершается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 уровне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среднего</w:t>
      </w:r>
      <w:r w:rsidR="00366CDB"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 образования.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Его изучение в начальной школе представляет собой первый этап языкового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речевого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36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этапом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родного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(татарского)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является курс «Обучение грамоте», основная задача которого направлена 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чтению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письму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наряду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первоначальных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навыков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развиваются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коммуникативные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навыки,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обогащается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активизируется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словарь,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совершенствуется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фонематический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слух.</w:t>
      </w:r>
    </w:p>
    <w:p w:rsidR="00366CDB" w:rsidRPr="00A80C53" w:rsidRDefault="00CC7225" w:rsidP="00366CDB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После</w:t>
      </w:r>
      <w:r w:rsidR="00366CDB" w:rsidRPr="00A80C5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обучения</w:t>
      </w:r>
      <w:r w:rsidR="00366CDB" w:rsidRPr="00A80C53">
        <w:rPr>
          <w:rFonts w:ascii="Times New Roman" w:eastAsia="Times New Roman" w:hAnsi="Times New Roman" w:cs="Times New Roman"/>
          <w:spacing w:val="108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грамоте</w:t>
      </w:r>
      <w:r w:rsidR="00366CDB" w:rsidRPr="00A80C53">
        <w:rPr>
          <w:rFonts w:ascii="Times New Roman" w:eastAsia="Times New Roman" w:hAnsi="Times New Roman" w:cs="Times New Roman"/>
          <w:spacing w:val="109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начинается</w:t>
      </w:r>
      <w:r w:rsidR="00366CDB" w:rsidRPr="00A80C53">
        <w:rPr>
          <w:rFonts w:ascii="Times New Roman" w:eastAsia="Times New Roman" w:hAnsi="Times New Roman" w:cs="Times New Roman"/>
          <w:spacing w:val="115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раздельное</w:t>
      </w:r>
      <w:r w:rsidR="00366CDB" w:rsidRPr="00A80C53">
        <w:rPr>
          <w:rFonts w:ascii="Times New Roman" w:eastAsia="Times New Roman" w:hAnsi="Times New Roman" w:cs="Times New Roman"/>
          <w:spacing w:val="109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</w:t>
      </w:r>
      <w:r w:rsidR="00366CDB" w:rsidRPr="00A80C53">
        <w:rPr>
          <w:rFonts w:ascii="Times New Roman" w:eastAsia="Times New Roman" w:hAnsi="Times New Roman" w:cs="Times New Roman"/>
          <w:spacing w:val="109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предметов</w:t>
      </w:r>
    </w:p>
    <w:p w:rsidR="00366CDB" w:rsidRPr="00A80C53" w:rsidRDefault="00366CDB" w:rsidP="00366CDB">
      <w:pPr>
        <w:widowControl w:val="0"/>
        <w:autoSpaceDE w:val="0"/>
        <w:autoSpaceDN w:val="0"/>
        <w:spacing w:before="158" w:after="0" w:line="362" w:lineRule="auto"/>
        <w:ind w:right="2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«Литературное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родном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(татарском)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языке».</w:t>
      </w: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Знакомясь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единицами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осознают</w:t>
      </w:r>
      <w:r w:rsidR="00366CDB"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роль,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также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связи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существующие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366CDB" w:rsidRPr="00A80C53">
        <w:rPr>
          <w:rFonts w:ascii="Times New Roman" w:eastAsia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Усвоение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морфологической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синтаксической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структуры языка, правил строения слова и предложения, графической формы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символико-моделирующих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учебных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языковыми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единицами.</w:t>
      </w:r>
    </w:p>
    <w:p w:rsidR="00366CDB" w:rsidRPr="00A80C53" w:rsidRDefault="00CC7225" w:rsidP="00366C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Курс   </w:t>
      </w:r>
      <w:r w:rsidR="00366CDB" w:rsidRPr="00A80C5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предусматривает    </w:t>
      </w:r>
      <w:r w:rsidR="00366CDB"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формирование    </w:t>
      </w:r>
      <w:r w:rsidR="00366CDB" w:rsidRPr="00A80C5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  </w:t>
      </w:r>
      <w:r w:rsidR="00366CDB"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младших    </w:t>
      </w:r>
      <w:r w:rsidR="00366CDB"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школьников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  <w:sectPr w:rsidR="00366CDB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366CDB" w:rsidRPr="00A80C53" w:rsidRDefault="00366CDB" w:rsidP="00366CDB">
      <w:pPr>
        <w:widowControl w:val="0"/>
        <w:autoSpaceDE w:val="0"/>
        <w:autoSpaceDN w:val="0"/>
        <w:spacing w:before="67" w:after="0" w:line="360" w:lineRule="auto"/>
        <w:ind w:right="2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представлений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лексике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лексике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 пониманию материальной природы языкового знака (слова как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единства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звучания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значения).</w:t>
      </w:r>
    </w:p>
    <w:p w:rsidR="00366CDB" w:rsidRPr="00A80C53" w:rsidRDefault="00CC7225" w:rsidP="00366CDB">
      <w:pPr>
        <w:widowControl w:val="0"/>
        <w:autoSpaceDE w:val="0"/>
        <w:autoSpaceDN w:val="0"/>
        <w:spacing w:before="2" w:after="0" w:line="360" w:lineRule="auto"/>
        <w:ind w:right="26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Важная роль отводится формированию представлений о грамматических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понятиях: словообразовательных, морфологических, синтаксических. Освоение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грамматических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понятий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процессу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умственного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развиваются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интеллектуальные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анализа,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синтеза, сравнения, сопоставления, классификации, обобщения, что послужит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общих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познавательных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универсальных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действий.</w:t>
      </w: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Курс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предусматривает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орфографии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пунктуации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универсальных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действий.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происходит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различать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значимые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обнаруживать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орфограммы,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различать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типы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соотносить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определенными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правилами,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правилу,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орфографический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самоконтроль,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послужит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грамотного,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безошибочного письма.</w:t>
      </w:r>
    </w:p>
    <w:p w:rsidR="00366CDB" w:rsidRPr="00A80C53" w:rsidRDefault="00CC7225" w:rsidP="00366CDB">
      <w:pPr>
        <w:widowControl w:val="0"/>
        <w:autoSpaceDE w:val="0"/>
        <w:autoSpaceDN w:val="0"/>
        <w:spacing w:before="3"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является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овладения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обучающимися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приемами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синтеза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(применительно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изучаемым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единицам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речи),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сопоставления,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нахождения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сходств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различий,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дедукции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индукции,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группировки,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абстрагирования,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систематизации,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что,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несомненно,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умственному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речевому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развитию. На этой основе развивается потребность в постижении языка и речи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как предмета изучения, в выработке осмысленного отношения к употреблению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366CDB"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основных</w:t>
      </w:r>
      <w:r w:rsidR="00366CDB"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единиц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языка.</w:t>
      </w:r>
    </w:p>
    <w:p w:rsidR="00366CDB" w:rsidRPr="00A80C53" w:rsidRDefault="00CC7225" w:rsidP="00366CDB">
      <w:pPr>
        <w:widowControl w:val="0"/>
        <w:autoSpaceDE w:val="0"/>
        <w:autoSpaceDN w:val="0"/>
        <w:spacing w:before="2" w:after="0" w:line="360" w:lineRule="auto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предусматривает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целенаправленное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первичных навыков работы с информацией. В ходе освоения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формируются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связанные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культурой: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писать,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эффективно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литературой,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пользоваться</w:t>
      </w:r>
      <w:r w:rsidR="00366CDB"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лингвистическими</w:t>
      </w:r>
      <w:r w:rsidR="00366CDB"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словарями.</w:t>
      </w:r>
      <w:r w:rsidR="00366CDB"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="00366CDB"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будут</w:t>
      </w:r>
      <w:r w:rsidR="00366CDB"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r w:rsidR="00366CDB"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proofErr w:type="gram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366CDB" w:rsidRPr="00A80C53" w:rsidRDefault="00366CDB" w:rsidP="00366C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366CDB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366CDB" w:rsidRPr="00A80C53" w:rsidRDefault="00366CDB" w:rsidP="00366CDB">
      <w:pPr>
        <w:widowControl w:val="0"/>
        <w:autoSpaceDE w:val="0"/>
        <w:autoSpaceDN w:val="0"/>
        <w:spacing w:before="67" w:after="0" w:line="362" w:lineRule="auto"/>
        <w:ind w:right="27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информацией,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представленной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 форматах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(текст,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схема,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модель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памятка).</w:t>
      </w:r>
      <w:proofErr w:type="gramEnd"/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 учебного предмета «Родной (татарский) язык» предусматривает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межпредметные</w:t>
      </w:r>
      <w:proofErr w:type="spell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связи с другими учебными предметами гуманитарного цикла, в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первую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очередь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предметом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«Литературное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родном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(татарском)</w:t>
      </w:r>
      <w:r w:rsidR="00366CDB"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языке».</w:t>
      </w:r>
    </w:p>
    <w:p w:rsidR="00366CDB" w:rsidRPr="00A80C53" w:rsidRDefault="00CC7225" w:rsidP="00366CDB">
      <w:pPr>
        <w:widowControl w:val="0"/>
        <w:autoSpaceDE w:val="0"/>
        <w:autoSpaceDN w:val="0"/>
        <w:spacing w:after="0" w:line="362" w:lineRule="auto"/>
        <w:ind w:right="27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Курс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предполагает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организацию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проектной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которая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366CDB"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включению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gram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366CDB"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активный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познавательный</w:t>
      </w:r>
      <w:r w:rsidR="00366CDB"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процесс.</w:t>
      </w:r>
    </w:p>
    <w:p w:rsidR="00366CDB" w:rsidRPr="00A80C53" w:rsidRDefault="00366CDB" w:rsidP="00366CDB">
      <w:pPr>
        <w:widowControl w:val="0"/>
        <w:autoSpaceDE w:val="0"/>
        <w:autoSpaceDN w:val="0"/>
        <w:spacing w:before="11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3" w:name="Цель_и_задачи_изучения_учебного_предмета"/>
      <w:bookmarkStart w:id="4" w:name="_bookmark2"/>
      <w:bookmarkEnd w:id="3"/>
      <w:bookmarkEnd w:id="4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Цель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задачи</w:t>
      </w:r>
      <w:r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изучения</w:t>
      </w:r>
      <w:r w:rsidRPr="00A80C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предмета</w:t>
      </w:r>
      <w:r w:rsidRPr="00A80C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язык»</w:t>
      </w:r>
    </w:p>
    <w:p w:rsidR="00366CDB" w:rsidRPr="00A80C53" w:rsidRDefault="00366CDB" w:rsidP="00366CD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Start"/>
      <w:r w:rsidR="00366CDB" w:rsidRPr="00A80C5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Цель</w:t>
      </w:r>
      <w:r w:rsidR="00366CDB" w:rsidRPr="00A80C53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«Родной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коммуникативных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навыков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обучающихся: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устной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письменной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монологической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диалогической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также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навыков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грамотного, безошибочного письма как показателя общей культуры человека;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ознакомление обучающихся с основными положениями науки о татарском языке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этой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знаково-символического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восприятия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логического мышления</w:t>
      </w:r>
      <w:r w:rsidR="00366CDB"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обучающихся.</w:t>
      </w:r>
      <w:proofErr w:type="gramEnd"/>
    </w:p>
    <w:p w:rsidR="00366CDB" w:rsidRPr="00A80C53" w:rsidRDefault="00CC7225" w:rsidP="00366CD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Задачи</w:t>
      </w:r>
      <w:r w:rsidR="00366CDB" w:rsidRPr="00A80C53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изучения</w:t>
      </w:r>
      <w:r w:rsidR="00366CDB"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="00366CDB"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«Родной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язык»:</w:t>
      </w:r>
    </w:p>
    <w:p w:rsidR="00366CDB" w:rsidRPr="00A80C53" w:rsidRDefault="00366CDB" w:rsidP="00366CDB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обеспечение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мотивации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обучения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родному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(татарскому)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языку;</w:t>
      </w:r>
    </w:p>
    <w:p w:rsidR="00366CDB" w:rsidRPr="00A80C53" w:rsidRDefault="00366CDB" w:rsidP="00366CDB">
      <w:pPr>
        <w:widowControl w:val="0"/>
        <w:autoSpaceDE w:val="0"/>
        <w:autoSpaceDN w:val="0"/>
        <w:spacing w:before="158" w:after="0" w:line="362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базы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первоначальных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лингвистических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накопление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грамматических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языка,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обогащение актуального и потенциального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словарного запаса;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362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овладение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нормами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этикета,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ситуации межнационального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общения;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на материале учебного предмета «Родной (татарский)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культуры,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гражданских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патриотических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качеств,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учиться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способности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своей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деятельности;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духовно-нравственной сферы личности младших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школьников.</w:t>
      </w:r>
    </w:p>
    <w:p w:rsidR="00366CDB" w:rsidRPr="00A80C53" w:rsidRDefault="00CC7225" w:rsidP="00366CDB">
      <w:pPr>
        <w:widowControl w:val="0"/>
        <w:autoSpaceDE w:val="0"/>
        <w:autoSpaceDN w:val="0"/>
        <w:spacing w:before="113" w:after="0" w:line="362" w:lineRule="auto"/>
        <w:ind w:right="69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5" w:name="Основные_содержательные_линии_примерной_"/>
      <w:bookmarkStart w:id="6" w:name="_bookmark3"/>
      <w:bookmarkEnd w:id="5"/>
      <w:bookmarkEnd w:id="6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</w:t>
      </w:r>
      <w:r w:rsidR="00366CDB" w:rsidRPr="00A80C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содержательные</w:t>
      </w:r>
      <w:r w:rsidR="00366CDB" w:rsidRPr="00A80C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линии</w:t>
      </w:r>
      <w:r w:rsidR="00366CDB" w:rsidRPr="00A80C5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примерной</w:t>
      </w:r>
      <w:r w:rsidR="00366CDB" w:rsidRPr="00A80C5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рабочей</w:t>
      </w:r>
      <w:r w:rsidR="00366CDB" w:rsidRPr="00A80C5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программы</w:t>
      </w:r>
      <w:r w:rsidR="00366CDB" w:rsidRPr="00A80C53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учебного предмета «Родной</w:t>
      </w:r>
      <w:r w:rsidR="00366CDB" w:rsidRPr="00A80C5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(татарский)</w:t>
      </w:r>
      <w:r w:rsidR="00366CDB"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язык»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362" w:lineRule="auto"/>
        <w:jc w:val="both"/>
        <w:rPr>
          <w:rFonts w:ascii="Times New Roman" w:eastAsia="Times New Roman" w:hAnsi="Times New Roman" w:cs="Times New Roman"/>
          <w:lang w:val="ru-RU"/>
        </w:rPr>
        <w:sectPr w:rsidR="00366CDB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366CDB" w:rsidRPr="00A80C53" w:rsidRDefault="00CC7225" w:rsidP="00366CDB">
      <w:pPr>
        <w:widowControl w:val="0"/>
        <w:autoSpaceDE w:val="0"/>
        <w:autoSpaceDN w:val="0"/>
        <w:spacing w:before="67" w:after="0" w:line="362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Тематически материал каждого класса разделен на четыре сквозные темы,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вне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зависимости от</w:t>
      </w:r>
      <w:r w:rsidR="00366CDB"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уровня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владения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татарским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языком.</w:t>
      </w: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Первая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«Мин»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(«Я»)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</w:t>
      </w:r>
      <w:r w:rsidR="00366CDB" w:rsidRPr="00A80C53">
        <w:rPr>
          <w:rFonts w:ascii="Times New Roman" w:eastAsia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всего,</w:t>
      </w:r>
      <w:r w:rsidR="00366CDB" w:rsidRPr="00A80C53">
        <w:rPr>
          <w:rFonts w:ascii="Times New Roman" w:eastAsia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соприкасается 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личностью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обучающегося,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целью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Внимание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акцентируется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семье,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школе,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друзьях,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одноклассниках.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предполагает знакомство с одноклассниками, учителем, персонажами детских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произведений,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составление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монологической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диалогической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="00366CDB" w:rsidRPr="00A80C53">
        <w:rPr>
          <w:rFonts w:ascii="Times New Roman" w:eastAsia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увлечениях, взаимопомощи в семье, летнем отдыхе, видах спорта и т. д. Тема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ориентирована</w:t>
      </w:r>
      <w:r w:rsidR="00366CDB"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совершенствование</w:t>
      </w:r>
      <w:r w:rsidR="00366CDB"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устной</w:t>
      </w:r>
      <w:r w:rsidR="00366CDB"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письменной</w:t>
      </w:r>
      <w:r w:rsidR="00366CDB"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речи.</w:t>
      </w: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Вторая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Тир</w:t>
      </w:r>
      <w:proofErr w:type="gram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ә</w:t>
      </w:r>
      <w:proofErr w:type="spell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як,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көнкүреш</w:t>
      </w:r>
      <w:proofErr w:type="spell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(«Мир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вокруг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меня»)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воспитание гуманного, творческого, социально активного человека, уважительно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бережно относящегося к окружающему миру, к природному и культурному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достоянию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человечества.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предлагаются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затрагивающие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вопросы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окружающего мира</w:t>
      </w:r>
      <w:r w:rsidR="00366CDB"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(разнообразие</w:t>
      </w:r>
      <w:r w:rsidR="00366CDB"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растительного и животного мира</w:t>
      </w:r>
      <w:r w:rsidR="00366CDB"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т. д.).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Данная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также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ориентирована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расширение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лингвистических</w:t>
      </w:r>
      <w:r w:rsidR="00366CDB"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представлений.</w:t>
      </w:r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proofErr w:type="gram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Третья тема «</w:t>
      </w:r>
      <w:proofErr w:type="spell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Туган</w:t>
      </w:r>
      <w:proofErr w:type="spell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җирем</w:t>
      </w:r>
      <w:proofErr w:type="spell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 («Моя Родина») ориентирована на укрепление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гражданской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идентичности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патриотизма,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любви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уважения к Отечеству через знакомство с повседневной жизнью, особенностями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быта, традициями народов, проживающих на территории России, с культурными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символами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Татарстан,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городами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страны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особенностями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сельской</w:t>
      </w:r>
      <w:r w:rsidR="00366CDB"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городской</w:t>
      </w:r>
      <w:r w:rsidR="00366CDB"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жизни</w:t>
      </w:r>
      <w:r w:rsidR="00366CDB"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66CDB"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  <w:r w:rsidR="00366CDB" w:rsidRPr="00A80C53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п.</w:t>
      </w:r>
      <w:proofErr w:type="gramEnd"/>
    </w:p>
    <w:p w:rsidR="00366CDB" w:rsidRPr="00A80C53" w:rsidRDefault="00CC7225" w:rsidP="00366CDB">
      <w:pPr>
        <w:widowControl w:val="0"/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Четвертая тема «Татар </w:t>
      </w:r>
      <w:proofErr w:type="spellStart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дөньясы</w:t>
      </w:r>
      <w:proofErr w:type="spellEnd"/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 («Мир татарского народа») нацелена на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представлений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национальной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ментальности,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мироощущении,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нравственных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законах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народа.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изучении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темы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используются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материалы, рассказывающие о традиционной материальной и духовной культуре</w:t>
      </w:r>
      <w:r w:rsidR="00366CDB"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татар: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обычаях,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обрядах,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праздниках,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играх,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национальном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костюме,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декоративно-прикладном</w:t>
      </w:r>
      <w:r w:rsidR="00366CDB"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искусстве</w:t>
      </w:r>
      <w:r w:rsidR="00366CDB"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366CDB"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др.</w:t>
      </w:r>
    </w:p>
    <w:p w:rsidR="00366CDB" w:rsidRPr="00A80C53" w:rsidRDefault="00366CDB" w:rsidP="00366CDB">
      <w:pPr>
        <w:widowControl w:val="0"/>
        <w:autoSpaceDE w:val="0"/>
        <w:autoSpaceDN w:val="0"/>
        <w:spacing w:before="12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7" w:name="Место_учебного_предмета_«Родной_(татарск"/>
      <w:bookmarkStart w:id="8" w:name="_bookmark4"/>
      <w:bookmarkEnd w:id="7"/>
      <w:bookmarkEnd w:id="8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Место</w:t>
      </w:r>
      <w:r w:rsidRPr="00A80C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предмета</w:t>
      </w:r>
      <w:r w:rsidRPr="00A80C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язык»</w:t>
      </w:r>
      <w:r w:rsidRPr="00A80C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учебном</w:t>
      </w:r>
      <w:r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плане</w:t>
      </w:r>
    </w:p>
    <w:p w:rsidR="00366CDB" w:rsidRPr="00A80C53" w:rsidRDefault="00366CDB" w:rsidP="00366CD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val="ru-RU"/>
        </w:rPr>
      </w:pPr>
    </w:p>
    <w:p w:rsidR="00366CDB" w:rsidRPr="00A80C53" w:rsidRDefault="00366CDB" w:rsidP="00366CDB">
      <w:pPr>
        <w:widowControl w:val="0"/>
        <w:tabs>
          <w:tab w:val="left" w:pos="1414"/>
          <w:tab w:val="left" w:pos="3241"/>
          <w:tab w:val="left" w:pos="3614"/>
          <w:tab w:val="left" w:pos="5474"/>
          <w:tab w:val="left" w:pos="78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соответствии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федеральным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государственным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образовательным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366CDB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366CDB" w:rsidRPr="00A80C53" w:rsidRDefault="00366CDB" w:rsidP="00366CDB">
      <w:pPr>
        <w:widowControl w:val="0"/>
        <w:autoSpaceDE w:val="0"/>
        <w:autoSpaceDN w:val="0"/>
        <w:spacing w:before="67" w:after="0" w:line="360" w:lineRule="auto"/>
        <w:ind w:right="2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стандартом начального общего образования учебный предмет «Родной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входит в предметную область «Родной язык и литературное чтение на родном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языке»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является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обязательным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изучения.</w:t>
      </w:r>
    </w:p>
    <w:p w:rsidR="00366CDB" w:rsidRPr="00A80C53" w:rsidRDefault="00366CDB" w:rsidP="00366CDB">
      <w:pPr>
        <w:widowControl w:val="0"/>
        <w:autoSpaceDE w:val="0"/>
        <w:autoSpaceDN w:val="0"/>
        <w:spacing w:before="2" w:after="0" w:line="36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 изучение предмета «Родной (татарский) язык» в общеобразовательных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организациях с обучением на родном (татарском) языке отводится 2 часа 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неделю во всех классах начального общего образования. Общее количество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времени на четыре года обучения с 1 по 4 классы ориентировочно составляет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270 часов. Распределение часов по классам: 1 класс – 66 часов (из них 33 часа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отводится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 курс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«Обучение грамоте»);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2–4 классы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68 часов.</w:t>
      </w:r>
    </w:p>
    <w:p w:rsidR="00366CDB" w:rsidRPr="00A80C53" w:rsidRDefault="00366CDB" w:rsidP="00366CDB">
      <w:pPr>
        <w:widowControl w:val="0"/>
        <w:autoSpaceDE w:val="0"/>
        <w:autoSpaceDN w:val="0"/>
        <w:spacing w:before="2" w:after="0" w:line="36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вправе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самостоятельно</w:t>
      </w:r>
      <w:r w:rsidRPr="00A80C53">
        <w:rPr>
          <w:rFonts w:ascii="Times New Roman" w:eastAsia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увеличить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количество часов, отводимых для изучения учебного предмета, за счет часов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части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плана,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формируемой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участниками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образовательных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отношений.</w:t>
      </w:r>
    </w:p>
    <w:p w:rsidR="00366CDB" w:rsidRPr="00A80C53" w:rsidRDefault="00366CDB" w:rsidP="00366C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366CDB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9" w:name="СОДЕРЖАНИЕ_УЧЕБНОГО_ПРЕДМЕТА_«РОДНОЙ_(ТА"/>
      <w:bookmarkStart w:id="10" w:name="_bookmark5"/>
      <w:bookmarkEnd w:id="9"/>
      <w:bookmarkEnd w:id="10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СОДЕРЖАНИЕ</w:t>
      </w:r>
      <w:r w:rsidRPr="00A80C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ПРЕДМЕТА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b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ЯЗЫК»</w:t>
      </w:r>
    </w:p>
    <w:p w:rsidR="0068199E" w:rsidRPr="00A80C53" w:rsidRDefault="0068199E" w:rsidP="0068199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numPr>
          <w:ilvl w:val="2"/>
          <w:numId w:val="27"/>
        </w:numPr>
        <w:tabs>
          <w:tab w:val="left" w:pos="4921"/>
        </w:tabs>
        <w:autoSpaceDE w:val="0"/>
        <w:autoSpaceDN w:val="0"/>
        <w:spacing w:after="0" w:line="240" w:lineRule="auto"/>
        <w:ind w:hanging="475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1" w:name="_bookmark6"/>
      <w:bookmarkEnd w:id="11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Виды</w:t>
      </w:r>
      <w:r w:rsidRPr="00A80C5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речевой</w:t>
      </w:r>
      <w:r w:rsidRPr="00A80C53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деятельности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357" w:lineRule="auto"/>
        <w:ind w:right="1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Беседа</w:t>
      </w:r>
      <w:r w:rsidRPr="00A80C53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тему</w:t>
      </w:r>
      <w:r w:rsidRPr="00A80C53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Белем</w:t>
      </w:r>
      <w:proofErr w:type="spellEnd"/>
      <w:r w:rsidRPr="00A80C53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бәйрәме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(«День</w:t>
      </w:r>
      <w:r w:rsidRPr="00A80C53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знаний»).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</w:t>
      </w:r>
      <w:r w:rsidRPr="00A80C53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гигиены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письма.</w:t>
      </w:r>
    </w:p>
    <w:p w:rsidR="0068199E" w:rsidRPr="00A80C53" w:rsidRDefault="0068199E" w:rsidP="0068199E">
      <w:pPr>
        <w:widowControl w:val="0"/>
        <w:autoSpaceDE w:val="0"/>
        <w:autoSpaceDN w:val="0"/>
        <w:spacing w:before="1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Обучение</w:t>
      </w:r>
      <w:r w:rsidRPr="00A80C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грамоте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360" w:lineRule="auto"/>
        <w:ind w:right="2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Буквы и звуки татарского алфавита. Чтение слов по слогам. Выработка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связного и ритмичного написания букв. Слова, которые пишутся с заглавной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буквы.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элементы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соединения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ове.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Запись</w:t>
      </w:r>
      <w:r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предварительного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слого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-звукового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разбора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каждого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алфавит.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чтение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рукописных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предложений.</w:t>
      </w:r>
    </w:p>
    <w:p w:rsidR="0068199E" w:rsidRPr="00A80C53" w:rsidRDefault="0068199E" w:rsidP="0068199E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Систематический</w:t>
      </w:r>
      <w:r w:rsidRPr="00A80C5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курс</w:t>
      </w:r>
    </w:p>
    <w:p w:rsidR="0068199E" w:rsidRPr="00A80C53" w:rsidRDefault="0068199E" w:rsidP="0068199E">
      <w:pPr>
        <w:widowControl w:val="0"/>
        <w:autoSpaceDE w:val="0"/>
        <w:autoSpaceDN w:val="0"/>
        <w:spacing w:before="154" w:after="0" w:line="360" w:lineRule="auto"/>
        <w:ind w:right="2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Речь. Устная речь и письменная речь. Интонация. Предложение. Текст.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Перенос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строки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строку.</w:t>
      </w:r>
      <w:r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Ударение.</w:t>
      </w:r>
      <w:r w:rsidRPr="00A80C5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Ударный</w:t>
      </w:r>
      <w:r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слог.</w:t>
      </w:r>
      <w:r w:rsidRPr="00A80C5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Правописание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гласными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ө.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Правописание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специфичных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звуков</w:t>
      </w:r>
      <w:proofErr w:type="gramStart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[ғ],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[қ].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Гласные звуки татарского языка. Специфичные звуки татарского языка [ә], [ө],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[ү], [w], [ғ], [қ], [җ], [ң], [һ]. Звуковое значение букв е, ё, ю, я. Правописание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ъ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татарских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словах.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 отвечающие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вопросы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«кем?»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(«кто?»)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68199E" w:rsidRPr="00A80C53" w:rsidRDefault="0068199E" w:rsidP="0068199E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нәрсә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?»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(«что?»).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присоединения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аффиксов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татарском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языке.</w:t>
      </w:r>
    </w:p>
    <w:p w:rsidR="0068199E" w:rsidRPr="00A80C53" w:rsidRDefault="0068199E" w:rsidP="0068199E">
      <w:pPr>
        <w:widowControl w:val="0"/>
        <w:autoSpaceDE w:val="0"/>
        <w:autoSpaceDN w:val="0"/>
        <w:spacing w:before="16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Развитие</w:t>
      </w:r>
      <w:r w:rsidRPr="00A80C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речи</w:t>
      </w:r>
    </w:p>
    <w:p w:rsidR="0068199E" w:rsidRPr="00A80C53" w:rsidRDefault="0068199E" w:rsidP="0068199E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Описывание</w:t>
      </w:r>
      <w:r w:rsidRPr="00A80C53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spellStart"/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үрәле</w:t>
      </w:r>
      <w:proofErr w:type="spellEnd"/>
      <w:r w:rsidRPr="00A80C53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Шурале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),</w:t>
      </w:r>
      <w:r w:rsidRPr="00A80C53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</w:t>
      </w:r>
      <w:r w:rsidRPr="00A80C5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анасы</w:t>
      </w:r>
      <w:proofErr w:type="spellEnd"/>
      <w:r w:rsidRPr="00A80C5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(Водяная).</w:t>
      </w:r>
      <w:r w:rsidRPr="00A80C53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«Алма»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(«Яблоко»).</w:t>
      </w:r>
      <w:r w:rsidRPr="00A80C5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Чтение</w:t>
      </w:r>
      <w:r w:rsidRPr="00A80C53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слогам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предложений.</w:t>
      </w:r>
      <w:r w:rsidRPr="00A80C5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Үрдәк</w:t>
      </w:r>
      <w:proofErr w:type="spellEnd"/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беренчелекне</w:t>
      </w:r>
      <w:proofErr w:type="spellEnd"/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алган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(«Как утка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победила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конкурсе»).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8"/>
          <w:lang w:val="ru-RU"/>
        </w:rPr>
      </w:pPr>
    </w:p>
    <w:p w:rsidR="0068199E" w:rsidRPr="00A80C53" w:rsidRDefault="0068199E" w:rsidP="0068199E">
      <w:pPr>
        <w:widowControl w:val="0"/>
        <w:numPr>
          <w:ilvl w:val="2"/>
          <w:numId w:val="27"/>
        </w:numPr>
        <w:tabs>
          <w:tab w:val="left" w:pos="4921"/>
        </w:tabs>
        <w:autoSpaceDE w:val="0"/>
        <w:autoSpaceDN w:val="0"/>
        <w:spacing w:before="1" w:after="0" w:line="240" w:lineRule="auto"/>
        <w:ind w:hanging="475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2" w:name="_bookmark7"/>
      <w:bookmarkEnd w:id="12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Виды</w:t>
      </w:r>
      <w:r w:rsidRPr="00A80C5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речевой</w:t>
      </w:r>
      <w:r w:rsidRPr="00A80C53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деятельности</w:t>
      </w:r>
    </w:p>
    <w:p w:rsidR="0068199E" w:rsidRPr="00A80C53" w:rsidRDefault="0068199E" w:rsidP="0068199E">
      <w:pPr>
        <w:widowControl w:val="0"/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Кадерле</w:t>
      </w:r>
      <w:proofErr w:type="spellEnd"/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бүлә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spellEnd"/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(«Ценный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подарок»).</w:t>
      </w:r>
      <w:r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362" w:lineRule="auto"/>
        <w:ind w:right="1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Буталган</w:t>
      </w:r>
      <w:proofErr w:type="spellEnd"/>
      <w:r w:rsidRPr="00A80C53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әкият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(«Сказка-головоломка»).</w:t>
      </w:r>
      <w:r w:rsidRPr="00A80C5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Составление</w:t>
      </w:r>
      <w:r w:rsidRPr="00A80C5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рассказа</w:t>
      </w:r>
      <w:r w:rsidRPr="00A80C53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серии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сюжетных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картинок.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аудиотекстом</w:t>
      </w:r>
      <w:proofErr w:type="spellEnd"/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Туган</w:t>
      </w:r>
      <w:proofErr w:type="spellEnd"/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җирем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(«Родина»).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62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Кечкенә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Апуш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(«Маленький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Апуш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»).</w:t>
      </w:r>
    </w:p>
    <w:p w:rsidR="0068199E" w:rsidRPr="00A80C53" w:rsidRDefault="0068199E" w:rsidP="0068199E">
      <w:pPr>
        <w:widowControl w:val="0"/>
        <w:autoSpaceDE w:val="0"/>
        <w:autoSpaceDN w:val="0"/>
        <w:spacing w:before="16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Систематический</w:t>
      </w:r>
      <w:r w:rsidRPr="00A80C5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курс</w:t>
      </w:r>
    </w:p>
    <w:p w:rsidR="0068199E" w:rsidRPr="00A80C53" w:rsidRDefault="0068199E" w:rsidP="0068199E">
      <w:pPr>
        <w:widowControl w:val="0"/>
        <w:autoSpaceDE w:val="0"/>
        <w:autoSpaceDN w:val="0"/>
        <w:spacing w:before="153" w:after="0" w:line="360" w:lineRule="auto"/>
        <w:ind w:right="2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Система гласных звуков татарского языка. Согласные звуки в татарском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языке. Татарский алфавит. Правописание букв татарского алфавита. Толковый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словарь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Синонимы.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Антонимы.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Самостоятельные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речи: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существительное,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прилагательное,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глагол. Имя существительное. Имя прилагательное. Глагол. Настоящее время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глагола.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Спряжение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Предложение.</w:t>
      </w:r>
    </w:p>
    <w:p w:rsidR="0068199E" w:rsidRPr="00A80C53" w:rsidRDefault="0068199E" w:rsidP="0068199E">
      <w:pPr>
        <w:widowControl w:val="0"/>
        <w:autoSpaceDE w:val="0"/>
        <w:autoSpaceDN w:val="0"/>
        <w:spacing w:before="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Развитие</w:t>
      </w:r>
      <w:r w:rsidRPr="00A80C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речи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Урок-игра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Дустым</w:t>
      </w:r>
      <w:proofErr w:type="spellEnd"/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янына</w:t>
      </w:r>
      <w:proofErr w:type="spellEnd"/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барам»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(«По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дороге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другу»).</w:t>
      </w:r>
      <w:r w:rsidRPr="00A80C5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Презентация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362" w:lineRule="auto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Урманда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лесу»).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Монолог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тему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Яхшы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һәм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начар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гамәллә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(«Хорошие и плохие поступки»). Работа в парах на тему 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Нәүруз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бәйрәме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(«Праздник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Науруз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»).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 рисунку.</w:t>
      </w:r>
    </w:p>
    <w:p w:rsidR="0068199E" w:rsidRPr="00A80C53" w:rsidRDefault="0068199E" w:rsidP="0068199E">
      <w:pPr>
        <w:widowControl w:val="0"/>
        <w:numPr>
          <w:ilvl w:val="2"/>
          <w:numId w:val="27"/>
        </w:numPr>
        <w:tabs>
          <w:tab w:val="left" w:pos="4921"/>
        </w:tabs>
        <w:autoSpaceDE w:val="0"/>
        <w:autoSpaceDN w:val="0"/>
        <w:spacing w:before="11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3" w:name="_bookmark8"/>
      <w:bookmarkEnd w:id="13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Виды</w:t>
      </w:r>
      <w:r w:rsidRPr="00A80C5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речевой</w:t>
      </w:r>
      <w:r w:rsidRPr="00A80C53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деятельности</w:t>
      </w:r>
    </w:p>
    <w:p w:rsidR="0068199E" w:rsidRPr="00A80C53" w:rsidRDefault="0068199E" w:rsidP="0068199E">
      <w:pPr>
        <w:widowControl w:val="0"/>
        <w:autoSpaceDE w:val="0"/>
        <w:autoSpaceDN w:val="0"/>
        <w:spacing w:before="15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r w:rsidRPr="00A80C53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Кадерле</w:t>
      </w:r>
      <w:proofErr w:type="spellEnd"/>
      <w:r w:rsidRPr="00A80C53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кунак»</w:t>
      </w:r>
      <w:r w:rsidRPr="00A80C5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(«Дорогой</w:t>
      </w:r>
      <w:r w:rsidRPr="00A80C5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гость»).</w:t>
      </w:r>
      <w:r w:rsidRPr="00A80C53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36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Ике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ялкау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(«Два ленивца»). Работа с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аудиотекстом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«Экология» («Экология»).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Беседа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тему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«Юл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йө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ү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кагыйдәләре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(«Правила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дорожного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движения»).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Нури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Нури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»).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текстом.</w:t>
      </w:r>
    </w:p>
    <w:p w:rsidR="0068199E" w:rsidRPr="00A80C53" w:rsidRDefault="0068199E" w:rsidP="0068199E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Систематический</w:t>
      </w:r>
      <w:r w:rsidRPr="00A80C5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курс</w:t>
      </w:r>
    </w:p>
    <w:p w:rsidR="0068199E" w:rsidRPr="00A80C53" w:rsidRDefault="0068199E" w:rsidP="0068199E">
      <w:pPr>
        <w:widowControl w:val="0"/>
        <w:autoSpaceDE w:val="0"/>
        <w:autoSpaceDN w:val="0"/>
        <w:spacing w:before="159"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буквы: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Словари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Правописание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буквами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ъ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ь.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Парные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слова.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Сложные слова. Лексическое значение слова. Однокоренные слова. Аффиксы.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существительное.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Сложные слова.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Личные местоимения.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глаголами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лица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единственного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множественного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минемчә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димәк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әлбә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ә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настоящего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времени.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Имя прилагательное.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Главные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члены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предложения.</w:t>
      </w:r>
    </w:p>
    <w:p w:rsidR="0068199E" w:rsidRPr="00A80C53" w:rsidRDefault="0068199E" w:rsidP="0068199E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Развитие</w:t>
      </w:r>
      <w:r w:rsidRPr="00A80C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речи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357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Урок-игра. Творческая работа: составлять устный рассказ по картинкам;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готовить</w:t>
      </w:r>
      <w:r w:rsidRPr="00A80C53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выставку,</w:t>
      </w:r>
      <w:r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посвященную</w:t>
      </w:r>
      <w:r w:rsidRPr="00A80C53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национальной</w:t>
      </w:r>
      <w:r w:rsidRPr="00A80C53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одежде</w:t>
      </w:r>
      <w:r w:rsidRPr="00A80C53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57" w:lineRule="auto"/>
        <w:jc w:val="both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67" w:after="0" w:line="360" w:lineRule="auto"/>
        <w:ind w:right="26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Творческая работа. Творческая работа «Россия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буенча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сә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яхәт</w:t>
      </w:r>
      <w:proofErr w:type="spellEnd"/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 («Путешествую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Презентация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Төрле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халыкларның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милли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киемнәре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(«Национальная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одежда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различных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народов»).</w:t>
      </w:r>
    </w:p>
    <w:p w:rsidR="0068199E" w:rsidRPr="00A80C53" w:rsidRDefault="0068199E" w:rsidP="0068199E">
      <w:pPr>
        <w:widowControl w:val="0"/>
        <w:numPr>
          <w:ilvl w:val="2"/>
          <w:numId w:val="27"/>
        </w:numPr>
        <w:tabs>
          <w:tab w:val="left" w:pos="4998"/>
        </w:tabs>
        <w:autoSpaceDE w:val="0"/>
        <w:autoSpaceDN w:val="0"/>
        <w:spacing w:before="127" w:after="0" w:line="240" w:lineRule="auto"/>
        <w:ind w:left="499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4" w:name="_bookmark9"/>
      <w:bookmarkEnd w:id="14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Виды</w:t>
      </w:r>
      <w:r w:rsidRPr="00A80C5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речевой</w:t>
      </w:r>
      <w:r w:rsidRPr="00A80C53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деятельности</w:t>
      </w:r>
    </w:p>
    <w:p w:rsidR="0068199E" w:rsidRPr="00A80C53" w:rsidRDefault="0068199E" w:rsidP="0068199E">
      <w:pPr>
        <w:widowControl w:val="0"/>
        <w:autoSpaceDE w:val="0"/>
        <w:autoSpaceDN w:val="0"/>
        <w:spacing w:before="154" w:after="0" w:line="362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Повторение. Работа с текстом. Составление текста по картине. Диалог на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тему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«Россия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шәһәрләре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(«Города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</w:p>
    <w:p w:rsidR="0068199E" w:rsidRPr="00A80C53" w:rsidRDefault="0068199E" w:rsidP="0068199E">
      <w:pPr>
        <w:widowControl w:val="0"/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Систематический</w:t>
      </w:r>
      <w:r w:rsidRPr="00A80C5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курс</w:t>
      </w:r>
    </w:p>
    <w:p w:rsidR="0068199E" w:rsidRPr="00A80C53" w:rsidRDefault="0068199E" w:rsidP="0068199E">
      <w:pPr>
        <w:widowControl w:val="0"/>
        <w:autoSpaceDE w:val="0"/>
        <w:autoSpaceDN w:val="0"/>
        <w:spacing w:before="153"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Гласные и согласные звуки. Закон сингармонизма. Ударение и его виды.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Транскрипция. Порядок фонетического разбора. Словарный состав 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Заимствованные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Слово.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Лексическое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Корень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слова.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Аффиксы.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слова.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Разбор слова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 составу.</w:t>
      </w:r>
    </w:p>
    <w:p w:rsidR="0068199E" w:rsidRPr="00A80C53" w:rsidRDefault="0068199E" w:rsidP="0068199E">
      <w:pPr>
        <w:widowControl w:val="0"/>
        <w:autoSpaceDE w:val="0"/>
        <w:autoSpaceDN w:val="0"/>
        <w:spacing w:before="4"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Самостоятельные части речи. Имя существительное. Имя прилагательное.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Степени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прилагательных.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Вопросительные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указательные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местоимения.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числительное.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Глагол.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Главные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члены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предложения.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Второстепенные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члены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предложения.</w:t>
      </w:r>
    </w:p>
    <w:p w:rsidR="0068199E" w:rsidRPr="00A80C53" w:rsidRDefault="0068199E" w:rsidP="0068199E">
      <w:pPr>
        <w:widowControl w:val="0"/>
        <w:autoSpaceDE w:val="0"/>
        <w:autoSpaceDN w:val="0"/>
        <w:spacing w:before="16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Развитие</w:t>
      </w:r>
      <w:r w:rsidRPr="00A80C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речи</w:t>
      </w:r>
    </w:p>
    <w:p w:rsidR="0068199E" w:rsidRPr="00A80C53" w:rsidRDefault="0068199E" w:rsidP="0068199E">
      <w:pPr>
        <w:widowControl w:val="0"/>
        <w:autoSpaceDE w:val="0"/>
        <w:autoSpaceDN w:val="0"/>
        <w:spacing w:before="15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Творческая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«Кругосветное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путешествие».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5" w:name="ПЛАНИРУЕМЫЕ_РЕЗУЛЬТАТЫ_ОСВОЕНИЯ_УЧЕБНОГО"/>
      <w:bookmarkStart w:id="16" w:name="_bookmark10"/>
      <w:bookmarkEnd w:id="15"/>
      <w:bookmarkEnd w:id="16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ПЛАНИРУЕМЫЕ</w:t>
      </w:r>
      <w:r w:rsidRPr="00A80C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РЕЗУЛЬТАТЫ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ОСВОЕНИЯ</w:t>
      </w:r>
      <w:r w:rsidRPr="00A80C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ПРЕДМЕТА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357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«РОДНОЙ (ТАТАРСКИЙ) ЯЗЫК» НА УРОВНЕ НАЧАЛЬНОГО ОБЩЕГО</w:t>
      </w:r>
      <w:r w:rsidRPr="00A80C53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ОБРАЗОВАНИЯ</w:t>
      </w:r>
    </w:p>
    <w:p w:rsidR="0068199E" w:rsidRPr="00A80C53" w:rsidRDefault="0068199E" w:rsidP="0068199E">
      <w:pPr>
        <w:widowControl w:val="0"/>
        <w:autoSpaceDE w:val="0"/>
        <w:autoSpaceDN w:val="0"/>
        <w:spacing w:before="24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7" w:name="Личностные_результаты"/>
      <w:bookmarkStart w:id="18" w:name="_bookmark11"/>
      <w:bookmarkEnd w:id="17"/>
      <w:bookmarkEnd w:id="18"/>
      <w:r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Личностные</w:t>
      </w:r>
      <w:r w:rsidRPr="00A80C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результаты</w:t>
      </w:r>
    </w:p>
    <w:p w:rsidR="0068199E" w:rsidRPr="00A80C53" w:rsidRDefault="0068199E" w:rsidP="0068199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360" w:lineRule="auto"/>
        <w:ind w:right="2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 результате изучения предмета «Родной (татарский) язык» на уровне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выпускников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будут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сформированы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следующие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личностные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результаты:</w:t>
      </w:r>
    </w:p>
    <w:p w:rsidR="0068199E" w:rsidRPr="00A80C53" w:rsidRDefault="0068199E" w:rsidP="0068199E">
      <w:pPr>
        <w:widowControl w:val="0"/>
        <w:autoSpaceDE w:val="0"/>
        <w:autoSpaceDN w:val="0"/>
        <w:spacing w:before="6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гражданско-патриотического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воспитания: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2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становление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ценностного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отношения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своей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Родине</w:t>
      </w:r>
      <w:r w:rsidRPr="00A80C53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России;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62" w:after="0" w:line="352" w:lineRule="auto"/>
        <w:ind w:right="264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осознание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своей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этнокультурной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российской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гражданской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идентичности;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6" w:after="0" w:line="352" w:lineRule="auto"/>
        <w:ind w:right="275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сопричастность к прошлому, настоящему и будущему своей страны 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родного края;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2" w:after="0" w:line="355" w:lineRule="auto"/>
        <w:ind w:right="258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первоначальные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представления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человеке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как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члене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общества,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правах и ответственности, уважении и достоинстве человека, о нравственн</w:t>
      </w:r>
      <w:proofErr w:type="gramStart"/>
      <w:r w:rsidRPr="00A80C53">
        <w:rPr>
          <w:rFonts w:ascii="Times New Roman" w:eastAsia="Times New Roman" w:hAnsi="Times New Roman" w:cs="Times New Roman"/>
          <w:sz w:val="28"/>
          <w:lang w:val="ru-RU"/>
        </w:rPr>
        <w:t>о-</w:t>
      </w:r>
      <w:proofErr w:type="gramEnd"/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этических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нормах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поведения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 правилах межличностных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отношений;</w:t>
      </w:r>
    </w:p>
    <w:p w:rsidR="0068199E" w:rsidRPr="00A80C53" w:rsidRDefault="0068199E" w:rsidP="0068199E">
      <w:pPr>
        <w:widowControl w:val="0"/>
        <w:autoSpaceDE w:val="0"/>
        <w:autoSpaceDN w:val="0"/>
        <w:spacing w:before="1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духовно-нравственного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воспитания: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3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признание</w:t>
      </w:r>
      <w:r w:rsidRPr="00A80C53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индивидуальности</w:t>
      </w:r>
      <w:r w:rsidRPr="00A80C53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каждого</w:t>
      </w:r>
      <w:r w:rsidRPr="00A80C53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человека;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60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проявление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сопереживания,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уважения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доброжелательности;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62" w:after="0" w:line="352" w:lineRule="auto"/>
        <w:ind w:right="263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неприятие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любых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форм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поведения,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направленных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причинение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физического 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морального вреда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другим</w:t>
      </w:r>
      <w:r w:rsidRPr="00A80C53">
        <w:rPr>
          <w:rFonts w:ascii="Times New Roman" w:eastAsia="Times New Roman" w:hAnsi="Times New Roman" w:cs="Times New Roman"/>
          <w:spacing w:val="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людям;</w:t>
      </w:r>
    </w:p>
    <w:p w:rsidR="0068199E" w:rsidRPr="00A80C53" w:rsidRDefault="0068199E" w:rsidP="0068199E">
      <w:pPr>
        <w:widowControl w:val="0"/>
        <w:autoSpaceDE w:val="0"/>
        <w:autoSpaceDN w:val="0"/>
        <w:spacing w:before="1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эстетического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воспитания: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2" w:after="0" w:line="357" w:lineRule="auto"/>
        <w:ind w:right="260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уважительное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отношение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интерес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художественной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культуре,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восприимчивость к разным видам искусства, традициям и творчеству своего 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других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народов;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after="0" w:line="352" w:lineRule="auto"/>
        <w:ind w:right="265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стремление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самовыражению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разных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видах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художественной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деятельности;</w:t>
      </w:r>
    </w:p>
    <w:p w:rsidR="0068199E" w:rsidRPr="00A80C53" w:rsidRDefault="0068199E" w:rsidP="0068199E">
      <w:pPr>
        <w:widowControl w:val="0"/>
        <w:autoSpaceDE w:val="0"/>
        <w:autoSpaceDN w:val="0"/>
        <w:spacing w:before="16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физического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воспитания</w:t>
      </w:r>
      <w:r w:rsidRPr="00A80C5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: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3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A80C53">
        <w:rPr>
          <w:rFonts w:ascii="Times New Roman" w:eastAsia="Times New Roman" w:hAnsi="Times New Roman" w:cs="Times New Roman"/>
          <w:sz w:val="28"/>
          <w:lang w:val="ru-RU"/>
        </w:rPr>
        <w:t>соблюдение</w:t>
      </w:r>
      <w:r w:rsidRPr="00A80C53">
        <w:rPr>
          <w:rFonts w:ascii="Times New Roman" w:eastAsia="Times New Roman" w:hAnsi="Times New Roman" w:cs="Times New Roman"/>
          <w:spacing w:val="3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правил</w:t>
      </w:r>
      <w:r w:rsidRPr="00A80C53">
        <w:rPr>
          <w:rFonts w:ascii="Times New Roman" w:eastAsia="Times New Roman" w:hAnsi="Times New Roman" w:cs="Times New Roman"/>
          <w:spacing w:val="10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здорового</w:t>
      </w:r>
      <w:r w:rsidRPr="00A80C53">
        <w:rPr>
          <w:rFonts w:ascii="Times New Roman" w:eastAsia="Times New Roman" w:hAnsi="Times New Roman" w:cs="Times New Roman"/>
          <w:spacing w:val="10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0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безопасного</w:t>
      </w:r>
      <w:r w:rsidRPr="00A80C53">
        <w:rPr>
          <w:rFonts w:ascii="Times New Roman" w:eastAsia="Times New Roman" w:hAnsi="Times New Roman" w:cs="Times New Roman"/>
          <w:spacing w:val="10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(для</w:t>
      </w:r>
      <w:r w:rsidRPr="00A80C53">
        <w:rPr>
          <w:rFonts w:ascii="Times New Roman" w:eastAsia="Times New Roman" w:hAnsi="Times New Roman" w:cs="Times New Roman"/>
          <w:spacing w:val="10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себя</w:t>
      </w:r>
      <w:r w:rsidRPr="00A80C53">
        <w:rPr>
          <w:rFonts w:ascii="Times New Roman" w:eastAsia="Times New Roman" w:hAnsi="Times New Roman" w:cs="Times New Roman"/>
          <w:spacing w:val="100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9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других</w:t>
      </w:r>
      <w:proofErr w:type="gramEnd"/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людей)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образа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жизни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окружающей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среде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(в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том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информационной);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62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бережное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отношение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физическому</w:t>
      </w:r>
      <w:r w:rsidRPr="00A80C5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психическому</w:t>
      </w:r>
      <w:r w:rsidRPr="00A80C5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здоровью;</w:t>
      </w:r>
    </w:p>
    <w:p w:rsidR="0068199E" w:rsidRPr="00A80C53" w:rsidRDefault="0068199E" w:rsidP="0068199E">
      <w:pPr>
        <w:widowControl w:val="0"/>
        <w:autoSpaceDE w:val="0"/>
        <w:autoSpaceDN w:val="0"/>
        <w:spacing w:before="16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трудового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воспитания: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3" w:after="0" w:line="357" w:lineRule="auto"/>
        <w:ind w:right="261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осознание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ценности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труда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жизни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человека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7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общества,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ответственное потребление и бережное отношение к результатам труда, навыки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участия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различных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видах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трудовой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деятельности,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интерес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различным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профессиям;</w:t>
      </w:r>
    </w:p>
    <w:p w:rsidR="0068199E" w:rsidRPr="00A80C53" w:rsidRDefault="0068199E" w:rsidP="0068199E">
      <w:pPr>
        <w:widowControl w:val="0"/>
        <w:autoSpaceDE w:val="0"/>
        <w:autoSpaceDN w:val="0"/>
        <w:spacing w:before="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экологического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воспитания: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8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бережное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отношение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природе;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6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неприятие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действий,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приносящих</w:t>
      </w:r>
      <w:r w:rsidRPr="00A80C5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ей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вред;</w:t>
      </w:r>
    </w:p>
    <w:p w:rsidR="0068199E" w:rsidRPr="00A80C53" w:rsidRDefault="0068199E" w:rsidP="0068199E">
      <w:pPr>
        <w:widowControl w:val="0"/>
        <w:autoSpaceDE w:val="0"/>
        <w:autoSpaceDN w:val="0"/>
        <w:spacing w:before="16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ценности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научного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познания: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57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первоначальные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представления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научной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картине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мира;</w:t>
      </w:r>
    </w:p>
    <w:p w:rsidR="0068199E" w:rsidRPr="00A80C53" w:rsidRDefault="0068199E" w:rsidP="0068199E">
      <w:pPr>
        <w:widowControl w:val="0"/>
        <w:numPr>
          <w:ilvl w:val="0"/>
          <w:numId w:val="26"/>
        </w:numPr>
        <w:tabs>
          <w:tab w:val="left" w:pos="1411"/>
        </w:tabs>
        <w:autoSpaceDE w:val="0"/>
        <w:autoSpaceDN w:val="0"/>
        <w:spacing w:before="161" w:after="0" w:line="350" w:lineRule="auto"/>
        <w:ind w:right="263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познавательные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интересы,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активность,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инициативность,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любознательность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 самостоятельность</w:t>
      </w:r>
      <w:r w:rsidRPr="00A80C53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познании.</w:t>
      </w:r>
    </w:p>
    <w:p w:rsidR="0068199E" w:rsidRPr="00A80C53" w:rsidRDefault="0068199E" w:rsidP="0068199E">
      <w:pPr>
        <w:widowControl w:val="0"/>
        <w:autoSpaceDE w:val="0"/>
        <w:autoSpaceDN w:val="0"/>
        <w:spacing w:before="139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9" w:name="Метапредметные_результаты"/>
      <w:bookmarkStart w:id="20" w:name="_bookmark12"/>
      <w:bookmarkEnd w:id="19"/>
      <w:bookmarkEnd w:id="20"/>
      <w:proofErr w:type="spellStart"/>
      <w:r w:rsidRPr="00A80C53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val="ru-RU"/>
        </w:rPr>
        <w:t>Метапредметные</w:t>
      </w:r>
      <w:proofErr w:type="spellEnd"/>
      <w:r w:rsidRPr="00A80C53">
        <w:rPr>
          <w:rFonts w:ascii="Times New Roman" w:eastAsia="Times New Roman" w:hAnsi="Times New Roman" w:cs="Times New Roman"/>
          <w:b/>
          <w:bCs/>
          <w:spacing w:val="16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val="ru-RU"/>
        </w:rPr>
        <w:t>результаты</w:t>
      </w:r>
    </w:p>
    <w:p w:rsidR="0068199E" w:rsidRPr="00A80C53" w:rsidRDefault="0068199E" w:rsidP="0068199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ind w:right="26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1–</w:t>
      </w:r>
    </w:p>
    <w:p w:rsidR="0068199E" w:rsidRPr="00A80C53" w:rsidRDefault="0068199E" w:rsidP="0068199E">
      <w:pPr>
        <w:widowControl w:val="0"/>
        <w:tabs>
          <w:tab w:val="left" w:pos="666"/>
          <w:tab w:val="left" w:pos="2100"/>
          <w:tab w:val="left" w:pos="4287"/>
          <w:tab w:val="left" w:pos="5865"/>
          <w:tab w:val="left" w:pos="8401"/>
        </w:tabs>
        <w:autoSpaceDE w:val="0"/>
        <w:autoSpaceDN w:val="0"/>
        <w:spacing w:before="159" w:after="0" w:line="240" w:lineRule="auto"/>
        <w:ind w:right="27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классах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овладеет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универсальными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учебными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познавательными</w:t>
      </w:r>
      <w:r w:rsidRPr="00A80C53">
        <w:rPr>
          <w:rFonts w:ascii="Times New Roman" w:eastAsia="Times New Roman" w:hAnsi="Times New Roman" w:cs="Times New Roman"/>
          <w:b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действиями:</w:t>
      </w:r>
    </w:p>
    <w:p w:rsidR="0068199E" w:rsidRPr="00A80C53" w:rsidRDefault="0068199E" w:rsidP="0068199E">
      <w:pPr>
        <w:widowControl w:val="0"/>
        <w:autoSpaceDE w:val="0"/>
        <w:autoSpaceDN w:val="0"/>
        <w:spacing w:before="16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базовые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логические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действия: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58" w:after="0" w:line="352" w:lineRule="auto"/>
        <w:ind w:right="268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сравнивать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объекты,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устанавливать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основания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сравнения,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устанавливать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аналогии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языковых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единиц;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1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объединять</w:t>
      </w:r>
      <w:r w:rsidRPr="00A80C5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объекты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(языковые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единицы)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определенному</w:t>
      </w:r>
      <w:r w:rsidRPr="00A80C5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признаку;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57" w:after="0" w:line="352" w:lineRule="auto"/>
        <w:ind w:right="257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определять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существенный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признак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классификации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единиц;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классифицировать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языковые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единицы;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1" w:after="0" w:line="357" w:lineRule="auto"/>
        <w:ind w:right="262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находить в языковом материале закономерности и противоречия на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основе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предложенного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учителем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алгоритма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наблюдения;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анализировать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алгоритм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работе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языковыми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единицами,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самостоятельно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выделять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учебные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операции при анализе</w:t>
      </w:r>
      <w:r w:rsidRPr="00A80C53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языковых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единиц;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after="0" w:line="342" w:lineRule="exact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выявлять  </w:t>
      </w:r>
      <w:r w:rsidRPr="00A80C53">
        <w:rPr>
          <w:rFonts w:ascii="Times New Roman" w:eastAsia="Times New Roman" w:hAnsi="Times New Roman" w:cs="Times New Roman"/>
          <w:spacing w:val="4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недостаток   </w:t>
      </w:r>
      <w:r w:rsidRPr="00A80C53">
        <w:rPr>
          <w:rFonts w:ascii="Times New Roman" w:eastAsia="Times New Roman" w:hAnsi="Times New Roman" w:cs="Times New Roman"/>
          <w:spacing w:val="4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информации   </w:t>
      </w:r>
      <w:r w:rsidRPr="00A80C53">
        <w:rPr>
          <w:rFonts w:ascii="Times New Roman" w:eastAsia="Times New Roman" w:hAnsi="Times New Roman" w:cs="Times New Roman"/>
          <w:spacing w:val="4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для   </w:t>
      </w:r>
      <w:r w:rsidRPr="00A80C53">
        <w:rPr>
          <w:rFonts w:ascii="Times New Roman" w:eastAsia="Times New Roman" w:hAnsi="Times New Roman" w:cs="Times New Roman"/>
          <w:spacing w:val="4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решения   </w:t>
      </w:r>
      <w:r w:rsidRPr="00A80C53">
        <w:rPr>
          <w:rFonts w:ascii="Times New Roman" w:eastAsia="Times New Roman" w:hAnsi="Times New Roman" w:cs="Times New Roman"/>
          <w:spacing w:val="4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учебной   </w:t>
      </w:r>
      <w:r w:rsidRPr="00A80C53">
        <w:rPr>
          <w:rFonts w:ascii="Times New Roman" w:eastAsia="Times New Roman" w:hAnsi="Times New Roman" w:cs="Times New Roman"/>
          <w:spacing w:val="4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практической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задачи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предложенного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алгоритма;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62" w:after="0" w:line="352" w:lineRule="auto"/>
        <w:ind w:right="264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устанавливать причинно-следственные связи в ситуациях наблюдения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языковым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материалом,</w:t>
      </w:r>
      <w:r w:rsidRPr="00A80C53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делать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выводы;</w:t>
      </w:r>
    </w:p>
    <w:p w:rsidR="0068199E" w:rsidRPr="00A80C53" w:rsidRDefault="0068199E" w:rsidP="0068199E">
      <w:pPr>
        <w:widowControl w:val="0"/>
        <w:autoSpaceDE w:val="0"/>
        <w:autoSpaceDN w:val="0"/>
        <w:spacing w:before="1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базовые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исследовательские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действия: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57" w:after="0" w:line="352" w:lineRule="auto"/>
        <w:ind w:right="263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помощью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учителя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формулировать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цель,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планировать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изменения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языкового объекта,</w:t>
      </w:r>
      <w:r w:rsidRPr="00A80C53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речевой ситуации;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7" w:after="0" w:line="352" w:lineRule="auto"/>
        <w:ind w:right="260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сравнивать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несколько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вариантов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выполнения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задания,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выбирать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наиболее </w:t>
      </w:r>
      <w:proofErr w:type="gramStart"/>
      <w:r w:rsidRPr="00A80C53">
        <w:rPr>
          <w:rFonts w:ascii="Times New Roman" w:eastAsia="Times New Roman" w:hAnsi="Times New Roman" w:cs="Times New Roman"/>
          <w:sz w:val="28"/>
          <w:lang w:val="ru-RU"/>
        </w:rPr>
        <w:t>подходящий</w:t>
      </w:r>
      <w:proofErr w:type="gramEnd"/>
      <w:r w:rsidRPr="00A80C53">
        <w:rPr>
          <w:rFonts w:ascii="Times New Roman" w:eastAsia="Times New Roman" w:hAnsi="Times New Roman" w:cs="Times New Roman"/>
          <w:sz w:val="28"/>
          <w:lang w:val="ru-RU"/>
        </w:rPr>
        <w:t xml:space="preserve"> (на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основе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предложенных</w:t>
      </w:r>
      <w:r w:rsidRPr="00A80C53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критериев);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1" w:after="0" w:line="352" w:lineRule="auto"/>
        <w:ind w:right="263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проводить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предложенному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плану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несложное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лингвистическое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исследование,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выполнять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 предложенному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плану проектное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задание;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7" w:after="0" w:line="357" w:lineRule="auto"/>
        <w:ind w:right="264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формулировать выводы и подкреплять их доказательствами на основе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результатов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проведенного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наблюдения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языковым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материалом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(классификации,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сравнения,</w:t>
      </w:r>
      <w:r w:rsidRPr="00A80C53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исследования);</w:t>
      </w:r>
    </w:p>
    <w:p w:rsidR="0068199E" w:rsidRPr="00A80C53" w:rsidRDefault="0068199E" w:rsidP="0068199E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работа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информацией: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57" w:after="0" w:line="352" w:lineRule="auto"/>
        <w:ind w:right="269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выбирать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источник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получения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информации: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нужный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словарь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получения запрашиваемой информации,</w:t>
      </w:r>
      <w:r w:rsidRPr="00A80C53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уточнения;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7" w:after="0" w:line="352" w:lineRule="auto"/>
        <w:ind w:right="266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согласно заданному алгоритму находить в предложенном источнике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информацию;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11" w:after="0" w:line="355" w:lineRule="auto"/>
        <w:ind w:right="258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распознавать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достоверную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недостоверную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информацию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самостоятельно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или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основании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предложенного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учителем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способа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проверки;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9" w:after="0" w:line="355" w:lineRule="auto"/>
        <w:ind w:right="261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соблюдать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помощью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взрослых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(педагогических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работников,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родителей, законных представителей) правила информационной безопасности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 поиске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информации</w:t>
      </w:r>
      <w:r w:rsidRPr="00A80C53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сети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Интернет;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8" w:after="0" w:line="352" w:lineRule="auto"/>
        <w:ind w:right="271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анализировать и создавать текстовую, видео, графическую, звуковую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информацию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соответствии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учебной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задачей;</w:t>
      </w:r>
    </w:p>
    <w:p w:rsidR="0068199E" w:rsidRPr="00A80C53" w:rsidRDefault="0068199E" w:rsidP="0068199E">
      <w:pPr>
        <w:widowControl w:val="0"/>
        <w:numPr>
          <w:ilvl w:val="0"/>
          <w:numId w:val="22"/>
        </w:numPr>
        <w:tabs>
          <w:tab w:val="left" w:pos="1411"/>
        </w:tabs>
        <w:autoSpaceDE w:val="0"/>
        <w:autoSpaceDN w:val="0"/>
        <w:spacing w:before="7" w:after="0" w:line="352" w:lineRule="auto"/>
        <w:ind w:right="270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самостоятельно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создавать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схемы,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таблицы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представления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лингвистической информации.</w:t>
      </w:r>
    </w:p>
    <w:p w:rsidR="0068199E" w:rsidRPr="00A80C53" w:rsidRDefault="0068199E" w:rsidP="0068199E">
      <w:pPr>
        <w:widowControl w:val="0"/>
        <w:autoSpaceDE w:val="0"/>
        <w:autoSpaceDN w:val="0"/>
        <w:spacing w:before="1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1–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     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классах      </w:t>
      </w:r>
      <w:r w:rsidRPr="00A80C53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овладеет      </w:t>
      </w:r>
      <w:r w:rsidRPr="00A80C5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универсальными      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учебными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коммуникативными</w:t>
      </w:r>
      <w:r w:rsidRPr="00A80C53">
        <w:rPr>
          <w:rFonts w:ascii="Times New Roman" w:eastAsia="Times New Roman" w:hAnsi="Times New Roman" w:cs="Times New Roman"/>
          <w:b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действиями:</w:t>
      </w:r>
    </w:p>
    <w:p w:rsidR="0068199E" w:rsidRPr="00A80C53" w:rsidRDefault="0068199E" w:rsidP="0068199E">
      <w:pPr>
        <w:widowControl w:val="0"/>
        <w:autoSpaceDE w:val="0"/>
        <w:autoSpaceDN w:val="0"/>
        <w:spacing w:before="168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общение: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  <w:tab w:val="left" w:pos="3324"/>
          <w:tab w:val="left" w:pos="3707"/>
          <w:tab w:val="left" w:pos="5798"/>
          <w:tab w:val="left" w:pos="7260"/>
          <w:tab w:val="left" w:pos="8637"/>
          <w:tab w:val="left" w:pos="9760"/>
        </w:tabs>
        <w:autoSpaceDE w:val="0"/>
        <w:autoSpaceDN w:val="0"/>
        <w:spacing w:before="152" w:after="0" w:line="352" w:lineRule="auto"/>
        <w:ind w:right="270" w:firstLine="7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воспринимать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и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формулировать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суждения,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выражать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эмоции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соответствии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целями и условиями общения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знакомой</w:t>
      </w:r>
      <w:r w:rsidRPr="00A80C53">
        <w:rPr>
          <w:rFonts w:ascii="Times New Roman" w:eastAsia="Times New Roman" w:hAnsi="Times New Roman" w:cs="Times New Roman"/>
          <w:spacing w:val="10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среде;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  <w:tab w:val="left" w:pos="2883"/>
          <w:tab w:val="left" w:pos="4819"/>
          <w:tab w:val="left" w:pos="6402"/>
          <w:tab w:val="left" w:pos="6800"/>
          <w:tab w:val="left" w:pos="8631"/>
        </w:tabs>
        <w:autoSpaceDE w:val="0"/>
        <w:autoSpaceDN w:val="0"/>
        <w:spacing w:before="12" w:after="0" w:line="352" w:lineRule="auto"/>
        <w:ind w:right="255" w:firstLine="7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проявлять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уважительное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отношение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к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собеседнику,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соблюдать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правила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ведения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диалоги 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дискуссии;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7" w:after="0" w:line="240" w:lineRule="auto"/>
        <w:ind w:left="14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признавать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возможность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существования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разных</w:t>
      </w:r>
      <w:r w:rsidRPr="00A80C5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точек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зрения;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161" w:after="0" w:line="240" w:lineRule="auto"/>
        <w:ind w:left="14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корректно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аргументированно высказывать</w:t>
      </w:r>
      <w:r w:rsidRPr="00A80C5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свое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мнение;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  <w:tab w:val="left" w:pos="2575"/>
          <w:tab w:val="left" w:pos="3745"/>
          <w:tab w:val="left" w:pos="5673"/>
          <w:tab w:val="left" w:pos="6047"/>
          <w:tab w:val="left" w:pos="7882"/>
          <w:tab w:val="left" w:pos="8251"/>
        </w:tabs>
        <w:autoSpaceDE w:val="0"/>
        <w:autoSpaceDN w:val="0"/>
        <w:spacing w:before="161" w:after="0" w:line="352" w:lineRule="auto"/>
        <w:ind w:right="263" w:firstLine="7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строить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речевое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высказывание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в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соответствии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с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поставленной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задачей;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  <w:tab w:val="left" w:pos="5807"/>
        </w:tabs>
        <w:autoSpaceDE w:val="0"/>
        <w:autoSpaceDN w:val="0"/>
        <w:spacing w:before="7" w:after="0" w:line="352" w:lineRule="auto"/>
        <w:ind w:right="260" w:firstLine="7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создавать</w:t>
      </w:r>
      <w:r w:rsidRPr="00A80C53">
        <w:rPr>
          <w:rFonts w:ascii="Times New Roman" w:eastAsia="Times New Roman" w:hAnsi="Times New Roman" w:cs="Times New Roman"/>
          <w:spacing w:val="12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устные</w:t>
      </w:r>
      <w:r w:rsidRPr="00A80C53">
        <w:rPr>
          <w:rFonts w:ascii="Times New Roman" w:eastAsia="Times New Roman" w:hAnsi="Times New Roman" w:cs="Times New Roman"/>
          <w:spacing w:val="12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20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письменные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ab/>
        <w:t>тексты</w:t>
      </w:r>
      <w:r w:rsidRPr="00A80C53">
        <w:rPr>
          <w:rFonts w:ascii="Times New Roman" w:eastAsia="Times New Roman" w:hAnsi="Times New Roman" w:cs="Times New Roman"/>
          <w:spacing w:val="49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(описание,</w:t>
      </w:r>
      <w:r w:rsidRPr="00A80C53">
        <w:rPr>
          <w:rFonts w:ascii="Times New Roman" w:eastAsia="Times New Roman" w:hAnsi="Times New Roman" w:cs="Times New Roman"/>
          <w:spacing w:val="5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рассуждение,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повествование);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11" w:after="0" w:line="240" w:lineRule="auto"/>
        <w:ind w:left="14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готовить</w:t>
      </w:r>
      <w:r w:rsidRPr="00A80C5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небольшие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публичные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выступления;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162" w:after="0" w:line="350" w:lineRule="auto"/>
        <w:ind w:right="261" w:firstLine="7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подбирать</w:t>
      </w:r>
      <w:r w:rsidRPr="00A80C53">
        <w:rPr>
          <w:rFonts w:ascii="Times New Roman" w:eastAsia="Times New Roman" w:hAnsi="Times New Roman" w:cs="Times New Roman"/>
          <w:spacing w:val="3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иллюстративный</w:t>
      </w:r>
      <w:r w:rsidRPr="00A80C53">
        <w:rPr>
          <w:rFonts w:ascii="Times New Roman" w:eastAsia="Times New Roman" w:hAnsi="Times New Roman" w:cs="Times New Roman"/>
          <w:spacing w:val="39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материал</w:t>
      </w:r>
      <w:r w:rsidRPr="00A80C53">
        <w:rPr>
          <w:rFonts w:ascii="Times New Roman" w:eastAsia="Times New Roman" w:hAnsi="Times New Roman" w:cs="Times New Roman"/>
          <w:spacing w:val="39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(рисунки,</w:t>
      </w:r>
      <w:r w:rsidRPr="00A80C53">
        <w:rPr>
          <w:rFonts w:ascii="Times New Roman" w:eastAsia="Times New Roman" w:hAnsi="Times New Roman" w:cs="Times New Roman"/>
          <w:spacing w:val="3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фото,</w:t>
      </w:r>
      <w:r w:rsidRPr="00A80C53">
        <w:rPr>
          <w:rFonts w:ascii="Times New Roman" w:eastAsia="Times New Roman" w:hAnsi="Times New Roman" w:cs="Times New Roman"/>
          <w:spacing w:val="3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плакаты)</w:t>
      </w:r>
      <w:r w:rsidRPr="00A80C53">
        <w:rPr>
          <w:rFonts w:ascii="Times New Roman" w:eastAsia="Times New Roman" w:hAnsi="Times New Roman" w:cs="Times New Roman"/>
          <w:spacing w:val="3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тексту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выступления;</w:t>
      </w:r>
    </w:p>
    <w:p w:rsidR="0068199E" w:rsidRPr="00A80C53" w:rsidRDefault="0068199E" w:rsidP="0068199E">
      <w:pPr>
        <w:widowControl w:val="0"/>
        <w:autoSpaceDE w:val="0"/>
        <w:autoSpaceDN w:val="0"/>
        <w:spacing w:before="19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совместная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деятельность: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157" w:after="0" w:line="357" w:lineRule="auto"/>
        <w:ind w:right="262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формулировать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краткосрочные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долгосрочные</w:t>
      </w:r>
      <w:r w:rsidRPr="00A80C53">
        <w:rPr>
          <w:rFonts w:ascii="Times New Roman" w:eastAsia="Times New Roman" w:hAnsi="Times New Roman" w:cs="Times New Roman"/>
          <w:spacing w:val="7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цели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(индивидуальные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учетом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участия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коллективных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задачах)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стандартной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(типовой) ситуации на основе предложенного учителем формата планирования,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распределения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промежуточных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шагов и сроков;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after="0" w:line="357" w:lineRule="auto"/>
        <w:ind w:right="260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принимать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цель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совместной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деятельности,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коллективно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строить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достижению: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распределять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роли,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договариваться,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обсуждать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процесс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результат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совместной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работы;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after="0" w:line="352" w:lineRule="auto"/>
        <w:ind w:right="268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проявлять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готовность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руководить,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выполнять</w:t>
      </w:r>
      <w:r w:rsidRPr="00A80C53">
        <w:rPr>
          <w:rFonts w:ascii="Times New Roman" w:eastAsia="Times New Roman" w:hAnsi="Times New Roman" w:cs="Times New Roman"/>
          <w:spacing w:val="7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поручения,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подчиняться;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9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ответственно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выполнять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свою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часть</w:t>
      </w:r>
      <w:r w:rsidRPr="00A80C5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работы;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161" w:after="0" w:line="240" w:lineRule="auto"/>
        <w:ind w:left="14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оценивать</w:t>
      </w:r>
      <w:r w:rsidRPr="00A80C53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свой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вклад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общий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результат;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157" w:after="0" w:line="352" w:lineRule="auto"/>
        <w:ind w:right="258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выполнять совместные проектные задания с опорой на предложенные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образцы.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52" w:lineRule="auto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67" w:after="0" w:line="36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 результате изучения учебного предмета «Родной (татарский) язык» в 1–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классах обучающийся овладеет универсальными учебными </w:t>
      </w:r>
      <w:r w:rsidRPr="00A80C5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регулятивными</w:t>
      </w:r>
      <w:r w:rsidRPr="00A80C53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действиями:</w:t>
      </w:r>
    </w:p>
    <w:p w:rsidR="0068199E" w:rsidRPr="00A80C53" w:rsidRDefault="0068199E" w:rsidP="0068199E">
      <w:pPr>
        <w:widowControl w:val="0"/>
        <w:autoSpaceDE w:val="0"/>
        <w:autoSpaceDN w:val="0"/>
        <w:spacing w:before="7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самоорганизация: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157" w:after="0" w:line="352" w:lineRule="auto"/>
        <w:ind w:right="263" w:firstLine="7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планировать</w:t>
      </w:r>
      <w:r w:rsidRPr="00A80C53">
        <w:rPr>
          <w:rFonts w:ascii="Times New Roman" w:eastAsia="Times New Roman" w:hAnsi="Times New Roman" w:cs="Times New Roman"/>
          <w:spacing w:val="5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действия</w:t>
      </w:r>
      <w:r w:rsidRPr="00A80C53">
        <w:rPr>
          <w:rFonts w:ascii="Times New Roman" w:eastAsia="Times New Roman" w:hAnsi="Times New Roman" w:cs="Times New Roman"/>
          <w:spacing w:val="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решению</w:t>
      </w:r>
      <w:r w:rsidRPr="00A80C53">
        <w:rPr>
          <w:rFonts w:ascii="Times New Roman" w:eastAsia="Times New Roman" w:hAnsi="Times New Roman" w:cs="Times New Roman"/>
          <w:spacing w:val="9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учебной</w:t>
      </w:r>
      <w:r w:rsidRPr="00A80C53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задачи</w:t>
      </w:r>
      <w:r w:rsidRPr="00A80C53">
        <w:rPr>
          <w:rFonts w:ascii="Times New Roman" w:eastAsia="Times New Roman" w:hAnsi="Times New Roman" w:cs="Times New Roman"/>
          <w:spacing w:val="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9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получения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результата;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7" w:after="0" w:line="240" w:lineRule="auto"/>
        <w:ind w:left="14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выстраивать</w:t>
      </w:r>
      <w:r w:rsidRPr="00A80C5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последовательность</w:t>
      </w:r>
      <w:r w:rsidRPr="00A80C53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выбранных</w:t>
      </w:r>
      <w:r w:rsidRPr="00A80C53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действий;</w:t>
      </w:r>
    </w:p>
    <w:p w:rsidR="0068199E" w:rsidRPr="00A80C53" w:rsidRDefault="0068199E" w:rsidP="0068199E">
      <w:pPr>
        <w:widowControl w:val="0"/>
        <w:autoSpaceDE w:val="0"/>
        <w:autoSpaceDN w:val="0"/>
        <w:spacing w:before="166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самоконтроль: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157" w:after="0" w:line="240" w:lineRule="auto"/>
        <w:ind w:left="14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устанавливать</w:t>
      </w:r>
      <w:r w:rsidRPr="00A80C53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причины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успеха/неудач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учебной</w:t>
      </w:r>
      <w:r w:rsidRPr="00A80C53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деятельности;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0"/>
          <w:tab w:val="left" w:pos="1411"/>
        </w:tabs>
        <w:autoSpaceDE w:val="0"/>
        <w:autoSpaceDN w:val="0"/>
        <w:spacing w:before="157" w:after="0" w:line="240" w:lineRule="auto"/>
        <w:ind w:left="1410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корректировать</w:t>
      </w:r>
      <w:r w:rsidRPr="00A80C5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свои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учебные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действия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преодоления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ошибок.</w:t>
      </w:r>
    </w:p>
    <w:p w:rsidR="0068199E" w:rsidRPr="00A80C53" w:rsidRDefault="0068199E" w:rsidP="0068199E">
      <w:pPr>
        <w:widowControl w:val="0"/>
        <w:autoSpaceDE w:val="0"/>
        <w:autoSpaceDN w:val="0"/>
        <w:spacing w:before="28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1" w:name="Предметные_результаты"/>
      <w:bookmarkStart w:id="22" w:name="_bookmark13"/>
      <w:bookmarkEnd w:id="21"/>
      <w:bookmarkEnd w:id="22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Предметные</w:t>
      </w:r>
      <w:r w:rsidRPr="00A80C5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результаты</w:t>
      </w:r>
    </w:p>
    <w:p w:rsidR="0068199E" w:rsidRPr="00A80C53" w:rsidRDefault="0068199E" w:rsidP="0068199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357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«Родной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(татарский)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1–4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классах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обеспечивает: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5" w:after="0" w:line="357" w:lineRule="auto"/>
        <w:ind w:right="105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lang w:val="ru-RU"/>
        </w:rPr>
        <w:t>понимание роли языка как основного средства человеческого общения,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осознание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как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одной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из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главных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духовно-нравственных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ценностей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народа;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понимание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значения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языка</w:t>
      </w:r>
      <w:r w:rsidRPr="00A80C53">
        <w:rPr>
          <w:rFonts w:ascii="Times New Roman" w:eastAsia="Times New Roman" w:hAnsi="Times New Roman" w:cs="Times New Roman"/>
          <w:spacing w:val="7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освоения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укрепления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народных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традиций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культуры;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проявление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познавательного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интереса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родному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языку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 желания его изучать;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4" w:after="0" w:line="357" w:lineRule="auto"/>
        <w:ind w:right="115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A80C53">
        <w:rPr>
          <w:rFonts w:ascii="Times New Roman" w:eastAsia="Times New Roman" w:hAnsi="Times New Roman" w:cs="Times New Roman"/>
          <w:sz w:val="28"/>
          <w:lang w:val="ru-RU"/>
        </w:rPr>
        <w:t>сформированность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первоначальных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представлений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единстве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многообразии языкового и культурного пространства Российской Федерации, 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месте</w:t>
      </w:r>
      <w:r w:rsidRPr="00A80C53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среди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других</w:t>
      </w:r>
      <w:r w:rsidRPr="00A80C53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языков</w:t>
      </w:r>
      <w:r w:rsidRPr="00A80C53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народов</w:t>
      </w:r>
      <w:r w:rsidRPr="00A80C53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России;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after="0" w:line="352" w:lineRule="auto"/>
        <w:ind w:right="116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A80C53">
        <w:rPr>
          <w:rFonts w:ascii="Times New Roman" w:eastAsia="Times New Roman" w:hAnsi="Times New Roman" w:cs="Times New Roman"/>
          <w:sz w:val="28"/>
          <w:lang w:val="ru-RU"/>
        </w:rPr>
        <w:t>сформированность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первоначальных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знаний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фонетике,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лексике,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грамматике,</w:t>
      </w:r>
      <w:r w:rsidRPr="00A80C53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орфографии и пунктуации</w:t>
      </w:r>
      <w:r w:rsidRPr="00A80C53">
        <w:rPr>
          <w:rFonts w:ascii="Times New Roman" w:eastAsia="Times New Roman" w:hAnsi="Times New Roman" w:cs="Times New Roman"/>
          <w:spacing w:val="8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языка;</w:t>
      </w: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10" w:after="0" w:line="357" w:lineRule="auto"/>
        <w:ind w:right="113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A80C53">
        <w:rPr>
          <w:rFonts w:ascii="Times New Roman" w:eastAsia="Times New Roman" w:hAnsi="Times New Roman" w:cs="Times New Roman"/>
          <w:sz w:val="28"/>
          <w:lang w:val="ru-RU"/>
        </w:rPr>
        <w:t>сформированность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умений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применять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полученные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знания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речевой</w:t>
      </w:r>
      <w:r w:rsidRPr="00A80C53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деятельности,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употреблять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речи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изученную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лексику,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строить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устные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высказывания, используя усвоенную лексику и полученные языковые знания,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участвовать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речевом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общении,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используя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изученные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формулы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речевого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этикета;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57" w:lineRule="auto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numPr>
          <w:ilvl w:val="0"/>
          <w:numId w:val="21"/>
        </w:numPr>
        <w:tabs>
          <w:tab w:val="left" w:pos="1411"/>
        </w:tabs>
        <w:autoSpaceDE w:val="0"/>
        <w:autoSpaceDN w:val="0"/>
        <w:spacing w:before="87" w:after="0" w:line="357" w:lineRule="auto"/>
        <w:ind w:right="111" w:firstLine="71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A80C53">
        <w:rPr>
          <w:rFonts w:ascii="Times New Roman" w:eastAsia="Times New Roman" w:hAnsi="Times New Roman" w:cs="Times New Roman"/>
          <w:sz w:val="28"/>
          <w:lang w:val="ru-RU"/>
        </w:rPr>
        <w:lastRenderedPageBreak/>
        <w:t>сформированность</w:t>
      </w:r>
      <w:proofErr w:type="spellEnd"/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развитие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всех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видов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речевой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деятельности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татарском языке (слушание, говорение, чтение и письмо) и умения составлять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небольшие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рассказы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заданной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теме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татарском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языке,</w:t>
      </w:r>
      <w:r w:rsidRPr="00A80C53">
        <w:rPr>
          <w:rFonts w:ascii="Times New Roman" w:eastAsia="Times New Roman" w:hAnsi="Times New Roman" w:cs="Times New Roman"/>
          <w:spacing w:val="7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используя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полученные</w:t>
      </w:r>
      <w:r w:rsidRPr="00A80C53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lang w:val="ru-RU"/>
        </w:rPr>
        <w:t>знания.</w:t>
      </w:r>
    </w:p>
    <w:p w:rsidR="0068199E" w:rsidRPr="00A80C53" w:rsidRDefault="0068199E" w:rsidP="0068199E">
      <w:pPr>
        <w:widowControl w:val="0"/>
        <w:autoSpaceDE w:val="0"/>
        <w:autoSpaceDN w:val="0"/>
        <w:spacing w:before="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Планируемые</w:t>
      </w:r>
      <w:r w:rsidRPr="00A80C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результаты</w:t>
      </w:r>
      <w:r w:rsidRPr="00A80C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классам</w:t>
      </w:r>
    </w:p>
    <w:p w:rsidR="0068199E" w:rsidRPr="00A80C53" w:rsidRDefault="0068199E" w:rsidP="0068199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:rsidR="0068199E" w:rsidRPr="00A80C53" w:rsidRDefault="00500644" w:rsidP="00500644">
      <w:pPr>
        <w:widowControl w:val="0"/>
        <w:tabs>
          <w:tab w:val="left" w:pos="4998"/>
        </w:tabs>
        <w:autoSpaceDE w:val="0"/>
        <w:autoSpaceDN w:val="0"/>
        <w:spacing w:after="0" w:line="240" w:lineRule="auto"/>
        <w:ind w:left="499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3" w:name="1_класс"/>
      <w:bookmarkStart w:id="24" w:name="_bookmark14"/>
      <w:bookmarkEnd w:id="23"/>
      <w:bookmarkEnd w:id="24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="0068199E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научится: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понимать</w:t>
      </w:r>
      <w:r w:rsidRPr="00A80C5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прочитанный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9" w:after="0" w:line="362" w:lineRule="auto"/>
        <w:ind w:right="1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воспринимать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слух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аудиотекст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построенный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знакомом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языковом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57" w:lineRule="auto"/>
        <w:ind w:right="1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вести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элементарный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диалог,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расспрашивая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собеседника,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отвечая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вопросы;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рассказывать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себе,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друзьях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д.;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362" w:lineRule="auto"/>
        <w:ind w:righ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читать</w:t>
      </w:r>
      <w:r w:rsidRPr="00A80C53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вслух</w:t>
      </w:r>
      <w:r w:rsidRPr="00A80C5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небольшой</w:t>
      </w:r>
      <w:r w:rsidRPr="00A80C5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текст,</w:t>
      </w:r>
      <w:r w:rsidRPr="00A80C53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построенный</w:t>
      </w:r>
      <w:r w:rsidRPr="00A80C5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изученном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языковом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материале с соблюдением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 произношения 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интонирования;</w:t>
      </w:r>
    </w:p>
    <w:p w:rsidR="0068199E" w:rsidRPr="00A80C53" w:rsidRDefault="0068199E" w:rsidP="0068199E">
      <w:pPr>
        <w:widowControl w:val="0"/>
        <w:tabs>
          <w:tab w:val="left" w:pos="1410"/>
          <w:tab w:val="left" w:pos="2638"/>
          <w:tab w:val="left" w:pos="4009"/>
          <w:tab w:val="left" w:pos="5439"/>
          <w:tab w:val="left" w:pos="6148"/>
          <w:tab w:val="left" w:pos="7918"/>
        </w:tabs>
        <w:autoSpaceDE w:val="0"/>
        <w:autoSpaceDN w:val="0"/>
        <w:spacing w:after="0" w:line="357" w:lineRule="auto"/>
        <w:ind w:right="12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читать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целыми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словами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скоростью,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соответствующей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индивидуальному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темпу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ребенка;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владеть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начертанием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письменных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прописных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строчных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57" w:lineRule="auto"/>
        <w:ind w:right="1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писать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разборчиво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буквы,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буквосочетания,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слоги,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соблюдением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гигиенических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осознавать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единство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звукового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состава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количество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последовательность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звуков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буквы: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буква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звука;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1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проводить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слого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-звуковой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разбор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слова;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вырабатывать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связное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ритмичное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написание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букв;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   читать осознанно про себя и вслух слова, словосочетания, предложения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короткие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интонациями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паузами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соответствии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знаками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препинания;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2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7" w:after="0" w:line="362" w:lineRule="auto"/>
        <w:ind w:right="1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гласные и согласные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звуки,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гласные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ударные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безударные,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твердые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мягкие; согласные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звонкие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глухие;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правильно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специфичные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гласные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[ә], [ө],</w:t>
      </w:r>
      <w:proofErr w:type="gramEnd"/>
    </w:p>
    <w:p w:rsidR="0068199E" w:rsidRPr="00A80C53" w:rsidRDefault="0068199E" w:rsidP="0068199E">
      <w:pPr>
        <w:widowControl w:val="0"/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[ү];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правильно</w:t>
      </w:r>
      <w:r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</w:t>
      </w:r>
      <w:r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специфичные</w:t>
      </w:r>
      <w:r w:rsidRPr="00A80C53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согласные</w:t>
      </w:r>
      <w:r w:rsidRPr="00A80C53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</w:t>
      </w:r>
      <w:r w:rsidRPr="00A80C53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</w:t>
      </w:r>
      <w:r w:rsidRPr="00A80C5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[w],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[ғ],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[қ],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[җ],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[ң],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[һ];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62" w:lineRule="auto"/>
        <w:ind w:right="1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употреблять</w:t>
      </w:r>
      <w:r w:rsidRPr="00A80C53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A80C53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письме</w:t>
      </w:r>
      <w:r w:rsidRPr="00A80C53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буквы,</w:t>
      </w:r>
      <w:r w:rsidRPr="00A80C5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обозначающие</w:t>
      </w:r>
      <w:r w:rsidRPr="00A80C53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специфичные</w:t>
      </w:r>
      <w:r w:rsidRPr="00A80C53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 языка;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функции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ё,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ю,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букв, не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обозначающих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(ъ, ь);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выделять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ударный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количество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слогов;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62" w:lineRule="auto"/>
        <w:ind w:right="6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произносить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сочетания</w:t>
      </w:r>
      <w:r w:rsidRPr="00A80C5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звуков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словах</w:t>
      </w:r>
      <w:r w:rsidRPr="00A80C53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соответствии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нормами современного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 литературного языка;</w:t>
      </w:r>
    </w:p>
    <w:p w:rsidR="0068199E" w:rsidRPr="00A80C53" w:rsidRDefault="0068199E" w:rsidP="0068199E">
      <w:pPr>
        <w:widowControl w:val="0"/>
        <w:tabs>
          <w:tab w:val="left" w:pos="1410"/>
          <w:tab w:val="left" w:pos="3223"/>
          <w:tab w:val="left" w:pos="4868"/>
          <w:tab w:val="left" w:pos="6178"/>
          <w:tab w:val="left" w:pos="8029"/>
          <w:tab w:val="left" w:pos="9769"/>
        </w:tabs>
        <w:autoSpaceDE w:val="0"/>
        <w:autoSpaceDN w:val="0"/>
        <w:spacing w:after="0" w:line="362" w:lineRule="auto"/>
        <w:ind w:right="1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правильно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называть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буквы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татарского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алфавита,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их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последовательность;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сопоставлять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различающиеся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одним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несколькими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звуками;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использовать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разделительный</w:t>
      </w:r>
      <w:proofErr w:type="gramEnd"/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ъ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ь;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составлять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заданных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62" w:lineRule="auto"/>
        <w:ind w:right="6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писать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без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искажений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прописные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буквы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начале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именах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собственных;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62" w:lineRule="auto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оформлять</w:t>
      </w:r>
      <w:r w:rsidRPr="00A80C5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предложение</w:t>
      </w:r>
      <w:r w:rsidRPr="00A80C53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письме,</w:t>
      </w:r>
      <w:r w:rsidRPr="00A80C53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выбирать</w:t>
      </w:r>
      <w:r w:rsidRPr="00A80C5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</w:t>
      </w:r>
      <w:r w:rsidRPr="00A80C53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конца</w:t>
      </w:r>
      <w:r w:rsidRPr="00A80C53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соответствии со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смыслом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интонацией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62" w:lineRule="auto"/>
        <w:ind w:right="11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понимать</w:t>
      </w:r>
      <w:r w:rsidRPr="00A80C53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функции</w:t>
      </w:r>
      <w:r w:rsidRPr="00A80C5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небуквенных</w:t>
      </w:r>
      <w:r w:rsidRPr="00A80C53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графических</w:t>
      </w:r>
      <w:r w:rsidRPr="00A80C53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средств:</w:t>
      </w:r>
      <w:r w:rsidRPr="00A80C53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пробела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между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словами,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знака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переноса;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57" w:lineRule="auto"/>
        <w:ind w:right="1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списывать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(без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пропусков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искажений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предложения,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объемом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более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10 слов;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62" w:lineRule="auto"/>
        <w:ind w:right="1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писать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</w:t>
      </w:r>
      <w:r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диктовку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Pr="00A80C5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</w:t>
      </w:r>
      <w:r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A80C5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слов,</w:t>
      </w:r>
      <w:r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</w:t>
      </w:r>
      <w:r w:rsidRPr="00A80C53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объемом</w:t>
      </w:r>
      <w:r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более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особенности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присоединения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аффиксов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татарском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собственные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57" w:lineRule="auto"/>
        <w:ind w:right="12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существительные</w:t>
      </w:r>
      <w:r w:rsidRPr="00A80C5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одушевленные</w:t>
      </w:r>
      <w:r w:rsidRPr="00A80C5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неодушевленные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 вопросам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«кем?»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(«кто?»)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нәрсә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?» («что?»);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тексту;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интонацию</w:t>
      </w:r>
      <w:r w:rsidRPr="00A80C5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предложения;</w:t>
      </w:r>
    </w:p>
    <w:p w:rsidR="0068199E" w:rsidRPr="00A80C53" w:rsidRDefault="0068199E" w:rsidP="0068199E">
      <w:pPr>
        <w:widowControl w:val="0"/>
        <w:tabs>
          <w:tab w:val="left" w:pos="1410"/>
          <w:tab w:val="left" w:pos="2954"/>
          <w:tab w:val="left" w:pos="3851"/>
          <w:tab w:val="left" w:pos="4191"/>
          <w:tab w:val="left" w:pos="6000"/>
          <w:tab w:val="left" w:pos="6944"/>
          <w:tab w:val="left" w:pos="8738"/>
          <w:tab w:val="left" w:pos="9222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место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предложении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слова,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отвечающего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вопрос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нишли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?»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(«что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делает?»);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36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соблюдать нормы речевого этикета в ситуациях учебного и бытового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(приветствие,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прощание,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извинение,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благодарность,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обращение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просьбой);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62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формулировать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высказывание,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соблюдая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орфоэпические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интонационные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нормы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 языка.</w:t>
      </w:r>
    </w:p>
    <w:p w:rsidR="0068199E" w:rsidRPr="00A80C53" w:rsidRDefault="0068199E" w:rsidP="0068199E">
      <w:pPr>
        <w:widowControl w:val="0"/>
        <w:numPr>
          <w:ilvl w:val="0"/>
          <w:numId w:val="25"/>
        </w:numPr>
        <w:tabs>
          <w:tab w:val="left" w:pos="4998"/>
        </w:tabs>
        <w:autoSpaceDE w:val="0"/>
        <w:autoSpaceDN w:val="0"/>
        <w:spacing w:before="11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5" w:name="2_класс"/>
      <w:bookmarkStart w:id="26" w:name="_bookmark15"/>
      <w:bookmarkEnd w:id="25"/>
      <w:bookmarkEnd w:id="26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научится: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участвовать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диалогах-расспросах;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362" w:lineRule="auto"/>
        <w:ind w:right="1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составлять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небольшой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повествовательного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серии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сюжетных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картинок;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рассказывать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себе,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друзьях,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любимых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животных,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каникулах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д.;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участвовать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беседе по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содержанию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текста;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пересказывать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прослушанный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текст;</w:t>
      </w: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слух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речь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учителя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одноклассников;</w:t>
      </w:r>
    </w:p>
    <w:p w:rsidR="0068199E" w:rsidRPr="00A80C53" w:rsidRDefault="0068199E" w:rsidP="006819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выразительно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кст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всл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ух,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соблюдая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интонацию;</w:t>
      </w:r>
    </w:p>
    <w:p w:rsidR="0068199E" w:rsidRPr="00A80C53" w:rsidRDefault="0068199E" w:rsidP="0068199E">
      <w:pPr>
        <w:widowControl w:val="0"/>
        <w:autoSpaceDE w:val="0"/>
        <w:autoSpaceDN w:val="0"/>
        <w:spacing w:before="162" w:after="0" w:line="357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списывать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(без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пропусков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искажений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 объемом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более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15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слов;</w:t>
      </w:r>
    </w:p>
    <w:p w:rsidR="0068199E" w:rsidRPr="00A80C53" w:rsidRDefault="0068199E" w:rsidP="0068199E">
      <w:pPr>
        <w:widowControl w:val="0"/>
        <w:autoSpaceDE w:val="0"/>
        <w:autoSpaceDN w:val="0"/>
        <w:spacing w:before="6"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писать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диктовку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(без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пропусков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искажений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букв)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предложения,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 более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15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 учетом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изученных правил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правописания;</w:t>
      </w:r>
    </w:p>
    <w:p w:rsidR="0068199E" w:rsidRPr="00A80C53" w:rsidRDefault="0068199E" w:rsidP="0068199E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pacing w:val="11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писать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изложение;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характеризовать</w:t>
      </w:r>
      <w:r w:rsidRPr="00A80C53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гласные</w:t>
      </w:r>
      <w:r w:rsidRPr="00A80C53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согласные</w:t>
      </w:r>
      <w:r w:rsidRPr="00A80C5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звуки;</w:t>
      </w:r>
      <w:r w:rsidRPr="00A80C53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A80C53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группировать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заданным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критериям;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специфичные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звуки татарского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выявлять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случаи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употребления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синонимов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антонимов;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уточнять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значение слова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помощью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толкового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словаря;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самостоятельные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части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существительные,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роль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образовывать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множественное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существительных;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употреблять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множественном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выделять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собственные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нарицательные;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прилагательные,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роль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глаголы, определять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роль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62" w:lineRule="auto"/>
        <w:ind w:right="1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соблюдать нормы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 литературного</w:t>
      </w:r>
      <w:r w:rsidRPr="00A80C5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 в собственной речи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оценивать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соблюдение этих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 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собеседников;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62" w:lineRule="auto"/>
        <w:ind w:right="11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строить</w:t>
      </w:r>
      <w:r w:rsidRPr="00A80C5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определенной</w:t>
      </w:r>
      <w:r w:rsidRPr="00A80C5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речевой</w:t>
      </w:r>
      <w:r w:rsidRPr="00A80C53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задачи</w:t>
      </w:r>
      <w:r w:rsidRPr="00A80C5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(для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ответа на заданный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выражения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собственного мнения);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образцы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диалогической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монологической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6" w:after="0" w:line="362" w:lineRule="auto"/>
        <w:ind w:righ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анализировать</w:t>
      </w:r>
      <w:r w:rsidRPr="00A80C53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уместность</w:t>
      </w:r>
      <w:r w:rsidRPr="00A80C5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использования</w:t>
      </w:r>
      <w:r w:rsidRPr="00A80C53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</w:t>
      </w:r>
      <w:r w:rsidRPr="00A80C5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устного</w:t>
      </w:r>
      <w:r w:rsidRPr="00A80C53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общения</w:t>
      </w:r>
      <w:r w:rsidRPr="00A80C53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ситуациях,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время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монолога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владеть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нормами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речевого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этикета.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8"/>
          <w:lang w:val="ru-RU"/>
        </w:rPr>
      </w:pPr>
    </w:p>
    <w:p w:rsidR="0068199E" w:rsidRPr="00500644" w:rsidRDefault="0068199E" w:rsidP="00500644">
      <w:pPr>
        <w:pStyle w:val="ae"/>
        <w:widowControl w:val="0"/>
        <w:numPr>
          <w:ilvl w:val="0"/>
          <w:numId w:val="25"/>
        </w:numPr>
        <w:tabs>
          <w:tab w:val="left" w:pos="499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7" w:name="3_класс"/>
      <w:bookmarkStart w:id="28" w:name="_bookmark16"/>
      <w:bookmarkEnd w:id="27"/>
      <w:bookmarkEnd w:id="28"/>
      <w:r w:rsidRPr="005006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научится: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строить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устное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диалогическое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монологическое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высказывание;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разыгрывать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готовые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изученные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темы;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создавать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небольшие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устные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письменные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(5-10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предложений);</w:t>
      </w:r>
    </w:p>
    <w:p w:rsidR="0068199E" w:rsidRPr="00A80C53" w:rsidRDefault="0068199E" w:rsidP="0068199E">
      <w:pPr>
        <w:widowControl w:val="0"/>
        <w:tabs>
          <w:tab w:val="left" w:pos="1410"/>
          <w:tab w:val="left" w:pos="3683"/>
          <w:tab w:val="left" w:pos="4378"/>
          <w:tab w:val="left" w:pos="6187"/>
          <w:tab w:val="left" w:pos="7694"/>
          <w:tab w:val="left" w:pos="8370"/>
        </w:tabs>
        <w:autoSpaceDE w:val="0"/>
        <w:autoSpaceDN w:val="0"/>
        <w:spacing w:before="163" w:after="0" w:line="362" w:lineRule="auto"/>
        <w:ind w:right="11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рассматривать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описывать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картину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определенной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последовательности;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62" w:lineRule="auto"/>
        <w:ind w:right="1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читать</w:t>
      </w:r>
      <w:r w:rsidRPr="00A80C5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себя</w:t>
      </w:r>
      <w:r w:rsidRPr="00A80C5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основное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небольшого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текста,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построенного на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знакомом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языковом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находить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нужную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before="20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слов;</w:t>
      </w:r>
    </w:p>
    <w:p w:rsidR="0068199E" w:rsidRPr="00A80C53" w:rsidRDefault="0068199E" w:rsidP="0068199E">
      <w:pPr>
        <w:widowControl w:val="0"/>
        <w:tabs>
          <w:tab w:val="left" w:pos="483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br w:type="column"/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списывать</w:t>
      </w:r>
      <w:r w:rsidRPr="00A80C5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A80C5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предложения,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A80C5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объемом</w:t>
      </w:r>
      <w:r w:rsidRPr="00A80C53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более</w:t>
      </w:r>
      <w:r w:rsidRPr="00A80C53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8"/>
          <w:lang w:val="ru-RU"/>
        </w:rPr>
      </w:pPr>
    </w:p>
    <w:p w:rsidR="0068199E" w:rsidRPr="00A80C53" w:rsidRDefault="0068199E" w:rsidP="0068199E">
      <w:pPr>
        <w:widowControl w:val="0"/>
        <w:tabs>
          <w:tab w:val="left" w:pos="4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писать</w:t>
      </w:r>
      <w:r w:rsidRPr="00A80C53">
        <w:rPr>
          <w:rFonts w:ascii="Times New Roman" w:eastAsia="Times New Roman" w:hAnsi="Times New Roman" w:cs="Times New Roman"/>
          <w:spacing w:val="11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</w:t>
      </w:r>
      <w:r w:rsidRPr="00A80C53">
        <w:rPr>
          <w:rFonts w:ascii="Times New Roman" w:eastAsia="Times New Roman" w:hAnsi="Times New Roman" w:cs="Times New Roman"/>
          <w:spacing w:val="12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диктовку</w:t>
      </w:r>
      <w:r w:rsidRPr="00A80C53">
        <w:rPr>
          <w:rFonts w:ascii="Times New Roman" w:eastAsia="Times New Roman" w:hAnsi="Times New Roman" w:cs="Times New Roman"/>
          <w:spacing w:val="11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A80C53">
        <w:rPr>
          <w:rFonts w:ascii="Times New Roman" w:eastAsia="Times New Roman" w:hAnsi="Times New Roman" w:cs="Times New Roman"/>
          <w:spacing w:val="11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объемом</w:t>
      </w:r>
      <w:r w:rsidRPr="00A80C53">
        <w:rPr>
          <w:rFonts w:ascii="Times New Roman" w:eastAsia="Times New Roman" w:hAnsi="Times New Roman" w:cs="Times New Roman"/>
          <w:spacing w:val="1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0C53">
        <w:rPr>
          <w:rFonts w:ascii="Times New Roman" w:eastAsia="Times New Roman" w:hAnsi="Times New Roman" w:cs="Times New Roman"/>
          <w:spacing w:val="12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более</w:t>
      </w:r>
      <w:r w:rsidRPr="00A80C53">
        <w:rPr>
          <w:rFonts w:ascii="Times New Roman" w:eastAsia="Times New Roman" w:hAnsi="Times New Roman" w:cs="Times New Roman"/>
          <w:spacing w:val="1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Pr="00A80C53">
        <w:rPr>
          <w:rFonts w:ascii="Times New Roman" w:eastAsia="Times New Roman" w:hAnsi="Times New Roman" w:cs="Times New Roman"/>
          <w:spacing w:val="1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11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1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учетом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num="2" w:space="720" w:equalWidth="0">
            <w:col w:w="888" w:space="40"/>
            <w:col w:w="9242"/>
          </w:cols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изученных</w:t>
      </w:r>
      <w:r w:rsidRPr="00A80C5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правописания;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составлять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разрозненных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предложений,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частей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362" w:lineRule="auto"/>
        <w:ind w:right="1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использовать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алфавит</w:t>
      </w:r>
      <w:r w:rsidRPr="00A80C5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упорядочения</w:t>
      </w:r>
      <w:r w:rsidRPr="00A80C5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списка</w:t>
      </w:r>
      <w:r w:rsidRPr="00A80C5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A80C5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работе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словарями 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справочниками;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57" w:lineRule="auto"/>
        <w:ind w:right="11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находить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исправлять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орфографические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пунктуационные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ошибки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называть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основные способы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словообразования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татарском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сложные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понимать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единицы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лексического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уровня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однозначные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многозначные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наблюдать</w:t>
      </w:r>
      <w:r w:rsidRPr="00A80C53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80C53">
        <w:rPr>
          <w:rFonts w:ascii="Times New Roman" w:eastAsia="Times New Roman" w:hAnsi="Times New Roman" w:cs="Times New Roman"/>
          <w:spacing w:val="9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употреблением</w:t>
      </w:r>
      <w:r w:rsidRPr="00A80C53">
        <w:rPr>
          <w:rFonts w:ascii="Times New Roman" w:eastAsia="Times New Roman" w:hAnsi="Times New Roman" w:cs="Times New Roman"/>
          <w:spacing w:val="9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синонимов,</w:t>
      </w:r>
      <w:r w:rsidRPr="00A80C53">
        <w:rPr>
          <w:rFonts w:ascii="Times New Roman" w:eastAsia="Times New Roman" w:hAnsi="Times New Roman" w:cs="Times New Roman"/>
          <w:spacing w:val="9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антонимов</w:t>
      </w:r>
      <w:r w:rsidRPr="00A80C53">
        <w:rPr>
          <w:rFonts w:ascii="Times New Roman" w:eastAsia="Times New Roman" w:hAnsi="Times New Roman" w:cs="Times New Roman"/>
          <w:spacing w:val="8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8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омонимов</w:t>
      </w:r>
      <w:r w:rsidRPr="00A80C53">
        <w:rPr>
          <w:rFonts w:ascii="Times New Roman" w:eastAsia="Times New Roman" w:hAnsi="Times New Roman" w:cs="Times New Roman"/>
          <w:spacing w:val="88"/>
          <w:sz w:val="28"/>
          <w:szCs w:val="28"/>
          <w:lang w:val="ru-RU"/>
        </w:rPr>
        <w:t xml:space="preserve"> 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type w:val="continuous"/>
          <w:pgSz w:w="11910" w:h="16840"/>
          <w:pgMar w:top="1040" w:right="740" w:bottom="280" w:left="1000" w:header="720" w:footer="720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речи;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br w:type="column"/>
      </w:r>
    </w:p>
    <w:p w:rsidR="0068199E" w:rsidRPr="00A80C53" w:rsidRDefault="0068199E" w:rsidP="0068199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  <w:lang w:val="ru-RU"/>
        </w:rPr>
      </w:pPr>
    </w:p>
    <w:p w:rsidR="0068199E" w:rsidRPr="00A80C53" w:rsidRDefault="0068199E" w:rsidP="0068199E">
      <w:pPr>
        <w:widowControl w:val="0"/>
        <w:tabs>
          <w:tab w:val="left" w:pos="4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подбирать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синонимы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антонимы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словам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частей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речи;</w:t>
      </w:r>
    </w:p>
    <w:p w:rsidR="0068199E" w:rsidRPr="00A80C53" w:rsidRDefault="0068199E" w:rsidP="0068199E">
      <w:pPr>
        <w:widowControl w:val="0"/>
        <w:tabs>
          <w:tab w:val="left" w:pos="464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употребленные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прямом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переносном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значении;</w:t>
      </w:r>
    </w:p>
    <w:p w:rsidR="0068199E" w:rsidRPr="00A80C53" w:rsidRDefault="0068199E" w:rsidP="0068199E">
      <w:pPr>
        <w:widowControl w:val="0"/>
        <w:tabs>
          <w:tab w:val="left" w:pos="464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выделять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корень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(простые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случаи);</w:t>
      </w:r>
    </w:p>
    <w:p w:rsidR="0068199E" w:rsidRPr="00A80C53" w:rsidRDefault="0068199E" w:rsidP="0068199E">
      <w:pPr>
        <w:widowControl w:val="0"/>
        <w:tabs>
          <w:tab w:val="left" w:pos="464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однокоренные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формы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одного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того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слова;</w:t>
      </w:r>
    </w:p>
    <w:p w:rsidR="0068199E" w:rsidRPr="00A80C53" w:rsidRDefault="0068199E" w:rsidP="0068199E">
      <w:pPr>
        <w:widowControl w:val="0"/>
        <w:tabs>
          <w:tab w:val="left" w:pos="464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характеризовать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морфемный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слова;</w:t>
      </w:r>
    </w:p>
    <w:p w:rsidR="0068199E" w:rsidRPr="00A80C53" w:rsidRDefault="0068199E" w:rsidP="0068199E">
      <w:pPr>
        <w:widowControl w:val="0"/>
        <w:tabs>
          <w:tab w:val="left" w:pos="464"/>
          <w:tab w:val="left" w:pos="2314"/>
          <w:tab w:val="left" w:pos="3326"/>
          <w:tab w:val="left" w:pos="5794"/>
          <w:tab w:val="left" w:pos="8062"/>
        </w:tabs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имена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существительные,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прилагательные,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глаголы,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type w:val="continuous"/>
          <w:pgSz w:w="11910" w:h="16840"/>
          <w:pgMar w:top="1040" w:right="740" w:bottom="280" w:left="1000" w:header="720" w:footer="720" w:gutter="0"/>
          <w:cols w:num="2" w:space="720" w:equalWidth="0">
            <w:col w:w="907" w:space="40"/>
            <w:col w:w="9223"/>
          </w:cols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определять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грамматические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признаки;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изменять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числам,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падежам;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падеж,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котором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употреблено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имя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существительное;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сложные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имена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существительные;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образовывать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сравнительную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степень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имен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прилагательных;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9" w:after="0" w:line="362" w:lineRule="auto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личные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местоимения,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использовать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личные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местоимения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устранения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повторов в тексте;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57" w:lineRule="auto"/>
        <w:ind w:right="1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личные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местоимения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1,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2,</w:t>
      </w:r>
      <w:r w:rsidRPr="00A80C5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3-го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лица</w:t>
      </w:r>
      <w:r w:rsidRPr="00A80C5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единственного</w:t>
      </w:r>
      <w:r w:rsidRPr="00A80C5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множественного числа;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57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type w:val="continuous"/>
          <w:pgSz w:w="11910" w:h="16840"/>
          <w:pgMar w:top="1040" w:right="740" w:bottom="280" w:left="1000" w:header="720" w:footer="720" w:gutter="0"/>
          <w:cols w:space="720"/>
        </w:sectPr>
      </w:pP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склонять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личные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местоимения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падежам;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57" w:lineRule="auto"/>
        <w:ind w:right="1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употреблять имена существительные с глаголами 3 лица единственного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множественного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чисел;</w:t>
      </w:r>
    </w:p>
    <w:p w:rsidR="0068199E" w:rsidRPr="00A80C53" w:rsidRDefault="0068199E" w:rsidP="0068199E">
      <w:pPr>
        <w:widowControl w:val="0"/>
        <w:tabs>
          <w:tab w:val="left" w:pos="1410"/>
          <w:tab w:val="left" w:pos="3093"/>
          <w:tab w:val="left" w:pos="3965"/>
          <w:tab w:val="left" w:pos="5568"/>
          <w:tab w:val="left" w:pos="6855"/>
          <w:tab w:val="left" w:pos="8238"/>
          <w:tab w:val="left" w:pos="8579"/>
          <w:tab w:val="left" w:pos="9419"/>
        </w:tabs>
        <w:autoSpaceDE w:val="0"/>
        <w:autoSpaceDN w:val="0"/>
        <w:spacing w:before="6" w:after="0" w:line="362" w:lineRule="auto"/>
        <w:ind w:right="1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употреблять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слова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минемчә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димәк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«</w:t>
      </w:r>
      <w:proofErr w:type="spell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әлбә</w:t>
      </w:r>
      <w:proofErr w:type="gramStart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proofErr w:type="gram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ә</w:t>
      </w:r>
      <w:proofErr w:type="spellEnd"/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речи;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знать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постановку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знаков препинания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 них;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находить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главные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члены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предложения: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подлежащее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сказуемое;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однородные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подлежащие;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правильно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составлять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корректировать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нарушенным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порядком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предложений;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последовательность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предложений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тексте;</w:t>
      </w:r>
    </w:p>
    <w:p w:rsidR="0068199E" w:rsidRPr="00A80C53" w:rsidRDefault="0068199E" w:rsidP="0068199E">
      <w:pPr>
        <w:widowControl w:val="0"/>
        <w:tabs>
          <w:tab w:val="left" w:pos="1410"/>
          <w:tab w:val="left" w:pos="3521"/>
          <w:tab w:val="left" w:pos="4360"/>
          <w:tab w:val="left" w:pos="4705"/>
          <w:tab w:val="left" w:pos="6503"/>
          <w:tab w:val="left" w:pos="6839"/>
          <w:tab w:val="left" w:pos="8867"/>
        </w:tabs>
        <w:autoSpaceDE w:val="0"/>
        <w:autoSpaceDN w:val="0"/>
        <w:spacing w:before="159" w:after="0" w:line="362" w:lineRule="auto"/>
        <w:ind w:right="11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воспроизводить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текст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соответствии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предложенным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заданием: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подробно или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выборочно;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создавать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собственный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предложенному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плану;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362" w:lineRule="auto"/>
        <w:ind w:righ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выражать</w:t>
      </w:r>
      <w:r w:rsidRPr="00A80C53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собственное</w:t>
      </w:r>
      <w:r w:rsidRPr="00A80C5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мнение,</w:t>
      </w:r>
      <w:r w:rsidRPr="00A80C53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аргументируя</w:t>
      </w:r>
      <w:r w:rsidRPr="00A80C53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A80C53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учетом</w:t>
      </w:r>
      <w:r w:rsidRPr="00A80C53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ситуации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62" w:lineRule="auto"/>
        <w:ind w:right="1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соблюдать</w:t>
      </w:r>
      <w:r w:rsidRPr="00A80C5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нормы</w:t>
      </w:r>
      <w:r w:rsidRPr="00A80C5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речевого</w:t>
      </w:r>
      <w:r w:rsidRPr="00A80C5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этикета</w:t>
      </w:r>
      <w:r w:rsidRPr="00A80C5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ситуациях</w:t>
      </w:r>
      <w:r w:rsidRPr="00A80C5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</w:t>
      </w:r>
      <w:r w:rsidRPr="00A80C5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бытового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общения.</w:t>
      </w:r>
    </w:p>
    <w:p w:rsidR="0068199E" w:rsidRPr="00500644" w:rsidRDefault="0068199E" w:rsidP="00500644">
      <w:pPr>
        <w:pStyle w:val="ae"/>
        <w:widowControl w:val="0"/>
        <w:numPr>
          <w:ilvl w:val="0"/>
          <w:numId w:val="25"/>
        </w:numPr>
        <w:tabs>
          <w:tab w:val="left" w:pos="4998"/>
        </w:tabs>
        <w:autoSpaceDE w:val="0"/>
        <w:autoSpaceDN w:val="0"/>
        <w:spacing w:before="11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9" w:name="4_класс"/>
      <w:bookmarkStart w:id="30" w:name="_bookmark17"/>
      <w:bookmarkEnd w:id="29"/>
      <w:bookmarkEnd w:id="30"/>
      <w:r w:rsidRPr="005006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</w:p>
    <w:p w:rsidR="0068199E" w:rsidRPr="00A80C53" w:rsidRDefault="0068199E" w:rsidP="0068199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val="ru-RU"/>
        </w:rPr>
      </w:pP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научится: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разыгрывать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готовые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диалоги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изученные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темы;</w:t>
      </w:r>
    </w:p>
    <w:p w:rsidR="0068199E" w:rsidRPr="00A80C53" w:rsidRDefault="0068199E" w:rsidP="0068199E">
      <w:pPr>
        <w:widowControl w:val="0"/>
        <w:tabs>
          <w:tab w:val="left" w:pos="1410"/>
          <w:tab w:val="left" w:pos="3011"/>
          <w:tab w:val="left" w:pos="4292"/>
          <w:tab w:val="left" w:pos="4762"/>
          <w:tab w:val="left" w:pos="6292"/>
          <w:tab w:val="left" w:pos="7764"/>
          <w:tab w:val="left" w:pos="9899"/>
        </w:tabs>
        <w:autoSpaceDE w:val="0"/>
        <w:autoSpaceDN w:val="0"/>
        <w:spacing w:before="163" w:after="0" w:line="357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составлять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диалоги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монологи,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соблюдая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орфоэпические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интонационные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нормы</w:t>
      </w:r>
      <w:r w:rsidRPr="00A80C5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 языка;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составлять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описание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предмета,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картинки,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персонажа;</w:t>
      </w:r>
    </w:p>
    <w:p w:rsidR="0068199E" w:rsidRPr="00A80C53" w:rsidRDefault="0068199E" w:rsidP="0068199E">
      <w:pPr>
        <w:widowControl w:val="0"/>
        <w:tabs>
          <w:tab w:val="left" w:pos="1410"/>
          <w:tab w:val="left" w:pos="2547"/>
          <w:tab w:val="left" w:pos="3886"/>
          <w:tab w:val="left" w:pos="5003"/>
          <w:tab w:val="left" w:pos="6427"/>
          <w:tab w:val="left" w:pos="7987"/>
          <w:tab w:val="left" w:pos="9900"/>
        </w:tabs>
        <w:autoSpaceDE w:val="0"/>
        <w:autoSpaceDN w:val="0"/>
        <w:spacing w:before="159" w:after="0" w:line="362" w:lineRule="auto"/>
        <w:ind w:right="1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владеть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техникой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чтения,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приемами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понимания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прочитанного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прослушанного,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интерпретации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преобразования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списывать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объемом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более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25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362" w:lineRule="auto"/>
        <w:ind w:right="6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писать</w:t>
      </w:r>
      <w:r w:rsidRPr="00A80C53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под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диктовку</w:t>
      </w:r>
      <w:r w:rsidRPr="00A80C53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тексты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объемом</w:t>
      </w:r>
      <w:r w:rsidRPr="00A80C53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более</w:t>
      </w:r>
      <w:r w:rsidRPr="00A80C5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25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</w:t>
      </w:r>
      <w:r w:rsidRPr="00A80C5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80C53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учетом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изученных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правописания;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применять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закон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сингармонизма;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проводить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фонетический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слова;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7" w:after="0" w:line="362" w:lineRule="auto"/>
        <w:ind w:right="11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русские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арабско-персидские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заимствования</w:t>
      </w:r>
      <w:r w:rsidRPr="00A80C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татарском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языке;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лексическое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словообразующие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формообразующие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аффиксы;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проводить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разбор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составу;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362" w:lineRule="auto"/>
        <w:ind w:right="1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устанавливать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принадлежность</w:t>
      </w:r>
      <w:r w:rsidRPr="00A80C5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A80C5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A80C5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определенной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части</w:t>
      </w:r>
      <w:r w:rsidRPr="00A80C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Pr="00A80C5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(в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объеме изученного)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комплексу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освоенных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грамматических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признаков;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образовывать</w:t>
      </w:r>
      <w:r w:rsidRPr="00A80C5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степени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сравнения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прилагательных;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указательные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вопросительные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местоимения;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значение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употребление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речи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числительных;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количественные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порядковые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числительные;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форму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повелительного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наклонения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глагола;</w:t>
      </w:r>
    </w:p>
    <w:p w:rsidR="0068199E" w:rsidRPr="00A80C53" w:rsidRDefault="0068199E" w:rsidP="0068199E">
      <w:pPr>
        <w:widowControl w:val="0"/>
        <w:tabs>
          <w:tab w:val="left" w:pos="1410"/>
          <w:tab w:val="left" w:pos="2949"/>
          <w:tab w:val="left" w:pos="4412"/>
          <w:tab w:val="left" w:pos="5610"/>
          <w:tab w:val="left" w:pos="6789"/>
          <w:tab w:val="left" w:pos="8318"/>
          <w:tab w:val="left" w:pos="9900"/>
        </w:tabs>
        <w:autoSpaceDE w:val="0"/>
        <w:autoSpaceDN w:val="0"/>
        <w:spacing w:before="163" w:after="0" w:line="357" w:lineRule="auto"/>
        <w:ind w:right="1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категорию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времени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глагола: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настоящее,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прошедшее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80C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будущее;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спрягать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глаголы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настоящем,</w:t>
      </w:r>
      <w:r w:rsidRPr="00A80C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прошедшем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будущем</w:t>
      </w:r>
      <w:r w:rsidRPr="00A80C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362" w:lineRule="auto"/>
        <w:ind w:right="1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способы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выражения</w:t>
      </w:r>
      <w:r w:rsidRPr="00A80C53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прошедшего</w:t>
      </w:r>
      <w:r w:rsidRPr="00A80C5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будущего</w:t>
      </w:r>
      <w:r w:rsidRPr="00A80C5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времени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after="0" w:line="357" w:lineRule="auto"/>
        <w:ind w:right="1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отрицательный</w:t>
      </w:r>
      <w:r w:rsidRPr="00A80C53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аспект</w:t>
      </w:r>
      <w:r w:rsidRPr="00A80C5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глаголов</w:t>
      </w:r>
      <w:r w:rsidRPr="00A80C5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настоящего,</w:t>
      </w:r>
      <w:r w:rsidRPr="00A80C53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прошедшего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 будущего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времени;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определять</w:t>
      </w:r>
      <w:r w:rsidRPr="00A80C5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основу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глагола;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3" w:after="0" w:line="357" w:lineRule="auto"/>
        <w:ind w:right="1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различать</w:t>
      </w:r>
      <w:r w:rsidRPr="00A80C5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</w:t>
      </w:r>
      <w:r w:rsidRPr="00A80C5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A80C53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цели</w:t>
      </w:r>
      <w:r w:rsidRPr="00A80C5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высказывания:</w:t>
      </w:r>
      <w:r w:rsidRPr="00A80C53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повествовательные,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вопросительные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80C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побудительные;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распознавать</w:t>
      </w:r>
      <w:r w:rsidRPr="00A80C5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второстепенные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члены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предложения;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использовать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образцы</w:t>
      </w:r>
      <w:r w:rsidRPr="00A80C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татарского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речевого</w:t>
      </w:r>
      <w:r w:rsidRPr="00A80C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этикета;</w:t>
      </w:r>
    </w:p>
    <w:p w:rsidR="0068199E" w:rsidRPr="00A80C53" w:rsidRDefault="0068199E" w:rsidP="0068199E">
      <w:pPr>
        <w:widowControl w:val="0"/>
        <w:tabs>
          <w:tab w:val="left" w:pos="1410"/>
        </w:tabs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понимать</w:t>
      </w:r>
      <w:r w:rsidRPr="00A80C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прочитанного</w:t>
      </w:r>
      <w:r w:rsidRPr="00A80C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текста;</w:t>
      </w:r>
    </w:p>
    <w:p w:rsidR="0068199E" w:rsidRPr="00A80C53" w:rsidRDefault="0068199E" w:rsidP="0068199E">
      <w:pPr>
        <w:widowControl w:val="0"/>
        <w:tabs>
          <w:tab w:val="left" w:pos="1410"/>
          <w:tab w:val="left" w:pos="2613"/>
          <w:tab w:val="left" w:pos="4017"/>
          <w:tab w:val="left" w:pos="5859"/>
          <w:tab w:val="left" w:pos="6837"/>
          <w:tab w:val="left" w:pos="8257"/>
          <w:tab w:val="left" w:pos="9926"/>
        </w:tabs>
        <w:autoSpaceDE w:val="0"/>
        <w:autoSpaceDN w:val="0"/>
        <w:spacing w:before="162" w:after="0" w:line="357" w:lineRule="auto"/>
        <w:ind w:right="1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−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владеть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техникой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выступления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перед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знакомой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аудиторией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A80C53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sz w:val="28"/>
          <w:szCs w:val="28"/>
          <w:lang w:val="ru-RU"/>
        </w:rPr>
        <w:t>небольшими сообщениями.</w:t>
      </w:r>
    </w:p>
    <w:p w:rsidR="0068199E" w:rsidRPr="00A80C53" w:rsidRDefault="0068199E" w:rsidP="0068199E">
      <w:pPr>
        <w:widowControl w:val="0"/>
        <w:autoSpaceDE w:val="0"/>
        <w:autoSpaceDN w:val="0"/>
        <w:spacing w:after="0" w:line="357" w:lineRule="auto"/>
        <w:rPr>
          <w:rFonts w:ascii="Times New Roman" w:eastAsia="Times New Roman" w:hAnsi="Times New Roman" w:cs="Times New Roman"/>
          <w:lang w:val="ru-RU"/>
        </w:rPr>
        <w:sectPr w:rsidR="0068199E" w:rsidRPr="00A80C53">
          <w:pgSz w:w="11910" w:h="16840"/>
          <w:pgMar w:top="1040" w:right="740" w:bottom="780" w:left="1000" w:header="0" w:footer="58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83" w:after="0" w:line="240" w:lineRule="auto"/>
        <w:ind w:right="481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31" w:name="ТЕМАТИЧЕСКОЕ_ПЛАНИРОВАНИЕ"/>
      <w:bookmarkStart w:id="32" w:name="_bookmark18"/>
      <w:bookmarkEnd w:id="31"/>
      <w:bookmarkEnd w:id="32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ТЕМАТИЧЕСКОЕ</w:t>
      </w:r>
      <w:r w:rsidRPr="00A80C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ПЛАНИРОВАНИЕ</w:t>
      </w:r>
      <w:proofErr w:type="gramStart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ru-RU"/>
        </w:rPr>
        <w:t>1</w:t>
      </w:r>
      <w:proofErr w:type="gramEnd"/>
    </w:p>
    <w:p w:rsidR="0068199E" w:rsidRPr="00A80C53" w:rsidRDefault="0068199E" w:rsidP="0068199E">
      <w:pPr>
        <w:widowControl w:val="0"/>
        <w:autoSpaceDE w:val="0"/>
        <w:autoSpaceDN w:val="0"/>
        <w:spacing w:before="283" w:after="0" w:line="240" w:lineRule="auto"/>
        <w:ind w:right="4806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33" w:name="1_класс_–_66_ч."/>
      <w:bookmarkStart w:id="34" w:name="_bookmark19"/>
      <w:bookmarkEnd w:id="33"/>
      <w:bookmarkEnd w:id="34"/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1</w:t>
      </w:r>
      <w:r w:rsidRPr="00A80C5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класс</w:t>
      </w:r>
      <w:r w:rsidRPr="00A80C53">
        <w:rPr>
          <w:rFonts w:ascii="Times New Roman" w:eastAsia="Times New Roman" w:hAnsi="Times New Roman" w:cs="Times New Roman"/>
          <w:b/>
          <w:spacing w:val="2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– 66</w:t>
      </w:r>
      <w:r w:rsidRPr="00A80C53">
        <w:rPr>
          <w:rFonts w:ascii="Times New Roman" w:eastAsia="Times New Roman" w:hAnsi="Times New Roman" w:cs="Times New Roman"/>
          <w:b/>
          <w:spacing w:val="-1"/>
          <w:sz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sz w:val="28"/>
          <w:lang w:val="ru-RU"/>
        </w:rPr>
        <w:t>ч.</w:t>
      </w:r>
    </w:p>
    <w:p w:rsidR="0068199E" w:rsidRPr="00A80C53" w:rsidRDefault="0068199E" w:rsidP="0068199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A80C53" w:rsidTr="0068199E">
        <w:trPr>
          <w:trHeight w:val="829"/>
        </w:trPr>
        <w:tc>
          <w:tcPr>
            <w:tcW w:w="1954" w:type="dxa"/>
          </w:tcPr>
          <w:p w:rsidR="0068199E" w:rsidRPr="00A80C53" w:rsidRDefault="0068199E" w:rsidP="0068199E">
            <w:pPr>
              <w:spacing w:before="59" w:line="247" w:lineRule="auto"/>
              <w:ind w:right="27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lang w:val="ru-RU"/>
              </w:rPr>
              <w:t>Тема, раздел</w:t>
            </w:r>
            <w:r w:rsidRPr="00A80C53">
              <w:rPr>
                <w:rFonts w:ascii="Times New Roman" w:eastAsia="Times New Roman" w:hAnsi="Times New Roman" w:cs="Times New Roman"/>
                <w:b/>
                <w:spacing w:val="-60"/>
                <w:w w:val="10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w w:val="105"/>
                <w:sz w:val="24"/>
                <w:lang w:val="ru-RU"/>
              </w:rPr>
              <w:t>курса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before="59" w:line="247" w:lineRule="auto"/>
              <w:ind w:right="77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Программное</w:t>
            </w:r>
            <w:r w:rsidRPr="00A80C5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37" w:lineRule="auto"/>
              <w:ind w:right="7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Кол-</w:t>
            </w:r>
            <w:r w:rsidRPr="00A80C53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</w:t>
            </w:r>
            <w:proofErr w:type="gramEnd"/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часов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199E" w:rsidRPr="00A80C53" w:rsidRDefault="0068199E" w:rsidP="0068199E">
            <w:pPr>
              <w:ind w:right="153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Основные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68199E" w:rsidRPr="00A80C53" w:rsidTr="0068199E">
        <w:trPr>
          <w:trHeight w:val="350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73" w:lineRule="exact"/>
              <w:ind w:right="10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«Мин»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17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8199E" w:rsidRPr="005B1FA4" w:rsidTr="0068199E">
        <w:trPr>
          <w:trHeight w:val="1104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(3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4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Исәнме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мәктә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!» («Здравствуй,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школа!»)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диалог,</w:t>
            </w:r>
            <w:r w:rsidRPr="00A80C5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</w:t>
            </w:r>
            <w:r w:rsidRPr="00A80C5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A80C5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расспрашивают</w:t>
            </w:r>
            <w:r w:rsidRPr="00A80C5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вопросы.</w:t>
            </w:r>
            <w:proofErr w:type="gramEnd"/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A80C5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составлению</w:t>
            </w:r>
            <w:r w:rsidRPr="00A80C5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небольших</w:t>
            </w:r>
            <w:r w:rsidRPr="00A80C5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A80C53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повествовательного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случаях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летнего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д.)</w:t>
            </w:r>
          </w:p>
        </w:tc>
      </w:tr>
      <w:tr w:rsidR="0068199E" w:rsidRPr="00A80C53" w:rsidTr="0068199E">
        <w:trPr>
          <w:trHeight w:val="58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гигиены чтения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формулирование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гигиенических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</w:t>
            </w:r>
          </w:p>
        </w:tc>
      </w:tr>
      <w:tr w:rsidR="0068199E" w:rsidRPr="00A80C53" w:rsidTr="0068199E">
        <w:trPr>
          <w:trHeight w:val="1929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чтение, письмо)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3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«Скажи так, как я» (отрабатывается умение воспроизводить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интонационного выделения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 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слове).</w:t>
            </w:r>
          </w:p>
          <w:p w:rsidR="0068199E" w:rsidRPr="00A80C53" w:rsidRDefault="0068199E" w:rsidP="0068199E">
            <w:pPr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«Есть ли в слове заданный звук?» (ловить мяч нужно только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тогда, когда ведущий называет слово с заданным звуком, отрабатывается умение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заданного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слове).</w:t>
            </w:r>
          </w:p>
          <w:p w:rsidR="0068199E" w:rsidRPr="00A80C53" w:rsidRDefault="0068199E" w:rsidP="006819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Произношение</w:t>
            </w:r>
            <w:r w:rsidRPr="00A80C5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звуков,</w:t>
            </w:r>
            <w:r w:rsidRPr="00A80C5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A80C5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A80C5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A80C5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A80C5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A80C5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</w:p>
          <w:p w:rsidR="0068199E" w:rsidRPr="00A80C53" w:rsidRDefault="0068199E" w:rsidP="0068199E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</w:t>
            </w:r>
          </w:p>
        </w:tc>
      </w:tr>
      <w:tr w:rsidR="0068199E" w:rsidRPr="00A80C53" w:rsidTr="0068199E">
        <w:trPr>
          <w:trHeight w:val="193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слогам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«Живые звуки»: моделирование звукового состава слова в игровых ситуациях.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 звукового состава слов с использованием фишек разного цвета для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фиксации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 звуков.</w:t>
            </w:r>
          </w:p>
          <w:p w:rsidR="0068199E" w:rsidRPr="00A80C53" w:rsidRDefault="0068199E" w:rsidP="0068199E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предложенную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68199E" w:rsidRPr="00A80C53" w:rsidRDefault="0068199E" w:rsidP="0068199E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подбор слов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количеством слогов.</w:t>
            </w:r>
          </w:p>
          <w:p w:rsidR="0068199E" w:rsidRPr="00A80C53" w:rsidRDefault="0068199E" w:rsidP="0068199E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A80C5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  <w:r w:rsidRPr="00A80C5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слове.</w:t>
            </w:r>
            <w:r w:rsidRPr="00A80C5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</w:p>
        </w:tc>
      </w:tr>
    </w:tbl>
    <w:p w:rsidR="0068199E" w:rsidRPr="00A80C53" w:rsidRDefault="0068199E" w:rsidP="00C261A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lang w:val="ru-RU"/>
        </w:rPr>
        <w:sectPr w:rsidR="0068199E" w:rsidRPr="00A80C53">
          <w:footerReference w:type="default" r:id="rId10"/>
          <w:pgSz w:w="16840" w:h="11910" w:orient="landscape"/>
          <w:pgMar w:top="760" w:right="980" w:bottom="840" w:left="900" w:header="0" w:footer="649" w:gutter="0"/>
          <w:cols w:space="720"/>
        </w:sectPr>
      </w:pPr>
      <w:r w:rsidRPr="00A80C5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3D5720" wp14:editId="714466C0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1828800" cy="8890"/>
                <wp:effectExtent l="0" t="0" r="4445" b="317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6.65pt;margin-top:13.7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JnA0MXeAAAACQEAAA8AAABkcnMvZG93bnJldi54&#10;bWxMj8FOwzAQRO9I/IO1SNyonTRACHEqisQRiRYO9ObESxI1XofYbQNfz3KC48w+zc6Uq9kN4ohT&#10;6D1pSBYKBFLjbU+thrfXp6scRIiGrBk8oYYvDLCqzs9KU1h/og0et7EVHEKhMBq6GMdCytB06ExY&#10;+BGJbx9+ciaynFppJ3PicDfIVKkb6UxP/KEzIz522Oy3B6dhfZevP18yev7e1Dvcvdf763RSWl9e&#10;zA/3ICLO8Q+G3/pcHSruVPsD2SAG1slyyaiG9DYDwUCmEjZqNvIcZFXK/wuqHwA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CZwNDF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830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A80C5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слогам.</w:t>
            </w:r>
            <w:r w:rsidRPr="00A80C5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A80C5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A80C5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звуков:</w:t>
            </w:r>
            <w:r w:rsidRPr="00A80C5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A80C5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80C5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ударные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безударные,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твердые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мягкие;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–з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вонкие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глухие.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 как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</w:p>
        </w:tc>
      </w:tr>
      <w:tr w:rsidR="0068199E" w:rsidRPr="005B1FA4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связного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ритмичного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A80C5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поэлементного</w:t>
            </w:r>
            <w:r w:rsidRPr="00A80C53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  <w:r w:rsidRPr="00A80C53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</w:t>
            </w:r>
            <w:r w:rsidRPr="00A80C53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</w:t>
            </w:r>
          </w:p>
          <w:p w:rsidR="0068199E" w:rsidRPr="00A80C53" w:rsidRDefault="0068199E" w:rsidP="0068199E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«Конструктор букв», в ходе которого обучающиеся составляют буквы из элементов.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буквосочетаний,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гигиенических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  <w:p w:rsidR="0068199E" w:rsidRPr="00A80C53" w:rsidRDefault="0068199E" w:rsidP="0068199E">
            <w:pPr>
              <w:spacing w:line="274" w:lineRule="exact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образцом</w:t>
            </w:r>
          </w:p>
        </w:tc>
      </w:tr>
      <w:tr w:rsidR="0068199E" w:rsidRPr="005B1FA4" w:rsidTr="0068199E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2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пишутся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заглавной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(из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пластилина,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проволоки)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заглавных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строчных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прописных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строчных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A80C5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A80C5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письме,</w:t>
            </w:r>
            <w:r w:rsidRPr="00A80C5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правильная</w:t>
            </w:r>
            <w:r w:rsidRPr="00A80C5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A80C5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</w:t>
            </w:r>
            <w:r w:rsidRPr="00A80C5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препинания</w:t>
            </w:r>
            <w:r w:rsidRPr="00A80C5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</w:p>
        </w:tc>
      </w:tr>
      <w:tr w:rsidR="0068199E" w:rsidRPr="005B1FA4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запись под диктовку слов и предложений, состоящих из трех-пяти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 Работа в парах: соотнесение одних и тех же слов, написанных печатным 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шрифтом.</w:t>
            </w:r>
          </w:p>
          <w:p w:rsidR="0068199E" w:rsidRPr="00A80C53" w:rsidRDefault="0068199E" w:rsidP="0068199E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запись письменными буквами слов, предложений, коротких текстов,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печатными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буквами.</w:t>
            </w:r>
          </w:p>
          <w:p w:rsidR="0068199E" w:rsidRPr="00A80C53" w:rsidRDefault="0068199E" w:rsidP="0068199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совместного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списывания</w:t>
            </w:r>
          </w:p>
        </w:tc>
      </w:tr>
      <w:tr w:rsidR="0068199E" w:rsidRPr="005B1FA4" w:rsidTr="0068199E">
        <w:trPr>
          <w:trHeight w:val="1103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42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(3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5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 на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«Минем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дустым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(«Мой друг»)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учебника.</w:t>
            </w:r>
          </w:p>
          <w:p w:rsidR="0068199E" w:rsidRPr="00A80C53" w:rsidRDefault="0068199E" w:rsidP="0068199E">
            <w:pPr>
              <w:spacing w:before="2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короткого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высказывания,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проговаривание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орфоэпических</w:t>
            </w:r>
            <w:proofErr w:type="gramEnd"/>
          </w:p>
          <w:p w:rsidR="0068199E" w:rsidRPr="00A80C53" w:rsidRDefault="0068199E" w:rsidP="0068199E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интонационных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68199E" w:rsidRPr="005B1FA4" w:rsidTr="0068199E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4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прослушанным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«Кто больше»: подбор и запись имен собственных на заданную букву.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правил.</w:t>
            </w:r>
          </w:p>
          <w:p w:rsidR="0068199E" w:rsidRPr="00A80C53" w:rsidRDefault="0068199E" w:rsidP="0068199E">
            <w:pPr>
              <w:spacing w:line="274" w:lineRule="exact"/>
              <w:ind w:right="27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гласных и согласных звуков татарского языка.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</w:t>
            </w:r>
          </w:p>
        </w:tc>
      </w:tr>
      <w:tr w:rsidR="0068199E" w:rsidRPr="005B1FA4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</w:p>
          <w:p w:rsidR="0068199E" w:rsidRPr="00A80C53" w:rsidRDefault="0068199E" w:rsidP="0068199E">
            <w:pPr>
              <w:ind w:right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Сыйныфташлар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дөрес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аралашу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(«Правила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 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одноклассниками»)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расспрашивают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вопросы.</w:t>
            </w:r>
            <w:proofErr w:type="gramEnd"/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составлению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небольших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повествовательного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случаях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летнего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 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д.).</w:t>
            </w:r>
          </w:p>
          <w:p w:rsidR="0068199E" w:rsidRPr="00A80C53" w:rsidRDefault="0068199E" w:rsidP="0068199E">
            <w:pPr>
              <w:spacing w:line="274" w:lineRule="exact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Владение основными умениями ведения разговора (начать, поддержать, закончить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разговор,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A80C5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п.)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A80C53" w:rsidTr="0068199E">
        <w:trPr>
          <w:trHeight w:val="359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Тир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як,</w:t>
            </w:r>
            <w:r w:rsidRPr="00A80C5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көнкүреш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(«Мир</w:t>
            </w:r>
            <w:r w:rsidRPr="00A80C5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вокруг</w:t>
            </w:r>
            <w:r w:rsidRPr="00A80C5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16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5B1FA4" w:rsidTr="0068199E">
        <w:trPr>
          <w:trHeight w:val="1382"/>
        </w:trPr>
        <w:tc>
          <w:tcPr>
            <w:tcW w:w="1954" w:type="dxa"/>
          </w:tcPr>
          <w:p w:rsidR="0068199E" w:rsidRPr="00A80C53" w:rsidRDefault="0068199E" w:rsidP="0068199E">
            <w:pPr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5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«Минем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уенчыкларым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 («Мои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диалог,</w:t>
            </w:r>
            <w:r w:rsidRPr="00A80C5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</w:t>
            </w:r>
            <w:r w:rsidRPr="00A80C5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A80C5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расспрашивают</w:t>
            </w:r>
            <w:r w:rsidRPr="00A80C5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вопросы.</w:t>
            </w:r>
            <w:proofErr w:type="gramEnd"/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короткого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себе,</w:t>
            </w:r>
            <w:r w:rsidRPr="00A80C5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игрушках.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правил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речевого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этикета.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</w:t>
            </w:r>
          </w:p>
        </w:tc>
      </w:tr>
      <w:tr w:rsidR="0068199E" w:rsidRPr="005B1FA4" w:rsidTr="0068199E">
        <w:trPr>
          <w:trHeight w:val="2482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чтение, письмо)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4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элементы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соединения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ове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слов/предложений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алгоритмом,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проблемной ситуации «Что делать, если строка заканчивается, а слово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входит?», введение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переноса,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знакомство).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«Почему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пишутся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 от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друга?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записанное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пробелов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словами?»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поэлементного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слогов, слов,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гигиенических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</w:p>
        </w:tc>
      </w:tr>
      <w:tr w:rsidR="0068199E" w:rsidRPr="005B1FA4" w:rsidTr="0068199E">
        <w:trPr>
          <w:trHeight w:val="165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8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Слог.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«Назови букву», в ходе которого обучающиеся делят слова на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слоги, находят различия в написании слов. Практическая работа: контролировать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буквы,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образцом.</w:t>
            </w:r>
          </w:p>
          <w:p w:rsidR="0068199E" w:rsidRPr="00A80C53" w:rsidRDefault="0068199E" w:rsidP="0068199E">
            <w:pPr>
              <w:spacing w:line="278" w:lineRule="exact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ошибок, допущенных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слоги,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ударного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</w:p>
        </w:tc>
      </w:tr>
      <w:tr w:rsidR="0068199E" w:rsidRPr="005B1FA4" w:rsidTr="0068199E">
        <w:trPr>
          <w:trHeight w:val="82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 слов и предложений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предложении.</w:t>
            </w:r>
          </w:p>
          <w:p w:rsidR="0068199E" w:rsidRPr="00A80C53" w:rsidRDefault="0068199E" w:rsidP="0068199E">
            <w:pPr>
              <w:spacing w:line="274" w:lineRule="exact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без искажений прописных букв в начале предложения и в именах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</w:p>
        </w:tc>
      </w:tr>
      <w:tr w:rsidR="0068199E" w:rsidRPr="005B1FA4" w:rsidTr="0068199E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 предложений после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68199E" w:rsidRPr="00A80C53" w:rsidRDefault="0068199E" w:rsidP="0068199E">
            <w:pPr>
              <w:spacing w:line="274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Вырабатывание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связного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ритмичного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 Проведение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-звукового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</w:tr>
      <w:tr w:rsidR="0068199E" w:rsidRPr="005B1FA4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об истории татарского алфавита, о значении алфавита для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систематизации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важности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алфавите.</w:t>
            </w:r>
          </w:p>
          <w:p w:rsidR="0068199E" w:rsidRPr="00A80C53" w:rsidRDefault="0068199E" w:rsidP="0068199E">
            <w:pPr>
              <w:spacing w:line="242" w:lineRule="auto"/>
              <w:ind w:right="33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«Повтори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фрагмент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алфавита».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Игра­соревнование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«Повтори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алфавит».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«Запиши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алфавиту».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551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алфавита: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последовательности.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упорядочения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5B1FA4" w:rsidTr="0068199E">
        <w:trPr>
          <w:trHeight w:val="113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 чтение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рукописных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1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печатный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отличается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рукописного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?».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рукописный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написал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одноклассник</w:t>
            </w:r>
          </w:p>
        </w:tc>
      </w:tr>
      <w:tr w:rsidR="0068199E" w:rsidRPr="005B1FA4" w:rsidTr="0068199E">
        <w:trPr>
          <w:trHeight w:val="878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37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(3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8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Описывание </w:t>
            </w:r>
            <w:proofErr w:type="spellStart"/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үрәле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Шурале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), Су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анасы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(Водяная).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диалог «Кто такие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Шурале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Су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анасы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?». Составление устного текст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орфоэпических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интонационных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68199E" w:rsidRPr="00A80C53" w:rsidTr="0068199E">
        <w:trPr>
          <w:trHeight w:val="87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Воспринимать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материале.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тексту.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беседе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прослушанного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</w:tr>
      <w:tr w:rsidR="0068199E" w:rsidRPr="005B1FA4" w:rsidTr="0068199E">
        <w:trPr>
          <w:trHeight w:val="110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4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по слогам слов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целыми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скоростью,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индивидуальному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темпу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обучающегося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решаемой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задачей</w:t>
            </w:r>
          </w:p>
        </w:tc>
      </w:tr>
      <w:tr w:rsidR="0068199E" w:rsidRPr="00A80C53" w:rsidTr="0068199E">
        <w:trPr>
          <w:trHeight w:val="288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Туган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җирем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(«Моя</w:t>
            </w:r>
            <w:r w:rsidRPr="00A80C5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Родина»)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8199E" w:rsidRPr="005B1FA4" w:rsidTr="0068199E">
        <w:trPr>
          <w:trHeight w:val="556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37" w:lineRule="auto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68199E" w:rsidRPr="00A80C53" w:rsidRDefault="0068199E" w:rsidP="0068199E">
            <w:pPr>
              <w:spacing w:before="2"/>
              <w:ind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 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орфография)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(20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4" w:lineRule="exact"/>
              <w:ind w:right="9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 Устная речь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письменная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 устной 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письменных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диалогов</w:t>
            </w:r>
          </w:p>
        </w:tc>
      </w:tr>
      <w:tr w:rsidR="0068199E" w:rsidRPr="005B1FA4" w:rsidTr="0068199E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Интонация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7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работа: чтение предложений и небольших текстов с интонацией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паузами 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знаками препинания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предварительного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того,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обратить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чтении</w:t>
            </w:r>
          </w:p>
        </w:tc>
      </w:tr>
      <w:tr w:rsidR="0068199E" w:rsidRPr="005B1FA4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2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прописной буквы в начале предложения и в именах собственных (в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именах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кличках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животных).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</w:tr>
      <w:tr w:rsidR="0068199E" w:rsidRPr="005B1FA4" w:rsidTr="0068199E">
        <w:trPr>
          <w:trHeight w:val="248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4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текстом: прослушать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 извлечь информацию о значении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заданных слов, отвечая на вопросы учителя; прочитать текст, подчеркнуть слова,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 описывают главного героя рассказа; определить место в предложении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отвечающего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нишли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?»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делает?»).</w:t>
            </w:r>
          </w:p>
          <w:p w:rsidR="0068199E" w:rsidRPr="00A80C53" w:rsidRDefault="0068199E" w:rsidP="0068199E">
            <w:pPr>
              <w:ind w:right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 задание: используя подчеркнутые в тексте слова, написать развернутое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толкование значения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незнакомого</w:t>
            </w:r>
            <w:r w:rsidRPr="00A80C5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68199E" w:rsidRPr="00A80C53" w:rsidRDefault="0068199E" w:rsidP="0068199E">
            <w:pPr>
              <w:spacing w:line="237" w:lineRule="auto"/>
              <w:ind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группе: соотнести краткие и развернутые толкования значений одних и тех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толкования уместны;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восстановить тексты,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подобрав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1382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 работа: прочитать текст, сопоставить информацию из текста 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иллюстрации к нему, на основе предложенного плана написать небольшой текс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т-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повествование 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заданной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обсудить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черновики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отредактировать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их.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приемами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прослушанного</w:t>
            </w:r>
          </w:p>
        </w:tc>
      </w:tr>
      <w:tr w:rsidR="0068199E" w:rsidRPr="00A80C53" w:rsidTr="0068199E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строку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 изученных правил правописания: раздельное написание слов 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предложении,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следующую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строку.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буквами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</w:t>
            </w:r>
          </w:p>
        </w:tc>
      </w:tr>
      <w:tr w:rsidR="0068199E" w:rsidRPr="005B1FA4" w:rsidTr="0068199E">
        <w:trPr>
          <w:trHeight w:val="193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Ударение.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«Помогает ли ударение различать слова?».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произношением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слов-омографов.</w:t>
            </w:r>
          </w:p>
          <w:p w:rsidR="0068199E" w:rsidRPr="00A80C53" w:rsidRDefault="0068199E" w:rsidP="0068199E">
            <w:pPr>
              <w:spacing w:line="242" w:lineRule="auto"/>
              <w:ind w:right="7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рисунками: выбрать место ударения в словах-омографах, опираясь на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предметов.</w:t>
            </w:r>
          </w:p>
          <w:p w:rsidR="0068199E" w:rsidRPr="00A80C53" w:rsidRDefault="0068199E" w:rsidP="0068199E">
            <w:pPr>
              <w:spacing w:line="242" w:lineRule="auto"/>
              <w:ind w:righ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потренироваться в произношении слов-омографов в соответствии 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поставленным ударением;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 место ударения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словах-омографах.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толковым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словарем: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объяснить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а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position w:val="-4"/>
                <w:sz w:val="24"/>
                <w:lang w:val="ru-RU"/>
              </w:rPr>
              <w:t>́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лма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–</w:t>
            </w:r>
            <w:r w:rsidRPr="00A80C53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алма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position w:val="-4"/>
                <w:sz w:val="24"/>
                <w:lang w:val="ru-RU"/>
              </w:rPr>
              <w:t>́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i/>
                <w:spacing w:val="-27"/>
                <w:position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,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ба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position w:val="-4"/>
                <w:sz w:val="24"/>
                <w:lang w:val="ru-RU"/>
              </w:rPr>
              <w:t>́</w:t>
            </w:r>
            <w:r w:rsidRPr="00A80C53">
              <w:rPr>
                <w:rFonts w:ascii="Times New Roman" w:eastAsia="Times New Roman" w:hAnsi="Times New Roman" w:cs="Times New Roman"/>
                <w:i/>
                <w:spacing w:val="-27"/>
                <w:position w:val="-4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сма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–</w:t>
            </w:r>
            <w:r w:rsidRPr="00A80C53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басма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position w:val="-4"/>
                <w:sz w:val="24"/>
                <w:lang w:val="ru-RU"/>
              </w:rPr>
              <w:t>́</w:t>
            </w:r>
          </w:p>
        </w:tc>
      </w:tr>
      <w:tr w:rsidR="0068199E" w:rsidRPr="00A80C53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Текущая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диагностика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паре: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словосочетаниями,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актуализируется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смыслоразличительная роль ударения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слове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ударения</w:t>
            </w:r>
          </w:p>
        </w:tc>
      </w:tr>
      <w:tr w:rsidR="0068199E" w:rsidRPr="005B1FA4" w:rsidTr="0068199E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8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 слов 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гласными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ө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слов/предложений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алгоритмом,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гласными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ө</w:t>
            </w:r>
          </w:p>
        </w:tc>
      </w:tr>
      <w:tr w:rsidR="0068199E" w:rsidRPr="005B1FA4" w:rsidTr="0068199E">
        <w:trPr>
          <w:trHeight w:val="193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специфичных согласных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[ғ],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[қ].</w:t>
            </w:r>
            <w:proofErr w:type="gramEnd"/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выписывание из текста слов с согласными звуками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[ғ], [қ].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составленного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правильным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оформлением начала и конца предложения, с соблюдением пробелов между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словами.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68199E" w:rsidRPr="005B1FA4" w:rsidTr="0068199E">
        <w:trPr>
          <w:trHeight w:val="44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Контрольное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списывание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8 слов</w:t>
            </w:r>
          </w:p>
        </w:tc>
      </w:tr>
      <w:tr w:rsidR="0068199E" w:rsidRPr="00A80C53" w:rsidTr="0068199E">
        <w:trPr>
          <w:trHeight w:val="44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Тематическая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диагностика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</w:p>
        </w:tc>
      </w:tr>
      <w:tr w:rsidR="0068199E" w:rsidRPr="005B1FA4" w:rsidTr="0068199E">
        <w:trPr>
          <w:trHeight w:val="830"/>
        </w:trPr>
        <w:tc>
          <w:tcPr>
            <w:tcW w:w="1954" w:type="dxa"/>
          </w:tcPr>
          <w:p w:rsidR="0068199E" w:rsidRPr="00A80C53" w:rsidRDefault="0068199E" w:rsidP="0068199E">
            <w:pPr>
              <w:spacing w:line="242" w:lineRule="auto"/>
              <w:ind w:righ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9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 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символах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текстом: прослушать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 ответить на вопросы учителя; прочитать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текст,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выполнить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техникой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приемами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прослушанного.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446"/>
        </w:trPr>
        <w:tc>
          <w:tcPr>
            <w:tcW w:w="1954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героях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(Мишка,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Юни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Куян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Леопард,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Ак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аю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68199E" w:rsidRPr="00A80C53" w:rsidTr="0068199E">
        <w:trPr>
          <w:trHeight w:val="552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73" w:lineRule="exact"/>
              <w:ind w:right="10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«Татар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дөньясы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</w:p>
          <w:p w:rsidR="0068199E" w:rsidRPr="00A80C53" w:rsidRDefault="0068199E" w:rsidP="0068199E">
            <w:pPr>
              <w:spacing w:before="2" w:line="257" w:lineRule="exact"/>
              <w:ind w:right="10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(«Мир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народа»)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5B1FA4" w:rsidTr="0068199E">
        <w:trPr>
          <w:trHeight w:val="1382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42" w:lineRule="auto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68199E" w:rsidRPr="00A80C53" w:rsidRDefault="0068199E" w:rsidP="0068199E">
            <w:pPr>
              <w:ind w:right="5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 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морфология,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орфография,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(13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знаем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языка»,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актуализируются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приобретенные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«Назови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звук»: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ведущий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кидает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просит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привести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</w:t>
            </w:r>
          </w:p>
          <w:p w:rsidR="0068199E" w:rsidRPr="00A80C53" w:rsidRDefault="0068199E" w:rsidP="0068199E">
            <w:pPr>
              <w:spacing w:line="274" w:lineRule="exact"/>
              <w:ind w:righ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 определенным гласным звуком. Распознавание твердых и мягких гласных звуков,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[ә],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[ө],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[ү]</w:t>
            </w:r>
            <w:proofErr w:type="gramEnd"/>
          </w:p>
        </w:tc>
      </w:tr>
      <w:tr w:rsidR="0068199E" w:rsidRPr="005B1FA4" w:rsidTr="0068199E">
        <w:trPr>
          <w:trHeight w:val="84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Специфичные звуки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 языка [ә], [ө],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[ү],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[w],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[ғ],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[қ],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[җ], [ң],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[һ]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о специфичных звуках татарского языка, об их произношении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обозначающих.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звуком</w:t>
            </w:r>
          </w:p>
        </w:tc>
      </w:tr>
      <w:tr w:rsidR="0068199E" w:rsidRPr="005B1FA4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Звуковое значение букв е, ё,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ю,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характеризовать (устно) звуки по заданным признакам.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«Объясняем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звуков».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Называть функции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ё, ю,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</w:p>
        </w:tc>
      </w:tr>
      <w:tr w:rsidR="0068199E" w:rsidRPr="005B1FA4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2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 ъ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7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«Зачем нам нужны буквы ъ и ь?», объяснение в ходе диалога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ь.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чтение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буквами ъ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ь</w:t>
            </w:r>
          </w:p>
        </w:tc>
      </w:tr>
      <w:tr w:rsidR="0068199E" w:rsidRPr="00A80C53" w:rsidTr="0068199E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2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 отвечающие 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«кем?»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(«кто?»)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нәрсә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?»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(«что?»)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отвечающих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«кем?»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(«кто?»)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нәрсә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?»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(«что?»).</w:t>
            </w:r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 формулирование вывода о том, что в татарском языке только слова,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применяются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отношению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людям,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«кем?»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(«кто?»).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 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</w:p>
        </w:tc>
      </w:tr>
      <w:tr w:rsidR="0068199E" w:rsidRPr="00A80C53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 8 слов.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</w:p>
        </w:tc>
      </w:tr>
      <w:tr w:rsidR="0068199E" w:rsidRPr="005B1FA4" w:rsidTr="0068199E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присоединения аффиксов 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аффикса.</w:t>
            </w:r>
          </w:p>
          <w:p w:rsidR="0068199E" w:rsidRPr="00A80C53" w:rsidRDefault="0068199E" w:rsidP="0068199E">
            <w:pPr>
              <w:spacing w:before="5" w:line="237" w:lineRule="auto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аффикса,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скобках.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Присоединение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вариантов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аффиксов</w:t>
            </w:r>
          </w:p>
        </w:tc>
      </w:tr>
      <w:tr w:rsidR="0068199E" w:rsidRPr="005B1FA4" w:rsidTr="0068199E">
        <w:trPr>
          <w:trHeight w:val="27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</w:p>
        </w:tc>
      </w:tr>
      <w:tr w:rsidR="0068199E" w:rsidRPr="005B1FA4" w:rsidTr="0068199E">
        <w:trPr>
          <w:trHeight w:val="1104"/>
        </w:trPr>
        <w:tc>
          <w:tcPr>
            <w:tcW w:w="1954" w:type="dxa"/>
          </w:tcPr>
          <w:p w:rsidR="0068199E" w:rsidRPr="00A80C53" w:rsidRDefault="0068199E" w:rsidP="0068199E">
            <w:pPr>
              <w:spacing w:line="237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текстом: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целыми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скоростью,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индивидуальному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темпу.</w:t>
            </w:r>
          </w:p>
          <w:p w:rsidR="0068199E" w:rsidRPr="00A80C53" w:rsidRDefault="0068199E" w:rsidP="0068199E">
            <w:pPr>
              <w:spacing w:line="274" w:lineRule="exact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 и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рисунками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 текста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p w:rsidR="0068199E" w:rsidRPr="00A80C53" w:rsidRDefault="0068199E" w:rsidP="0068199E">
      <w:pPr>
        <w:widowControl w:val="0"/>
        <w:autoSpaceDE w:val="0"/>
        <w:autoSpaceDN w:val="0"/>
        <w:spacing w:before="63" w:after="0" w:line="240" w:lineRule="auto"/>
        <w:ind w:right="481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35" w:name="2_класс_–_68_ч."/>
      <w:bookmarkStart w:id="36" w:name="_bookmark20"/>
      <w:bookmarkEnd w:id="35"/>
      <w:bookmarkEnd w:id="36"/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2</w:t>
      </w:r>
      <w:r w:rsidRPr="00A80C5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  <w:r w:rsidRPr="00A80C5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 68</w:t>
      </w:r>
      <w:r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ч.</w:t>
      </w:r>
    </w:p>
    <w:p w:rsidR="0068199E" w:rsidRPr="00A80C53" w:rsidRDefault="0068199E" w:rsidP="0068199E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3119"/>
        <w:gridCol w:w="706"/>
        <w:gridCol w:w="8936"/>
      </w:tblGrid>
      <w:tr w:rsidR="0068199E" w:rsidRPr="00A80C53" w:rsidTr="0068199E">
        <w:trPr>
          <w:trHeight w:val="825"/>
        </w:trPr>
        <w:tc>
          <w:tcPr>
            <w:tcW w:w="1957" w:type="dxa"/>
          </w:tcPr>
          <w:p w:rsidR="0068199E" w:rsidRPr="00A80C53" w:rsidRDefault="0068199E" w:rsidP="0068199E">
            <w:pPr>
              <w:spacing w:before="135"/>
              <w:ind w:right="25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Тема, раздел</w:t>
            </w:r>
            <w:r w:rsidRPr="00A80C53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курса</w:t>
            </w:r>
          </w:p>
        </w:tc>
        <w:tc>
          <w:tcPr>
            <w:tcW w:w="3119" w:type="dxa"/>
          </w:tcPr>
          <w:p w:rsidR="0068199E" w:rsidRPr="00A80C53" w:rsidRDefault="0068199E" w:rsidP="0068199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Программное</w:t>
            </w:r>
            <w:r w:rsidRPr="00A80C5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37" w:lineRule="auto"/>
              <w:ind w:right="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Кол-</w:t>
            </w:r>
            <w:r w:rsidRPr="00A80C53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</w:t>
            </w:r>
            <w:proofErr w:type="gramEnd"/>
          </w:p>
          <w:p w:rsidR="0068199E" w:rsidRPr="00A80C53" w:rsidRDefault="0068199E" w:rsidP="0068199E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часов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199E" w:rsidRPr="00A80C53" w:rsidRDefault="0068199E" w:rsidP="0068199E">
            <w:pPr>
              <w:ind w:right="155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Основные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68199E" w:rsidRPr="00A80C53" w:rsidTr="0068199E">
        <w:trPr>
          <w:trHeight w:val="302"/>
        </w:trPr>
        <w:tc>
          <w:tcPr>
            <w:tcW w:w="5076" w:type="dxa"/>
            <w:gridSpan w:val="2"/>
          </w:tcPr>
          <w:p w:rsidR="0068199E" w:rsidRPr="00A80C53" w:rsidRDefault="0068199E" w:rsidP="0068199E">
            <w:pPr>
              <w:spacing w:before="1"/>
              <w:ind w:right="18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«Мин»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before="1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17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8199E" w:rsidRPr="005B1FA4" w:rsidTr="0068199E">
        <w:trPr>
          <w:trHeight w:val="1382"/>
        </w:trPr>
        <w:tc>
          <w:tcPr>
            <w:tcW w:w="1957" w:type="dxa"/>
            <w:vMerge w:val="restart"/>
          </w:tcPr>
          <w:p w:rsidR="0068199E" w:rsidRPr="00A80C53" w:rsidRDefault="0068199E" w:rsidP="0068199E">
            <w:pPr>
              <w:ind w:right="3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19" w:type="dxa"/>
          </w:tcPr>
          <w:p w:rsidR="0068199E" w:rsidRPr="00A80C53" w:rsidRDefault="0068199E" w:rsidP="0068199E">
            <w:pPr>
              <w:ind w:right="4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 «Татар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телендә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кемнә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аралаша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алам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(«С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кем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</w:p>
          <w:p w:rsidR="0068199E" w:rsidRPr="00A80C53" w:rsidRDefault="0068199E" w:rsidP="0068199E">
            <w:pPr>
              <w:spacing w:line="274" w:lineRule="exact"/>
              <w:ind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 общаться 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знакомом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материале.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тексту.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беседе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содержанию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прослушанного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 стол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68199E" w:rsidRPr="005B1FA4" w:rsidTr="0068199E">
        <w:trPr>
          <w:trHeight w:val="825"/>
        </w:trPr>
        <w:tc>
          <w:tcPr>
            <w:tcW w:w="1957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9" w:type="dxa"/>
          </w:tcPr>
          <w:p w:rsidR="0068199E" w:rsidRPr="00A80C53" w:rsidRDefault="0068199E" w:rsidP="0068199E">
            <w:pPr>
              <w:spacing w:line="237" w:lineRule="auto"/>
              <w:ind w:right="1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текстом: читать про себя и полностью понимать содержание небольших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разрозненных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контексту</w:t>
            </w:r>
          </w:p>
        </w:tc>
      </w:tr>
      <w:tr w:rsidR="0068199E" w:rsidRPr="005B1FA4" w:rsidTr="0068199E">
        <w:trPr>
          <w:trHeight w:val="3591"/>
        </w:trPr>
        <w:tc>
          <w:tcPr>
            <w:tcW w:w="1957" w:type="dxa"/>
            <w:vMerge w:val="restart"/>
          </w:tcPr>
          <w:p w:rsidR="0068199E" w:rsidRPr="00A80C53" w:rsidRDefault="0068199E" w:rsidP="0068199E">
            <w:pPr>
              <w:spacing w:line="242" w:lineRule="auto"/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68199E" w:rsidRPr="00A80C53" w:rsidRDefault="0068199E" w:rsidP="0068199E">
            <w:pPr>
              <w:ind w:right="5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графика)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(14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19" w:type="dxa"/>
          </w:tcPr>
          <w:p w:rsidR="0068199E" w:rsidRPr="00A80C53" w:rsidRDefault="0068199E" w:rsidP="0068199E">
            <w:pPr>
              <w:spacing w:line="242" w:lineRule="auto"/>
              <w:ind w:right="4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соотнесение звука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(выбирая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предложенных)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качественной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характеристики.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Комментированное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задания: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заданному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основанию.</w:t>
            </w:r>
          </w:p>
          <w:p w:rsidR="0068199E" w:rsidRPr="00A80C53" w:rsidRDefault="0068199E" w:rsidP="0068199E">
            <w:pPr>
              <w:ind w:right="3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«Сравниваем звуковой и буквенный состав слов», в ходе диалога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формулируются выводы о возможных соотношениях звукового и буквенного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таблицей: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примерами 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соотношением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 звуков и букв для каждой из трех колонок: количество звуков равно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количеству букв, количество звуков меньше количества букв, количество звуков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68199E" w:rsidRPr="00A80C53" w:rsidRDefault="0068199E" w:rsidP="0068199E">
            <w:pPr>
              <w:spacing w:line="274" w:lineRule="exact"/>
              <w:ind w:right="4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гласных звуков, правильное произношение их. Нахождение в тексте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звуком</w:t>
            </w:r>
          </w:p>
        </w:tc>
      </w:tr>
      <w:tr w:rsidR="0068199E" w:rsidRPr="005B1FA4" w:rsidTr="0068199E">
        <w:trPr>
          <w:trHeight w:val="822"/>
        </w:trPr>
        <w:tc>
          <w:tcPr>
            <w:tcW w:w="1957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9" w:type="dxa"/>
          </w:tcPr>
          <w:p w:rsidR="0068199E" w:rsidRPr="00A80C53" w:rsidRDefault="0068199E" w:rsidP="0068199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«Отгадай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слово»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звук).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специфичных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8-10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 изученных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 правописания</w:t>
            </w:r>
          </w:p>
        </w:tc>
      </w:tr>
      <w:tr w:rsidR="0068199E" w:rsidRPr="005B1FA4" w:rsidTr="0068199E">
        <w:trPr>
          <w:trHeight w:val="1108"/>
        </w:trPr>
        <w:tc>
          <w:tcPr>
            <w:tcW w:w="1957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9" w:type="dxa"/>
          </w:tcPr>
          <w:p w:rsidR="0068199E" w:rsidRPr="00A80C53" w:rsidRDefault="0068199E" w:rsidP="0068199E">
            <w:pPr>
              <w:spacing w:line="237" w:lineRule="auto"/>
              <w:ind w:right="10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2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таблицей «Звуки татарского языка», характеристика звуков речи с опорой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таблицу.</w:t>
            </w:r>
          </w:p>
          <w:p w:rsidR="0068199E" w:rsidRPr="00A80C53" w:rsidRDefault="0068199E" w:rsidP="0068199E">
            <w:pPr>
              <w:spacing w:line="274" w:lineRule="exact"/>
              <w:ind w:right="2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характеристике».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 которой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звукам.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78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551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решения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определенной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 на</w:t>
            </w:r>
            <w:proofErr w:type="gramEnd"/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мнения)</w:t>
            </w:r>
          </w:p>
        </w:tc>
      </w:tr>
      <w:tr w:rsidR="0068199E" w:rsidRPr="00A80C53" w:rsidTr="0068199E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«Повтори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алфавит».</w:t>
            </w:r>
          </w:p>
          <w:p w:rsidR="0068199E" w:rsidRPr="00A80C53" w:rsidRDefault="0068199E" w:rsidP="0068199E">
            <w:pPr>
              <w:spacing w:before="5" w:line="237" w:lineRule="auto"/>
              <w:ind w:right="2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соревнование «Найди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соответствующее слово».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«Составь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мини-словарь».</w:t>
            </w:r>
          </w:p>
          <w:p w:rsidR="0068199E" w:rsidRPr="00A80C53" w:rsidRDefault="0068199E" w:rsidP="0068199E">
            <w:pPr>
              <w:spacing w:line="274" w:lineRule="exact"/>
              <w:ind w:right="1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 алфавита: правильное называние букв, их последовательности.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алфавита для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упорядочения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списка слов</w:t>
            </w:r>
          </w:p>
        </w:tc>
      </w:tr>
      <w:tr w:rsidR="0068199E" w:rsidRPr="005B1FA4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 каким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умеем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характеризовать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звуки?».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устная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</w:t>
            </w:r>
          </w:p>
        </w:tc>
      </w:tr>
      <w:tr w:rsidR="0068199E" w:rsidRPr="005B1FA4" w:rsidTr="0068199E">
        <w:trPr>
          <w:trHeight w:val="1104"/>
        </w:trPr>
        <w:tc>
          <w:tcPr>
            <w:tcW w:w="1954" w:type="dxa"/>
          </w:tcPr>
          <w:p w:rsidR="0068199E" w:rsidRPr="00A80C53" w:rsidRDefault="0068199E" w:rsidP="0068199E">
            <w:pPr>
              <w:spacing w:line="242" w:lineRule="auto"/>
              <w:ind w:righ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речи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5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Дустым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янына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барам»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другу»)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репродукцией картины: подготовить устный рассказ о том, что изображено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картине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командах: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кто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выполнит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задания).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одноклассников.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</w:p>
        </w:tc>
      </w:tr>
      <w:tr w:rsidR="0068199E" w:rsidRPr="00A80C53" w:rsidTr="0068199E">
        <w:trPr>
          <w:trHeight w:val="350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Тир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як,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көнкүреш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 («Мир вокруг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5B1FA4" w:rsidTr="0068199E">
        <w:trPr>
          <w:trHeight w:val="1382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 (графика,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лексика)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(13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81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 букв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 алфавита.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7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рисунками: объяснять значение слова с опорой на рисунок и систему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вопросов.</w:t>
            </w:r>
          </w:p>
          <w:p w:rsidR="0068199E" w:rsidRPr="00A80C53" w:rsidRDefault="0068199E" w:rsidP="0068199E">
            <w:pPr>
              <w:spacing w:line="242" w:lineRule="auto"/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 игра «Угадай, какое это слово» (в ходе игры нужно опознавать слова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значениям).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более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5B1FA4" w:rsidTr="0068199E">
        <w:trPr>
          <w:trHeight w:val="19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10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Толковый словарь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текст.</w:t>
            </w:r>
          </w:p>
          <w:p w:rsidR="0068199E" w:rsidRPr="00A80C53" w:rsidRDefault="0068199E" w:rsidP="0068199E">
            <w:pPr>
              <w:spacing w:line="237" w:lineRule="auto"/>
              <w:ind w:right="9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записями на доске: нахождение ошибок в объяснении лексического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before="5" w:line="237" w:lineRule="auto"/>
              <w:ind w:right="5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выписать из толкового словаря значение пяти незнакомых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before="4"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пословиц</w:t>
            </w:r>
          </w:p>
        </w:tc>
      </w:tr>
      <w:tr w:rsidR="0068199E" w:rsidRPr="005B1FA4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Проектная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словарей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задания.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</w:p>
        </w:tc>
      </w:tr>
      <w:tr w:rsidR="0068199E" w:rsidRPr="005B1FA4" w:rsidTr="0068199E">
        <w:trPr>
          <w:trHeight w:val="166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 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проблемного вопроса «Чем различаются предложение и “не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предложение”?».</w:t>
            </w:r>
          </w:p>
          <w:p w:rsidR="0068199E" w:rsidRPr="00A80C53" w:rsidRDefault="0068199E" w:rsidP="0068199E">
            <w:pPr>
              <w:spacing w:before="2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связью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предложении.</w:t>
            </w:r>
          </w:p>
          <w:p w:rsidR="0068199E" w:rsidRPr="00A80C53" w:rsidRDefault="0068199E" w:rsidP="0068199E">
            <w:pPr>
              <w:spacing w:line="242" w:lineRule="auto"/>
              <w:ind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запись предложений с употреблением слов в нужной форме (с опорой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собственный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опыт).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составление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A80C53" w:rsidTr="0068199E">
        <w:trPr>
          <w:trHeight w:val="3591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Синонимы.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Антонимы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сходством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различием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предложения,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употреблены.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сравниваются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синонимическом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выявляются различия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словами.</w:t>
            </w:r>
          </w:p>
          <w:p w:rsidR="0068199E" w:rsidRPr="00A80C53" w:rsidRDefault="0068199E" w:rsidP="0068199E">
            <w:pPr>
              <w:spacing w:line="242" w:lineRule="auto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рисунками: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представленную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 рисунка,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соотносить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ее с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приведенными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словами-антонимами.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имеющими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противоположное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(антонимами).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слов-антонимов.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«Назови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противоположное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значению».</w:t>
            </w:r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словам.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антонимов.</w:t>
            </w:r>
          </w:p>
          <w:p w:rsidR="0068199E" w:rsidRPr="00A80C53" w:rsidRDefault="0068199E" w:rsidP="0068199E">
            <w:pPr>
              <w:spacing w:line="274" w:lineRule="exact"/>
              <w:ind w:right="3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в тексте случаев употребления элементарных синонимов и антонимов.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</w:t>
            </w:r>
          </w:p>
        </w:tc>
      </w:tr>
      <w:tr w:rsidR="0068199E" w:rsidRPr="00A80C53" w:rsidTr="0068199E">
        <w:trPr>
          <w:trHeight w:val="54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4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Pr="00A80C5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A80C53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</w:t>
            </w:r>
          </w:p>
        </w:tc>
      </w:tr>
      <w:tr w:rsidR="0068199E" w:rsidRPr="00A80C53" w:rsidTr="0068199E">
        <w:trPr>
          <w:trHeight w:val="1377"/>
        </w:trPr>
        <w:tc>
          <w:tcPr>
            <w:tcW w:w="1954" w:type="dxa"/>
          </w:tcPr>
          <w:p w:rsidR="0068199E" w:rsidRPr="00A80C53" w:rsidRDefault="0068199E" w:rsidP="0068199E">
            <w:pPr>
              <w:spacing w:line="237" w:lineRule="auto"/>
              <w:ind w:right="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речи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текстом: прочитать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текст,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выделить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</w:t>
            </w:r>
            <w:r w:rsidRPr="00A80C5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известную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новую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информацию; определить главную мысль текста, выбрать заголовок для него; найти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тексте незнакомые слова и объяснить их значение, опираясь на контекст; находить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нужную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информацию;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отвечать на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тексту;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разыгрывать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готовые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</w:p>
        </w:tc>
      </w:tr>
      <w:tr w:rsidR="0068199E" w:rsidRPr="00A80C53" w:rsidTr="0068199E">
        <w:trPr>
          <w:trHeight w:val="354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Туган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җирем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 («Моя</w:t>
            </w:r>
            <w:r w:rsidRPr="00A80C5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Родина»)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before="1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A80C53" w:rsidTr="0068199E">
        <w:trPr>
          <w:trHeight w:val="1930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(морфология)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(17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Самостоятельные части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речи: имя существительное,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прилагательное,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6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предложенным набором слов: что обозначают, на какой вопрос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отвечают, формулирование вывода, введение понятий «самостоятельные части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речи»,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«имя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существительное»,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«имя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прилагательное»,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«глагол».</w:t>
            </w:r>
          </w:p>
          <w:p w:rsidR="0068199E" w:rsidRPr="00A80C53" w:rsidRDefault="0068199E" w:rsidP="0068199E">
            <w:pPr>
              <w:spacing w:line="242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находить в тексте слова по заданным основаниям (например, слова,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называющие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черты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A80C5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д.).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 речи</w:t>
            </w:r>
          </w:p>
        </w:tc>
      </w:tr>
      <w:tr w:rsidR="0068199E" w:rsidRPr="005B1FA4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существительное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распределение имен существительных на две группы в зависимости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того,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какой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отвечают: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«что?»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«кто?».</w:t>
            </w:r>
          </w:p>
          <w:p w:rsidR="0068199E" w:rsidRPr="00A80C53" w:rsidRDefault="0068199E" w:rsidP="0068199E">
            <w:pPr>
              <w:ind w:right="1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лексическим значением имен существительных.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 среди имен существительных собственных и нарицательных.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одушевленных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A80C53" w:rsidTr="0068199E">
        <w:trPr>
          <w:trHeight w:val="277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неодушевленных</w:t>
            </w:r>
          </w:p>
        </w:tc>
      </w:tr>
      <w:tr w:rsidR="0068199E" w:rsidRPr="00A80C53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Контрольное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списывание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(без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искажений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букв)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более 10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A80C53" w:rsidTr="0068199E">
        <w:trPr>
          <w:trHeight w:val="220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6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предложенным набором слов: что обозначают, на какой вопрос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отвечают,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вывода.</w:t>
            </w:r>
          </w:p>
          <w:p w:rsidR="0068199E" w:rsidRPr="00A80C53" w:rsidRDefault="0068199E" w:rsidP="0068199E">
            <w:pPr>
              <w:ind w:right="12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лексическим значением имен прилагательных.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Дифференцированное задание: выявление общего признака группы имен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прилагательных.</w:t>
            </w:r>
          </w:p>
          <w:p w:rsidR="0068199E" w:rsidRPr="00A80C53" w:rsidRDefault="0068199E" w:rsidP="0068199E">
            <w:pPr>
              <w:spacing w:line="274" w:lineRule="exact"/>
              <w:ind w:right="17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выписывание из текста имен прилагательных.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 имен прилагательных. Определение их роли в речи.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употреблением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текстах</w:t>
            </w:r>
          </w:p>
        </w:tc>
      </w:tr>
      <w:tr w:rsidR="0068199E" w:rsidRPr="005B1FA4" w:rsidTr="0068199E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6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предложенным набором слов: что обозначают, на какой вопрос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отвечают,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 понятия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«глагол».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глаголов.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выписать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 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глаголы.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 глаголов.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тексте</w:t>
            </w:r>
          </w:p>
        </w:tc>
      </w:tr>
      <w:tr w:rsidR="0068199E" w:rsidRPr="00A80C53" w:rsidTr="0068199E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изложению.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</w:tr>
      <w:tr w:rsidR="0068199E" w:rsidRPr="005B1FA4" w:rsidTr="0068199E">
        <w:trPr>
          <w:trHeight w:val="825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(3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рассказа 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серии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сюжетных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картинок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репродукцией картины: подготовить устный рассказ о том, что изображено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картине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текста-описания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картине</w:t>
            </w:r>
          </w:p>
        </w:tc>
      </w:tr>
      <w:tr w:rsidR="0068199E" w:rsidRPr="005B1FA4" w:rsidTr="0068199E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аудиотекстом</w:t>
            </w:r>
            <w:proofErr w:type="spellEnd"/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текстом: прослушать текст, выполнить задание, прочитать текст,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сопоставить информацию из текста с информацией на рисунке; восстановить текст,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вставив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пропущенные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дотекстовых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послетекстовых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</w:p>
        </w:tc>
      </w:tr>
      <w:tr w:rsidR="0068199E" w:rsidRPr="005B1FA4" w:rsidTr="0068199E">
        <w:trPr>
          <w:trHeight w:val="137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«Сравниваем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текст»,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 сходства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 предложения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  <w:p w:rsidR="0068199E" w:rsidRPr="00A80C53" w:rsidRDefault="0068199E" w:rsidP="0068199E">
            <w:pPr>
              <w:spacing w:line="237" w:lineRule="auto"/>
              <w:ind w:right="6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языковым материалом текста, сравнение, выявление признаков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текста: смысловое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тексте;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последовательность</w:t>
            </w:r>
          </w:p>
          <w:p w:rsidR="0068199E" w:rsidRPr="00A80C53" w:rsidRDefault="0068199E" w:rsidP="0068199E">
            <w:pPr>
              <w:spacing w:before="4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тексте;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выражение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законченной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</w:p>
        </w:tc>
      </w:tr>
      <w:tr w:rsidR="0068199E" w:rsidRPr="00A80C53" w:rsidTr="0068199E">
        <w:trPr>
          <w:trHeight w:val="834"/>
        </w:trPr>
        <w:tc>
          <w:tcPr>
            <w:tcW w:w="1954" w:type="dxa"/>
          </w:tcPr>
          <w:p w:rsidR="0068199E" w:rsidRPr="00A80C53" w:rsidRDefault="0068199E" w:rsidP="0068199E">
            <w:pPr>
              <w:spacing w:line="242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40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Презентация 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Урманда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(«В</w:t>
            </w:r>
            <w:r w:rsidRPr="00A80C53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лесу»)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 животных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 края.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паре: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задавать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однокласснику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определенной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1128"/>
        </w:trPr>
        <w:tc>
          <w:tcPr>
            <w:tcW w:w="1954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4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Монолог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Яхшы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һәм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гамәллә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(«Хорошие и плохие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поступки»)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2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о том, что люди должны беречь природу.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т. д.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уместности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монолога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</w:t>
            </w:r>
          </w:p>
        </w:tc>
      </w:tr>
      <w:tr w:rsidR="0068199E" w:rsidRPr="00A80C53" w:rsidTr="0068199E">
        <w:trPr>
          <w:trHeight w:val="594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42" w:lineRule="auto"/>
              <w:ind w:right="10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«Татар</w:t>
            </w:r>
            <w:r w:rsidRPr="00A80C5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дөньясы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(«Мир</w:t>
            </w:r>
            <w:r w:rsidRPr="00A80C5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народа»)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15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A80C53" w:rsidTr="0068199E">
        <w:trPr>
          <w:trHeight w:val="1656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(морфология,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синтаксис)</w:t>
            </w:r>
          </w:p>
          <w:p w:rsidR="0068199E" w:rsidRPr="00A80C53" w:rsidRDefault="0068199E" w:rsidP="0068199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(13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Настоящее время глагола.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Спряжение глагола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глаголов.</w:t>
            </w:r>
          </w:p>
          <w:p w:rsidR="0068199E" w:rsidRPr="00A80C53" w:rsidRDefault="0068199E" w:rsidP="0068199E">
            <w:pPr>
              <w:ind w:right="8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образование формы глаголов настоящего времени.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 работа: выписать текст, дописывая аффиксы настоящего времени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нахождение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глаголов.</w:t>
            </w:r>
          </w:p>
          <w:p w:rsidR="0068199E" w:rsidRPr="00A80C53" w:rsidRDefault="0068199E" w:rsidP="0068199E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 настоящего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</w:tc>
      </w:tr>
      <w:tr w:rsidR="0068199E" w:rsidRPr="005B1FA4" w:rsidTr="0068199E">
        <w:trPr>
          <w:trHeight w:val="359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проблемного вопроса «Чем различаются предложение и «не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предложение»?</w:t>
            </w:r>
          </w:p>
          <w:p w:rsidR="0068199E" w:rsidRPr="00A80C53" w:rsidRDefault="0068199E" w:rsidP="0068199E">
            <w:pPr>
              <w:spacing w:before="2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связью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предложении.</w:t>
            </w:r>
          </w:p>
          <w:p w:rsidR="0068199E" w:rsidRPr="00A80C53" w:rsidRDefault="0068199E" w:rsidP="0068199E">
            <w:pPr>
              <w:spacing w:line="242" w:lineRule="auto"/>
              <w:ind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запись предложений с употреблением слов в нужной форме (с опорой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собственный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опыт).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составление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before="4" w:line="237" w:lineRule="auto"/>
              <w:ind w:right="9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«Как соотносятся знаки препинания в конце предложения 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установкой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предложения?»</w:t>
            </w:r>
          </w:p>
          <w:p w:rsidR="0068199E" w:rsidRPr="00A80C53" w:rsidRDefault="0068199E" w:rsidP="0068199E">
            <w:pPr>
              <w:spacing w:before="3"/>
              <w:ind w:right="10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таблицы «Виды предложений по цели высказывания», подбор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примеров.</w:t>
            </w:r>
          </w:p>
          <w:p w:rsidR="0068199E" w:rsidRPr="00A80C53" w:rsidRDefault="0068199E" w:rsidP="0068199E">
            <w:pPr>
              <w:spacing w:line="274" w:lineRule="exact"/>
              <w:ind w:right="6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предложением: различать интонационные и смысловые особенности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повествовательных, побудительных, вопросительных, предложений, правильно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употреблять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</w:p>
        </w:tc>
      </w:tr>
      <w:tr w:rsidR="0068199E" w:rsidRPr="005B1FA4" w:rsidTr="0068199E">
        <w:trPr>
          <w:trHeight w:val="27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68199E" w:rsidRPr="00A80C53" w:rsidRDefault="0068199E" w:rsidP="0068199E">
            <w:pPr>
              <w:spacing w:line="256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68199E" w:rsidRPr="00A80C53" w:rsidRDefault="0068199E" w:rsidP="0068199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  <w:tcBorders>
              <w:bottom w:val="single" w:sz="6" w:space="0" w:color="000000"/>
            </w:tcBorders>
          </w:tcPr>
          <w:p w:rsidR="0068199E" w:rsidRPr="00A80C53" w:rsidRDefault="0068199E" w:rsidP="0068199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под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8429E9" w:rsidTr="0068199E">
        <w:trPr>
          <w:trHeight w:val="220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68199E" w:rsidRPr="00A80C53" w:rsidRDefault="0068199E" w:rsidP="0068199E">
            <w:pPr>
              <w:spacing w:line="237" w:lineRule="auto"/>
              <w:ind w:right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Повторение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68199E" w:rsidRPr="00A80C53" w:rsidRDefault="0068199E" w:rsidP="0068199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  <w:tcBorders>
              <w:top w:val="single" w:sz="6" w:space="0" w:color="000000"/>
            </w:tcBorders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Комментированное письмо: объяснение различия в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звуко­буквенном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составе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записываемых слов. Наблюдение за языковым материалом: формулирование 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связанный 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правилом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переноса слов, уточнение правила переноса слов. Практическая работа: запись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 с использованием правила написания собственных имен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 Работа в парах: ответы на вопросы, в которых необходимо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применить правило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</w:p>
          <w:p w:rsidR="0068199E" w:rsidRPr="00A80C53" w:rsidRDefault="0068199E" w:rsidP="0068199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 написать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встретится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шести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277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 глаголы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 времени</w:t>
            </w:r>
          </w:p>
        </w:tc>
      </w:tr>
      <w:tr w:rsidR="0068199E" w:rsidRPr="00A80C53" w:rsidTr="0068199E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53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Сочинение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рисунку</w:t>
            </w:r>
          </w:p>
        </w:tc>
      </w:tr>
      <w:tr w:rsidR="0068199E" w:rsidRPr="008429E9" w:rsidTr="0068199E">
        <w:trPr>
          <w:trHeight w:val="1128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37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</w:p>
          <w:p w:rsidR="0068199E" w:rsidRPr="00A80C53" w:rsidRDefault="0068199E" w:rsidP="0068199E">
            <w:pPr>
              <w:spacing w:line="242" w:lineRule="auto"/>
              <w:ind w:right="8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Нәүруз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бәйрәме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(«Праздник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Науруз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татарских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праздниках.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задавать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однокласснику,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празднике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«Сабантуй».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 речевого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этикета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</w:p>
        </w:tc>
      </w:tr>
      <w:tr w:rsidR="0068199E" w:rsidRPr="008429E9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6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рисунку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«Место,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 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живу».</w:t>
            </w:r>
          </w:p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сделать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заранее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согласованным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критериям.</w:t>
            </w:r>
          </w:p>
          <w:p w:rsidR="0068199E" w:rsidRPr="00A80C53" w:rsidRDefault="0068199E" w:rsidP="0068199E">
            <w:pPr>
              <w:spacing w:line="274" w:lineRule="exact"/>
              <w:ind w:right="9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 правил правописания и теоретического материала, соблюдение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пунктуации</w:t>
            </w:r>
          </w:p>
        </w:tc>
      </w:tr>
    </w:tbl>
    <w:p w:rsidR="0068199E" w:rsidRPr="00500644" w:rsidRDefault="00500644" w:rsidP="00500644">
      <w:pPr>
        <w:pStyle w:val="ae"/>
        <w:widowControl w:val="0"/>
        <w:tabs>
          <w:tab w:val="left" w:pos="6922"/>
        </w:tabs>
        <w:autoSpaceDE w:val="0"/>
        <w:autoSpaceDN w:val="0"/>
        <w:spacing w:before="124" w:after="0" w:line="240" w:lineRule="auto"/>
        <w:ind w:left="4997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37" w:name="3_класс_–_68_ч."/>
      <w:bookmarkStart w:id="38" w:name="_bookmark21"/>
      <w:bookmarkEnd w:id="37"/>
      <w:bookmarkEnd w:id="38"/>
      <w:r>
        <w:rPr>
          <w:rFonts w:ascii="Times New Roman" w:eastAsia="Times New Roman" w:hAnsi="Times New Roman" w:cs="Times New Roman"/>
          <w:b/>
          <w:sz w:val="28"/>
          <w:lang w:val="ru-RU"/>
        </w:rPr>
        <w:t>3</w:t>
      </w:r>
      <w:r w:rsidR="0068199E" w:rsidRPr="00500644">
        <w:rPr>
          <w:rFonts w:ascii="Times New Roman" w:eastAsia="Times New Roman" w:hAnsi="Times New Roman" w:cs="Times New Roman"/>
          <w:b/>
          <w:sz w:val="28"/>
          <w:lang w:val="ru-RU"/>
        </w:rPr>
        <w:t>класс</w:t>
      </w:r>
      <w:r w:rsidR="0068199E" w:rsidRPr="00500644">
        <w:rPr>
          <w:rFonts w:ascii="Times New Roman" w:eastAsia="Times New Roman" w:hAnsi="Times New Roman" w:cs="Times New Roman"/>
          <w:b/>
          <w:spacing w:val="1"/>
          <w:sz w:val="28"/>
          <w:lang w:val="ru-RU"/>
        </w:rPr>
        <w:t xml:space="preserve"> </w:t>
      </w:r>
      <w:r w:rsidR="0068199E" w:rsidRPr="00500644">
        <w:rPr>
          <w:rFonts w:ascii="Times New Roman" w:eastAsia="Times New Roman" w:hAnsi="Times New Roman" w:cs="Times New Roman"/>
          <w:b/>
          <w:sz w:val="28"/>
          <w:lang w:val="ru-RU"/>
        </w:rPr>
        <w:t>–</w:t>
      </w:r>
      <w:r w:rsidR="0068199E" w:rsidRPr="00500644">
        <w:rPr>
          <w:rFonts w:ascii="Times New Roman" w:eastAsia="Times New Roman" w:hAnsi="Times New Roman" w:cs="Times New Roman"/>
          <w:b/>
          <w:spacing w:val="-1"/>
          <w:sz w:val="28"/>
          <w:lang w:val="ru-RU"/>
        </w:rPr>
        <w:t xml:space="preserve"> </w:t>
      </w:r>
      <w:r w:rsidR="0068199E" w:rsidRPr="00500644">
        <w:rPr>
          <w:rFonts w:ascii="Times New Roman" w:eastAsia="Times New Roman" w:hAnsi="Times New Roman" w:cs="Times New Roman"/>
          <w:b/>
          <w:sz w:val="28"/>
          <w:lang w:val="ru-RU"/>
        </w:rPr>
        <w:t>68</w:t>
      </w:r>
      <w:r w:rsidR="0068199E" w:rsidRPr="00500644">
        <w:rPr>
          <w:rFonts w:ascii="Times New Roman" w:eastAsia="Times New Roman" w:hAnsi="Times New Roman" w:cs="Times New Roman"/>
          <w:b/>
          <w:spacing w:val="-1"/>
          <w:sz w:val="28"/>
          <w:lang w:val="ru-RU"/>
        </w:rPr>
        <w:t xml:space="preserve"> </w:t>
      </w:r>
      <w:r w:rsidR="0068199E" w:rsidRPr="00500644">
        <w:rPr>
          <w:rFonts w:ascii="Times New Roman" w:eastAsia="Times New Roman" w:hAnsi="Times New Roman" w:cs="Times New Roman"/>
          <w:b/>
          <w:sz w:val="28"/>
          <w:lang w:val="ru-RU"/>
        </w:rPr>
        <w:t>ч.</w:t>
      </w:r>
    </w:p>
    <w:p w:rsidR="0068199E" w:rsidRPr="00A80C53" w:rsidRDefault="0068199E" w:rsidP="0068199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3119"/>
        <w:gridCol w:w="706"/>
        <w:gridCol w:w="8936"/>
      </w:tblGrid>
      <w:tr w:rsidR="0068199E" w:rsidRPr="00A80C53" w:rsidTr="0068199E">
        <w:trPr>
          <w:trHeight w:val="830"/>
        </w:trPr>
        <w:tc>
          <w:tcPr>
            <w:tcW w:w="1957" w:type="dxa"/>
          </w:tcPr>
          <w:p w:rsidR="0068199E" w:rsidRPr="00A80C53" w:rsidRDefault="0068199E" w:rsidP="0068199E">
            <w:pPr>
              <w:spacing w:before="135" w:line="242" w:lineRule="auto"/>
              <w:ind w:right="25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Тема, раздел</w:t>
            </w:r>
            <w:r w:rsidRPr="00A80C53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курса</w:t>
            </w:r>
          </w:p>
        </w:tc>
        <w:tc>
          <w:tcPr>
            <w:tcW w:w="3119" w:type="dxa"/>
          </w:tcPr>
          <w:p w:rsidR="0068199E" w:rsidRPr="00A80C53" w:rsidRDefault="0068199E" w:rsidP="0068199E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Программное</w:t>
            </w:r>
            <w:r w:rsidRPr="00A80C5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before="3" w:line="237" w:lineRule="auto"/>
              <w:ind w:right="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Кол-</w:t>
            </w:r>
            <w:r w:rsidRPr="00A80C53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</w:t>
            </w:r>
            <w:proofErr w:type="gramEnd"/>
          </w:p>
          <w:p w:rsidR="0068199E" w:rsidRPr="00A80C53" w:rsidRDefault="0068199E" w:rsidP="0068199E">
            <w:pPr>
              <w:spacing w:before="4"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часов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199E" w:rsidRPr="00A80C53" w:rsidRDefault="0068199E" w:rsidP="0068199E">
            <w:pPr>
              <w:ind w:right="155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Основные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68199E" w:rsidRPr="00A80C53" w:rsidTr="0068199E">
        <w:trPr>
          <w:trHeight w:val="316"/>
        </w:trPr>
        <w:tc>
          <w:tcPr>
            <w:tcW w:w="5076" w:type="dxa"/>
            <w:gridSpan w:val="2"/>
          </w:tcPr>
          <w:p w:rsidR="0068199E" w:rsidRPr="00A80C53" w:rsidRDefault="0068199E" w:rsidP="0068199E">
            <w:pPr>
              <w:spacing w:line="273" w:lineRule="exact"/>
              <w:ind w:right="18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«Мин»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17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A80C53" w:rsidTr="0068199E">
        <w:trPr>
          <w:trHeight w:val="4417"/>
        </w:trPr>
        <w:tc>
          <w:tcPr>
            <w:tcW w:w="1957" w:type="dxa"/>
          </w:tcPr>
          <w:p w:rsidR="0068199E" w:rsidRPr="00A80C53" w:rsidRDefault="0068199E" w:rsidP="0068199E">
            <w:pPr>
              <w:spacing w:line="242" w:lineRule="auto"/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68199E" w:rsidRPr="00A80C53" w:rsidRDefault="0068199E" w:rsidP="0068199E">
            <w:pPr>
              <w:ind w:right="5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(фонетика,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(14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19" w:type="dxa"/>
          </w:tcPr>
          <w:p w:rsidR="0068199E" w:rsidRPr="00A80C53" w:rsidRDefault="0068199E" w:rsidP="0068199E">
            <w:pPr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материала,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 во 2 классе: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определить существенный признак для классификации звуков.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предложенного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последующей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проверкой.</w:t>
            </w:r>
          </w:p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определение соотношения количества звуков и бу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кв 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едложенном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таблицы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тремя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колонками: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 равно количеству букв, количество звуков меньше количества букв,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больше количества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68199E" w:rsidRPr="00A80C53" w:rsidRDefault="0068199E" w:rsidP="0068199E">
            <w:pPr>
              <w:spacing w:line="237" w:lineRule="auto"/>
              <w:ind w:right="1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 работа по систематизации информации: записывать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алфавитном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порядке.</w:t>
            </w:r>
          </w:p>
          <w:p w:rsidR="0068199E" w:rsidRPr="00A80C53" w:rsidRDefault="0068199E" w:rsidP="0068199E">
            <w:pPr>
              <w:spacing w:before="3" w:line="237" w:lineRule="auto"/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расставить книги в библиотечном уголке класса в алфавитном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ориентируясь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фамилию автора.</w:t>
            </w:r>
          </w:p>
          <w:p w:rsidR="0068199E" w:rsidRPr="00A80C53" w:rsidRDefault="0068199E" w:rsidP="0068199E">
            <w:pPr>
              <w:spacing w:before="3"/>
              <w:ind w:right="6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 работа: сочинить рассказ, включив в него слова из отработанного 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прошлом учебном году орфоэпического перечня, а потом прочитать его всему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классу.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знаний, полученных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процессе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тем, установление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 между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5B1FA4" w:rsidTr="0068199E">
        <w:trPr>
          <w:trHeight w:val="1934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буквы: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Комментированное письмо: объяснение различия в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звуко­буквенном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составе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записываемых слов. Наблюдение за языковым материалом: формулирование на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связанный 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правилом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переноса слов,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уточнение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переноса слов.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обозначаются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буквой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([к],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[қ],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],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[ғ])</w:t>
            </w:r>
          </w:p>
        </w:tc>
      </w:tr>
      <w:tr w:rsidR="0068199E" w:rsidRPr="00A80C53" w:rsidTr="0068199E">
        <w:trPr>
          <w:trHeight w:val="57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2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языке?».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словарями</w:t>
            </w:r>
          </w:p>
        </w:tc>
      </w:tr>
      <w:tr w:rsidR="0068199E" w:rsidRPr="005B1FA4" w:rsidTr="0068199E">
        <w:trPr>
          <w:trHeight w:val="220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5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Правописание и чтение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 буквами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ь.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0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языковым материалом с целью определения функций ъ и ь: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 мягкости/твердости предшествующего согласного в слове или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разделительный.</w:t>
            </w:r>
          </w:p>
          <w:p w:rsidR="0068199E" w:rsidRPr="00A80C53" w:rsidRDefault="0068199E" w:rsidP="0068199E">
            <w:pPr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</w:t>
            </w:r>
            <w:r w:rsidRPr="00A80C5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ъ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записями на доске: обобщение способов обозначения на письме мягкости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твердости согласных звуков. Практическое задание: закрепление на письме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мягкости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твердости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звуков.</w:t>
            </w:r>
          </w:p>
          <w:p w:rsidR="0068199E" w:rsidRPr="00A80C53" w:rsidRDefault="0068199E" w:rsidP="0068199E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разделительных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ъ 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ь.</w:t>
            </w:r>
          </w:p>
        </w:tc>
      </w:tr>
      <w:tr w:rsidR="0068199E" w:rsidRPr="008429E9" w:rsidTr="0068199E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актуализируется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 в слове. Комментированное выполнение упражнения по определению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 слогов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слове,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доказательства.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подбор слов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количеством слогов.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</w:t>
            </w:r>
          </w:p>
        </w:tc>
      </w:tr>
      <w:tr w:rsidR="0068199E" w:rsidRPr="00A80C53" w:rsidTr="0068199E">
        <w:trPr>
          <w:trHeight w:val="5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изложению. Пересказ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плану.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</w:t>
            </w:r>
          </w:p>
        </w:tc>
      </w:tr>
      <w:tr w:rsidR="0068199E" w:rsidRPr="00A80C53" w:rsidTr="0068199E">
        <w:trPr>
          <w:trHeight w:val="220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диалог, в ходе которого актуализируется способ определения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 компонентов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ind w:right="3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образование парных слов из предложенных слов, определение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ударения в них. Практическая работа: объяснить значение предложенных парных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line="274" w:lineRule="exact"/>
              <w:ind w:right="44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профессиях.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парных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5B1FA4" w:rsidTr="0068199E">
        <w:trPr>
          <w:trHeight w:val="825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Сложные 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диалог, в ходе которого актуализируется способ определения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Комментированное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определению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A80C53" w:rsidTr="0068199E">
        <w:trPr>
          <w:trHeight w:val="1382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сложными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словами.</w:t>
            </w:r>
          </w:p>
          <w:p w:rsidR="0068199E" w:rsidRPr="00A80C53" w:rsidRDefault="0068199E" w:rsidP="0068199E">
            <w:pPr>
              <w:spacing w:before="4" w:line="237" w:lineRule="auto"/>
              <w:ind w:right="19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образование сложных слов из предложенных слов.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пословиц.</w:t>
            </w:r>
          </w:p>
          <w:p w:rsidR="0068199E" w:rsidRPr="00A80C53" w:rsidRDefault="0068199E" w:rsidP="0068199E">
            <w:pPr>
              <w:spacing w:line="274" w:lineRule="exact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профессиях.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A80C53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Проектная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максимальным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количеством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8429E9" w:rsidTr="0068199E">
        <w:trPr>
          <w:trHeight w:val="27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Контрольное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списывание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 предложения,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8429E9" w:rsidTr="0068199E">
        <w:trPr>
          <w:trHeight w:val="1930"/>
        </w:trPr>
        <w:tc>
          <w:tcPr>
            <w:tcW w:w="1954" w:type="dxa"/>
          </w:tcPr>
          <w:p w:rsidR="0068199E" w:rsidRPr="00A80C53" w:rsidRDefault="0068199E" w:rsidP="0068199E">
            <w:pPr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текстом: прочитать текст, выделить известную и новую информацию;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 главную мысль текста, выделить в тексте незнакомые слова и объяснить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 значение, опираясь на контекст, отвечать на вопросы по содержанию текста,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делить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смысловые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части.</w:t>
            </w:r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составление устного диалогического и монологического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 и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оценивание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этих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собеседников</w:t>
            </w:r>
          </w:p>
        </w:tc>
      </w:tr>
      <w:tr w:rsidR="0068199E" w:rsidRPr="008429E9" w:rsidTr="0068199E">
        <w:trPr>
          <w:trHeight w:val="830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42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Урок-игра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</w:t>
            </w:r>
            <w:proofErr w:type="spellEnd"/>
          </w:p>
          <w:p w:rsidR="0068199E" w:rsidRPr="00A80C53" w:rsidRDefault="0068199E" w:rsidP="0068199E">
            <w:pPr>
              <w:spacing w:line="274" w:lineRule="exact"/>
              <w:ind w:right="4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диктант» («Спортивный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дидактической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игре.</w:t>
            </w:r>
          </w:p>
          <w:p w:rsidR="0068199E" w:rsidRPr="00A80C53" w:rsidRDefault="0068199E" w:rsidP="0068199E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повторения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8429E9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Творческая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кроссворд, часть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 часть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</w:tr>
      <w:tr w:rsidR="0068199E" w:rsidRPr="00A80C53" w:rsidTr="0068199E">
        <w:trPr>
          <w:trHeight w:val="345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Тир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як,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көнкүреш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 («Мир вокруг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A80C53" w:rsidTr="0068199E">
        <w:trPr>
          <w:trHeight w:val="1930"/>
        </w:trPr>
        <w:tc>
          <w:tcPr>
            <w:tcW w:w="1954" w:type="dxa"/>
          </w:tcPr>
          <w:p w:rsidR="0068199E" w:rsidRPr="00A80C53" w:rsidRDefault="0068199E" w:rsidP="0068199E">
            <w:pPr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Агыйдел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кая коя?» («Куда впадает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река Белая»)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3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про себя и понимание основного содержания небольшого текста,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построенного на знакомом языковом материале. Чтение вслух текста 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интонирования.</w:t>
            </w:r>
          </w:p>
          <w:p w:rsidR="0068199E" w:rsidRPr="00A80C53" w:rsidRDefault="0068199E" w:rsidP="0068199E">
            <w:pPr>
              <w:spacing w:line="242" w:lineRule="auto"/>
              <w:ind w:right="4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словарной работе. Использование орфоэпического словаря татарского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 последовательности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A80C5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A80C5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реках,</w:t>
            </w:r>
            <w:r w:rsidRPr="00A80C5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расположенных</w:t>
            </w:r>
            <w:r w:rsidRPr="00A80C53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A80C5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</w:t>
            </w:r>
            <w:r w:rsidRPr="00A80C5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</w:t>
            </w:r>
            <w:proofErr w:type="gramEnd"/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одноклассниками</w:t>
            </w:r>
          </w:p>
        </w:tc>
      </w:tr>
      <w:tr w:rsidR="0068199E" w:rsidRPr="005B1FA4" w:rsidTr="0068199E">
        <w:trPr>
          <w:trHeight w:val="1656"/>
        </w:trPr>
        <w:tc>
          <w:tcPr>
            <w:tcW w:w="1954" w:type="dxa"/>
          </w:tcPr>
          <w:p w:rsidR="0068199E" w:rsidRPr="00A80C53" w:rsidRDefault="0068199E" w:rsidP="0068199E">
            <w:pPr>
              <w:spacing w:line="242" w:lineRule="auto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68199E" w:rsidRPr="00A80C53" w:rsidRDefault="0068199E" w:rsidP="0068199E">
            <w:pPr>
              <w:spacing w:line="242" w:lineRule="auto"/>
              <w:ind w:right="8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(лексика)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7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Лексическое значение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ind w:right="2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1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«Как можно узнать значение незнакомого слова?»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«Способы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слова».</w:t>
            </w:r>
          </w:p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толковым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словарем, пои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ск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оваре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нескольких слов, освоение в процессе практической деятельности принципа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толкового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выписывание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значений слов из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3591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68199E" w:rsidRPr="00A80C53" w:rsidRDefault="0068199E" w:rsidP="0068199E">
            <w:pPr>
              <w:spacing w:before="2"/>
              <w:ind w:right="7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ведение собственных толковых словариков.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переносном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юмористических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рисунков.</w:t>
            </w:r>
          </w:p>
          <w:p w:rsidR="0068199E" w:rsidRPr="00A80C53" w:rsidRDefault="0068199E" w:rsidP="0068199E">
            <w:pPr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Комментированное выполнение заданий, направленных на развитие умения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анализировать, употребление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прямом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переносном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 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переносном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значении.</w:t>
            </w:r>
          </w:p>
          <w:p w:rsidR="0068199E" w:rsidRPr="00A80C53" w:rsidRDefault="0068199E" w:rsidP="0068199E">
            <w:pPr>
              <w:spacing w:before="1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 особенностей слова как единицы лексического уровня языка.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синонимов, антонимов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омонимов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антонимов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однозначных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многозначных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прямого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переносного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значений</w:t>
            </w:r>
          </w:p>
          <w:p w:rsidR="0068199E" w:rsidRPr="00A80C53" w:rsidRDefault="0068199E" w:rsidP="0068199E">
            <w:pPr>
              <w:spacing w:line="274" w:lineRule="exact"/>
              <w:ind w:right="1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 Определение слов, употребленных в прямом и переносном значении (простые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случаи)</w:t>
            </w:r>
          </w:p>
        </w:tc>
      </w:tr>
      <w:tr w:rsidR="0068199E" w:rsidRPr="008429E9" w:rsidTr="0068199E">
        <w:trPr>
          <w:trHeight w:val="1929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работа с ситуациями, в которых необходимо сравнивать прямое 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переносное значение слов, подбирать предложения, в которых слово употреблено 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прямом/переносном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значении.</w:t>
            </w:r>
          </w:p>
          <w:p w:rsidR="0068199E" w:rsidRPr="00A80C53" w:rsidRDefault="0068199E" w:rsidP="0068199E">
            <w:pPr>
              <w:ind w:right="1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«По каким причинам слова выходят из употребления?»,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высказывание предположений с последующим сопоставлением их с информацией 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соотнесение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устаревших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синонимами</w:t>
            </w:r>
          </w:p>
        </w:tc>
      </w:tr>
      <w:tr w:rsidR="0068199E" w:rsidRPr="00A80C53" w:rsidTr="0068199E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15 слов 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</w:t>
            </w:r>
          </w:p>
        </w:tc>
      </w:tr>
      <w:tr w:rsidR="0068199E" w:rsidRPr="00A80C53" w:rsidTr="0068199E">
        <w:trPr>
          <w:trHeight w:val="1382"/>
        </w:trPr>
        <w:tc>
          <w:tcPr>
            <w:tcW w:w="1954" w:type="dxa"/>
          </w:tcPr>
          <w:p w:rsidR="0068199E" w:rsidRPr="00A80C53" w:rsidRDefault="0068199E" w:rsidP="0068199E">
            <w:pPr>
              <w:spacing w:line="237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Творческая работа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устаревших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значения.</w:t>
            </w:r>
          </w:p>
          <w:p w:rsidR="0068199E" w:rsidRPr="00A80C53" w:rsidRDefault="0068199E" w:rsidP="0068199E">
            <w:pPr>
              <w:spacing w:before="4"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Проектное задание: составление (в процессе коллективной деятельности или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самостоятельно)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устаревших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сказками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чтения»</w:t>
            </w:r>
          </w:p>
        </w:tc>
      </w:tr>
      <w:tr w:rsidR="0068199E" w:rsidRPr="00A80C53" w:rsidTr="0068199E">
        <w:trPr>
          <w:trHeight w:val="278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Туган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җирем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 («Моя</w:t>
            </w:r>
            <w:r w:rsidRPr="00A80C5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Родина»)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8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8199E" w:rsidRPr="008429E9" w:rsidTr="0068199E">
        <w:trPr>
          <w:trHeight w:val="1929"/>
        </w:trPr>
        <w:tc>
          <w:tcPr>
            <w:tcW w:w="1954" w:type="dxa"/>
          </w:tcPr>
          <w:p w:rsidR="0068199E" w:rsidRPr="00A80C53" w:rsidRDefault="0068199E" w:rsidP="0068199E">
            <w:pPr>
              <w:ind w:right="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морфология)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(18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Однокоренные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«Чем похожи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различаются?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корень слова?». Наблюдение за группами родственных слов, поиск для каждой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 слова, с помощью которого можно объяснить значение родственных слов.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выделение корня в предложенных словах с опорой на алгоритм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корня.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Комментированный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обнаружение среди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омонимичным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корнем.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551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одним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корнем.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словарика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8429E9" w:rsidTr="0068199E">
        <w:trPr>
          <w:trHeight w:val="414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Аффиксы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Объяснение учителем приема развернутого толкования слова как способа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значений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понятиями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«корень»,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«однокоренные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слова»: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определений.</w:t>
            </w:r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выделения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корня.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выделению корня.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роли 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аффиксов.</w:t>
            </w:r>
          </w:p>
          <w:p w:rsidR="0068199E" w:rsidRPr="00A80C53" w:rsidRDefault="0068199E" w:rsidP="0068199E">
            <w:pPr>
              <w:spacing w:line="242" w:lineRule="auto"/>
              <w:ind w:right="6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анализ текста с установкой на поиск в нем слов с заданными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аффиксами.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составу.</w:t>
            </w:r>
          </w:p>
          <w:p w:rsidR="0068199E" w:rsidRPr="00A80C53" w:rsidRDefault="0068199E" w:rsidP="0068199E">
            <w:pPr>
              <w:spacing w:before="1"/>
              <w:ind w:right="3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 в разборе слов по составу в соответствии с отрабатываемым алгоритмом,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 с помощью учителя своих учебных действий для преодоления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 при выделении в слове корня, аффикса. Комментированное выполнение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заданных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 слова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Дифференцированное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обнаружение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A80C53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Сочинение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 20 слов 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</w:t>
            </w:r>
          </w:p>
        </w:tc>
      </w:tr>
      <w:tr w:rsidR="0068199E" w:rsidRPr="008429E9" w:rsidTr="0068199E">
        <w:trPr>
          <w:trHeight w:val="276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существительное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4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 каким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распределяем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частям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речи?».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группировка предложенного набора слов на основании того, какой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являются.</w:t>
            </w:r>
          </w:p>
          <w:p w:rsidR="0068199E" w:rsidRPr="00A80C53" w:rsidRDefault="0068199E" w:rsidP="0068199E">
            <w:pPr>
              <w:spacing w:line="237" w:lineRule="auto"/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грамматическими признаками имен существительных, соотнесение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сделанных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информацией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учебнике.</w:t>
            </w:r>
          </w:p>
          <w:p w:rsidR="0068199E" w:rsidRPr="00A80C53" w:rsidRDefault="0068199E" w:rsidP="0068199E">
            <w:pPr>
              <w:spacing w:before="2"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 имен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объединяет эти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группу.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указанному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признаку.</w:t>
            </w:r>
          </w:p>
          <w:p w:rsidR="0068199E" w:rsidRPr="00A80C53" w:rsidRDefault="0068199E" w:rsidP="0068199E">
            <w:pPr>
              <w:spacing w:line="274" w:lineRule="exact"/>
              <w:ind w:right="6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грамматических признаков имен существительных (число, падеж,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принадлежность)</w:t>
            </w:r>
          </w:p>
        </w:tc>
      </w:tr>
      <w:tr w:rsidR="0068199E" w:rsidRPr="00A80C53" w:rsidTr="0068199E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Сложные 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before="2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 Практическая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пословиц.</w:t>
            </w:r>
          </w:p>
          <w:p w:rsidR="0068199E" w:rsidRPr="00A80C53" w:rsidRDefault="0068199E" w:rsidP="0068199E">
            <w:pPr>
              <w:spacing w:line="274" w:lineRule="exact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профессиях.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8429E9" w:rsidTr="0068199E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Местоимение.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ролью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местоимений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тексте.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2487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16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корректировка текста, заключающаяся в замене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повторяющихся в тексте имен существительных соответствующими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местоимениями.</w:t>
            </w:r>
          </w:p>
          <w:p w:rsidR="0068199E" w:rsidRPr="00A80C53" w:rsidRDefault="0068199E" w:rsidP="0068199E">
            <w:pPr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уместности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местоимений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обнаружение речевых ошибок, связанных с неудачным употреблением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местоимений.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местоимений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</w:p>
          <w:p w:rsidR="0068199E" w:rsidRPr="00A80C53" w:rsidRDefault="0068199E" w:rsidP="0068199E">
            <w:pPr>
              <w:spacing w:line="274" w:lineRule="exact"/>
              <w:ind w:right="9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 местоимений в тексте. Замена повторяющихся в тексте имен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соответствующими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местоимениями</w:t>
            </w:r>
          </w:p>
        </w:tc>
      </w:tr>
      <w:tr w:rsidR="0068199E" w:rsidRPr="00A80C53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A80C5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A80C53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</w:t>
            </w:r>
          </w:p>
        </w:tc>
      </w:tr>
      <w:tr w:rsidR="0068199E" w:rsidRPr="008429E9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Согласование имен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 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глаголами 3 лица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единственного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множественного</w:t>
            </w:r>
            <w:r w:rsidRPr="00A80C5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ролью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особенностями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 глаголов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 составление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диалога, использование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спряжение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</w:tc>
      </w:tr>
      <w:tr w:rsidR="0068199E" w:rsidRPr="008429E9" w:rsidTr="0068199E">
        <w:trPr>
          <w:trHeight w:val="193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минемчә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димә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68199E" w:rsidRPr="00A80C53" w:rsidRDefault="0068199E" w:rsidP="0068199E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әлбә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тт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«вводное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слово»: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вводные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слова?».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минемчә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димә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әлбә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тт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«Помоги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сверстнику, начавшему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исправить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ошибки»</w:t>
            </w:r>
          </w:p>
        </w:tc>
      </w:tr>
      <w:tr w:rsidR="0068199E" w:rsidRPr="00A80C53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максимальным количеством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</w:tc>
      </w:tr>
      <w:tr w:rsidR="0068199E" w:rsidRPr="00A80C53" w:rsidTr="0068199E">
        <w:trPr>
          <w:trHeight w:val="57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Контрольное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изложению. Пересказ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плану.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</w:t>
            </w:r>
          </w:p>
        </w:tc>
      </w:tr>
      <w:tr w:rsidR="0068199E" w:rsidRPr="008429E9" w:rsidTr="0068199E">
        <w:trPr>
          <w:trHeight w:val="830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(3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аудиотекстом</w:t>
            </w:r>
            <w:proofErr w:type="spellEnd"/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текстом: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воспринимать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</w:p>
          <w:p w:rsidR="0068199E" w:rsidRPr="00A80C53" w:rsidRDefault="0068199E" w:rsidP="0068199E">
            <w:pPr>
              <w:spacing w:line="274" w:lineRule="exact"/>
              <w:ind w:right="2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содержащуюся в нем информацию, отвечать на вопросы по тексту, формулировать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тексту,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озаглавливать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</w:p>
        </w:tc>
      </w:tr>
      <w:tr w:rsidR="0068199E" w:rsidRPr="008429E9" w:rsidTr="0068199E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«Юл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йө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ү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кагыйдәләре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 («Правила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о путешествиях: выражать собственное мнение, аргументируя его с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общения;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путешествия,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употребляя</w:t>
            </w:r>
          </w:p>
          <w:p w:rsidR="0068199E" w:rsidRPr="00A80C53" w:rsidRDefault="0068199E" w:rsidP="0068199E">
            <w:pPr>
              <w:spacing w:line="274" w:lineRule="exact"/>
              <w:ind w:right="6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географические термины, названия объектов на татарском языке; участвовать 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групповой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связанной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диалога;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задавать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учителю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998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0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одноклассникам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вопросы;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мнение</w:t>
            </w:r>
          </w:p>
        </w:tc>
      </w:tr>
      <w:tr w:rsidR="0068199E" w:rsidRPr="00A80C53" w:rsidTr="0068199E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запись предложений с использованием правил написания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 существительных.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ответы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которых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применить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встретится не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шести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</w:p>
        </w:tc>
      </w:tr>
      <w:tr w:rsidR="0068199E" w:rsidRPr="008429E9" w:rsidTr="0068199E">
        <w:trPr>
          <w:trHeight w:val="1103"/>
        </w:trPr>
        <w:tc>
          <w:tcPr>
            <w:tcW w:w="1954" w:type="dxa"/>
          </w:tcPr>
          <w:p w:rsidR="0068199E" w:rsidRPr="00A80C53" w:rsidRDefault="0068199E" w:rsidP="0068199E">
            <w:pPr>
              <w:spacing w:line="242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12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Творческая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«Россия</w:t>
            </w:r>
            <w:r w:rsidRPr="00A80C53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буенча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яхәт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(«Путешествие по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России»)</w:t>
            </w:r>
            <w:proofErr w:type="gramEnd"/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 рассказ по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картинкам.</w:t>
            </w:r>
          </w:p>
          <w:p w:rsidR="0068199E" w:rsidRPr="00A80C53" w:rsidRDefault="0068199E" w:rsidP="0068199E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этикета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</w:p>
        </w:tc>
      </w:tr>
      <w:tr w:rsidR="0068199E" w:rsidRPr="00A80C53" w:rsidTr="0068199E">
        <w:trPr>
          <w:trHeight w:val="600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42" w:lineRule="auto"/>
              <w:ind w:right="5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«Татар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дөньясы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 («Мир татарского</w:t>
            </w:r>
            <w:r w:rsidRPr="00A80C5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народа»)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15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A80C53" w:rsidTr="0068199E">
        <w:trPr>
          <w:trHeight w:val="1655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(морфология)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(5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8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значением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глаголов.</w:t>
            </w:r>
          </w:p>
          <w:p w:rsidR="0068199E" w:rsidRPr="00A80C53" w:rsidRDefault="0068199E" w:rsidP="0068199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</w:p>
          <w:p w:rsidR="0068199E" w:rsidRPr="00A80C53" w:rsidRDefault="0068199E" w:rsidP="0068199E">
            <w:pPr>
              <w:spacing w:before="5"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выписать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дописывая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аффиксы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глагола.</w:t>
            </w:r>
          </w:p>
          <w:p w:rsidR="0068199E" w:rsidRPr="00A80C53" w:rsidRDefault="0068199E" w:rsidP="0068199E">
            <w:pPr>
              <w:spacing w:line="274" w:lineRule="exact"/>
              <w:ind w:right="40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</w:tc>
      </w:tr>
      <w:tr w:rsidR="0068199E" w:rsidRPr="008429E9" w:rsidTr="0068199E">
        <w:trPr>
          <w:trHeight w:val="19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8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определение грамматических признаков имен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прилагательных.</w:t>
            </w:r>
          </w:p>
          <w:p w:rsidR="0068199E" w:rsidRPr="00A80C53" w:rsidRDefault="0068199E" w:rsidP="0068199E">
            <w:pPr>
              <w:spacing w:line="237" w:lineRule="auto"/>
              <w:ind w:right="14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Комментированное выполнение задания по соотнесению формы имени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прилагательного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 формой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существительного.</w:t>
            </w:r>
          </w:p>
          <w:p w:rsidR="0068199E" w:rsidRPr="00A80C53" w:rsidRDefault="0068199E" w:rsidP="0068199E">
            <w:pPr>
              <w:spacing w:before="3"/>
              <w:ind w:right="5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 имен прилагательных среди других частей речи по обобщенному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лексическому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значению 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вопросу.</w:t>
            </w:r>
          </w:p>
          <w:p w:rsidR="0068199E" w:rsidRPr="00A80C53" w:rsidRDefault="0068199E" w:rsidP="0068199E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ролью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тексте-описании</w:t>
            </w:r>
          </w:p>
        </w:tc>
      </w:tr>
      <w:tr w:rsidR="0068199E" w:rsidRPr="008429E9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Проектная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«Место,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 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живу».</w:t>
            </w:r>
          </w:p>
          <w:p w:rsidR="0068199E" w:rsidRPr="00A80C53" w:rsidRDefault="0068199E" w:rsidP="0068199E">
            <w:pPr>
              <w:spacing w:before="2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сделать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оценить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заранее</w:t>
            </w:r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согласованным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пунктуации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1382"/>
        </w:trPr>
        <w:tc>
          <w:tcPr>
            <w:tcW w:w="1954" w:type="dxa"/>
          </w:tcPr>
          <w:p w:rsidR="0068199E" w:rsidRPr="00A80C53" w:rsidRDefault="0068199E" w:rsidP="0068199E">
            <w:pPr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текстом: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 содержание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(услышанного)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прочитанному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(услышанному).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line="274" w:lineRule="exact"/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Ответы на вопросы по тексту. Формулировка вопросов по тексту.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Озаглавливание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</w:tr>
      <w:tr w:rsidR="0068199E" w:rsidRPr="008429E9" w:rsidTr="0068199E">
        <w:trPr>
          <w:trHeight w:val="1929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37" w:lineRule="auto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68199E" w:rsidRPr="00A80C53" w:rsidRDefault="0068199E" w:rsidP="0068199E">
            <w:pPr>
              <w:ind w:right="6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(синтаксис)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(8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9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Главные члены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6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диалог, в ходе которого сравниваются предложение, словосочетание,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обосновываются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сходство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различия.</w:t>
            </w:r>
          </w:p>
          <w:p w:rsidR="0068199E" w:rsidRPr="00A80C53" w:rsidRDefault="0068199E" w:rsidP="0068199E">
            <w:pPr>
              <w:ind w:right="2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классификация главных и второстепенных членов предложений.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 главных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подлежащего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сказуемого.</w:t>
            </w:r>
          </w:p>
          <w:p w:rsidR="0068199E" w:rsidRPr="00A80C53" w:rsidRDefault="0068199E" w:rsidP="0068199E">
            <w:pPr>
              <w:spacing w:line="237" w:lineRule="auto"/>
              <w:ind w:right="7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 составление предложения. Корректировка текстов с нарушенным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порядком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предложений.</w:t>
            </w:r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заданному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</w:tr>
      <w:tr w:rsidR="0068199E" w:rsidRPr="00A80C53" w:rsidTr="0068199E">
        <w:trPr>
          <w:trHeight w:val="220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1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Повторение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3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анализ текста, обоснование целесообразности выбора языковых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глаголов.</w:t>
            </w:r>
          </w:p>
          <w:p w:rsidR="0068199E" w:rsidRPr="00A80C53" w:rsidRDefault="0068199E" w:rsidP="0068199E">
            <w:pPr>
              <w:spacing w:line="242" w:lineRule="auto"/>
              <w:ind w:right="1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Творческие задания: создавать устные и письменные тексты разных типов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(описание,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рассуждение,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повествование).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 разных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(описание,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повествование,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рассуждение)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одну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ту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же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</w:p>
        </w:tc>
      </w:tr>
      <w:tr w:rsidR="0068199E" w:rsidRPr="00A80C53" w:rsidTr="0068199E">
        <w:trPr>
          <w:trHeight w:val="27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Тест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</w:p>
        </w:tc>
      </w:tr>
      <w:tr w:rsidR="0068199E" w:rsidRPr="00A80C53" w:rsidTr="0068199E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Сочинение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рисунками: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речевого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общения;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подобрать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 рисунку варианты подписей – устойчивых этикетных выражений;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картине,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выразительные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68199E" w:rsidRPr="00A80C53" w:rsidTr="0068199E">
        <w:trPr>
          <w:trHeight w:val="2760"/>
        </w:trPr>
        <w:tc>
          <w:tcPr>
            <w:tcW w:w="1954" w:type="dxa"/>
          </w:tcPr>
          <w:p w:rsidR="0068199E" w:rsidRPr="00A80C53" w:rsidRDefault="0068199E" w:rsidP="0068199E">
            <w:pPr>
              <w:spacing w:line="242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214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Презентация 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Төрле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халыкларның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милли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киемнәре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i/>
                <w:spacing w:val="-1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(«Национальная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одежда</w:t>
            </w:r>
            <w:r w:rsidRPr="00A80C5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различных</w:t>
            </w:r>
            <w:r w:rsidRPr="00A80C5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народов»)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 задание: используя подчеркнутые в тексте слова, написать развернутое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толкование значения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незнакомого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68199E" w:rsidRPr="00A80C53" w:rsidRDefault="0068199E" w:rsidP="0068199E">
            <w:pPr>
              <w:ind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группе: соотнести краткие и развернутые толкования значений одних и тех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же слов и ситуации, в которых эти толкования уместны; восстановить тексты,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подобрав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толкования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социокультурных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слушании 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материала.</w:t>
            </w:r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выставки, посвященной национальной одежде народов России.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мнения,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</w:p>
          <w:p w:rsidR="0068199E" w:rsidRPr="00A80C53" w:rsidRDefault="0068199E" w:rsidP="0068199E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p w:rsidR="0068199E" w:rsidRPr="00A80C53" w:rsidRDefault="00500644" w:rsidP="00500644">
      <w:pPr>
        <w:widowControl w:val="0"/>
        <w:numPr>
          <w:ilvl w:val="1"/>
          <w:numId w:val="25"/>
        </w:numPr>
        <w:tabs>
          <w:tab w:val="left" w:pos="6922"/>
        </w:tabs>
        <w:autoSpaceDE w:val="0"/>
        <w:autoSpaceDN w:val="0"/>
        <w:spacing w:before="63" w:after="0" w:line="240" w:lineRule="auto"/>
        <w:ind w:hanging="66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39" w:name="4_класс_–_68_ч."/>
      <w:bookmarkStart w:id="40" w:name="_bookmark22"/>
      <w:bookmarkEnd w:id="39"/>
      <w:bookmarkEnd w:id="4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4 </w:t>
      </w:r>
      <w:r w:rsidR="0068199E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класс</w:t>
      </w:r>
      <w:r w:rsidR="0068199E" w:rsidRPr="00A80C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68199E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="0068199E"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68199E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68</w:t>
      </w:r>
      <w:r w:rsidR="0068199E" w:rsidRPr="00A80C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68199E" w:rsidRPr="00A80C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ч.</w:t>
      </w:r>
    </w:p>
    <w:p w:rsidR="0068199E" w:rsidRPr="00A80C53" w:rsidRDefault="0068199E" w:rsidP="0068199E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3136"/>
        <w:gridCol w:w="706"/>
        <w:gridCol w:w="8936"/>
      </w:tblGrid>
      <w:tr w:rsidR="0068199E" w:rsidRPr="005B1FA4" w:rsidTr="0068199E">
        <w:trPr>
          <w:trHeight w:val="825"/>
        </w:trPr>
        <w:tc>
          <w:tcPr>
            <w:tcW w:w="1940" w:type="dxa"/>
          </w:tcPr>
          <w:p w:rsidR="0068199E" w:rsidRPr="00A80C53" w:rsidRDefault="0068199E" w:rsidP="0068199E">
            <w:pPr>
              <w:spacing w:before="135"/>
              <w:ind w:right="2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Тема, раздел</w:t>
            </w:r>
            <w:r w:rsidRPr="00A80C5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курса</w:t>
            </w:r>
          </w:p>
        </w:tc>
        <w:tc>
          <w:tcPr>
            <w:tcW w:w="3136" w:type="dxa"/>
          </w:tcPr>
          <w:p w:rsidR="0068199E" w:rsidRPr="00A80C53" w:rsidRDefault="0068199E" w:rsidP="0068199E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Программное</w:t>
            </w:r>
            <w:r w:rsidRPr="00A80C5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37" w:lineRule="auto"/>
              <w:ind w:right="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Кол-</w:t>
            </w:r>
            <w:r w:rsidRPr="00A80C53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</w:t>
            </w:r>
            <w:proofErr w:type="gramEnd"/>
          </w:p>
          <w:p w:rsidR="0068199E" w:rsidRPr="00A80C53" w:rsidRDefault="0068199E" w:rsidP="0068199E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часов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199E" w:rsidRPr="00A80C53" w:rsidRDefault="0068199E" w:rsidP="0068199E">
            <w:pPr>
              <w:ind w:right="15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Основные</w:t>
            </w:r>
            <w:r w:rsidRPr="00A80C5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A80C5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A80C5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68199E" w:rsidRPr="00A80C53" w:rsidTr="0068199E">
        <w:trPr>
          <w:trHeight w:val="277"/>
        </w:trPr>
        <w:tc>
          <w:tcPr>
            <w:tcW w:w="5076" w:type="dxa"/>
            <w:gridSpan w:val="2"/>
          </w:tcPr>
          <w:p w:rsidR="0068199E" w:rsidRPr="00A80C53" w:rsidRDefault="0068199E" w:rsidP="0068199E">
            <w:pPr>
              <w:spacing w:before="1" w:line="257" w:lineRule="exact"/>
              <w:ind w:right="18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«Мин»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before="1" w:line="257" w:lineRule="exact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17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8199E" w:rsidRPr="00A80C53" w:rsidTr="0068199E">
        <w:trPr>
          <w:trHeight w:val="2208"/>
        </w:trPr>
        <w:tc>
          <w:tcPr>
            <w:tcW w:w="1940" w:type="dxa"/>
            <w:vMerge w:val="restart"/>
          </w:tcPr>
          <w:p w:rsidR="0068199E" w:rsidRPr="00A80C53" w:rsidRDefault="0068199E" w:rsidP="0068199E">
            <w:pPr>
              <w:ind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(2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</w:p>
          <w:p w:rsidR="0068199E" w:rsidRPr="00A80C53" w:rsidRDefault="0068199E" w:rsidP="0068199E">
            <w:pPr>
              <w:spacing w:before="2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 «Мин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татарча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сөйләшәм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 («Я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разговариваю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по-татарски»)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текстом: прослушать текст, который читает учитель, объяснить значение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опираясь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восстановить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обобщив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 из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примеров.</w:t>
            </w:r>
          </w:p>
          <w:p w:rsidR="0068199E" w:rsidRPr="00A80C53" w:rsidRDefault="0068199E" w:rsidP="0068199E">
            <w:pPr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паре: опираясь на информацию из текста и предложенный план,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короткое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сообщение,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послушать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«Мин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татарча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сөйләшәм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!»,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68199E" w:rsidRPr="008429E9" w:rsidTr="0068199E">
        <w:trPr>
          <w:trHeight w:val="829"/>
        </w:trPr>
        <w:tc>
          <w:tcPr>
            <w:tcW w:w="1940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36" w:type="dxa"/>
          </w:tcPr>
          <w:p w:rsidR="0068199E" w:rsidRPr="00A80C53" w:rsidRDefault="0068199E" w:rsidP="0068199E">
            <w:pPr>
              <w:spacing w:line="242" w:lineRule="auto"/>
              <w:ind w:right="6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иллюстрациями: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подобрать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подходящие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репродукциям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</w:t>
            </w:r>
          </w:p>
          <w:p w:rsidR="0068199E" w:rsidRPr="00A80C53" w:rsidRDefault="0068199E" w:rsidP="0068199E">
            <w:pPr>
              <w:spacing w:line="274" w:lineRule="exact"/>
              <w:ind w:right="3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 художников; подобрать иллюстрацию к тексту; объяснить значение слова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</w:tr>
      <w:tr w:rsidR="0068199E" w:rsidRPr="005B1FA4" w:rsidTr="0068199E">
        <w:trPr>
          <w:trHeight w:val="1378"/>
        </w:trPr>
        <w:tc>
          <w:tcPr>
            <w:tcW w:w="1940" w:type="dxa"/>
            <w:vMerge w:val="restart"/>
          </w:tcPr>
          <w:p w:rsidR="0068199E" w:rsidRPr="00A80C53" w:rsidRDefault="0068199E" w:rsidP="0068199E">
            <w:pPr>
              <w:ind w:righ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 (фонетика)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(15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36" w:type="dxa"/>
          </w:tcPr>
          <w:p w:rsidR="0068199E" w:rsidRPr="00A80C53" w:rsidRDefault="0068199E" w:rsidP="0068199E">
            <w:pPr>
              <w:spacing w:line="237" w:lineRule="auto"/>
              <w:ind w:right="2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 пройденного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Актуализировать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фонетике,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лексике,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грамматике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«По каким признакам мы умеем характеризовать звуки?»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устная характеристика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заданным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Совместный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-буквенного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разбора.</w:t>
            </w:r>
          </w:p>
          <w:p w:rsidR="0068199E" w:rsidRPr="00A80C53" w:rsidRDefault="0068199E" w:rsidP="0068199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звуко­буквенного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 слов</w:t>
            </w:r>
          </w:p>
        </w:tc>
      </w:tr>
      <w:tr w:rsidR="0068199E" w:rsidRPr="00A80C53" w:rsidTr="0068199E">
        <w:trPr>
          <w:trHeight w:val="2484"/>
        </w:trPr>
        <w:tc>
          <w:tcPr>
            <w:tcW w:w="1940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36" w:type="dxa"/>
            <w:tcBorders>
              <w:bottom w:val="single" w:sz="6" w:space="0" w:color="000000"/>
            </w:tcBorders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8936" w:type="dxa"/>
            <w:tcBorders>
              <w:bottom w:val="single" w:sz="6" w:space="0" w:color="000000"/>
            </w:tcBorders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 букв,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 в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слоге.</w:t>
            </w:r>
          </w:p>
          <w:p w:rsidR="0068199E" w:rsidRPr="00A80C53" w:rsidRDefault="0068199E" w:rsidP="0068199E">
            <w:pPr>
              <w:ind w:right="5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дифференцировать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обозначающие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близкие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акустико­артикуляционным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признакам согласные звуки ([с] – [з], [ш] – [ж], [с] –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[ш],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[з] –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[ж],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]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[л], [ц]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[ч’]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д.).</w:t>
            </w:r>
          </w:p>
          <w:p w:rsidR="0068199E" w:rsidRPr="00A80C53" w:rsidRDefault="0068199E" w:rsidP="0068199E">
            <w:pPr>
              <w:spacing w:line="237" w:lineRule="auto"/>
              <w:ind w:right="2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Игровое упражнение «Придумай слово с заданным звуком». Дифференцированное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звуков.</w:t>
            </w:r>
          </w:p>
          <w:p w:rsidR="0068199E" w:rsidRPr="00A80C53" w:rsidRDefault="0068199E" w:rsidP="0068199E">
            <w:pPr>
              <w:spacing w:line="274" w:lineRule="exact"/>
              <w:ind w:right="8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характеризовать (устно) звуки по заданным признакам.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«Объясняем особенности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согласных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звуков»</w:t>
            </w:r>
          </w:p>
        </w:tc>
      </w:tr>
      <w:tr w:rsidR="0068199E" w:rsidRPr="00A80C53" w:rsidTr="0068199E">
        <w:trPr>
          <w:trHeight w:val="1101"/>
        </w:trPr>
        <w:tc>
          <w:tcPr>
            <w:tcW w:w="1940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36" w:type="dxa"/>
            <w:tcBorders>
              <w:top w:val="single" w:sz="6" w:space="0" w:color="000000"/>
            </w:tcBorders>
          </w:tcPr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сингармонизма</w:t>
            </w: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68199E" w:rsidRPr="00A80C53" w:rsidRDefault="0068199E" w:rsidP="0068199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  <w:tcBorders>
              <w:top w:val="single" w:sz="6" w:space="0" w:color="000000"/>
            </w:tcBorders>
          </w:tcPr>
          <w:p w:rsidR="0068199E" w:rsidRPr="00A80C53" w:rsidRDefault="0068199E" w:rsidP="0068199E">
            <w:pPr>
              <w:spacing w:line="237" w:lineRule="auto"/>
              <w:ind w:right="1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работа: объяснение функции твердых и мягких гласных при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присоединении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аффиксов.</w:t>
            </w:r>
          </w:p>
          <w:p w:rsidR="0068199E" w:rsidRPr="00A80C53" w:rsidRDefault="0068199E" w:rsidP="0068199E">
            <w:pPr>
              <w:spacing w:line="274" w:lineRule="exact"/>
              <w:ind w:right="1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паре: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твердых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две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сингармонизма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78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551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сочинения.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по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собственному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</w:p>
        </w:tc>
      </w:tr>
      <w:tr w:rsidR="0068199E" w:rsidRPr="008429E9" w:rsidTr="0068199E">
        <w:trPr>
          <w:trHeight w:val="138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произношением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приведенных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учебнике.</w:t>
            </w:r>
          </w:p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«Придумай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рифму»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(предлагаются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орфоэпического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словарика,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 ним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нужно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придумывать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рифмы).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Групповая работа: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слов,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 ударение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падает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последний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</w:t>
            </w:r>
          </w:p>
        </w:tc>
      </w:tr>
      <w:tr w:rsidR="0068199E" w:rsidRPr="00A80C53" w:rsidTr="0068199E">
        <w:trPr>
          <w:trHeight w:val="165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Транскрипция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звуко­буквенного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звуко­буквенной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68199E" w:rsidRPr="00A80C53" w:rsidRDefault="0068199E" w:rsidP="0068199E">
            <w:pPr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«Сравниваем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звуковой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буквенный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слов»,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формулируются выводы о возможных соотношениях звукового и буквенного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 слов,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транскрипции.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Записывать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(транскрипция)</w:t>
            </w:r>
          </w:p>
        </w:tc>
      </w:tr>
      <w:tr w:rsidR="0068199E" w:rsidRPr="00A80C53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фонетического</w:t>
            </w:r>
            <w:proofErr w:type="gramEnd"/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фонетического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фонетического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</w:tr>
      <w:tr w:rsidR="0068199E" w:rsidRPr="00A80C53" w:rsidTr="0068199E">
        <w:trPr>
          <w:trHeight w:val="2208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</w:p>
          <w:p w:rsidR="0068199E" w:rsidRPr="00A80C53" w:rsidRDefault="0068199E" w:rsidP="0068199E">
            <w:pPr>
              <w:spacing w:before="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таблицей: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примерами 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соотношением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 звуков и букв для каждой из трех колонок: количество звуков равно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количеству букв, количество звуков меньше количества букв, количество звуков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</w:p>
          <w:p w:rsidR="0068199E" w:rsidRPr="00A80C53" w:rsidRDefault="0068199E" w:rsidP="0068199E">
            <w:pPr>
              <w:spacing w:line="242" w:lineRule="auto"/>
              <w:ind w:right="5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определение количества слогов в слове, объяснение основания для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слоги.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заданными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характеристиками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proofErr w:type="gramEnd"/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слогового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</w:tr>
      <w:tr w:rsidR="0068199E" w:rsidRPr="00A80C53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изложению. Пересказ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плану.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изложения</w:t>
            </w:r>
          </w:p>
        </w:tc>
      </w:tr>
      <w:tr w:rsidR="0068199E" w:rsidRPr="00A80C53" w:rsidTr="0068199E">
        <w:trPr>
          <w:trHeight w:val="55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Проектная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«Улицы,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именами знаменитых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карте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</w:t>
            </w:r>
          </w:p>
        </w:tc>
      </w:tr>
      <w:tr w:rsidR="0068199E" w:rsidRPr="00A80C53" w:rsidTr="0068199E">
        <w:trPr>
          <w:trHeight w:val="287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Тир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як,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көнкүреш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 («Мир вокруг</w:t>
            </w:r>
            <w:r w:rsidRPr="00A80C5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меня»)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8199E" w:rsidRPr="008429E9" w:rsidTr="0068199E">
        <w:trPr>
          <w:trHeight w:val="551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37" w:lineRule="auto"/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</w:p>
          <w:p w:rsidR="0068199E" w:rsidRPr="00A80C53" w:rsidRDefault="0068199E" w:rsidP="0068199E">
            <w:pPr>
              <w:spacing w:line="237" w:lineRule="auto"/>
              <w:ind w:right="5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(лексика,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</w:p>
          <w:p w:rsidR="0068199E" w:rsidRPr="00A80C53" w:rsidRDefault="0068199E" w:rsidP="0068199E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морфология)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словарном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текста,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</w:t>
            </w:r>
          </w:p>
          <w:p w:rsidR="0068199E" w:rsidRPr="00A80C53" w:rsidRDefault="0068199E" w:rsidP="0068199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словарного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происхождения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</w:tc>
      </w:tr>
      <w:tr w:rsidR="0068199E" w:rsidRPr="008429E9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Заимствованные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5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вошли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 язык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слова?».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паре: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добавление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заимствований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текст.</w:t>
            </w:r>
          </w:p>
          <w:p w:rsidR="0068199E" w:rsidRPr="00A80C53" w:rsidRDefault="0068199E" w:rsidP="0068199E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заимствований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830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(14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</w:p>
          <w:p w:rsidR="0068199E" w:rsidRPr="00A80C53" w:rsidRDefault="0068199E" w:rsidP="0068199E">
            <w:pPr>
              <w:spacing w:before="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7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 игра «Угадай, какое это слово» (в ходе игры нужно опознавать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заимствованные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слова).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выписать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пяти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заимствований</w:t>
            </w:r>
          </w:p>
        </w:tc>
      </w:tr>
      <w:tr w:rsidR="0068199E" w:rsidRPr="005B1FA4" w:rsidTr="0068199E">
        <w:trPr>
          <w:trHeight w:val="19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9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Слово. Лексическое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слова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текст.</w:t>
            </w:r>
          </w:p>
          <w:p w:rsidR="0068199E" w:rsidRPr="00A80C53" w:rsidRDefault="0068199E" w:rsidP="0068199E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записями на доске: нахождение ошибок в объяснении лексического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 слов. Практическая работа: выписать из толкового словаря значение пяти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читает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толкового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учебнике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второй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отгадывает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 слово,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потом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меняются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ролями</w:t>
            </w:r>
          </w:p>
        </w:tc>
      </w:tr>
      <w:tr w:rsidR="0068199E" w:rsidRPr="008429E9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Корень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Аффиксы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словообразующие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формообразующие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аффиксы.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образовывать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 при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аффиксов.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корень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окончание</w:t>
            </w:r>
          </w:p>
        </w:tc>
      </w:tr>
      <w:tr w:rsidR="0068199E" w:rsidRPr="008429E9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составу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составу.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составу</w:t>
            </w:r>
          </w:p>
        </w:tc>
      </w:tr>
      <w:tr w:rsidR="0068199E" w:rsidRPr="008429E9" w:rsidTr="0068199E">
        <w:trPr>
          <w:trHeight w:val="32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диктанта.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ошибками</w:t>
            </w:r>
          </w:p>
        </w:tc>
      </w:tr>
      <w:tr w:rsidR="0068199E" w:rsidRPr="008429E9" w:rsidTr="0068199E">
        <w:trPr>
          <w:trHeight w:val="36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Тест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теста. Совместная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</w:p>
        </w:tc>
      </w:tr>
      <w:tr w:rsidR="0068199E" w:rsidRPr="00A80C53" w:rsidTr="0068199E">
        <w:trPr>
          <w:trHeight w:val="465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Туган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җирем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 («Моя</w:t>
            </w:r>
            <w:r w:rsidRPr="00A80C5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Родина»)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A80C53" w:rsidTr="0068199E">
        <w:trPr>
          <w:trHeight w:val="825"/>
        </w:trPr>
        <w:tc>
          <w:tcPr>
            <w:tcW w:w="1954" w:type="dxa"/>
          </w:tcPr>
          <w:p w:rsidR="0068199E" w:rsidRPr="00A80C53" w:rsidRDefault="0068199E" w:rsidP="0068199E">
            <w:pPr>
              <w:spacing w:line="237" w:lineRule="auto"/>
              <w:ind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речевой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5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«Города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(«Россия</w:t>
            </w:r>
            <w:proofErr w:type="gramEnd"/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шәһәрләре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»)</w:t>
            </w:r>
            <w:proofErr w:type="gramEnd"/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  <w:p w:rsidR="0068199E" w:rsidRPr="00A80C53" w:rsidRDefault="0068199E" w:rsidP="0068199E">
            <w:pPr>
              <w:spacing w:line="278" w:lineRule="exact"/>
              <w:ind w:right="8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 техникой выступления перед знакомой аудиторией с небольшими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сообщениями.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 культуры</w:t>
            </w:r>
          </w:p>
        </w:tc>
      </w:tr>
      <w:tr w:rsidR="0068199E" w:rsidRPr="005B1FA4" w:rsidTr="0068199E">
        <w:trPr>
          <w:trHeight w:val="2208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(морфология)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(20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5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Самостоятельные части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таблицы «Части речи», по горизонтали в строках таблицы отражены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параметры: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«Значение»,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«Вопросы»,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изменяются»,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изменяются».</w:t>
            </w:r>
          </w:p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 на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того,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какой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A80C5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являются.</w:t>
            </w:r>
          </w:p>
          <w:p w:rsidR="0068199E" w:rsidRPr="00A80C53" w:rsidRDefault="0068199E" w:rsidP="0068199E">
            <w:pPr>
              <w:spacing w:line="237" w:lineRule="auto"/>
              <w:ind w:right="9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грамматическими признаками самостоятельных частей речи.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определенной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объеме</w:t>
            </w:r>
            <w:proofErr w:type="gramEnd"/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комплексу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</w:t>
            </w:r>
          </w:p>
        </w:tc>
      </w:tr>
      <w:tr w:rsidR="0068199E" w:rsidRPr="008429E9" w:rsidTr="0068199E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существительное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объединяет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имена существительные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группу.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указанному</w:t>
            </w:r>
            <w:r w:rsidRPr="00A80C5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признаку.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 собственные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нарицательные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существительные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1104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10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Степени сравнения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Моделирование в процессе коллективной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алгоритма определения степени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тексте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степени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образовывать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степени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прилагательных</w:t>
            </w:r>
          </w:p>
        </w:tc>
      </w:tr>
      <w:tr w:rsidR="0068199E" w:rsidRPr="008429E9" w:rsidTr="0068199E">
        <w:trPr>
          <w:trHeight w:val="2486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Повторение.</w:t>
            </w:r>
          </w:p>
          <w:p w:rsidR="0068199E" w:rsidRPr="00A80C53" w:rsidRDefault="0068199E" w:rsidP="0068199E">
            <w:pPr>
              <w:spacing w:before="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Словарный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таблицей «Части речи», анализ содержания таблицы, установление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относящихся к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частям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</w:p>
          <w:p w:rsidR="0068199E" w:rsidRPr="00A80C53" w:rsidRDefault="0068199E" w:rsidP="0068199E">
            <w:pPr>
              <w:spacing w:line="242" w:lineRule="auto"/>
              <w:ind w:right="1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 группировка слов на основании того, какой частью речи они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являются.</w:t>
            </w:r>
          </w:p>
          <w:p w:rsidR="0068199E" w:rsidRPr="00A80C53" w:rsidRDefault="0068199E" w:rsidP="0068199E">
            <w:pPr>
              <w:spacing w:line="242" w:lineRule="auto"/>
              <w:ind w:right="1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Дифференцированное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признаку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(самостоятельные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служебные части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речи).</w:t>
            </w:r>
          </w:p>
          <w:p w:rsidR="0068199E" w:rsidRPr="00A80C53" w:rsidRDefault="0068199E" w:rsidP="0068199E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Комментированное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выбором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68199E" w:rsidRPr="00A80C53" w:rsidRDefault="0068199E" w:rsidP="0068199E">
            <w:pPr>
              <w:spacing w:line="274" w:lineRule="exact"/>
              <w:ind w:right="17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относящихся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речи, но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различающихся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грамматическими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признаками</w:t>
            </w:r>
          </w:p>
        </w:tc>
      </w:tr>
      <w:tr w:rsidR="0068199E" w:rsidRPr="00A80C53" w:rsidTr="0068199E">
        <w:trPr>
          <w:trHeight w:val="1652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ind w:righ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Местоимение.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Вопросительные и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указательные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определение грамматических признаков местоимений.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Упражнение: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соотнесение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наборов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характеристик.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группировка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местоимений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основаниям.</w:t>
            </w:r>
          </w:p>
          <w:p w:rsidR="0068199E" w:rsidRPr="00A80C53" w:rsidRDefault="0068199E" w:rsidP="0068199E">
            <w:pPr>
              <w:spacing w:line="242" w:lineRule="auto"/>
              <w:ind w:right="2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 задание: использовать в речи указательные и вопросительные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местоимения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«кем»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(«кто»), 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нәрсә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(«что»), 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кайда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(«где»), 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күпме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(«сколько»),</w:t>
            </w:r>
          </w:p>
          <w:p w:rsidR="0068199E" w:rsidRPr="00A80C53" w:rsidRDefault="0068199E" w:rsidP="0068199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(«это»),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«теге»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(«тот»)</w:t>
            </w:r>
          </w:p>
        </w:tc>
      </w:tr>
      <w:tr w:rsidR="0068199E" w:rsidRPr="008429E9" w:rsidTr="0068199E">
        <w:trPr>
          <w:trHeight w:val="830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числительное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числительных.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дидактического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 поиск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числительных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разряда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изученного)</w:t>
            </w:r>
          </w:p>
        </w:tc>
      </w:tr>
      <w:tr w:rsidR="0068199E" w:rsidRPr="008429E9" w:rsidTr="0068199E">
        <w:trPr>
          <w:trHeight w:val="27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53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Контрольный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диктовку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 изученных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правописания</w:t>
            </w:r>
          </w:p>
        </w:tc>
      </w:tr>
      <w:tr w:rsidR="0068199E" w:rsidRPr="008429E9" w:rsidTr="0068199E">
        <w:trPr>
          <w:trHeight w:val="1104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42" w:lineRule="auto"/>
              <w:ind w:right="6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Глагол. Повелительное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повелительного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наклонения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анализ дидактического текста, поиск глаголов в тексте,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наклонения,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спряжение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повелительного наклонения.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 образовать повелительную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</w:p>
        </w:tc>
      </w:tr>
      <w:tr w:rsidR="0068199E" w:rsidRPr="008429E9" w:rsidTr="0068199E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глагола.</w:t>
            </w:r>
          </w:p>
          <w:p w:rsidR="0068199E" w:rsidRPr="00A80C53" w:rsidRDefault="0068199E" w:rsidP="0068199E">
            <w:pPr>
              <w:spacing w:before="4"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анализ дидактического текста, поиск глаголов в тексте,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наклонения,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спряжение</w:t>
            </w:r>
            <w:r w:rsidRPr="00A80C5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повелительного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наклонения.</w:t>
            </w:r>
          </w:p>
          <w:p w:rsidR="0068199E" w:rsidRPr="00A80C53" w:rsidRDefault="0068199E" w:rsidP="0068199E">
            <w:pPr>
              <w:spacing w:before="4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образовать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</w:p>
        </w:tc>
      </w:tr>
      <w:tr w:rsidR="0068199E" w:rsidRPr="008429E9" w:rsidTr="0068199E">
        <w:trPr>
          <w:trHeight w:val="27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Контрольное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изложение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прослушанного</w:t>
            </w:r>
            <w:r w:rsidRPr="00A80C5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121"/>
        <w:gridCol w:w="706"/>
        <w:gridCol w:w="8936"/>
      </w:tblGrid>
      <w:tr w:rsidR="0068199E" w:rsidRPr="008429E9" w:rsidTr="0068199E">
        <w:trPr>
          <w:trHeight w:val="1104"/>
        </w:trPr>
        <w:tc>
          <w:tcPr>
            <w:tcW w:w="1954" w:type="dxa"/>
          </w:tcPr>
          <w:p w:rsidR="0068199E" w:rsidRPr="00A80C53" w:rsidRDefault="0068199E" w:rsidP="0068199E">
            <w:pPr>
              <w:spacing w:line="242" w:lineRule="auto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Развитие</w:t>
            </w:r>
            <w:r w:rsidRPr="00A80C5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Творческая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</w:p>
          <w:p w:rsidR="0068199E" w:rsidRPr="00A80C53" w:rsidRDefault="0068199E" w:rsidP="0068199E">
            <w:pPr>
              <w:spacing w:before="4" w:line="237" w:lineRule="auto"/>
              <w:ind w:right="143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«Кругосветное</w:t>
            </w:r>
            <w:r w:rsidRPr="00A80C53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путешествие»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ind w:right="4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текстом: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 и полностью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небольших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текстов,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разрозненных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предложений,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 текста,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незнакомых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контексту.</w:t>
            </w:r>
          </w:p>
          <w:p w:rsidR="0068199E" w:rsidRPr="00A80C53" w:rsidRDefault="0068199E" w:rsidP="0068199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списывать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объемом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</w:p>
        </w:tc>
      </w:tr>
      <w:tr w:rsidR="0068199E" w:rsidRPr="00A80C53" w:rsidTr="0068199E">
        <w:trPr>
          <w:trHeight w:val="556"/>
        </w:trPr>
        <w:tc>
          <w:tcPr>
            <w:tcW w:w="5075" w:type="dxa"/>
            <w:gridSpan w:val="2"/>
          </w:tcPr>
          <w:p w:rsidR="0068199E" w:rsidRPr="00A80C53" w:rsidRDefault="0068199E" w:rsidP="0068199E">
            <w:pPr>
              <w:spacing w:line="273" w:lineRule="exact"/>
              <w:ind w:right="10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«Татар</w:t>
            </w:r>
            <w:r w:rsidRPr="00A80C5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дөньясы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</w:p>
          <w:p w:rsidR="0068199E" w:rsidRPr="00A80C53" w:rsidRDefault="0068199E" w:rsidP="0068199E">
            <w:pPr>
              <w:spacing w:before="2" w:line="261" w:lineRule="exact"/>
              <w:ind w:right="10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(«Мир</w:t>
            </w:r>
            <w:r w:rsidRPr="00A80C5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татарского</w:t>
            </w:r>
            <w:r w:rsidRPr="00A80C5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народа»)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15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8199E" w:rsidRPr="008429E9" w:rsidTr="0068199E">
        <w:trPr>
          <w:trHeight w:val="2213"/>
        </w:trPr>
        <w:tc>
          <w:tcPr>
            <w:tcW w:w="1954" w:type="dxa"/>
            <w:vMerge w:val="restart"/>
          </w:tcPr>
          <w:p w:rsidR="0068199E" w:rsidRPr="00A80C53" w:rsidRDefault="0068199E" w:rsidP="0068199E">
            <w:pPr>
              <w:ind w:righ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Систематический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(морфология,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синтаксис)</w:t>
            </w:r>
          </w:p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(15 ч.)</w:t>
            </w: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определять категорию времени глагола: настоящее,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прошедшее и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будущее.</w:t>
            </w:r>
          </w:p>
          <w:p w:rsidR="0068199E" w:rsidRPr="00A80C53" w:rsidRDefault="0068199E" w:rsidP="0068199E">
            <w:pPr>
              <w:spacing w:before="4"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Коллективная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образовывать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отрицательный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аспект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прошедшего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будущего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времени.</w:t>
            </w:r>
          </w:p>
          <w:p w:rsidR="0068199E" w:rsidRPr="00A80C53" w:rsidRDefault="0068199E" w:rsidP="0068199E">
            <w:pPr>
              <w:spacing w:before="6"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парах: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образовать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A80C5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временные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изъявительного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наклонения.</w:t>
            </w:r>
          </w:p>
          <w:p w:rsidR="0068199E" w:rsidRPr="00A80C53" w:rsidRDefault="0068199E" w:rsidP="0068199E">
            <w:pPr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 составление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 героях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войны,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 разных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временных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глаголов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изъявительного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наклонения</w:t>
            </w:r>
          </w:p>
        </w:tc>
      </w:tr>
      <w:tr w:rsidR="0068199E" w:rsidRPr="005B1FA4" w:rsidTr="0068199E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14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Главные члены</w:t>
            </w:r>
            <w:r w:rsidRPr="00A80C5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5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определение главных членов предложения. Коллективная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</w:p>
          <w:p w:rsidR="0068199E" w:rsidRPr="00A80C53" w:rsidRDefault="0068199E" w:rsidP="0068199E">
            <w:pPr>
              <w:spacing w:line="274" w:lineRule="exact"/>
              <w:ind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нераспространенные предложения, состоящие только из главных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членов,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преобразовать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распространенное</w:t>
            </w:r>
            <w:proofErr w:type="gramEnd"/>
          </w:p>
        </w:tc>
      </w:tr>
      <w:tr w:rsidR="0068199E" w:rsidRPr="00A80C53" w:rsidTr="0068199E">
        <w:trPr>
          <w:trHeight w:val="1103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37" w:lineRule="auto"/>
              <w:ind w:right="5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Второстепенные члены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работа: определение второстепенных членов предложения.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Коллективная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работа: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набора слов.</w:t>
            </w:r>
          </w:p>
          <w:p w:rsidR="0068199E" w:rsidRPr="00A80C53" w:rsidRDefault="0068199E" w:rsidP="0068199E">
            <w:pPr>
              <w:spacing w:line="274" w:lineRule="exact"/>
              <w:ind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определять в тексте главные и второстепенные члены предложения.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задание: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кроссворда</w:t>
            </w:r>
          </w:p>
        </w:tc>
      </w:tr>
      <w:tr w:rsidR="0068199E" w:rsidRPr="00A80C53" w:rsidTr="0068199E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37" w:lineRule="auto"/>
              <w:ind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 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Сәгать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»: найти глаголы в тексте, образовать от них все остальные</w:t>
            </w:r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временные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формы.</w:t>
            </w:r>
          </w:p>
          <w:p w:rsidR="0068199E" w:rsidRPr="00A80C53" w:rsidRDefault="0068199E" w:rsidP="0068199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с помощью карты выделить места, где был герой-поэт Муса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Джалиль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записать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названия.</w:t>
            </w:r>
            <w:r w:rsidRPr="00A80C5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картиной</w:t>
            </w:r>
            <w:r w:rsidRPr="00A80C5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Хариса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Якупова</w:t>
            </w:r>
            <w:proofErr w:type="spellEnd"/>
          </w:p>
          <w:p w:rsidR="0068199E" w:rsidRPr="00A80C53" w:rsidRDefault="0068199E" w:rsidP="0068199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Хөкем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алдыннан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68199E" w:rsidRPr="008429E9" w:rsidTr="0068199E">
        <w:trPr>
          <w:trHeight w:val="55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Проектная</w:t>
            </w:r>
            <w:r w:rsidRPr="00A80C53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работа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A80C5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проектного</w:t>
            </w:r>
            <w:r w:rsidRPr="00A80C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задания: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«Татарские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народные</w:t>
            </w:r>
            <w:r w:rsidRPr="00A80C5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сказки».</w:t>
            </w:r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</w:p>
          <w:p w:rsidR="0068199E" w:rsidRPr="00A80C53" w:rsidRDefault="0068199E" w:rsidP="0068199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A80C5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80C5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социокультурных</w:t>
            </w:r>
            <w:r w:rsidRPr="00A80C5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реалиях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создании</w:t>
            </w:r>
            <w:r w:rsidRPr="00A80C5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письменных</w:t>
            </w:r>
            <w:r w:rsidRPr="00A80C5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высказываний</w:t>
            </w:r>
          </w:p>
        </w:tc>
      </w:tr>
      <w:tr w:rsidR="0068199E" w:rsidRPr="005B1FA4" w:rsidTr="0068199E">
        <w:trPr>
          <w:trHeight w:val="691"/>
        </w:trPr>
        <w:tc>
          <w:tcPr>
            <w:tcW w:w="1954" w:type="dxa"/>
            <w:vMerge/>
            <w:tcBorders>
              <w:top w:val="nil"/>
            </w:tcBorders>
          </w:tcPr>
          <w:p w:rsidR="0068199E" w:rsidRPr="00A80C53" w:rsidRDefault="0068199E" w:rsidP="006819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68199E" w:rsidRPr="00A80C53" w:rsidRDefault="0068199E" w:rsidP="0068199E">
            <w:pPr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Сочинение</w:t>
            </w:r>
          </w:p>
        </w:tc>
        <w:tc>
          <w:tcPr>
            <w:tcW w:w="706" w:type="dxa"/>
          </w:tcPr>
          <w:p w:rsidR="0068199E" w:rsidRPr="00A80C53" w:rsidRDefault="0068199E" w:rsidP="0068199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936" w:type="dxa"/>
          </w:tcPr>
          <w:p w:rsidR="0068199E" w:rsidRPr="00A80C53" w:rsidRDefault="0068199E" w:rsidP="0068199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A80C5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A80C5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«Мин</w:t>
            </w:r>
            <w:r w:rsidRPr="00A80C5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табигатьнең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дусты»</w:t>
            </w:r>
            <w:r w:rsidRPr="00A80C5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A80C5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80C5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80C5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  <w:r w:rsidRPr="00A80C5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Гөлчәчә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сандугач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</w:tbl>
    <w:p w:rsidR="0068199E" w:rsidRPr="00A80C53" w:rsidRDefault="0068199E" w:rsidP="0068199E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lang w:val="ru-RU"/>
        </w:rPr>
        <w:sectPr w:rsidR="0068199E" w:rsidRPr="00A80C53">
          <w:pgSz w:w="16840" w:h="11910" w:orient="landscape"/>
          <w:pgMar w:top="840" w:right="980" w:bottom="840" w:left="900" w:header="0" w:footer="649" w:gutter="0"/>
          <w:cols w:space="720"/>
        </w:sectPr>
      </w:pPr>
    </w:p>
    <w:p w:rsidR="00366CDB" w:rsidRPr="00A80C53" w:rsidRDefault="00366CDB" w:rsidP="00366CDB">
      <w:pPr>
        <w:spacing w:after="0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366CDB" w:rsidRPr="00A80C53" w:rsidRDefault="00366CDB" w:rsidP="00366CDB">
      <w:pPr>
        <w:spacing w:after="0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366CDB" w:rsidRPr="00A80C53" w:rsidRDefault="00366CDB" w:rsidP="00366CD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8BB" w:rsidRDefault="008C705E">
      <w:pPr>
        <w:autoSpaceDE w:val="0"/>
        <w:autoSpaceDN w:val="0"/>
        <w:spacing w:after="306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500644" w:rsidRPr="00500644" w:rsidRDefault="00500644">
      <w:pPr>
        <w:autoSpaceDE w:val="0"/>
        <w:autoSpaceDN w:val="0"/>
        <w:spacing w:after="306" w:line="23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1 класс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9"/>
        <w:gridCol w:w="3677"/>
        <w:gridCol w:w="712"/>
        <w:gridCol w:w="1575"/>
        <w:gridCol w:w="1623"/>
        <w:gridCol w:w="1201"/>
        <w:gridCol w:w="1355"/>
      </w:tblGrid>
      <w:tr w:rsidR="00177C52" w:rsidRPr="00A80C53" w:rsidTr="00F23939">
        <w:trPr>
          <w:trHeight w:hRule="exact" w:val="750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A80C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0C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7C52" w:rsidRPr="00177C52" w:rsidRDefault="00177C52" w:rsidP="00177C52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177C5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1261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C52" w:rsidRPr="00A80C53" w:rsidTr="00BF2AEE">
        <w:trPr>
          <w:trHeight w:hRule="exact" w:val="269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8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Инструктаж по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ТБ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равила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правильного сидения и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правильного использования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письменных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принадлежности.Куркынычсызлык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кагыйдəлəре.Нокталар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төртү,авыш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сызыклар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228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длинных прямых наклонных линий.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Озын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туры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сызык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,а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элмəкле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туры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сызыклар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аларны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тоташтыру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2796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Овальные и полукруглые надписи.</w:t>
            </w:r>
          </w:p>
          <w:p w:rsidR="00177C52" w:rsidRPr="00A80C53" w:rsidRDefault="00177C52">
            <w:pPr>
              <w:autoSpaceDE w:val="0"/>
              <w:autoSpaceDN w:val="0"/>
              <w:spacing w:before="68" w:after="0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Смешивание больших и малых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овалов.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Ике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элементны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тоташтыру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кечкенə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озынча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овал,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ике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башы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ыргаклы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таяк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177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буква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А,а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А,а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125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буква  Ə, ə. Юл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баш Ə, ə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126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.Строчная и заглавная буква 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ы. Юл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баш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126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буква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Э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э. Юл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баш Э, э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126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буква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и. Юл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баш И, и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126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right="43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буква У,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баш У. у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2.10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7C52" w:rsidRPr="00A80C53" w:rsidTr="00F23939">
        <w:trPr>
          <w:trHeight w:hRule="exact" w:val="126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буква  Ү, ү. Юл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баш Ү, ү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7C52" w:rsidRPr="00A80C53" w:rsidTr="00F23939">
        <w:trPr>
          <w:trHeight w:hRule="exact" w:val="125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tabs>
                <w:tab w:val="left" w:pos="128"/>
              </w:tabs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Ө, ө.  Ө, 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ө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C52" w:rsidRPr="00A80C53" w:rsidTr="00F23939">
        <w:trPr>
          <w:trHeight w:hRule="exact" w:val="201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71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написание изученных букв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Ө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рəнгəн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хəефлəрнең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язылышын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кабатлау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5E58E2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52" w:rsidRPr="00A80C53" w:rsidRDefault="00177C52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18BB" w:rsidRPr="00A80C53" w:rsidRDefault="007218B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7218BB" w:rsidRPr="00A80C53" w:rsidRDefault="007218BB">
      <w:pPr>
        <w:rPr>
          <w:rFonts w:ascii="Times New Roman" w:hAnsi="Times New Roman" w:cs="Times New Roman"/>
          <w:sz w:val="24"/>
          <w:szCs w:val="24"/>
        </w:rPr>
        <w:sectPr w:rsidR="007218BB" w:rsidRPr="00A80C53">
          <w:footerReference w:type="default" r:id="rId11"/>
          <w:pgSz w:w="11900" w:h="16840"/>
          <w:pgMar w:top="298" w:right="556" w:bottom="422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7218BB" w:rsidRPr="00A80C53" w:rsidRDefault="007218B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2"/>
        <w:gridCol w:w="3624"/>
        <w:gridCol w:w="702"/>
        <w:gridCol w:w="1552"/>
        <w:gridCol w:w="1720"/>
        <w:gridCol w:w="1276"/>
        <w:gridCol w:w="1296"/>
      </w:tblGrid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tabs>
                <w:tab w:val="left" w:pos="128"/>
              </w:tabs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Н, н.  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Н, н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,л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Л,л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62" w:lineRule="auto"/>
              <w:ind w:left="70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,м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2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2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2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р. Р, р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ң. ң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,й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,й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Я. я.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Я.я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ю. 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е. Е, е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7218BB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,д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Д, д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6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т. Т, т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з.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з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с. С, с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Г, г. Г, г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к. К, к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8C705E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6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в. В, в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6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Ф, ф. Ф, ф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б. Б, б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F23939">
        <w:trPr>
          <w:trHeight w:hRule="exact" w:val="77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п. П, п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218BB" w:rsidRPr="00A80C53" w:rsidRDefault="007218B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7218BB" w:rsidRPr="00A80C53" w:rsidRDefault="007218BB">
      <w:pPr>
        <w:rPr>
          <w:rFonts w:ascii="Times New Roman" w:hAnsi="Times New Roman" w:cs="Times New Roman"/>
          <w:sz w:val="24"/>
          <w:szCs w:val="24"/>
        </w:rPr>
        <w:sectPr w:rsidR="007218BB" w:rsidRPr="00A80C53">
          <w:pgSz w:w="11900" w:h="16840"/>
          <w:pgMar w:top="284" w:right="556" w:bottom="59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7218BB" w:rsidRPr="00A80C53" w:rsidRDefault="007218B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69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3640"/>
        <w:gridCol w:w="705"/>
        <w:gridCol w:w="1558"/>
        <w:gridCol w:w="1693"/>
        <w:gridCol w:w="1276"/>
        <w:gridCol w:w="1342"/>
      </w:tblGrid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Строчная и заглавная 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ж. Ж, ж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11.01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7218BB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ш.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218BB" w:rsidRPr="00A80C53" w:rsidTr="00EB3D10">
        <w:trPr>
          <w:trHeight w:hRule="exact" w:val="126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Җ,җ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Җ,җ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хəрефлҽре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2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2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2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,ч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Ч, ч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Х,х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Х, х </w:t>
            </w:r>
            <w:proofErr w:type="spellStart"/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əрефлəре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Һ,һ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  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Һ, һ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щ.   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Щ, щ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Строчная и заглавная буквы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,ц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ц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6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букв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ъ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,ь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Ь 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Ъ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8C705E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6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Устная речь. Письменная речь.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Телдəн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сөйлəм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Язма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177C52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78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71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Предложение. Выразить вопрос в предложении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Җө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лəдə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сорауны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белдерү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7218BB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8BB" w:rsidRPr="00A80C53" w:rsidTr="00EB3D10">
        <w:trPr>
          <w:trHeight w:hRule="exact" w:val="12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Текст.Текст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229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в предложении слова,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отвечающего на вопрос Что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делает?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Нишли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соравына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җавап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биргəн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сүзнең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җөмлəдəге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урыны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29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Повествовательное предложение. Восклицательное предложение. Вопросительное предложение.</w:t>
            </w:r>
          </w:p>
          <w:p w:rsidR="007218BB" w:rsidRPr="00A80C53" w:rsidRDefault="008C705E">
            <w:pPr>
              <w:autoSpaceDE w:val="0"/>
              <w:autoSpaceDN w:val="0"/>
              <w:spacing w:before="68" w:after="0" w:line="262" w:lineRule="auto"/>
              <w:ind w:left="70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Хикəя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җөмлə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Тойгылы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җөмлə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Сорау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җөмлə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6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EB3D10">
        <w:trPr>
          <w:trHeight w:hRule="exact" w:val="123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состоящее из одного слова.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сүздəн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торган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җөмлə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218BB" w:rsidRPr="00A80C53" w:rsidRDefault="007218BB">
      <w:pPr>
        <w:rPr>
          <w:rFonts w:ascii="Times New Roman" w:hAnsi="Times New Roman" w:cs="Times New Roman"/>
          <w:sz w:val="24"/>
          <w:szCs w:val="24"/>
          <w:lang w:val="ru-RU"/>
        </w:rPr>
        <w:sectPr w:rsidR="007218BB" w:rsidRPr="00A80C53">
          <w:pgSz w:w="11900" w:h="16840"/>
          <w:pgMar w:top="284" w:right="556" w:bottom="36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7218BB" w:rsidRPr="00A80C53" w:rsidRDefault="007218B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2"/>
        <w:gridCol w:w="3624"/>
        <w:gridCol w:w="702"/>
        <w:gridCol w:w="1552"/>
        <w:gridCol w:w="1720"/>
        <w:gridCol w:w="1276"/>
        <w:gridCol w:w="1296"/>
      </w:tblGrid>
      <w:tr w:rsidR="007218BB" w:rsidRPr="00A80C53" w:rsidTr="005E58E2">
        <w:trPr>
          <w:trHeight w:hRule="exact" w:val="111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71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Слог. Перенос слова из строки в строку.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Иҗек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Сүзне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юлдан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юлга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күчерү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Ударение. Ударный слог.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Басымлы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иҗек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 w:rsidP="005E58E2">
            <w:pPr>
              <w:autoSpaceDE w:val="0"/>
              <w:autoSpaceDN w:val="0"/>
              <w:spacing w:before="94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Сузык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авазлар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 w:rsidP="005E58E2">
            <w:pPr>
              <w:autoSpaceDE w:val="0"/>
              <w:autoSpaceDN w:val="0"/>
              <w:spacing w:before="96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6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 букв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ө в слове. О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ө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хəрефлəренең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сүздəге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урыны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Тартык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авазлар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Парные согласные звуки.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Парлы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тартык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авазлар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ю, я. Е, ю, я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хəрефлəре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букв ъ и ь в слове.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Сүздə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ъ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ь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язылу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Работа с текстом.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Кабатлау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6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111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71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пишущиеся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заглавной буквы Баш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хəрефтəн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языла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торган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сүзлə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2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2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2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2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111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71" w:lineRule="auto"/>
              <w:ind w:left="70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слов в порядке алфавита.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Сүзлəрне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тəртибендə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язу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Присоединение к слову окончание.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Сүзгə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кушымча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ялгану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111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71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Присоединение к слову окончание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множестенного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числа.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Сүзгə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күплек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сан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кушымчасы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ялгану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9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Работа с текстом.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Кабатлау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10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Контрольное списывание. Контроль </w:t>
            </w:r>
            <w:proofErr w:type="spellStart"/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ү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череп</w:t>
            </w:r>
            <w:proofErr w:type="spellEnd"/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язу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111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отвечающие на вопросы Кто?, Что?. Кем?,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нəрсə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7218BB" w:rsidRPr="00A80C53" w:rsidRDefault="008C705E">
            <w:pPr>
              <w:autoSpaceDE w:val="0"/>
              <w:autoSpaceDN w:val="0"/>
              <w:spacing w:before="66"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сорауларына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җавап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биргəн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сүзлə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8BB" w:rsidRPr="00A80C53" w:rsidTr="005E58E2">
        <w:trPr>
          <w:trHeight w:hRule="exact" w:val="77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Живые и не живые предметы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</w:t>
            </w:r>
            <w:proofErr w:type="gram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һəм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җансыз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предметлар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5E58E2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218BB" w:rsidRPr="00A80C53" w:rsidRDefault="007218BB">
      <w:pPr>
        <w:rPr>
          <w:rFonts w:ascii="Times New Roman" w:hAnsi="Times New Roman" w:cs="Times New Roman"/>
          <w:sz w:val="24"/>
          <w:szCs w:val="24"/>
          <w:lang w:val="ru-RU"/>
        </w:rPr>
        <w:sectPr w:rsidR="007218BB" w:rsidRPr="00A80C53">
          <w:pgSz w:w="11900" w:h="16840"/>
          <w:pgMar w:top="284" w:right="556" w:bottom="45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7218BB" w:rsidRPr="00A80C53" w:rsidRDefault="007218B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2"/>
        <w:gridCol w:w="3624"/>
        <w:gridCol w:w="702"/>
        <w:gridCol w:w="1552"/>
        <w:gridCol w:w="1600"/>
        <w:gridCol w:w="1184"/>
        <w:gridCol w:w="1508"/>
      </w:tblGrid>
      <w:tr w:rsidR="007218BB" w:rsidRPr="00A80C53">
        <w:trPr>
          <w:trHeight w:hRule="exact" w:val="143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изученного материала в первом классе.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Беренче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0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сыйныфта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өйрəнгəн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материалны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кабатлау</w:t>
            </w:r>
            <w:proofErr w:type="spellEnd"/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150744">
            <w:pPr>
              <w:autoSpaceDE w:val="0"/>
              <w:autoSpaceDN w:val="0"/>
              <w:spacing w:before="9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E58E2"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7218BB" w:rsidP="00F23939">
            <w:pPr>
              <w:tabs>
                <w:tab w:val="left" w:pos="150"/>
              </w:tabs>
              <w:autoSpaceDE w:val="0"/>
              <w:autoSpaceDN w:val="0"/>
              <w:spacing w:before="94" w:after="0"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8BB" w:rsidRPr="00A80C53">
        <w:trPr>
          <w:trHeight w:hRule="exact" w:val="774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62" w:lineRule="auto"/>
              <w:ind w:left="68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8C705E">
            <w:pPr>
              <w:autoSpaceDE w:val="0"/>
              <w:autoSpaceDN w:val="0"/>
              <w:spacing w:before="9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8BB" w:rsidRPr="00A80C53" w:rsidRDefault="00F23939">
            <w:pPr>
              <w:autoSpaceDE w:val="0"/>
              <w:autoSpaceDN w:val="0"/>
              <w:spacing w:before="94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7218BB" w:rsidRPr="00A80C53" w:rsidRDefault="007218B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7218BB" w:rsidRPr="00A80C53" w:rsidRDefault="007218BB">
      <w:pPr>
        <w:rPr>
          <w:rFonts w:ascii="Times New Roman" w:hAnsi="Times New Roman" w:cs="Times New Roman"/>
          <w:sz w:val="24"/>
          <w:szCs w:val="24"/>
        </w:rPr>
        <w:sectPr w:rsidR="007218BB" w:rsidRPr="00A80C53">
          <w:pgSz w:w="11900" w:h="16840"/>
          <w:pgMar w:top="284" w:right="556" w:bottom="1440" w:left="662" w:header="720" w:footer="720" w:gutter="0"/>
          <w:cols w:space="720" w:equalWidth="0">
            <w:col w:w="10682" w:space="0"/>
          </w:cols>
          <w:docGrid w:linePitch="360"/>
        </w:sectPr>
      </w:pPr>
    </w:p>
    <w:p w:rsidR="007218BB" w:rsidRPr="00A80C53" w:rsidRDefault="007218BB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7218BB" w:rsidRPr="00A80C53" w:rsidRDefault="008C705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7218BB" w:rsidRPr="00A80C53" w:rsidRDefault="008C705E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4"/>
          <w:szCs w:val="24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7218BB" w:rsidRPr="00A80C53" w:rsidRDefault="008C705E">
      <w:pPr>
        <w:autoSpaceDE w:val="0"/>
        <w:autoSpaceDN w:val="0"/>
        <w:spacing w:before="166" w:after="0" w:line="288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əкурова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 М.;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Гыйниятуллина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 М.;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Хисамов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О. Р.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Туган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тел (татар теле): 1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- Казань: "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Хəтер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нəшрияты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2020. - 151с.: </w:t>
      </w:r>
      <w:proofErr w:type="spellStart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əс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Шəкүрова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М. М.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Туган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тел (татар теле).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Эш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дəфтəре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1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сыйныф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башлангыч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гомуми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белем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бирү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оешмалары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өчен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(татар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туган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тел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буларак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өйрəнүче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укучылар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өчен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/ М. М. </w:t>
      </w:r>
      <w:proofErr w:type="spellStart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əкүрова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Л. М.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Гыйниятуллина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О. Р.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Хисамов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 [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рəссамы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Андрей Шляпкин]. — Казан</w:t>
      </w:r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Татарстан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Республикасы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Фəннə</w:t>
      </w:r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proofErr w:type="spellEnd"/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академиясе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нəшрияты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2019.;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Введите свой вариант:</w:t>
      </w:r>
    </w:p>
    <w:p w:rsidR="007218BB" w:rsidRPr="00A80C53" w:rsidRDefault="008C705E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218BB" w:rsidRPr="00A80C53" w:rsidRDefault="008C705E">
      <w:pPr>
        <w:autoSpaceDE w:val="0"/>
        <w:autoSpaceDN w:val="0"/>
        <w:spacing w:before="166" w:after="0" w:line="288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əкурова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 М. Дидактик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уеннар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«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Туган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тел (татар </w:t>
      </w:r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теле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)»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һəм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Əдəби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уку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дəреслəрендə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куллану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өчен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Башлангыч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гомуми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белем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бирү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оешмалары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өчен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методик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əсбап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/ М. М. </w:t>
      </w:r>
      <w:proofErr w:type="spellStart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əкүрова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Л. М.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Гыйниятуллина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Г. Н.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Мөхəрлəмова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Д. М. Абдуллина. – Казан;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2019. – 60 б.;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Туган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тел (татар </w:t>
      </w:r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теле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1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сыйныф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Методик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əсбап</w:t>
      </w:r>
      <w:proofErr w:type="spellEnd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башлангыч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гомуми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белем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бирү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оешмалары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өчен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(татар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туган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тел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буларак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өйрəнүче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укучылар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өчен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/ М. М. </w:t>
      </w:r>
      <w:proofErr w:type="spellStart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əкүрова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Л. М.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Гыйниятуллина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О. Р.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Хисамов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- Казан;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2020. - 79 б</w:t>
      </w:r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gram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Введите свой вариант:</w:t>
      </w:r>
    </w:p>
    <w:p w:rsidR="007218BB" w:rsidRPr="00A80C53" w:rsidRDefault="008C705E">
      <w:pPr>
        <w:autoSpaceDE w:val="0"/>
        <w:autoSpaceDN w:val="0"/>
        <w:spacing w:before="264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7218BB" w:rsidRPr="00A80C53" w:rsidRDefault="008C705E">
      <w:pPr>
        <w:autoSpaceDE w:val="0"/>
        <w:autoSpaceDN w:val="0"/>
        <w:spacing w:before="168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Библиотека художественных произведений на татарском языке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Kitapxane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Видеоуроки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родном (татарском) языке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disk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yandex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aWuDx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MPotjxQg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/; Интерактивная мультимедийная энциклопедия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balarf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Институт развития образования РТ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irort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Министерство образования и науки РТ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mon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tatarstan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Озвученный русско-татарский онлайн-словарь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ganiev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org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Образовательный портал Министерства образования и науки РТ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kzn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Портал татарского образования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belem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Сборник анимационных фильмов;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созданных объединением;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Татармультфильм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tatarcartoon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Татарский язык: большой электронный свод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antat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tatzet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Тексты на татарском языке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Tatarca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boom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УМК «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Сəлам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!»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selam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tatar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218BB" w:rsidRPr="00A80C53" w:rsidRDefault="007218BB">
      <w:pPr>
        <w:rPr>
          <w:rFonts w:ascii="Times New Roman" w:hAnsi="Times New Roman" w:cs="Times New Roman"/>
          <w:sz w:val="24"/>
          <w:szCs w:val="24"/>
          <w:lang w:val="ru-RU"/>
        </w:rPr>
        <w:sectPr w:rsidR="007218BB" w:rsidRPr="00A80C53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18BB" w:rsidRPr="00A80C53" w:rsidRDefault="007218BB">
      <w:pPr>
        <w:autoSpaceDE w:val="0"/>
        <w:autoSpaceDN w:val="0"/>
        <w:spacing w:after="9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218BB" w:rsidRPr="00A80C53" w:rsidRDefault="008C705E" w:rsidP="006C365E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Электронные формы учебников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antat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iyli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Сайт для учителей 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!» //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selam</w:t>
      </w:r>
      <w:proofErr w:type="spellEnd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</w:rPr>
        <w:t>tatar</w:t>
      </w:r>
      <w:proofErr w:type="spellEnd"/>
      <w:proofErr w:type="gramStart"/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gramEnd"/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Введите свой вариант:</w:t>
      </w:r>
    </w:p>
    <w:p w:rsidR="006C365E" w:rsidRPr="00A80C53" w:rsidRDefault="006C365E" w:rsidP="006C365E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218BB" w:rsidRPr="00A80C53" w:rsidRDefault="008C705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7218BB" w:rsidRPr="00A80C53" w:rsidRDefault="008C705E">
      <w:pPr>
        <w:autoSpaceDE w:val="0"/>
        <w:autoSpaceDN w:val="0"/>
        <w:spacing w:before="346" w:after="0" w:line="302" w:lineRule="auto"/>
        <w:ind w:right="7200"/>
        <w:rPr>
          <w:rFonts w:ascii="Times New Roman" w:hAnsi="Times New Roman" w:cs="Times New Roman"/>
          <w:sz w:val="24"/>
          <w:szCs w:val="24"/>
          <w:lang w:val="ru-RU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УЧЕБНОЕ ОБОРУДОВАНИЕ </w:t>
      </w:r>
      <w:r w:rsidRPr="00A80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Ноутбук, принтер, проектор.</w:t>
      </w:r>
    </w:p>
    <w:p w:rsidR="007218BB" w:rsidRPr="00A80C53" w:rsidRDefault="008C705E">
      <w:pPr>
        <w:autoSpaceDE w:val="0"/>
        <w:autoSpaceDN w:val="0"/>
        <w:spacing w:before="262" w:after="0" w:line="302" w:lineRule="auto"/>
        <w:ind w:right="3024"/>
        <w:rPr>
          <w:rFonts w:ascii="Times New Roman" w:hAnsi="Times New Roman" w:cs="Times New Roman"/>
          <w:sz w:val="24"/>
          <w:szCs w:val="24"/>
          <w:lang w:val="ru-RU"/>
        </w:rPr>
      </w:pPr>
      <w:r w:rsidRPr="00A80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ОБОРУДОВАНИЕ ДЛЯ ПРОВЕДЕНИЯ ПРАКТИЧЕСКИХ РАБОТ </w:t>
      </w:r>
      <w:r w:rsidRPr="00A80C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Аудиокассеты, татарские мультфильмы.</w:t>
      </w:r>
    </w:p>
    <w:p w:rsidR="007218BB" w:rsidRPr="00A80C53" w:rsidRDefault="007218BB">
      <w:pPr>
        <w:rPr>
          <w:rFonts w:ascii="Times New Roman" w:hAnsi="Times New Roman" w:cs="Times New Roman"/>
          <w:sz w:val="24"/>
          <w:szCs w:val="24"/>
          <w:lang w:val="ru-RU"/>
        </w:rPr>
        <w:sectPr w:rsidR="007218BB" w:rsidRPr="00A80C5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C705E" w:rsidRPr="00A80C53" w:rsidRDefault="008C705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C705E" w:rsidRPr="00A80C5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C7" w:rsidRDefault="00E064C7">
      <w:pPr>
        <w:spacing w:after="0" w:line="240" w:lineRule="auto"/>
      </w:pPr>
      <w:r>
        <w:separator/>
      </w:r>
    </w:p>
  </w:endnote>
  <w:endnote w:type="continuationSeparator" w:id="0">
    <w:p w:rsidR="00E064C7" w:rsidRDefault="00E06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AEE" w:rsidRDefault="00BF2AEE">
    <w:pPr>
      <w:pStyle w:val="af"/>
      <w:spacing w:line="14" w:lineRule="auto"/>
      <w:rPr>
        <w:sz w:val="20"/>
      </w:rPr>
    </w:pPr>
    <w:r>
      <w:rPr>
        <w:noProof/>
        <w:sz w:val="28"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E24AA3" wp14:editId="4A564095">
              <wp:simplePos x="0" y="0"/>
              <wp:positionH relativeFrom="page">
                <wp:posOffset>5242560</wp:posOffset>
              </wp:positionH>
              <wp:positionV relativeFrom="page">
                <wp:posOffset>6956425</wp:posOffset>
              </wp:positionV>
              <wp:extent cx="204470" cy="167640"/>
              <wp:effectExtent l="3810" t="3175" r="1270" b="63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AEE" w:rsidRDefault="00BF2AEE">
                          <w:pPr>
                            <w:spacing w:before="13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1FA4">
                            <w:rPr>
                              <w:noProof/>
                              <w:sz w:val="20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412.8pt;margin-top:547.75pt;width:16.1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//juwIAAKg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" filled="f" stroked="f">
              <v:textbox inset="0,0,0,0">
                <w:txbxContent>
                  <w:p w:rsidR="00BF2AEE" w:rsidRDefault="00BF2AEE">
                    <w:pPr>
                      <w:spacing w:before="13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1FA4">
                      <w:rPr>
                        <w:noProof/>
                        <w:sz w:val="20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AEE" w:rsidRDefault="00BF2AEE">
    <w:pPr>
      <w:pStyle w:val="af"/>
      <w:spacing w:line="14" w:lineRule="auto"/>
      <w:rPr>
        <w:sz w:val="20"/>
      </w:rPr>
    </w:pPr>
    <w:r>
      <w:rPr>
        <w:noProof/>
        <w:sz w:val="28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86739" wp14:editId="799CE067">
              <wp:simplePos x="0" y="0"/>
              <wp:positionH relativeFrom="page">
                <wp:posOffset>5242560</wp:posOffset>
              </wp:positionH>
              <wp:positionV relativeFrom="page">
                <wp:posOffset>6956425</wp:posOffset>
              </wp:positionV>
              <wp:extent cx="204470" cy="167640"/>
              <wp:effectExtent l="3810" t="1270" r="1270" b="254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AEE" w:rsidRDefault="00BF2AEE">
                          <w:pPr>
                            <w:spacing w:before="13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1FA4">
                            <w:rPr>
                              <w:noProof/>
                              <w:sz w:val="20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412.8pt;margin-top:547.75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" filled="f" stroked="f">
              <v:textbox inset="0,0,0,0">
                <w:txbxContent>
                  <w:p w:rsidR="00BF2AEE" w:rsidRDefault="00BF2AEE">
                    <w:pPr>
                      <w:spacing w:before="13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1FA4">
                      <w:rPr>
                        <w:noProof/>
                        <w:sz w:val="20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C7" w:rsidRDefault="00E064C7">
      <w:pPr>
        <w:spacing w:after="0" w:line="240" w:lineRule="auto"/>
      </w:pPr>
      <w:r>
        <w:separator/>
      </w:r>
    </w:p>
  </w:footnote>
  <w:footnote w:type="continuationSeparator" w:id="0">
    <w:p w:rsidR="00E064C7" w:rsidRDefault="00E06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FF2671"/>
    <w:multiLevelType w:val="hybridMultilevel"/>
    <w:tmpl w:val="027A756A"/>
    <w:lvl w:ilvl="0" w:tplc="0304F1C4">
      <w:start w:val="1"/>
      <w:numFmt w:val="decimal"/>
      <w:lvlText w:val="%1"/>
      <w:lvlJc w:val="left"/>
      <w:pPr>
        <w:ind w:left="488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00197A">
      <w:start w:val="1"/>
      <w:numFmt w:val="decimal"/>
      <w:lvlText w:val="%2)"/>
      <w:lvlJc w:val="left"/>
      <w:pPr>
        <w:ind w:left="1410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1466052">
      <w:start w:val="1"/>
      <w:numFmt w:val="decimal"/>
      <w:lvlText w:val="%3"/>
      <w:lvlJc w:val="left"/>
      <w:pPr>
        <w:ind w:left="492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9DA2E952">
      <w:numFmt w:val="bullet"/>
      <w:lvlText w:val="•"/>
      <w:lvlJc w:val="left"/>
      <w:pPr>
        <w:ind w:left="5575" w:hanging="212"/>
      </w:pPr>
      <w:rPr>
        <w:rFonts w:hint="default"/>
        <w:lang w:val="ru-RU" w:eastAsia="en-US" w:bidi="ar-SA"/>
      </w:rPr>
    </w:lvl>
    <w:lvl w:ilvl="4" w:tplc="6EA66DC4">
      <w:numFmt w:val="bullet"/>
      <w:lvlText w:val="•"/>
      <w:lvlJc w:val="left"/>
      <w:pPr>
        <w:ind w:left="6231" w:hanging="212"/>
      </w:pPr>
      <w:rPr>
        <w:rFonts w:hint="default"/>
        <w:lang w:val="ru-RU" w:eastAsia="en-US" w:bidi="ar-SA"/>
      </w:rPr>
    </w:lvl>
    <w:lvl w:ilvl="5" w:tplc="888277B0">
      <w:numFmt w:val="bullet"/>
      <w:lvlText w:val="•"/>
      <w:lvlJc w:val="left"/>
      <w:pPr>
        <w:ind w:left="6886" w:hanging="212"/>
      </w:pPr>
      <w:rPr>
        <w:rFonts w:hint="default"/>
        <w:lang w:val="ru-RU" w:eastAsia="en-US" w:bidi="ar-SA"/>
      </w:rPr>
    </w:lvl>
    <w:lvl w:ilvl="6" w:tplc="0C5C7E94">
      <w:numFmt w:val="bullet"/>
      <w:lvlText w:val="•"/>
      <w:lvlJc w:val="left"/>
      <w:pPr>
        <w:ind w:left="7542" w:hanging="212"/>
      </w:pPr>
      <w:rPr>
        <w:rFonts w:hint="default"/>
        <w:lang w:val="ru-RU" w:eastAsia="en-US" w:bidi="ar-SA"/>
      </w:rPr>
    </w:lvl>
    <w:lvl w:ilvl="7" w:tplc="60DA27B4">
      <w:numFmt w:val="bullet"/>
      <w:lvlText w:val="•"/>
      <w:lvlJc w:val="left"/>
      <w:pPr>
        <w:ind w:left="8197" w:hanging="212"/>
      </w:pPr>
      <w:rPr>
        <w:rFonts w:hint="default"/>
        <w:lang w:val="ru-RU" w:eastAsia="en-US" w:bidi="ar-SA"/>
      </w:rPr>
    </w:lvl>
    <w:lvl w:ilvl="8" w:tplc="9DEE3636">
      <w:numFmt w:val="bullet"/>
      <w:lvlText w:val="•"/>
      <w:lvlJc w:val="left"/>
      <w:pPr>
        <w:ind w:left="8853" w:hanging="212"/>
      </w:pPr>
      <w:rPr>
        <w:rFonts w:hint="default"/>
        <w:lang w:val="ru-RU" w:eastAsia="en-US" w:bidi="ar-SA"/>
      </w:rPr>
    </w:lvl>
  </w:abstractNum>
  <w:abstractNum w:abstractNumId="10">
    <w:nsid w:val="07543EFD"/>
    <w:multiLevelType w:val="hybridMultilevel"/>
    <w:tmpl w:val="8730D502"/>
    <w:lvl w:ilvl="0" w:tplc="6BEE0AD6">
      <w:start w:val="1"/>
      <w:numFmt w:val="decimal"/>
      <w:lvlText w:val="%1"/>
      <w:lvlJc w:val="left"/>
      <w:pPr>
        <w:ind w:left="499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51685BC">
      <w:start w:val="3"/>
      <w:numFmt w:val="decimal"/>
      <w:lvlText w:val="%2"/>
      <w:lvlJc w:val="left"/>
      <w:pPr>
        <w:ind w:left="692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E768FD2A">
      <w:numFmt w:val="bullet"/>
      <w:lvlText w:val="•"/>
      <w:lvlJc w:val="left"/>
      <w:pPr>
        <w:ind w:left="6920" w:hanging="212"/>
      </w:pPr>
      <w:rPr>
        <w:rFonts w:hint="default"/>
        <w:lang w:val="ru-RU" w:eastAsia="en-US" w:bidi="ar-SA"/>
      </w:rPr>
    </w:lvl>
    <w:lvl w:ilvl="3" w:tplc="EA8806E6">
      <w:numFmt w:val="bullet"/>
      <w:lvlText w:val="•"/>
      <w:lvlJc w:val="left"/>
      <w:pPr>
        <w:ind w:left="7325" w:hanging="212"/>
      </w:pPr>
      <w:rPr>
        <w:rFonts w:hint="default"/>
        <w:lang w:val="ru-RU" w:eastAsia="en-US" w:bidi="ar-SA"/>
      </w:rPr>
    </w:lvl>
    <w:lvl w:ilvl="4" w:tplc="13226D5A">
      <w:numFmt w:val="bullet"/>
      <w:lvlText w:val="•"/>
      <w:lvlJc w:val="left"/>
      <w:pPr>
        <w:ind w:left="7731" w:hanging="212"/>
      </w:pPr>
      <w:rPr>
        <w:rFonts w:hint="default"/>
        <w:lang w:val="ru-RU" w:eastAsia="en-US" w:bidi="ar-SA"/>
      </w:rPr>
    </w:lvl>
    <w:lvl w:ilvl="5" w:tplc="B07E3F94">
      <w:numFmt w:val="bullet"/>
      <w:lvlText w:val="•"/>
      <w:lvlJc w:val="left"/>
      <w:pPr>
        <w:ind w:left="8136" w:hanging="212"/>
      </w:pPr>
      <w:rPr>
        <w:rFonts w:hint="default"/>
        <w:lang w:val="ru-RU" w:eastAsia="en-US" w:bidi="ar-SA"/>
      </w:rPr>
    </w:lvl>
    <w:lvl w:ilvl="6" w:tplc="940C1F12">
      <w:numFmt w:val="bullet"/>
      <w:lvlText w:val="•"/>
      <w:lvlJc w:val="left"/>
      <w:pPr>
        <w:ind w:left="8542" w:hanging="212"/>
      </w:pPr>
      <w:rPr>
        <w:rFonts w:hint="default"/>
        <w:lang w:val="ru-RU" w:eastAsia="en-US" w:bidi="ar-SA"/>
      </w:rPr>
    </w:lvl>
    <w:lvl w:ilvl="7" w:tplc="3FBA0F78">
      <w:numFmt w:val="bullet"/>
      <w:lvlText w:val="•"/>
      <w:lvlJc w:val="left"/>
      <w:pPr>
        <w:ind w:left="8947" w:hanging="212"/>
      </w:pPr>
      <w:rPr>
        <w:rFonts w:hint="default"/>
        <w:lang w:val="ru-RU" w:eastAsia="en-US" w:bidi="ar-SA"/>
      </w:rPr>
    </w:lvl>
    <w:lvl w:ilvl="8" w:tplc="A9C2074E">
      <w:numFmt w:val="bullet"/>
      <w:lvlText w:val="•"/>
      <w:lvlJc w:val="left"/>
      <w:pPr>
        <w:ind w:left="9353" w:hanging="212"/>
      </w:pPr>
      <w:rPr>
        <w:rFonts w:hint="default"/>
        <w:lang w:val="ru-RU" w:eastAsia="en-US" w:bidi="ar-SA"/>
      </w:rPr>
    </w:lvl>
  </w:abstractNum>
  <w:abstractNum w:abstractNumId="11">
    <w:nsid w:val="09791826"/>
    <w:multiLevelType w:val="hybridMultilevel"/>
    <w:tmpl w:val="5E86A1C2"/>
    <w:lvl w:ilvl="0" w:tplc="1A6ADC4A">
      <w:start w:val="1"/>
      <w:numFmt w:val="decimal"/>
      <w:lvlText w:val="%1."/>
      <w:lvlJc w:val="left"/>
      <w:pPr>
        <w:ind w:left="117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4496B6">
      <w:numFmt w:val="bullet"/>
      <w:lvlText w:val="•"/>
      <w:lvlJc w:val="left"/>
      <w:pPr>
        <w:ind w:left="1108" w:hanging="423"/>
      </w:pPr>
      <w:rPr>
        <w:rFonts w:hint="default"/>
        <w:lang w:val="ru-RU" w:eastAsia="en-US" w:bidi="ar-SA"/>
      </w:rPr>
    </w:lvl>
    <w:lvl w:ilvl="2" w:tplc="60F88FE8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45EE4166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4" w:tplc="568816FC">
      <w:numFmt w:val="bullet"/>
      <w:lvlText w:val="•"/>
      <w:lvlJc w:val="left"/>
      <w:pPr>
        <w:ind w:left="4073" w:hanging="423"/>
      </w:pPr>
      <w:rPr>
        <w:rFonts w:hint="default"/>
        <w:lang w:val="ru-RU" w:eastAsia="en-US" w:bidi="ar-SA"/>
      </w:rPr>
    </w:lvl>
    <w:lvl w:ilvl="5" w:tplc="27D2E9AE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6BAE7C1C">
      <w:numFmt w:val="bullet"/>
      <w:lvlText w:val="•"/>
      <w:lvlJc w:val="left"/>
      <w:pPr>
        <w:ind w:left="6050" w:hanging="423"/>
      </w:pPr>
      <w:rPr>
        <w:rFonts w:hint="default"/>
        <w:lang w:val="ru-RU" w:eastAsia="en-US" w:bidi="ar-SA"/>
      </w:rPr>
    </w:lvl>
    <w:lvl w:ilvl="7" w:tplc="D87E1C76">
      <w:numFmt w:val="bullet"/>
      <w:lvlText w:val="•"/>
      <w:lvlJc w:val="left"/>
      <w:pPr>
        <w:ind w:left="7038" w:hanging="423"/>
      </w:pPr>
      <w:rPr>
        <w:rFonts w:hint="default"/>
        <w:lang w:val="ru-RU" w:eastAsia="en-US" w:bidi="ar-SA"/>
      </w:rPr>
    </w:lvl>
    <w:lvl w:ilvl="8" w:tplc="37E491C4">
      <w:numFmt w:val="bullet"/>
      <w:lvlText w:val="•"/>
      <w:lvlJc w:val="left"/>
      <w:pPr>
        <w:ind w:left="8027" w:hanging="423"/>
      </w:pPr>
      <w:rPr>
        <w:rFonts w:hint="default"/>
        <w:lang w:val="ru-RU" w:eastAsia="en-US" w:bidi="ar-SA"/>
      </w:rPr>
    </w:lvl>
  </w:abstractNum>
  <w:abstractNum w:abstractNumId="12">
    <w:nsid w:val="172D607B"/>
    <w:multiLevelType w:val="hybridMultilevel"/>
    <w:tmpl w:val="57E8E41E"/>
    <w:lvl w:ilvl="0" w:tplc="07209BAA">
      <w:start w:val="1"/>
      <w:numFmt w:val="decimal"/>
      <w:lvlText w:val="%1"/>
      <w:lvlJc w:val="left"/>
      <w:pPr>
        <w:ind w:left="488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DEDFCC">
      <w:numFmt w:val="bullet"/>
      <w:lvlText w:val="•"/>
      <w:lvlJc w:val="left"/>
      <w:pPr>
        <w:ind w:left="1448" w:hanging="212"/>
      </w:pPr>
      <w:rPr>
        <w:rFonts w:hint="default"/>
        <w:lang w:val="ru-RU" w:eastAsia="en-US" w:bidi="ar-SA"/>
      </w:rPr>
    </w:lvl>
    <w:lvl w:ilvl="2" w:tplc="1DA2363A">
      <w:numFmt w:val="bullet"/>
      <w:lvlText w:val="•"/>
      <w:lvlJc w:val="left"/>
      <w:pPr>
        <w:ind w:left="2416" w:hanging="212"/>
      </w:pPr>
      <w:rPr>
        <w:rFonts w:hint="default"/>
        <w:lang w:val="ru-RU" w:eastAsia="en-US" w:bidi="ar-SA"/>
      </w:rPr>
    </w:lvl>
    <w:lvl w:ilvl="3" w:tplc="DD7C96A6">
      <w:numFmt w:val="bullet"/>
      <w:lvlText w:val="•"/>
      <w:lvlJc w:val="left"/>
      <w:pPr>
        <w:ind w:left="3385" w:hanging="212"/>
      </w:pPr>
      <w:rPr>
        <w:rFonts w:hint="default"/>
        <w:lang w:val="ru-RU" w:eastAsia="en-US" w:bidi="ar-SA"/>
      </w:rPr>
    </w:lvl>
    <w:lvl w:ilvl="4" w:tplc="C65AFDE8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54F0D944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A50C32EE">
      <w:numFmt w:val="bullet"/>
      <w:lvlText w:val="•"/>
      <w:lvlJc w:val="left"/>
      <w:pPr>
        <w:ind w:left="6290" w:hanging="212"/>
      </w:pPr>
      <w:rPr>
        <w:rFonts w:hint="default"/>
        <w:lang w:val="ru-RU" w:eastAsia="en-US" w:bidi="ar-SA"/>
      </w:rPr>
    </w:lvl>
    <w:lvl w:ilvl="7" w:tplc="2B607C28">
      <w:numFmt w:val="bullet"/>
      <w:lvlText w:val="•"/>
      <w:lvlJc w:val="left"/>
      <w:pPr>
        <w:ind w:left="7258" w:hanging="212"/>
      </w:pPr>
      <w:rPr>
        <w:rFonts w:hint="default"/>
        <w:lang w:val="ru-RU" w:eastAsia="en-US" w:bidi="ar-SA"/>
      </w:rPr>
    </w:lvl>
    <w:lvl w:ilvl="8" w:tplc="68D05F32">
      <w:numFmt w:val="bullet"/>
      <w:lvlText w:val="•"/>
      <w:lvlJc w:val="left"/>
      <w:pPr>
        <w:ind w:left="8227" w:hanging="212"/>
      </w:pPr>
      <w:rPr>
        <w:rFonts w:hint="default"/>
        <w:lang w:val="ru-RU" w:eastAsia="en-US" w:bidi="ar-SA"/>
      </w:rPr>
    </w:lvl>
  </w:abstractNum>
  <w:abstractNum w:abstractNumId="13">
    <w:nsid w:val="1B247CFB"/>
    <w:multiLevelType w:val="hybridMultilevel"/>
    <w:tmpl w:val="EA52EF7A"/>
    <w:lvl w:ilvl="0" w:tplc="BF38525C">
      <w:start w:val="1"/>
      <w:numFmt w:val="decimal"/>
      <w:lvlText w:val="%1"/>
      <w:lvlJc w:val="left"/>
      <w:pPr>
        <w:ind w:left="488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D89BEE">
      <w:numFmt w:val="bullet"/>
      <w:lvlText w:val="•"/>
      <w:lvlJc w:val="left"/>
      <w:pPr>
        <w:ind w:left="1448" w:hanging="212"/>
      </w:pPr>
      <w:rPr>
        <w:rFonts w:hint="default"/>
        <w:lang w:val="ru-RU" w:eastAsia="en-US" w:bidi="ar-SA"/>
      </w:rPr>
    </w:lvl>
    <w:lvl w:ilvl="2" w:tplc="716E190C">
      <w:numFmt w:val="bullet"/>
      <w:lvlText w:val="•"/>
      <w:lvlJc w:val="left"/>
      <w:pPr>
        <w:ind w:left="2416" w:hanging="212"/>
      </w:pPr>
      <w:rPr>
        <w:rFonts w:hint="default"/>
        <w:lang w:val="ru-RU" w:eastAsia="en-US" w:bidi="ar-SA"/>
      </w:rPr>
    </w:lvl>
    <w:lvl w:ilvl="3" w:tplc="3BACC482">
      <w:numFmt w:val="bullet"/>
      <w:lvlText w:val="•"/>
      <w:lvlJc w:val="left"/>
      <w:pPr>
        <w:ind w:left="3385" w:hanging="212"/>
      </w:pPr>
      <w:rPr>
        <w:rFonts w:hint="default"/>
        <w:lang w:val="ru-RU" w:eastAsia="en-US" w:bidi="ar-SA"/>
      </w:rPr>
    </w:lvl>
    <w:lvl w:ilvl="4" w:tplc="3B92ADF6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22883486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3F7CC32E">
      <w:numFmt w:val="bullet"/>
      <w:lvlText w:val="•"/>
      <w:lvlJc w:val="left"/>
      <w:pPr>
        <w:ind w:left="6290" w:hanging="212"/>
      </w:pPr>
      <w:rPr>
        <w:rFonts w:hint="default"/>
        <w:lang w:val="ru-RU" w:eastAsia="en-US" w:bidi="ar-SA"/>
      </w:rPr>
    </w:lvl>
    <w:lvl w:ilvl="7" w:tplc="7520B4EE">
      <w:numFmt w:val="bullet"/>
      <w:lvlText w:val="•"/>
      <w:lvlJc w:val="left"/>
      <w:pPr>
        <w:ind w:left="7258" w:hanging="212"/>
      </w:pPr>
      <w:rPr>
        <w:rFonts w:hint="default"/>
        <w:lang w:val="ru-RU" w:eastAsia="en-US" w:bidi="ar-SA"/>
      </w:rPr>
    </w:lvl>
    <w:lvl w:ilvl="8" w:tplc="B41E645E">
      <w:numFmt w:val="bullet"/>
      <w:lvlText w:val="•"/>
      <w:lvlJc w:val="left"/>
      <w:pPr>
        <w:ind w:left="8227" w:hanging="212"/>
      </w:pPr>
      <w:rPr>
        <w:rFonts w:hint="default"/>
        <w:lang w:val="ru-RU" w:eastAsia="en-US" w:bidi="ar-SA"/>
      </w:rPr>
    </w:lvl>
  </w:abstractNum>
  <w:abstractNum w:abstractNumId="14">
    <w:nsid w:val="27A523D4"/>
    <w:multiLevelType w:val="hybridMultilevel"/>
    <w:tmpl w:val="5ABA10D4"/>
    <w:lvl w:ilvl="0" w:tplc="03925452">
      <w:start w:val="1"/>
      <w:numFmt w:val="decimal"/>
      <w:lvlText w:val="%1."/>
      <w:lvlJc w:val="left"/>
      <w:pPr>
        <w:ind w:left="117" w:hanging="423"/>
        <w:jc w:val="left"/>
      </w:pPr>
      <w:rPr>
        <w:rFonts w:hint="default"/>
        <w:w w:val="99"/>
        <w:lang w:val="ru-RU" w:eastAsia="en-US" w:bidi="ar-SA"/>
      </w:rPr>
    </w:lvl>
    <w:lvl w:ilvl="1" w:tplc="60DAF792">
      <w:numFmt w:val="bullet"/>
      <w:lvlText w:val="•"/>
      <w:lvlJc w:val="left"/>
      <w:pPr>
        <w:ind w:left="1108" w:hanging="423"/>
      </w:pPr>
      <w:rPr>
        <w:rFonts w:hint="default"/>
        <w:lang w:val="ru-RU" w:eastAsia="en-US" w:bidi="ar-SA"/>
      </w:rPr>
    </w:lvl>
    <w:lvl w:ilvl="2" w:tplc="27902B40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924A9DFE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4" w:tplc="ABFC4EF8">
      <w:numFmt w:val="bullet"/>
      <w:lvlText w:val="•"/>
      <w:lvlJc w:val="left"/>
      <w:pPr>
        <w:ind w:left="4073" w:hanging="423"/>
      </w:pPr>
      <w:rPr>
        <w:rFonts w:hint="default"/>
        <w:lang w:val="ru-RU" w:eastAsia="en-US" w:bidi="ar-SA"/>
      </w:rPr>
    </w:lvl>
    <w:lvl w:ilvl="5" w:tplc="F4E49362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B9B2937A">
      <w:numFmt w:val="bullet"/>
      <w:lvlText w:val="•"/>
      <w:lvlJc w:val="left"/>
      <w:pPr>
        <w:ind w:left="6050" w:hanging="423"/>
      </w:pPr>
      <w:rPr>
        <w:rFonts w:hint="default"/>
        <w:lang w:val="ru-RU" w:eastAsia="en-US" w:bidi="ar-SA"/>
      </w:rPr>
    </w:lvl>
    <w:lvl w:ilvl="7" w:tplc="42F4FA1E">
      <w:numFmt w:val="bullet"/>
      <w:lvlText w:val="•"/>
      <w:lvlJc w:val="left"/>
      <w:pPr>
        <w:ind w:left="7038" w:hanging="423"/>
      </w:pPr>
      <w:rPr>
        <w:rFonts w:hint="default"/>
        <w:lang w:val="ru-RU" w:eastAsia="en-US" w:bidi="ar-SA"/>
      </w:rPr>
    </w:lvl>
    <w:lvl w:ilvl="8" w:tplc="E3885722">
      <w:numFmt w:val="bullet"/>
      <w:lvlText w:val="•"/>
      <w:lvlJc w:val="left"/>
      <w:pPr>
        <w:ind w:left="8027" w:hanging="423"/>
      </w:pPr>
      <w:rPr>
        <w:rFonts w:hint="default"/>
        <w:lang w:val="ru-RU" w:eastAsia="en-US" w:bidi="ar-SA"/>
      </w:rPr>
    </w:lvl>
  </w:abstractNum>
  <w:abstractNum w:abstractNumId="15">
    <w:nsid w:val="28D7089A"/>
    <w:multiLevelType w:val="hybridMultilevel"/>
    <w:tmpl w:val="53B82C24"/>
    <w:lvl w:ilvl="0" w:tplc="AE5EE5C4">
      <w:numFmt w:val="bullet"/>
      <w:lvlText w:val=""/>
      <w:lvlJc w:val="left"/>
      <w:pPr>
        <w:ind w:left="27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D244A8">
      <w:numFmt w:val="bullet"/>
      <w:lvlText w:val="•"/>
      <w:lvlJc w:val="left"/>
      <w:pPr>
        <w:ind w:left="1268" w:hanging="423"/>
      </w:pPr>
      <w:rPr>
        <w:rFonts w:hint="default"/>
        <w:lang w:val="ru-RU" w:eastAsia="en-US" w:bidi="ar-SA"/>
      </w:rPr>
    </w:lvl>
    <w:lvl w:ilvl="2" w:tplc="6DE0B9C2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CA8C02BA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F38CFBA8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5" w:tplc="05921E7A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6" w:tplc="B7942758">
      <w:numFmt w:val="bullet"/>
      <w:lvlText w:val="•"/>
      <w:lvlJc w:val="left"/>
      <w:pPr>
        <w:ind w:left="6210" w:hanging="423"/>
      </w:pPr>
      <w:rPr>
        <w:rFonts w:hint="default"/>
        <w:lang w:val="ru-RU" w:eastAsia="en-US" w:bidi="ar-SA"/>
      </w:rPr>
    </w:lvl>
    <w:lvl w:ilvl="7" w:tplc="C7022B1C">
      <w:numFmt w:val="bullet"/>
      <w:lvlText w:val="•"/>
      <w:lvlJc w:val="left"/>
      <w:pPr>
        <w:ind w:left="7198" w:hanging="423"/>
      </w:pPr>
      <w:rPr>
        <w:rFonts w:hint="default"/>
        <w:lang w:val="ru-RU" w:eastAsia="en-US" w:bidi="ar-SA"/>
      </w:rPr>
    </w:lvl>
    <w:lvl w:ilvl="8" w:tplc="19E6E400">
      <w:numFmt w:val="bullet"/>
      <w:lvlText w:val="•"/>
      <w:lvlJc w:val="left"/>
      <w:pPr>
        <w:ind w:left="8187" w:hanging="423"/>
      </w:pPr>
      <w:rPr>
        <w:rFonts w:hint="default"/>
        <w:lang w:val="ru-RU" w:eastAsia="en-US" w:bidi="ar-SA"/>
      </w:rPr>
    </w:lvl>
  </w:abstractNum>
  <w:abstractNum w:abstractNumId="16">
    <w:nsid w:val="2D3347B1"/>
    <w:multiLevelType w:val="hybridMultilevel"/>
    <w:tmpl w:val="3B209A7A"/>
    <w:lvl w:ilvl="0" w:tplc="C3A05F3A">
      <w:numFmt w:val="bullet"/>
      <w:lvlText w:val=""/>
      <w:lvlJc w:val="left"/>
      <w:pPr>
        <w:ind w:left="27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96CEE3E">
      <w:numFmt w:val="bullet"/>
      <w:lvlText w:val="•"/>
      <w:lvlJc w:val="left"/>
      <w:pPr>
        <w:ind w:left="1268" w:hanging="423"/>
      </w:pPr>
      <w:rPr>
        <w:rFonts w:hint="default"/>
        <w:lang w:val="ru-RU" w:eastAsia="en-US" w:bidi="ar-SA"/>
      </w:rPr>
    </w:lvl>
    <w:lvl w:ilvl="2" w:tplc="54E42C16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C35C1E96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A5588CC8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5" w:tplc="725A5B4A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6" w:tplc="9FCE3F8C">
      <w:numFmt w:val="bullet"/>
      <w:lvlText w:val="•"/>
      <w:lvlJc w:val="left"/>
      <w:pPr>
        <w:ind w:left="6210" w:hanging="423"/>
      </w:pPr>
      <w:rPr>
        <w:rFonts w:hint="default"/>
        <w:lang w:val="ru-RU" w:eastAsia="en-US" w:bidi="ar-SA"/>
      </w:rPr>
    </w:lvl>
    <w:lvl w:ilvl="7" w:tplc="63E004B0">
      <w:numFmt w:val="bullet"/>
      <w:lvlText w:val="•"/>
      <w:lvlJc w:val="left"/>
      <w:pPr>
        <w:ind w:left="7198" w:hanging="423"/>
      </w:pPr>
      <w:rPr>
        <w:rFonts w:hint="default"/>
        <w:lang w:val="ru-RU" w:eastAsia="en-US" w:bidi="ar-SA"/>
      </w:rPr>
    </w:lvl>
    <w:lvl w:ilvl="8" w:tplc="3FEA6DB0">
      <w:numFmt w:val="bullet"/>
      <w:lvlText w:val="•"/>
      <w:lvlJc w:val="left"/>
      <w:pPr>
        <w:ind w:left="8187" w:hanging="423"/>
      </w:pPr>
      <w:rPr>
        <w:rFonts w:hint="default"/>
        <w:lang w:val="ru-RU" w:eastAsia="en-US" w:bidi="ar-SA"/>
      </w:rPr>
    </w:lvl>
  </w:abstractNum>
  <w:abstractNum w:abstractNumId="17">
    <w:nsid w:val="3E882725"/>
    <w:multiLevelType w:val="hybridMultilevel"/>
    <w:tmpl w:val="DC84385A"/>
    <w:lvl w:ilvl="0" w:tplc="30EC438A">
      <w:numFmt w:val="bullet"/>
      <w:lvlText w:val=""/>
      <w:lvlJc w:val="left"/>
      <w:pPr>
        <w:ind w:left="27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A58E270">
      <w:numFmt w:val="bullet"/>
      <w:lvlText w:val="•"/>
      <w:lvlJc w:val="left"/>
      <w:pPr>
        <w:ind w:left="1268" w:hanging="423"/>
      </w:pPr>
      <w:rPr>
        <w:rFonts w:hint="default"/>
        <w:lang w:val="ru-RU" w:eastAsia="en-US" w:bidi="ar-SA"/>
      </w:rPr>
    </w:lvl>
    <w:lvl w:ilvl="2" w:tplc="7E04ECDC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3134F56A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7DF81498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5" w:tplc="60808452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6" w:tplc="B5A4E41E">
      <w:numFmt w:val="bullet"/>
      <w:lvlText w:val="•"/>
      <w:lvlJc w:val="left"/>
      <w:pPr>
        <w:ind w:left="6210" w:hanging="423"/>
      </w:pPr>
      <w:rPr>
        <w:rFonts w:hint="default"/>
        <w:lang w:val="ru-RU" w:eastAsia="en-US" w:bidi="ar-SA"/>
      </w:rPr>
    </w:lvl>
    <w:lvl w:ilvl="7" w:tplc="FC029B50">
      <w:numFmt w:val="bullet"/>
      <w:lvlText w:val="•"/>
      <w:lvlJc w:val="left"/>
      <w:pPr>
        <w:ind w:left="7198" w:hanging="423"/>
      </w:pPr>
      <w:rPr>
        <w:rFonts w:hint="default"/>
        <w:lang w:val="ru-RU" w:eastAsia="en-US" w:bidi="ar-SA"/>
      </w:rPr>
    </w:lvl>
    <w:lvl w:ilvl="8" w:tplc="B7F245FC">
      <w:numFmt w:val="bullet"/>
      <w:lvlText w:val="•"/>
      <w:lvlJc w:val="left"/>
      <w:pPr>
        <w:ind w:left="8187" w:hanging="423"/>
      </w:pPr>
      <w:rPr>
        <w:rFonts w:hint="default"/>
        <w:lang w:val="ru-RU" w:eastAsia="en-US" w:bidi="ar-SA"/>
      </w:rPr>
    </w:lvl>
  </w:abstractNum>
  <w:abstractNum w:abstractNumId="18">
    <w:nsid w:val="479D23EA"/>
    <w:multiLevelType w:val="hybridMultilevel"/>
    <w:tmpl w:val="FB2C9486"/>
    <w:lvl w:ilvl="0" w:tplc="462A3FD0">
      <w:start w:val="1"/>
      <w:numFmt w:val="decimal"/>
      <w:lvlText w:val="%1."/>
      <w:lvlJc w:val="left"/>
      <w:pPr>
        <w:ind w:left="117" w:hanging="423"/>
        <w:jc w:val="left"/>
      </w:pPr>
      <w:rPr>
        <w:rFonts w:hint="default"/>
        <w:w w:val="99"/>
        <w:lang w:val="ru-RU" w:eastAsia="en-US" w:bidi="ar-SA"/>
      </w:rPr>
    </w:lvl>
    <w:lvl w:ilvl="1" w:tplc="7C100358">
      <w:numFmt w:val="bullet"/>
      <w:lvlText w:val="•"/>
      <w:lvlJc w:val="left"/>
      <w:pPr>
        <w:ind w:left="1108" w:hanging="423"/>
      </w:pPr>
      <w:rPr>
        <w:rFonts w:hint="default"/>
        <w:lang w:val="ru-RU" w:eastAsia="en-US" w:bidi="ar-SA"/>
      </w:rPr>
    </w:lvl>
    <w:lvl w:ilvl="2" w:tplc="B8644A1E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CC86A4E8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4" w:tplc="CB786D44">
      <w:numFmt w:val="bullet"/>
      <w:lvlText w:val="•"/>
      <w:lvlJc w:val="left"/>
      <w:pPr>
        <w:ind w:left="4073" w:hanging="423"/>
      </w:pPr>
      <w:rPr>
        <w:rFonts w:hint="default"/>
        <w:lang w:val="ru-RU" w:eastAsia="en-US" w:bidi="ar-SA"/>
      </w:rPr>
    </w:lvl>
    <w:lvl w:ilvl="5" w:tplc="6988E206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BC78E662">
      <w:numFmt w:val="bullet"/>
      <w:lvlText w:val="•"/>
      <w:lvlJc w:val="left"/>
      <w:pPr>
        <w:ind w:left="6050" w:hanging="423"/>
      </w:pPr>
      <w:rPr>
        <w:rFonts w:hint="default"/>
        <w:lang w:val="ru-RU" w:eastAsia="en-US" w:bidi="ar-SA"/>
      </w:rPr>
    </w:lvl>
    <w:lvl w:ilvl="7" w:tplc="CED208CA">
      <w:numFmt w:val="bullet"/>
      <w:lvlText w:val="•"/>
      <w:lvlJc w:val="left"/>
      <w:pPr>
        <w:ind w:left="7038" w:hanging="423"/>
      </w:pPr>
      <w:rPr>
        <w:rFonts w:hint="default"/>
        <w:lang w:val="ru-RU" w:eastAsia="en-US" w:bidi="ar-SA"/>
      </w:rPr>
    </w:lvl>
    <w:lvl w:ilvl="8" w:tplc="880CD1D8">
      <w:numFmt w:val="bullet"/>
      <w:lvlText w:val="•"/>
      <w:lvlJc w:val="left"/>
      <w:pPr>
        <w:ind w:left="8027" w:hanging="423"/>
      </w:pPr>
      <w:rPr>
        <w:rFonts w:hint="default"/>
        <w:lang w:val="ru-RU" w:eastAsia="en-US" w:bidi="ar-SA"/>
      </w:rPr>
    </w:lvl>
  </w:abstractNum>
  <w:abstractNum w:abstractNumId="19">
    <w:nsid w:val="480A5F28"/>
    <w:multiLevelType w:val="hybridMultilevel"/>
    <w:tmpl w:val="8434300E"/>
    <w:lvl w:ilvl="0" w:tplc="0054192A">
      <w:numFmt w:val="bullet"/>
      <w:lvlText w:val=""/>
      <w:lvlJc w:val="left"/>
      <w:pPr>
        <w:ind w:left="27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6480BE8">
      <w:numFmt w:val="bullet"/>
      <w:lvlText w:val="•"/>
      <w:lvlJc w:val="left"/>
      <w:pPr>
        <w:ind w:left="1268" w:hanging="423"/>
      </w:pPr>
      <w:rPr>
        <w:rFonts w:hint="default"/>
        <w:lang w:val="ru-RU" w:eastAsia="en-US" w:bidi="ar-SA"/>
      </w:rPr>
    </w:lvl>
    <w:lvl w:ilvl="2" w:tplc="05B09A64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8578E94E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16088F18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5" w:tplc="2F74FCE8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6" w:tplc="FA1834F0">
      <w:numFmt w:val="bullet"/>
      <w:lvlText w:val="•"/>
      <w:lvlJc w:val="left"/>
      <w:pPr>
        <w:ind w:left="6210" w:hanging="423"/>
      </w:pPr>
      <w:rPr>
        <w:rFonts w:hint="default"/>
        <w:lang w:val="ru-RU" w:eastAsia="en-US" w:bidi="ar-SA"/>
      </w:rPr>
    </w:lvl>
    <w:lvl w:ilvl="7" w:tplc="5956D5B0">
      <w:numFmt w:val="bullet"/>
      <w:lvlText w:val="•"/>
      <w:lvlJc w:val="left"/>
      <w:pPr>
        <w:ind w:left="7198" w:hanging="423"/>
      </w:pPr>
      <w:rPr>
        <w:rFonts w:hint="default"/>
        <w:lang w:val="ru-RU" w:eastAsia="en-US" w:bidi="ar-SA"/>
      </w:rPr>
    </w:lvl>
    <w:lvl w:ilvl="8" w:tplc="4FF84E5C">
      <w:numFmt w:val="bullet"/>
      <w:lvlText w:val="•"/>
      <w:lvlJc w:val="left"/>
      <w:pPr>
        <w:ind w:left="8187" w:hanging="423"/>
      </w:pPr>
      <w:rPr>
        <w:rFonts w:hint="default"/>
        <w:lang w:val="ru-RU" w:eastAsia="en-US" w:bidi="ar-SA"/>
      </w:rPr>
    </w:lvl>
  </w:abstractNum>
  <w:abstractNum w:abstractNumId="20">
    <w:nsid w:val="4B9F5E53"/>
    <w:multiLevelType w:val="hybridMultilevel"/>
    <w:tmpl w:val="B6B8602E"/>
    <w:lvl w:ilvl="0" w:tplc="267A69FA">
      <w:numFmt w:val="bullet"/>
      <w:lvlText w:val=""/>
      <w:lvlJc w:val="left"/>
      <w:pPr>
        <w:ind w:left="27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A5240DE">
      <w:numFmt w:val="bullet"/>
      <w:lvlText w:val="•"/>
      <w:lvlJc w:val="left"/>
      <w:pPr>
        <w:ind w:left="1268" w:hanging="423"/>
      </w:pPr>
      <w:rPr>
        <w:rFonts w:hint="default"/>
        <w:lang w:val="ru-RU" w:eastAsia="en-US" w:bidi="ar-SA"/>
      </w:rPr>
    </w:lvl>
    <w:lvl w:ilvl="2" w:tplc="0DAA898E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7D4C4FBA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1C2C29DA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5" w:tplc="EAC2C20A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6" w:tplc="6F6E63DE">
      <w:numFmt w:val="bullet"/>
      <w:lvlText w:val="•"/>
      <w:lvlJc w:val="left"/>
      <w:pPr>
        <w:ind w:left="6210" w:hanging="423"/>
      </w:pPr>
      <w:rPr>
        <w:rFonts w:hint="default"/>
        <w:lang w:val="ru-RU" w:eastAsia="en-US" w:bidi="ar-SA"/>
      </w:rPr>
    </w:lvl>
    <w:lvl w:ilvl="7" w:tplc="CD106022">
      <w:numFmt w:val="bullet"/>
      <w:lvlText w:val="•"/>
      <w:lvlJc w:val="left"/>
      <w:pPr>
        <w:ind w:left="7198" w:hanging="423"/>
      </w:pPr>
      <w:rPr>
        <w:rFonts w:hint="default"/>
        <w:lang w:val="ru-RU" w:eastAsia="en-US" w:bidi="ar-SA"/>
      </w:rPr>
    </w:lvl>
    <w:lvl w:ilvl="8" w:tplc="7A34AB46">
      <w:numFmt w:val="bullet"/>
      <w:lvlText w:val="•"/>
      <w:lvlJc w:val="left"/>
      <w:pPr>
        <w:ind w:left="8187" w:hanging="423"/>
      </w:pPr>
      <w:rPr>
        <w:rFonts w:hint="default"/>
        <w:lang w:val="ru-RU" w:eastAsia="en-US" w:bidi="ar-SA"/>
      </w:rPr>
    </w:lvl>
  </w:abstractNum>
  <w:abstractNum w:abstractNumId="21">
    <w:nsid w:val="4EEF6A33"/>
    <w:multiLevelType w:val="hybridMultilevel"/>
    <w:tmpl w:val="333E3A88"/>
    <w:lvl w:ilvl="0" w:tplc="8D3A90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D53D21"/>
    <w:multiLevelType w:val="hybridMultilevel"/>
    <w:tmpl w:val="AF0A85CA"/>
    <w:lvl w:ilvl="0" w:tplc="17F092CE">
      <w:start w:val="1"/>
      <w:numFmt w:val="decimal"/>
      <w:lvlText w:val="%1"/>
      <w:lvlJc w:val="left"/>
      <w:pPr>
        <w:ind w:left="499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5AC1C40">
      <w:start w:val="3"/>
      <w:numFmt w:val="decimal"/>
      <w:lvlText w:val="%2"/>
      <w:lvlJc w:val="left"/>
      <w:pPr>
        <w:ind w:left="692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9AE636A">
      <w:numFmt w:val="bullet"/>
      <w:lvlText w:val="•"/>
      <w:lvlJc w:val="left"/>
      <w:pPr>
        <w:ind w:left="6920" w:hanging="212"/>
      </w:pPr>
      <w:rPr>
        <w:rFonts w:hint="default"/>
        <w:lang w:val="ru-RU" w:eastAsia="en-US" w:bidi="ar-SA"/>
      </w:rPr>
    </w:lvl>
    <w:lvl w:ilvl="3" w:tplc="55840B2C">
      <w:numFmt w:val="bullet"/>
      <w:lvlText w:val="•"/>
      <w:lvlJc w:val="left"/>
      <w:pPr>
        <w:ind w:left="7325" w:hanging="212"/>
      </w:pPr>
      <w:rPr>
        <w:rFonts w:hint="default"/>
        <w:lang w:val="ru-RU" w:eastAsia="en-US" w:bidi="ar-SA"/>
      </w:rPr>
    </w:lvl>
    <w:lvl w:ilvl="4" w:tplc="000C3402">
      <w:numFmt w:val="bullet"/>
      <w:lvlText w:val="•"/>
      <w:lvlJc w:val="left"/>
      <w:pPr>
        <w:ind w:left="7731" w:hanging="212"/>
      </w:pPr>
      <w:rPr>
        <w:rFonts w:hint="default"/>
        <w:lang w:val="ru-RU" w:eastAsia="en-US" w:bidi="ar-SA"/>
      </w:rPr>
    </w:lvl>
    <w:lvl w:ilvl="5" w:tplc="A68E41FA">
      <w:numFmt w:val="bullet"/>
      <w:lvlText w:val="•"/>
      <w:lvlJc w:val="left"/>
      <w:pPr>
        <w:ind w:left="8136" w:hanging="212"/>
      </w:pPr>
      <w:rPr>
        <w:rFonts w:hint="default"/>
        <w:lang w:val="ru-RU" w:eastAsia="en-US" w:bidi="ar-SA"/>
      </w:rPr>
    </w:lvl>
    <w:lvl w:ilvl="6" w:tplc="882A4A1E">
      <w:numFmt w:val="bullet"/>
      <w:lvlText w:val="•"/>
      <w:lvlJc w:val="left"/>
      <w:pPr>
        <w:ind w:left="8542" w:hanging="212"/>
      </w:pPr>
      <w:rPr>
        <w:rFonts w:hint="default"/>
        <w:lang w:val="ru-RU" w:eastAsia="en-US" w:bidi="ar-SA"/>
      </w:rPr>
    </w:lvl>
    <w:lvl w:ilvl="7" w:tplc="AE826486">
      <w:numFmt w:val="bullet"/>
      <w:lvlText w:val="•"/>
      <w:lvlJc w:val="left"/>
      <w:pPr>
        <w:ind w:left="8947" w:hanging="212"/>
      </w:pPr>
      <w:rPr>
        <w:rFonts w:hint="default"/>
        <w:lang w:val="ru-RU" w:eastAsia="en-US" w:bidi="ar-SA"/>
      </w:rPr>
    </w:lvl>
    <w:lvl w:ilvl="8" w:tplc="E3F0292C">
      <w:numFmt w:val="bullet"/>
      <w:lvlText w:val="•"/>
      <w:lvlJc w:val="left"/>
      <w:pPr>
        <w:ind w:left="9353" w:hanging="212"/>
      </w:pPr>
      <w:rPr>
        <w:rFonts w:hint="default"/>
        <w:lang w:val="ru-RU" w:eastAsia="en-US" w:bidi="ar-SA"/>
      </w:rPr>
    </w:lvl>
  </w:abstractNum>
  <w:abstractNum w:abstractNumId="23">
    <w:nsid w:val="522C2845"/>
    <w:multiLevelType w:val="hybridMultilevel"/>
    <w:tmpl w:val="3F1A2D88"/>
    <w:lvl w:ilvl="0" w:tplc="3AC03892">
      <w:start w:val="1"/>
      <w:numFmt w:val="decimal"/>
      <w:lvlText w:val="%1"/>
      <w:lvlJc w:val="left"/>
      <w:pPr>
        <w:ind w:left="488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AC432A">
      <w:start w:val="1"/>
      <w:numFmt w:val="decimal"/>
      <w:lvlText w:val="%2)"/>
      <w:lvlJc w:val="left"/>
      <w:pPr>
        <w:ind w:left="1410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B9EC1D6">
      <w:start w:val="1"/>
      <w:numFmt w:val="decimal"/>
      <w:lvlText w:val="%3"/>
      <w:lvlJc w:val="left"/>
      <w:pPr>
        <w:ind w:left="492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B552C148">
      <w:numFmt w:val="bullet"/>
      <w:lvlText w:val="•"/>
      <w:lvlJc w:val="left"/>
      <w:pPr>
        <w:ind w:left="5575" w:hanging="212"/>
      </w:pPr>
      <w:rPr>
        <w:rFonts w:hint="default"/>
        <w:lang w:val="ru-RU" w:eastAsia="en-US" w:bidi="ar-SA"/>
      </w:rPr>
    </w:lvl>
    <w:lvl w:ilvl="4" w:tplc="6024BC7A">
      <w:numFmt w:val="bullet"/>
      <w:lvlText w:val="•"/>
      <w:lvlJc w:val="left"/>
      <w:pPr>
        <w:ind w:left="6231" w:hanging="212"/>
      </w:pPr>
      <w:rPr>
        <w:rFonts w:hint="default"/>
        <w:lang w:val="ru-RU" w:eastAsia="en-US" w:bidi="ar-SA"/>
      </w:rPr>
    </w:lvl>
    <w:lvl w:ilvl="5" w:tplc="2C1481B2">
      <w:numFmt w:val="bullet"/>
      <w:lvlText w:val="•"/>
      <w:lvlJc w:val="left"/>
      <w:pPr>
        <w:ind w:left="6886" w:hanging="212"/>
      </w:pPr>
      <w:rPr>
        <w:rFonts w:hint="default"/>
        <w:lang w:val="ru-RU" w:eastAsia="en-US" w:bidi="ar-SA"/>
      </w:rPr>
    </w:lvl>
    <w:lvl w:ilvl="6" w:tplc="0BAAD308">
      <w:numFmt w:val="bullet"/>
      <w:lvlText w:val="•"/>
      <w:lvlJc w:val="left"/>
      <w:pPr>
        <w:ind w:left="7542" w:hanging="212"/>
      </w:pPr>
      <w:rPr>
        <w:rFonts w:hint="default"/>
        <w:lang w:val="ru-RU" w:eastAsia="en-US" w:bidi="ar-SA"/>
      </w:rPr>
    </w:lvl>
    <w:lvl w:ilvl="7" w:tplc="8D047734">
      <w:numFmt w:val="bullet"/>
      <w:lvlText w:val="•"/>
      <w:lvlJc w:val="left"/>
      <w:pPr>
        <w:ind w:left="8197" w:hanging="212"/>
      </w:pPr>
      <w:rPr>
        <w:rFonts w:hint="default"/>
        <w:lang w:val="ru-RU" w:eastAsia="en-US" w:bidi="ar-SA"/>
      </w:rPr>
    </w:lvl>
    <w:lvl w:ilvl="8" w:tplc="90326016">
      <w:numFmt w:val="bullet"/>
      <w:lvlText w:val="•"/>
      <w:lvlJc w:val="left"/>
      <w:pPr>
        <w:ind w:left="8853" w:hanging="212"/>
      </w:pPr>
      <w:rPr>
        <w:rFonts w:hint="default"/>
        <w:lang w:val="ru-RU" w:eastAsia="en-US" w:bidi="ar-SA"/>
      </w:rPr>
    </w:lvl>
  </w:abstractNum>
  <w:abstractNum w:abstractNumId="24">
    <w:nsid w:val="5CF451C8"/>
    <w:multiLevelType w:val="hybridMultilevel"/>
    <w:tmpl w:val="494A1C5E"/>
    <w:lvl w:ilvl="0" w:tplc="AAB206B4">
      <w:start w:val="1"/>
      <w:numFmt w:val="decimal"/>
      <w:lvlText w:val="%1"/>
      <w:lvlJc w:val="left"/>
      <w:pPr>
        <w:ind w:left="488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32B86E">
      <w:numFmt w:val="bullet"/>
      <w:lvlText w:val="•"/>
      <w:lvlJc w:val="left"/>
      <w:pPr>
        <w:ind w:left="1448" w:hanging="212"/>
      </w:pPr>
      <w:rPr>
        <w:rFonts w:hint="default"/>
        <w:lang w:val="ru-RU" w:eastAsia="en-US" w:bidi="ar-SA"/>
      </w:rPr>
    </w:lvl>
    <w:lvl w:ilvl="2" w:tplc="C73245DC">
      <w:numFmt w:val="bullet"/>
      <w:lvlText w:val="•"/>
      <w:lvlJc w:val="left"/>
      <w:pPr>
        <w:ind w:left="2416" w:hanging="212"/>
      </w:pPr>
      <w:rPr>
        <w:rFonts w:hint="default"/>
        <w:lang w:val="ru-RU" w:eastAsia="en-US" w:bidi="ar-SA"/>
      </w:rPr>
    </w:lvl>
    <w:lvl w:ilvl="3" w:tplc="9DE0013A">
      <w:numFmt w:val="bullet"/>
      <w:lvlText w:val="•"/>
      <w:lvlJc w:val="left"/>
      <w:pPr>
        <w:ind w:left="3385" w:hanging="212"/>
      </w:pPr>
      <w:rPr>
        <w:rFonts w:hint="default"/>
        <w:lang w:val="ru-RU" w:eastAsia="en-US" w:bidi="ar-SA"/>
      </w:rPr>
    </w:lvl>
    <w:lvl w:ilvl="4" w:tplc="4A7627AC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58647286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1F1828C2">
      <w:numFmt w:val="bullet"/>
      <w:lvlText w:val="•"/>
      <w:lvlJc w:val="left"/>
      <w:pPr>
        <w:ind w:left="6290" w:hanging="212"/>
      </w:pPr>
      <w:rPr>
        <w:rFonts w:hint="default"/>
        <w:lang w:val="ru-RU" w:eastAsia="en-US" w:bidi="ar-SA"/>
      </w:rPr>
    </w:lvl>
    <w:lvl w:ilvl="7" w:tplc="0582976A">
      <w:numFmt w:val="bullet"/>
      <w:lvlText w:val="•"/>
      <w:lvlJc w:val="left"/>
      <w:pPr>
        <w:ind w:left="7258" w:hanging="212"/>
      </w:pPr>
      <w:rPr>
        <w:rFonts w:hint="default"/>
        <w:lang w:val="ru-RU" w:eastAsia="en-US" w:bidi="ar-SA"/>
      </w:rPr>
    </w:lvl>
    <w:lvl w:ilvl="8" w:tplc="41E08C0C">
      <w:numFmt w:val="bullet"/>
      <w:lvlText w:val="•"/>
      <w:lvlJc w:val="left"/>
      <w:pPr>
        <w:ind w:left="8227" w:hanging="212"/>
      </w:pPr>
      <w:rPr>
        <w:rFonts w:hint="default"/>
        <w:lang w:val="ru-RU" w:eastAsia="en-US" w:bidi="ar-SA"/>
      </w:rPr>
    </w:lvl>
  </w:abstractNum>
  <w:abstractNum w:abstractNumId="25">
    <w:nsid w:val="64D5121B"/>
    <w:multiLevelType w:val="hybridMultilevel"/>
    <w:tmpl w:val="8730D502"/>
    <w:lvl w:ilvl="0" w:tplc="6BEE0AD6">
      <w:start w:val="1"/>
      <w:numFmt w:val="decimal"/>
      <w:lvlText w:val="%1"/>
      <w:lvlJc w:val="left"/>
      <w:pPr>
        <w:ind w:left="499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51685BC">
      <w:start w:val="3"/>
      <w:numFmt w:val="decimal"/>
      <w:lvlText w:val="%2"/>
      <w:lvlJc w:val="left"/>
      <w:pPr>
        <w:ind w:left="692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E768FD2A">
      <w:numFmt w:val="bullet"/>
      <w:lvlText w:val="•"/>
      <w:lvlJc w:val="left"/>
      <w:pPr>
        <w:ind w:left="6920" w:hanging="212"/>
      </w:pPr>
      <w:rPr>
        <w:rFonts w:hint="default"/>
        <w:lang w:val="ru-RU" w:eastAsia="en-US" w:bidi="ar-SA"/>
      </w:rPr>
    </w:lvl>
    <w:lvl w:ilvl="3" w:tplc="EA8806E6">
      <w:numFmt w:val="bullet"/>
      <w:lvlText w:val="•"/>
      <w:lvlJc w:val="left"/>
      <w:pPr>
        <w:ind w:left="7325" w:hanging="212"/>
      </w:pPr>
      <w:rPr>
        <w:rFonts w:hint="default"/>
        <w:lang w:val="ru-RU" w:eastAsia="en-US" w:bidi="ar-SA"/>
      </w:rPr>
    </w:lvl>
    <w:lvl w:ilvl="4" w:tplc="13226D5A">
      <w:numFmt w:val="bullet"/>
      <w:lvlText w:val="•"/>
      <w:lvlJc w:val="left"/>
      <w:pPr>
        <w:ind w:left="7731" w:hanging="212"/>
      </w:pPr>
      <w:rPr>
        <w:rFonts w:hint="default"/>
        <w:lang w:val="ru-RU" w:eastAsia="en-US" w:bidi="ar-SA"/>
      </w:rPr>
    </w:lvl>
    <w:lvl w:ilvl="5" w:tplc="B07E3F94">
      <w:numFmt w:val="bullet"/>
      <w:lvlText w:val="•"/>
      <w:lvlJc w:val="left"/>
      <w:pPr>
        <w:ind w:left="8136" w:hanging="212"/>
      </w:pPr>
      <w:rPr>
        <w:rFonts w:hint="default"/>
        <w:lang w:val="ru-RU" w:eastAsia="en-US" w:bidi="ar-SA"/>
      </w:rPr>
    </w:lvl>
    <w:lvl w:ilvl="6" w:tplc="940C1F12">
      <w:numFmt w:val="bullet"/>
      <w:lvlText w:val="•"/>
      <w:lvlJc w:val="left"/>
      <w:pPr>
        <w:ind w:left="8542" w:hanging="212"/>
      </w:pPr>
      <w:rPr>
        <w:rFonts w:hint="default"/>
        <w:lang w:val="ru-RU" w:eastAsia="en-US" w:bidi="ar-SA"/>
      </w:rPr>
    </w:lvl>
    <w:lvl w:ilvl="7" w:tplc="3FBA0F78">
      <w:numFmt w:val="bullet"/>
      <w:lvlText w:val="•"/>
      <w:lvlJc w:val="left"/>
      <w:pPr>
        <w:ind w:left="8947" w:hanging="212"/>
      </w:pPr>
      <w:rPr>
        <w:rFonts w:hint="default"/>
        <w:lang w:val="ru-RU" w:eastAsia="en-US" w:bidi="ar-SA"/>
      </w:rPr>
    </w:lvl>
    <w:lvl w:ilvl="8" w:tplc="A9C2074E">
      <w:numFmt w:val="bullet"/>
      <w:lvlText w:val="•"/>
      <w:lvlJc w:val="left"/>
      <w:pPr>
        <w:ind w:left="9353" w:hanging="212"/>
      </w:pPr>
      <w:rPr>
        <w:rFonts w:hint="default"/>
        <w:lang w:val="ru-RU" w:eastAsia="en-US" w:bidi="ar-SA"/>
      </w:rPr>
    </w:lvl>
  </w:abstractNum>
  <w:abstractNum w:abstractNumId="26">
    <w:nsid w:val="6A3719D4"/>
    <w:multiLevelType w:val="hybridMultilevel"/>
    <w:tmpl w:val="2C7AABE0"/>
    <w:lvl w:ilvl="0" w:tplc="3AB8048E">
      <w:start w:val="1"/>
      <w:numFmt w:val="decimal"/>
      <w:lvlText w:val="%1"/>
      <w:lvlJc w:val="left"/>
      <w:pPr>
        <w:ind w:left="488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B465BA">
      <w:numFmt w:val="bullet"/>
      <w:lvlText w:val="•"/>
      <w:lvlJc w:val="left"/>
      <w:pPr>
        <w:ind w:left="1448" w:hanging="212"/>
      </w:pPr>
      <w:rPr>
        <w:rFonts w:hint="default"/>
        <w:lang w:val="ru-RU" w:eastAsia="en-US" w:bidi="ar-SA"/>
      </w:rPr>
    </w:lvl>
    <w:lvl w:ilvl="2" w:tplc="30DCCD92">
      <w:numFmt w:val="bullet"/>
      <w:lvlText w:val="•"/>
      <w:lvlJc w:val="left"/>
      <w:pPr>
        <w:ind w:left="2416" w:hanging="212"/>
      </w:pPr>
      <w:rPr>
        <w:rFonts w:hint="default"/>
        <w:lang w:val="ru-RU" w:eastAsia="en-US" w:bidi="ar-SA"/>
      </w:rPr>
    </w:lvl>
    <w:lvl w:ilvl="3" w:tplc="FE98B422">
      <w:numFmt w:val="bullet"/>
      <w:lvlText w:val="•"/>
      <w:lvlJc w:val="left"/>
      <w:pPr>
        <w:ind w:left="3385" w:hanging="212"/>
      </w:pPr>
      <w:rPr>
        <w:rFonts w:hint="default"/>
        <w:lang w:val="ru-RU" w:eastAsia="en-US" w:bidi="ar-SA"/>
      </w:rPr>
    </w:lvl>
    <w:lvl w:ilvl="4" w:tplc="185A8D34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6E4E1818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C0D40680">
      <w:numFmt w:val="bullet"/>
      <w:lvlText w:val="•"/>
      <w:lvlJc w:val="left"/>
      <w:pPr>
        <w:ind w:left="6290" w:hanging="212"/>
      </w:pPr>
      <w:rPr>
        <w:rFonts w:hint="default"/>
        <w:lang w:val="ru-RU" w:eastAsia="en-US" w:bidi="ar-SA"/>
      </w:rPr>
    </w:lvl>
    <w:lvl w:ilvl="7" w:tplc="D7C89A84">
      <w:numFmt w:val="bullet"/>
      <w:lvlText w:val="•"/>
      <w:lvlJc w:val="left"/>
      <w:pPr>
        <w:ind w:left="7258" w:hanging="212"/>
      </w:pPr>
      <w:rPr>
        <w:rFonts w:hint="default"/>
        <w:lang w:val="ru-RU" w:eastAsia="en-US" w:bidi="ar-SA"/>
      </w:rPr>
    </w:lvl>
    <w:lvl w:ilvl="8" w:tplc="583428AC">
      <w:numFmt w:val="bullet"/>
      <w:lvlText w:val="•"/>
      <w:lvlJc w:val="left"/>
      <w:pPr>
        <w:ind w:left="8227" w:hanging="212"/>
      </w:pPr>
      <w:rPr>
        <w:rFonts w:hint="default"/>
        <w:lang w:val="ru-RU" w:eastAsia="en-US" w:bidi="ar-SA"/>
      </w:rPr>
    </w:lvl>
  </w:abstractNum>
  <w:abstractNum w:abstractNumId="27">
    <w:nsid w:val="6C4200B7"/>
    <w:multiLevelType w:val="hybridMultilevel"/>
    <w:tmpl w:val="2102D28A"/>
    <w:lvl w:ilvl="0" w:tplc="AC1E7154">
      <w:numFmt w:val="bullet"/>
      <w:lvlText w:val=""/>
      <w:lvlJc w:val="left"/>
      <w:pPr>
        <w:ind w:left="27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45ECF36">
      <w:numFmt w:val="bullet"/>
      <w:lvlText w:val="•"/>
      <w:lvlJc w:val="left"/>
      <w:pPr>
        <w:ind w:left="1268" w:hanging="423"/>
      </w:pPr>
      <w:rPr>
        <w:rFonts w:hint="default"/>
        <w:lang w:val="ru-RU" w:eastAsia="en-US" w:bidi="ar-SA"/>
      </w:rPr>
    </w:lvl>
    <w:lvl w:ilvl="2" w:tplc="DDAA86D4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1C684CD6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3F0C1C2A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5" w:tplc="EF8EA380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6" w:tplc="DFFEC7EA">
      <w:numFmt w:val="bullet"/>
      <w:lvlText w:val="•"/>
      <w:lvlJc w:val="left"/>
      <w:pPr>
        <w:ind w:left="6210" w:hanging="423"/>
      </w:pPr>
      <w:rPr>
        <w:rFonts w:hint="default"/>
        <w:lang w:val="ru-RU" w:eastAsia="en-US" w:bidi="ar-SA"/>
      </w:rPr>
    </w:lvl>
    <w:lvl w:ilvl="7" w:tplc="FDC0745E">
      <w:numFmt w:val="bullet"/>
      <w:lvlText w:val="•"/>
      <w:lvlJc w:val="left"/>
      <w:pPr>
        <w:ind w:left="7198" w:hanging="423"/>
      </w:pPr>
      <w:rPr>
        <w:rFonts w:hint="default"/>
        <w:lang w:val="ru-RU" w:eastAsia="en-US" w:bidi="ar-SA"/>
      </w:rPr>
    </w:lvl>
    <w:lvl w:ilvl="8" w:tplc="C63C8356">
      <w:numFmt w:val="bullet"/>
      <w:lvlText w:val="•"/>
      <w:lvlJc w:val="left"/>
      <w:pPr>
        <w:ind w:left="8187" w:hanging="423"/>
      </w:pPr>
      <w:rPr>
        <w:rFonts w:hint="default"/>
        <w:lang w:val="ru-RU" w:eastAsia="en-US" w:bidi="ar-SA"/>
      </w:rPr>
    </w:lvl>
  </w:abstractNum>
  <w:abstractNum w:abstractNumId="28">
    <w:nsid w:val="70E379CF"/>
    <w:multiLevelType w:val="hybridMultilevel"/>
    <w:tmpl w:val="84ECBFA8"/>
    <w:lvl w:ilvl="0" w:tplc="47981246">
      <w:start w:val="1"/>
      <w:numFmt w:val="decimal"/>
      <w:lvlText w:val="%1."/>
      <w:lvlJc w:val="left"/>
      <w:pPr>
        <w:ind w:left="117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02E8AE">
      <w:numFmt w:val="bullet"/>
      <w:lvlText w:val="•"/>
      <w:lvlJc w:val="left"/>
      <w:pPr>
        <w:ind w:left="1108" w:hanging="423"/>
      </w:pPr>
      <w:rPr>
        <w:rFonts w:hint="default"/>
        <w:lang w:val="ru-RU" w:eastAsia="en-US" w:bidi="ar-SA"/>
      </w:rPr>
    </w:lvl>
    <w:lvl w:ilvl="2" w:tplc="0C1279E8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60981552">
      <w:numFmt w:val="bullet"/>
      <w:lvlText w:val="•"/>
      <w:lvlJc w:val="left"/>
      <w:pPr>
        <w:ind w:left="3085" w:hanging="423"/>
      </w:pPr>
      <w:rPr>
        <w:rFonts w:hint="default"/>
        <w:lang w:val="ru-RU" w:eastAsia="en-US" w:bidi="ar-SA"/>
      </w:rPr>
    </w:lvl>
    <w:lvl w:ilvl="4" w:tplc="73BC7B14">
      <w:numFmt w:val="bullet"/>
      <w:lvlText w:val="•"/>
      <w:lvlJc w:val="left"/>
      <w:pPr>
        <w:ind w:left="4073" w:hanging="423"/>
      </w:pPr>
      <w:rPr>
        <w:rFonts w:hint="default"/>
        <w:lang w:val="ru-RU" w:eastAsia="en-US" w:bidi="ar-SA"/>
      </w:rPr>
    </w:lvl>
    <w:lvl w:ilvl="5" w:tplc="40205642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A1CC81B8">
      <w:numFmt w:val="bullet"/>
      <w:lvlText w:val="•"/>
      <w:lvlJc w:val="left"/>
      <w:pPr>
        <w:ind w:left="6050" w:hanging="423"/>
      </w:pPr>
      <w:rPr>
        <w:rFonts w:hint="default"/>
        <w:lang w:val="ru-RU" w:eastAsia="en-US" w:bidi="ar-SA"/>
      </w:rPr>
    </w:lvl>
    <w:lvl w:ilvl="7" w:tplc="FD00846C">
      <w:numFmt w:val="bullet"/>
      <w:lvlText w:val="•"/>
      <w:lvlJc w:val="left"/>
      <w:pPr>
        <w:ind w:left="7038" w:hanging="423"/>
      </w:pPr>
      <w:rPr>
        <w:rFonts w:hint="default"/>
        <w:lang w:val="ru-RU" w:eastAsia="en-US" w:bidi="ar-SA"/>
      </w:rPr>
    </w:lvl>
    <w:lvl w:ilvl="8" w:tplc="8E7A731E">
      <w:numFmt w:val="bullet"/>
      <w:lvlText w:val="•"/>
      <w:lvlJc w:val="left"/>
      <w:pPr>
        <w:ind w:left="8027" w:hanging="42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6"/>
  </w:num>
  <w:num w:numId="12">
    <w:abstractNumId w:val="18"/>
  </w:num>
  <w:num w:numId="13">
    <w:abstractNumId w:val="28"/>
  </w:num>
  <w:num w:numId="14">
    <w:abstractNumId w:val="25"/>
  </w:num>
  <w:num w:numId="15">
    <w:abstractNumId w:val="19"/>
  </w:num>
  <w:num w:numId="16">
    <w:abstractNumId w:val="23"/>
  </w:num>
  <w:num w:numId="17">
    <w:abstractNumId w:val="24"/>
  </w:num>
  <w:num w:numId="18">
    <w:abstractNumId w:val="12"/>
  </w:num>
  <w:num w:numId="19">
    <w:abstractNumId w:val="21"/>
  </w:num>
  <w:num w:numId="20">
    <w:abstractNumId w:val="10"/>
  </w:num>
  <w:num w:numId="21">
    <w:abstractNumId w:val="15"/>
  </w:num>
  <w:num w:numId="22">
    <w:abstractNumId w:val="20"/>
  </w:num>
  <w:num w:numId="23">
    <w:abstractNumId w:val="14"/>
  </w:num>
  <w:num w:numId="24">
    <w:abstractNumId w:val="11"/>
  </w:num>
  <w:num w:numId="25">
    <w:abstractNumId w:val="22"/>
  </w:num>
  <w:num w:numId="26">
    <w:abstractNumId w:val="27"/>
  </w:num>
  <w:num w:numId="27">
    <w:abstractNumId w:val="9"/>
  </w:num>
  <w:num w:numId="28">
    <w:abstractNumId w:val="1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3494"/>
    <w:rsid w:val="000C0526"/>
    <w:rsid w:val="00131F15"/>
    <w:rsid w:val="00150744"/>
    <w:rsid w:val="0015074B"/>
    <w:rsid w:val="00177C52"/>
    <w:rsid w:val="001923DA"/>
    <w:rsid w:val="0027431D"/>
    <w:rsid w:val="002917CA"/>
    <w:rsid w:val="0029639D"/>
    <w:rsid w:val="00326F90"/>
    <w:rsid w:val="00366CDB"/>
    <w:rsid w:val="004C2E54"/>
    <w:rsid w:val="00500644"/>
    <w:rsid w:val="005062B9"/>
    <w:rsid w:val="00591884"/>
    <w:rsid w:val="005B1FA4"/>
    <w:rsid w:val="005E58E2"/>
    <w:rsid w:val="005F0CF7"/>
    <w:rsid w:val="0068199E"/>
    <w:rsid w:val="006C365E"/>
    <w:rsid w:val="006D7018"/>
    <w:rsid w:val="007218BB"/>
    <w:rsid w:val="008429E9"/>
    <w:rsid w:val="008C705E"/>
    <w:rsid w:val="00A80C53"/>
    <w:rsid w:val="00AA1D8D"/>
    <w:rsid w:val="00B47730"/>
    <w:rsid w:val="00B57323"/>
    <w:rsid w:val="00BD36D7"/>
    <w:rsid w:val="00BF2AEE"/>
    <w:rsid w:val="00C261A3"/>
    <w:rsid w:val="00CB0664"/>
    <w:rsid w:val="00CC7225"/>
    <w:rsid w:val="00E064C7"/>
    <w:rsid w:val="00EB3D10"/>
    <w:rsid w:val="00F239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C3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C365E"/>
    <w:rPr>
      <w:rFonts w:ascii="Segoe UI" w:hAnsi="Segoe UI" w:cs="Segoe UI"/>
      <w:sz w:val="18"/>
      <w:szCs w:val="18"/>
    </w:rPr>
  </w:style>
  <w:style w:type="numbering" w:customStyle="1" w:styleId="14">
    <w:name w:val="Нет списка1"/>
    <w:next w:val="a4"/>
    <w:uiPriority w:val="99"/>
    <w:semiHidden/>
    <w:unhideWhenUsed/>
    <w:rsid w:val="00366CDB"/>
  </w:style>
  <w:style w:type="table" w:customStyle="1" w:styleId="TableNormal">
    <w:name w:val="Table Normal"/>
    <w:uiPriority w:val="2"/>
    <w:semiHidden/>
    <w:unhideWhenUsed/>
    <w:qFormat/>
    <w:rsid w:val="00366CDB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1"/>
    <w:uiPriority w:val="1"/>
    <w:qFormat/>
    <w:rsid w:val="00366CDB"/>
    <w:pPr>
      <w:widowControl w:val="0"/>
      <w:autoSpaceDE w:val="0"/>
      <w:autoSpaceDN w:val="0"/>
      <w:spacing w:before="163" w:after="0" w:line="240" w:lineRule="auto"/>
      <w:ind w:left="162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c">
    <w:name w:val="toc 2"/>
    <w:basedOn w:val="a1"/>
    <w:uiPriority w:val="1"/>
    <w:qFormat/>
    <w:rsid w:val="00366CDB"/>
    <w:pPr>
      <w:widowControl w:val="0"/>
      <w:autoSpaceDE w:val="0"/>
      <w:autoSpaceDN w:val="0"/>
      <w:spacing w:before="163" w:after="0" w:line="240" w:lineRule="auto"/>
      <w:ind w:left="277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1"/>
    <w:uiPriority w:val="1"/>
    <w:qFormat/>
    <w:rsid w:val="00366CDB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  <w:lang w:val="ru-RU"/>
    </w:rPr>
  </w:style>
  <w:style w:type="numbering" w:customStyle="1" w:styleId="2d">
    <w:name w:val="Нет списка2"/>
    <w:next w:val="a4"/>
    <w:uiPriority w:val="99"/>
    <w:semiHidden/>
    <w:unhideWhenUsed/>
    <w:rsid w:val="00366CDB"/>
  </w:style>
  <w:style w:type="table" w:customStyle="1" w:styleId="TableNormal1">
    <w:name w:val="Table Normal1"/>
    <w:uiPriority w:val="2"/>
    <w:semiHidden/>
    <w:unhideWhenUsed/>
    <w:qFormat/>
    <w:rsid w:val="00366CDB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">
    <w:name w:val="Нет списка3"/>
    <w:next w:val="a4"/>
    <w:uiPriority w:val="99"/>
    <w:semiHidden/>
    <w:unhideWhenUsed/>
    <w:rsid w:val="0027431D"/>
  </w:style>
  <w:style w:type="table" w:customStyle="1" w:styleId="TableNormal2">
    <w:name w:val="Table Normal2"/>
    <w:uiPriority w:val="2"/>
    <w:semiHidden/>
    <w:unhideWhenUsed/>
    <w:qFormat/>
    <w:rsid w:val="0027431D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83494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4"/>
    <w:uiPriority w:val="99"/>
    <w:semiHidden/>
    <w:unhideWhenUsed/>
    <w:rsid w:val="0068199E"/>
  </w:style>
  <w:style w:type="table" w:customStyle="1" w:styleId="TableNormal4">
    <w:name w:val="Table Normal4"/>
    <w:uiPriority w:val="2"/>
    <w:semiHidden/>
    <w:unhideWhenUsed/>
    <w:qFormat/>
    <w:rsid w:val="0068199E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C3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C365E"/>
    <w:rPr>
      <w:rFonts w:ascii="Segoe UI" w:hAnsi="Segoe UI" w:cs="Segoe UI"/>
      <w:sz w:val="18"/>
      <w:szCs w:val="18"/>
    </w:rPr>
  </w:style>
  <w:style w:type="numbering" w:customStyle="1" w:styleId="14">
    <w:name w:val="Нет списка1"/>
    <w:next w:val="a4"/>
    <w:uiPriority w:val="99"/>
    <w:semiHidden/>
    <w:unhideWhenUsed/>
    <w:rsid w:val="00366CDB"/>
  </w:style>
  <w:style w:type="table" w:customStyle="1" w:styleId="TableNormal">
    <w:name w:val="Table Normal"/>
    <w:uiPriority w:val="2"/>
    <w:semiHidden/>
    <w:unhideWhenUsed/>
    <w:qFormat/>
    <w:rsid w:val="00366CDB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1"/>
    <w:uiPriority w:val="1"/>
    <w:qFormat/>
    <w:rsid w:val="00366CDB"/>
    <w:pPr>
      <w:widowControl w:val="0"/>
      <w:autoSpaceDE w:val="0"/>
      <w:autoSpaceDN w:val="0"/>
      <w:spacing w:before="163" w:after="0" w:line="240" w:lineRule="auto"/>
      <w:ind w:left="162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c">
    <w:name w:val="toc 2"/>
    <w:basedOn w:val="a1"/>
    <w:uiPriority w:val="1"/>
    <w:qFormat/>
    <w:rsid w:val="00366CDB"/>
    <w:pPr>
      <w:widowControl w:val="0"/>
      <w:autoSpaceDE w:val="0"/>
      <w:autoSpaceDN w:val="0"/>
      <w:spacing w:before="163" w:after="0" w:line="240" w:lineRule="auto"/>
      <w:ind w:left="277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1"/>
    <w:uiPriority w:val="1"/>
    <w:qFormat/>
    <w:rsid w:val="00366CDB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  <w:lang w:val="ru-RU"/>
    </w:rPr>
  </w:style>
  <w:style w:type="numbering" w:customStyle="1" w:styleId="2d">
    <w:name w:val="Нет списка2"/>
    <w:next w:val="a4"/>
    <w:uiPriority w:val="99"/>
    <w:semiHidden/>
    <w:unhideWhenUsed/>
    <w:rsid w:val="00366CDB"/>
  </w:style>
  <w:style w:type="table" w:customStyle="1" w:styleId="TableNormal1">
    <w:name w:val="Table Normal1"/>
    <w:uiPriority w:val="2"/>
    <w:semiHidden/>
    <w:unhideWhenUsed/>
    <w:qFormat/>
    <w:rsid w:val="00366CDB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">
    <w:name w:val="Нет списка3"/>
    <w:next w:val="a4"/>
    <w:uiPriority w:val="99"/>
    <w:semiHidden/>
    <w:unhideWhenUsed/>
    <w:rsid w:val="0027431D"/>
  </w:style>
  <w:style w:type="table" w:customStyle="1" w:styleId="TableNormal2">
    <w:name w:val="Table Normal2"/>
    <w:uiPriority w:val="2"/>
    <w:semiHidden/>
    <w:unhideWhenUsed/>
    <w:qFormat/>
    <w:rsid w:val="0027431D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83494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4"/>
    <w:uiPriority w:val="99"/>
    <w:semiHidden/>
    <w:unhideWhenUsed/>
    <w:rsid w:val="0068199E"/>
  </w:style>
  <w:style w:type="table" w:customStyle="1" w:styleId="TableNormal4">
    <w:name w:val="Table Normal4"/>
    <w:uiPriority w:val="2"/>
    <w:semiHidden/>
    <w:unhideWhenUsed/>
    <w:qFormat/>
    <w:rsid w:val="0068199E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7B80D9-4A40-4B28-9FDD-BB6CE8EB4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13299</Words>
  <Characters>75808</Characters>
  <Application>Microsoft Office Word</Application>
  <DocSecurity>0</DocSecurity>
  <Lines>631</Lines>
  <Paragraphs>177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Гулюза</cp:lastModifiedBy>
  <cp:revision>5</cp:revision>
  <cp:lastPrinted>2023-10-07T05:39:00Z</cp:lastPrinted>
  <dcterms:created xsi:type="dcterms:W3CDTF">2023-10-06T11:01:00Z</dcterms:created>
  <dcterms:modified xsi:type="dcterms:W3CDTF">2023-10-21T08:29:00Z</dcterms:modified>
</cp:coreProperties>
</file>