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CD3" w:rsidRPr="008F72A2" w:rsidRDefault="00A41CD3">
      <w:pPr>
        <w:autoSpaceDE w:val="0"/>
        <w:autoSpaceDN w:val="0"/>
        <w:spacing w:after="78" w:line="220" w:lineRule="exact"/>
        <w:rPr>
          <w:sz w:val="24"/>
          <w:szCs w:val="24"/>
        </w:rPr>
      </w:pPr>
    </w:p>
    <w:p w:rsidR="00A41CD3" w:rsidRPr="008F72A2" w:rsidRDefault="00C61580" w:rsidP="00C61580">
      <w:pPr>
        <w:autoSpaceDE w:val="0"/>
        <w:autoSpaceDN w:val="0"/>
        <w:spacing w:after="0" w:line="240" w:lineRule="auto"/>
        <w:ind w:left="792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A41CD3" w:rsidRPr="008F72A2" w:rsidRDefault="00C61580" w:rsidP="00C61580">
      <w:pPr>
        <w:autoSpaceDE w:val="0"/>
        <w:autoSpaceDN w:val="0"/>
        <w:spacing w:before="670" w:after="0" w:line="240" w:lineRule="auto"/>
        <w:ind w:left="1584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Министерство образования и науки Республики Татарстан</w:t>
      </w:r>
    </w:p>
    <w:p w:rsidR="00A41CD3" w:rsidRPr="008F72A2" w:rsidRDefault="00C61580" w:rsidP="00C61580">
      <w:pPr>
        <w:autoSpaceDE w:val="0"/>
        <w:autoSpaceDN w:val="0"/>
        <w:spacing w:before="670" w:after="0" w:line="240" w:lineRule="auto"/>
        <w:ind w:right="3166"/>
        <w:contextualSpacing/>
        <w:jc w:val="right"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Управление образования</w:t>
      </w:r>
    </w:p>
    <w:p w:rsidR="00A41CD3" w:rsidRPr="008F72A2" w:rsidRDefault="00C61580" w:rsidP="00C61580">
      <w:pPr>
        <w:autoSpaceDE w:val="0"/>
        <w:autoSpaceDN w:val="0"/>
        <w:spacing w:before="670" w:after="1436" w:line="240" w:lineRule="auto"/>
        <w:ind w:left="1962"/>
        <w:contextualSpacing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МБОУ "Средняя общеобразовательная школа № 5"</w:t>
      </w:r>
    </w:p>
    <w:p w:rsidR="00C61580" w:rsidRPr="008F72A2" w:rsidRDefault="00C61580" w:rsidP="00C61580">
      <w:pPr>
        <w:autoSpaceDE w:val="0"/>
        <w:autoSpaceDN w:val="0"/>
        <w:spacing w:before="670" w:after="1436" w:line="240" w:lineRule="auto"/>
        <w:ind w:left="1962"/>
        <w:contextualSpacing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C61580" w:rsidRPr="008F72A2" w:rsidRDefault="00C61580" w:rsidP="00C61580">
      <w:pPr>
        <w:autoSpaceDE w:val="0"/>
        <w:autoSpaceDN w:val="0"/>
        <w:spacing w:before="670" w:after="1436" w:line="240" w:lineRule="auto"/>
        <w:ind w:left="1962"/>
        <w:contextualSpacing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C61580" w:rsidRPr="008F72A2" w:rsidRDefault="00C61580" w:rsidP="00C61580">
      <w:pPr>
        <w:autoSpaceDE w:val="0"/>
        <w:autoSpaceDN w:val="0"/>
        <w:spacing w:before="670" w:after="1436" w:line="240" w:lineRule="auto"/>
        <w:ind w:left="1962"/>
        <w:contextualSpacing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C61580" w:rsidRPr="008F72A2" w:rsidRDefault="00C61580" w:rsidP="00C61580">
      <w:pPr>
        <w:autoSpaceDE w:val="0"/>
        <w:autoSpaceDN w:val="0"/>
        <w:spacing w:before="670" w:after="1436" w:line="240" w:lineRule="auto"/>
        <w:ind w:left="1962"/>
        <w:contextualSpacing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C61580" w:rsidRPr="008F72A2" w:rsidRDefault="00C61580" w:rsidP="00C61580">
      <w:pPr>
        <w:autoSpaceDE w:val="0"/>
        <w:autoSpaceDN w:val="0"/>
        <w:spacing w:before="670" w:after="1436" w:line="240" w:lineRule="auto"/>
        <w:ind w:left="1962"/>
        <w:contextualSpacing/>
        <w:rPr>
          <w:sz w:val="24"/>
          <w:szCs w:val="24"/>
          <w:lang w:val="ru-RU"/>
        </w:rPr>
        <w:sectPr w:rsidR="00C61580" w:rsidRPr="008F72A2">
          <w:pgSz w:w="11900" w:h="16840"/>
          <w:pgMar w:top="298" w:right="1440" w:bottom="792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D504E1" w:rsidRPr="008F72A2" w:rsidRDefault="00C61580" w:rsidP="00D504E1">
      <w:pPr>
        <w:autoSpaceDE w:val="0"/>
        <w:autoSpaceDN w:val="0"/>
        <w:spacing w:after="0" w:line="245" w:lineRule="auto"/>
        <w:ind w:right="1296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lastRenderedPageBreak/>
        <w:t>СОГЛАСОВАНО</w:t>
      </w:r>
      <w:r w:rsidR="00D504E1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ab/>
      </w:r>
      <w:r w:rsidR="00D504E1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ab/>
      </w:r>
      <w:r w:rsidR="00D504E1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ab/>
      </w:r>
      <w:r w:rsidR="00D504E1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ab/>
      </w:r>
      <w:r w:rsidR="00D504E1" w:rsidRPr="00D504E1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r w:rsidR="00D504E1"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УТВЕРЖДЕНО </w:t>
      </w:r>
      <w:r w:rsidR="00D504E1"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br/>
        <w:t>Заместитель директора по УР</w:t>
      </w:r>
      <w:r w:rsidR="00D504E1" w:rsidRPr="00D504E1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r w:rsidR="00D504E1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ab/>
      </w:r>
      <w:r w:rsidR="00D504E1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ab/>
      </w:r>
      <w:r w:rsidR="00D504E1"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Директор</w:t>
      </w:r>
    </w:p>
    <w:p w:rsidR="00C61580" w:rsidRPr="008F72A2" w:rsidRDefault="00C61580" w:rsidP="00C61580">
      <w:pPr>
        <w:autoSpaceDE w:val="0"/>
        <w:autoSpaceDN w:val="0"/>
        <w:spacing w:after="0" w:line="245" w:lineRule="auto"/>
        <w:ind w:right="576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A41CD3" w:rsidRPr="008F72A2" w:rsidRDefault="00C61580" w:rsidP="00D504E1">
      <w:pPr>
        <w:autoSpaceDE w:val="0"/>
        <w:autoSpaceDN w:val="0"/>
        <w:spacing w:after="0" w:line="245" w:lineRule="auto"/>
        <w:ind w:right="576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____________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Зиннурова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Л. Р.</w:t>
      </w:r>
      <w:r w:rsidR="00D504E1" w:rsidRPr="00D504E1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r w:rsidR="00D504E1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ab/>
      </w:r>
      <w:r w:rsidR="00D504E1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ab/>
      </w:r>
      <w:r w:rsidR="00D504E1"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________</w:t>
      </w:r>
      <w:proofErr w:type="spellStart"/>
      <w:r w:rsidR="00D504E1"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Адилов</w:t>
      </w:r>
      <w:proofErr w:type="spellEnd"/>
      <w:r w:rsidR="00D504E1"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А. А.</w:t>
      </w:r>
    </w:p>
    <w:p w:rsidR="00C61580" w:rsidRPr="008F72A2" w:rsidRDefault="00C61580" w:rsidP="00C61580">
      <w:pPr>
        <w:autoSpaceDE w:val="0"/>
        <w:autoSpaceDN w:val="0"/>
        <w:spacing w:after="0" w:line="245" w:lineRule="auto"/>
        <w:ind w:right="576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C61580" w:rsidRPr="008F72A2" w:rsidRDefault="00C61580" w:rsidP="00C61580">
      <w:pPr>
        <w:autoSpaceDE w:val="0"/>
        <w:autoSpaceDN w:val="0"/>
        <w:spacing w:after="0" w:line="245" w:lineRule="auto"/>
        <w:ind w:right="465"/>
        <w:rPr>
          <w:rFonts w:ascii="Times New Roman" w:eastAsia="Times New Roman" w:hAnsi="Times New Roman"/>
          <w:color w:val="000000"/>
          <w:sz w:val="24"/>
          <w:szCs w:val="24"/>
          <w:lang w:val="ru-RU"/>
        </w:rPr>
        <w:sectPr w:rsidR="00C61580" w:rsidRPr="008F72A2" w:rsidSect="00D504E1">
          <w:type w:val="continuous"/>
          <w:pgSz w:w="11900" w:h="16840"/>
          <w:pgMar w:top="298" w:right="1440" w:bottom="792" w:left="1440" w:header="720" w:footer="720" w:gutter="0"/>
          <w:cols w:space="720"/>
          <w:docGrid w:linePitch="360"/>
        </w:sectPr>
      </w:pPr>
    </w:p>
    <w:tbl>
      <w:tblPr>
        <w:tblW w:w="8931" w:type="dxa"/>
        <w:tblLayout w:type="fixed"/>
        <w:tblLook w:val="04A0" w:firstRow="1" w:lastRow="0" w:firstColumn="1" w:lastColumn="0" w:noHBand="0" w:noVBand="1"/>
      </w:tblPr>
      <w:tblGrid>
        <w:gridCol w:w="3641"/>
        <w:gridCol w:w="5290"/>
      </w:tblGrid>
      <w:tr w:rsidR="00C61580" w:rsidRPr="008F72A2" w:rsidTr="00C61580">
        <w:trPr>
          <w:trHeight w:hRule="exact" w:val="1031"/>
        </w:trPr>
        <w:tc>
          <w:tcPr>
            <w:tcW w:w="3641" w:type="dxa"/>
            <w:tcMar>
              <w:left w:w="0" w:type="dxa"/>
              <w:right w:w="0" w:type="dxa"/>
            </w:tcMar>
          </w:tcPr>
          <w:p w:rsidR="00C61580" w:rsidRPr="008F72A2" w:rsidRDefault="00C61580" w:rsidP="00C61580">
            <w:pPr>
              <w:autoSpaceDE w:val="0"/>
              <w:autoSpaceDN w:val="0"/>
              <w:spacing w:after="0" w:line="245" w:lineRule="auto"/>
              <w:ind w:right="86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Протокол №1 </w:t>
            </w:r>
            <w:r w:rsidRPr="008F72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>от "27" 08  2022 г.</w:t>
            </w:r>
          </w:p>
        </w:tc>
        <w:tc>
          <w:tcPr>
            <w:tcW w:w="5290" w:type="dxa"/>
            <w:tcMar>
              <w:left w:w="0" w:type="dxa"/>
              <w:right w:w="0" w:type="dxa"/>
            </w:tcMar>
          </w:tcPr>
          <w:p w:rsidR="00C61580" w:rsidRPr="008F72A2" w:rsidRDefault="00C61580" w:rsidP="00C61580">
            <w:pPr>
              <w:autoSpaceDE w:val="0"/>
              <w:autoSpaceDN w:val="0"/>
              <w:spacing w:after="0" w:line="245" w:lineRule="auto"/>
              <w:ind w:left="1044" w:right="-85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№1 </w:t>
            </w:r>
            <w:r w:rsidRPr="008F72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>от "27" 08 2022 г.</w:t>
            </w:r>
          </w:p>
        </w:tc>
      </w:tr>
    </w:tbl>
    <w:p w:rsidR="00C61580" w:rsidRPr="008F72A2" w:rsidRDefault="00C61580" w:rsidP="00C61580">
      <w:pPr>
        <w:autoSpaceDE w:val="0"/>
        <w:autoSpaceDN w:val="0"/>
        <w:spacing w:after="0" w:line="245" w:lineRule="auto"/>
        <w:ind w:right="576"/>
        <w:rPr>
          <w:rFonts w:ascii="Times New Roman" w:eastAsia="Times New Roman" w:hAnsi="Times New Roman"/>
          <w:color w:val="000000"/>
          <w:sz w:val="24"/>
          <w:szCs w:val="24"/>
          <w:lang w:val="ru-RU"/>
        </w:rPr>
        <w:sectPr w:rsidR="00C61580" w:rsidRPr="008F72A2" w:rsidSect="00D504E1">
          <w:type w:val="continuous"/>
          <w:pgSz w:w="11900" w:h="16840"/>
          <w:pgMar w:top="298" w:right="1440" w:bottom="792" w:left="1440" w:header="720" w:footer="720" w:gutter="0"/>
          <w:cols w:space="720"/>
          <w:docGrid w:linePitch="360"/>
        </w:sectPr>
      </w:pPr>
    </w:p>
    <w:p w:rsidR="00C61580" w:rsidRPr="008F72A2" w:rsidRDefault="00C61580">
      <w:pPr>
        <w:tabs>
          <w:tab w:val="left" w:pos="3074"/>
          <w:tab w:val="left" w:pos="3626"/>
          <w:tab w:val="left" w:pos="3842"/>
          <w:tab w:val="left" w:pos="3878"/>
        </w:tabs>
        <w:autoSpaceDE w:val="0"/>
        <w:autoSpaceDN w:val="0"/>
        <w:spacing w:before="978" w:after="0" w:line="379" w:lineRule="auto"/>
        <w:ind w:left="2250" w:right="2016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D504E1" w:rsidRDefault="00D504E1">
      <w:pPr>
        <w:tabs>
          <w:tab w:val="left" w:pos="3074"/>
          <w:tab w:val="left" w:pos="3626"/>
          <w:tab w:val="left" w:pos="3842"/>
          <w:tab w:val="left" w:pos="3878"/>
        </w:tabs>
        <w:autoSpaceDE w:val="0"/>
        <w:autoSpaceDN w:val="0"/>
        <w:spacing w:before="978" w:after="0" w:line="379" w:lineRule="auto"/>
        <w:ind w:left="2250" w:right="2016"/>
        <w:rPr>
          <w:sz w:val="24"/>
          <w:szCs w:val="24"/>
          <w:lang w:val="ru-RU"/>
        </w:rPr>
        <w:sectPr w:rsidR="00D504E1" w:rsidSect="00D504E1">
          <w:type w:val="continuous"/>
          <w:pgSz w:w="11900" w:h="16840"/>
          <w:pgMar w:top="298" w:right="1440" w:bottom="792" w:left="1440" w:header="720" w:footer="720" w:gutter="0"/>
          <w:cols w:space="720"/>
          <w:docGrid w:linePitch="360"/>
        </w:sectPr>
      </w:pPr>
    </w:p>
    <w:p w:rsidR="00A41CD3" w:rsidRPr="008F72A2" w:rsidRDefault="001F3EFF" w:rsidP="001F3EFF">
      <w:pPr>
        <w:tabs>
          <w:tab w:val="left" w:pos="3074"/>
          <w:tab w:val="left" w:pos="3626"/>
          <w:tab w:val="left" w:pos="3842"/>
          <w:tab w:val="left" w:pos="3878"/>
        </w:tabs>
        <w:autoSpaceDE w:val="0"/>
        <w:autoSpaceDN w:val="0"/>
        <w:spacing w:before="978" w:after="0" w:line="379" w:lineRule="auto"/>
        <w:ind w:left="2250" w:right="2016"/>
        <w:jc w:val="center"/>
        <w:rPr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 </w:t>
      </w:r>
      <w:r w:rsidR="00C61580"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РАБОЧАЯ ПРОГРАММА </w:t>
      </w:r>
      <w:r w:rsidR="00C61580" w:rsidRPr="008F72A2">
        <w:rPr>
          <w:sz w:val="24"/>
          <w:szCs w:val="24"/>
          <w:lang w:val="ru-RU"/>
        </w:rPr>
        <w:br/>
      </w:r>
      <w:r w:rsidR="00C61580"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ОСНОВНОГО ОБЩЕГО ОБРАЗОВАНИЯ </w:t>
      </w:r>
      <w:r w:rsidR="00C61580" w:rsidRPr="008F72A2">
        <w:rPr>
          <w:sz w:val="24"/>
          <w:szCs w:val="24"/>
          <w:lang w:val="ru-RU"/>
        </w:rPr>
        <w:tab/>
      </w:r>
      <w:r w:rsidR="00C61580"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(</w:t>
      </w:r>
      <w:r w:rsidR="00C61580" w:rsidRPr="008F72A2">
        <w:rPr>
          <w:rFonts w:ascii="Times New Roman" w:eastAsia="Times New Roman" w:hAnsi="Times New Roman"/>
          <w:b/>
          <w:color w:val="000000"/>
          <w:sz w:val="24"/>
          <w:szCs w:val="24"/>
        </w:rPr>
        <w:t>ID</w:t>
      </w:r>
      <w:r w:rsidR="00C61580"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 4677121) </w:t>
      </w:r>
      <w:r w:rsidR="00C61580" w:rsidRPr="008F72A2">
        <w:rPr>
          <w:sz w:val="24"/>
          <w:szCs w:val="24"/>
          <w:lang w:val="ru-RU"/>
        </w:rPr>
        <w:br/>
      </w:r>
      <w:r w:rsidR="00C61580" w:rsidRPr="008F72A2">
        <w:rPr>
          <w:sz w:val="24"/>
          <w:szCs w:val="24"/>
          <w:lang w:val="ru-RU"/>
        </w:rPr>
        <w:tab/>
      </w:r>
      <w:r w:rsidR="00C61580"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учебного предмета</w:t>
      </w:r>
      <w:r w:rsidR="00C61580" w:rsidRPr="008F72A2">
        <w:rPr>
          <w:sz w:val="24"/>
          <w:szCs w:val="24"/>
          <w:lang w:val="ru-RU"/>
        </w:rPr>
        <w:br/>
      </w:r>
      <w:r w:rsidR="00C61580" w:rsidRPr="008F72A2">
        <w:rPr>
          <w:sz w:val="24"/>
          <w:szCs w:val="24"/>
          <w:lang w:val="ru-RU"/>
        </w:rPr>
        <w:tab/>
      </w:r>
      <w:r w:rsidR="00C61580"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«Технология»</w:t>
      </w:r>
    </w:p>
    <w:p w:rsidR="00A41CD3" w:rsidRPr="008F72A2" w:rsidRDefault="00C61580">
      <w:pPr>
        <w:autoSpaceDE w:val="0"/>
        <w:autoSpaceDN w:val="0"/>
        <w:spacing w:before="670" w:after="0" w:line="230" w:lineRule="auto"/>
        <w:ind w:left="2142"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(для 5-9 классов образовательных организаций)</w:t>
      </w:r>
    </w:p>
    <w:p w:rsidR="00A41CD3" w:rsidRPr="008F72A2" w:rsidRDefault="00C61580">
      <w:pPr>
        <w:autoSpaceDE w:val="0"/>
        <w:autoSpaceDN w:val="0"/>
        <w:spacing w:before="4272" w:after="0" w:line="230" w:lineRule="auto"/>
        <w:ind w:right="3168"/>
        <w:jc w:val="right"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Набережные Челны 2022</w:t>
      </w:r>
    </w:p>
    <w:p w:rsidR="00A41CD3" w:rsidRPr="008F72A2" w:rsidRDefault="00A41CD3">
      <w:pPr>
        <w:rPr>
          <w:sz w:val="24"/>
          <w:szCs w:val="24"/>
          <w:lang w:val="ru-RU"/>
        </w:rPr>
        <w:sectPr w:rsidR="00A41CD3" w:rsidRPr="008F72A2">
          <w:type w:val="continuous"/>
          <w:pgSz w:w="11900" w:h="16840"/>
          <w:pgMar w:top="298" w:right="1440" w:bottom="792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A41CD3" w:rsidRPr="008F72A2" w:rsidRDefault="00A41CD3" w:rsidP="00DD084E">
      <w:pPr>
        <w:autoSpaceDE w:val="0"/>
        <w:autoSpaceDN w:val="0"/>
        <w:spacing w:after="78" w:line="240" w:lineRule="auto"/>
        <w:contextualSpacing/>
        <w:rPr>
          <w:sz w:val="24"/>
          <w:szCs w:val="24"/>
          <w:lang w:val="ru-RU"/>
        </w:rPr>
      </w:pPr>
    </w:p>
    <w:p w:rsidR="00A41CD3" w:rsidRPr="008F72A2" w:rsidRDefault="00C61580" w:rsidP="007856F8">
      <w:pPr>
        <w:autoSpaceDE w:val="0"/>
        <w:autoSpaceDN w:val="0"/>
        <w:spacing w:after="0" w:line="240" w:lineRule="auto"/>
        <w:contextualSpacing/>
        <w:jc w:val="center"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A41CD3" w:rsidRPr="008F72A2" w:rsidRDefault="00C61580" w:rsidP="00D504E1">
      <w:pPr>
        <w:autoSpaceDE w:val="0"/>
        <w:autoSpaceDN w:val="0"/>
        <w:spacing w:before="346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ХАРАКТЕРИСТИКА УЧЕБНОГО ПРЕДМЕТА «ТЕХНОЛОГИЯ»</w:t>
      </w:r>
    </w:p>
    <w:p w:rsidR="00A41CD3" w:rsidRPr="008F72A2" w:rsidRDefault="00C61580" w:rsidP="00D504E1">
      <w:pPr>
        <w:autoSpaceDE w:val="0"/>
        <w:autoSpaceDN w:val="0"/>
        <w:spacing w:before="166" w:after="0" w:line="240" w:lineRule="auto"/>
        <w:ind w:right="288"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Учебный предмет «Технология» в современной школе интегрирует знания по разным предметам учебного плана и становится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подхода в реализации содержания.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right="288"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Предмет обеспечивает обучающимся вхождение в мир технологий, в том числе: материальных, информационных, коммуникационных, когнитивных и социальных. В рамках освоения предмета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Различные виды технологий, в том числе обозначенные в Национальной технологической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инициативе, являются основой инновационного развития внутреннего рынка, устойчивого положения России на внешнем рынке.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Учебный предмет «Технология»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дизайн; 3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, технологии цифрового производства в области обработки материалов, аддитивные технологии;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нанотехнологии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; робототехника и системы автоматического управления; технологии электротехники, электроники и электроэнергетики; строительство; транспорт;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агро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 и биотехнологии; обработка пищевых продуктов.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right="432"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Учебная программа предмета «Технология» конкретизирует содержание, предметные, </w:t>
      </w:r>
      <w:r w:rsidRPr="008F72A2">
        <w:rPr>
          <w:sz w:val="24"/>
          <w:szCs w:val="24"/>
          <w:lang w:val="ru-RU"/>
        </w:rPr>
        <w:br/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и личностные результаты, которые должны обеспечить требование федерального государственного образовательного стандарта.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Стратегическими документами, определяющими направление модернизации содержания и методов обучения, являются:</w:t>
      </w:r>
    </w:p>
    <w:p w:rsidR="00A41CD3" w:rsidRPr="008F72A2" w:rsidRDefault="00C61580" w:rsidP="00D504E1">
      <w:pPr>
        <w:autoSpaceDE w:val="0"/>
        <w:autoSpaceDN w:val="0"/>
        <w:spacing w:before="178" w:after="0" w:line="240" w:lineRule="auto"/>
        <w:ind w:left="420" w:right="432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ФГОС ООО 2021 года (Приказ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России от31.05.2021 № 287 «Об утверждении Федерального государственного образовательного стандарта основного общего образования»; зарегистрирован в Минюсте России </w:t>
      </w:r>
      <w:proofErr w:type="gram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05.07.2021,№</w:t>
      </w:r>
      <w:proofErr w:type="gram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64101)</w:t>
      </w:r>
    </w:p>
    <w:p w:rsidR="00A41CD3" w:rsidRPr="008F72A2" w:rsidRDefault="00C61580" w:rsidP="00D504E1">
      <w:pPr>
        <w:autoSpaceDE w:val="0"/>
        <w:autoSpaceDN w:val="0"/>
        <w:spacing w:before="240" w:after="0" w:line="240" w:lineRule="auto"/>
        <w:ind w:left="4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Концепция преподавания предметной области «Технология» в образовательных организациях Российской Федерации, реализующих основные общеобразовательные </w:t>
      </w:r>
      <w:proofErr w:type="gram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программы(</w:t>
      </w:r>
      <w:proofErr w:type="gram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утверждена коллегией Министерства просвещения Российской Федерации 24 декабря 2018 г.).</w:t>
      </w:r>
    </w:p>
    <w:p w:rsidR="00A41CD3" w:rsidRPr="008F72A2" w:rsidRDefault="00C61580" w:rsidP="00D504E1">
      <w:pPr>
        <w:autoSpaceDE w:val="0"/>
        <w:autoSpaceDN w:val="0"/>
        <w:spacing w:before="322" w:after="0" w:line="240" w:lineRule="auto"/>
        <w:ind w:right="7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ЦЕЛИ И ЗАДАЧИ ИЗУЧЕНИЯ ПРЕДМЕТА «ТЕХНОЛОГИЯ» В ОСНОВНОМ ОБЩЕМ ОБРАЗОВАНИИ</w:t>
      </w:r>
    </w:p>
    <w:p w:rsidR="00A41CD3" w:rsidRPr="008F72A2" w:rsidRDefault="00C61580" w:rsidP="00D504E1">
      <w:pPr>
        <w:autoSpaceDE w:val="0"/>
        <w:autoSpaceDN w:val="0"/>
        <w:spacing w:before="166" w:after="0" w:line="240" w:lineRule="auto"/>
        <w:ind w:right="144"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Основной целью освоения предмета «Технология» является формирование 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Задачами курса технологии являются:</w:t>
      </w:r>
    </w:p>
    <w:p w:rsidR="00A41CD3" w:rsidRPr="008F72A2" w:rsidRDefault="00C61580" w:rsidP="00D504E1">
      <w:pPr>
        <w:autoSpaceDE w:val="0"/>
        <w:autoSpaceDN w:val="0"/>
        <w:spacing w:before="178" w:after="0" w:line="240" w:lineRule="auto"/>
        <w:ind w:left="420" w:right="288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овладение знаниями, умениями и опытом деятельности в предметной области «</w:t>
      </w:r>
      <w:proofErr w:type="spellStart"/>
      <w:proofErr w:type="gram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Технология»как</w:t>
      </w:r>
      <w:proofErr w:type="spellEnd"/>
      <w:proofErr w:type="gram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необходимым компонентом общей культуры человека цифрового социума и актуальными для жизни в этом социуме технологиями;</w:t>
      </w:r>
    </w:p>
    <w:p w:rsidR="00A41CD3" w:rsidRPr="008F72A2" w:rsidRDefault="00C61580" w:rsidP="00D504E1">
      <w:pPr>
        <w:autoSpaceDE w:val="0"/>
        <w:autoSpaceDN w:val="0"/>
        <w:spacing w:before="238" w:after="0" w:line="240" w:lineRule="auto"/>
        <w:ind w:left="4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овладение трудовыми умениями и необходимыми технологическими знаниями по</w:t>
      </w:r>
    </w:p>
    <w:p w:rsidR="00A41CD3" w:rsidRPr="008F72A2" w:rsidRDefault="00C61580" w:rsidP="00D504E1">
      <w:pPr>
        <w:autoSpaceDE w:val="0"/>
        <w:autoSpaceDN w:val="0"/>
        <w:spacing w:after="0" w:line="240" w:lineRule="auto"/>
        <w:ind w:left="420" w:right="7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A41CD3" w:rsidRPr="008F72A2" w:rsidRDefault="00C61580" w:rsidP="00D504E1">
      <w:pPr>
        <w:autoSpaceDE w:val="0"/>
        <w:autoSpaceDN w:val="0"/>
        <w:spacing w:before="238" w:after="0" w:line="240" w:lineRule="auto"/>
        <w:ind w:left="420" w:right="7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A41CD3" w:rsidRPr="008F72A2" w:rsidRDefault="00C61580" w:rsidP="00D504E1">
      <w:pPr>
        <w:autoSpaceDE w:val="0"/>
        <w:autoSpaceDN w:val="0"/>
        <w:spacing w:before="238" w:after="0" w:line="240" w:lineRule="auto"/>
        <w:ind w:left="420" w:right="432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формирование у обучающихся навыка использования в трудовой деятельности цифровых инструментов и программных сервисов, а также когнитивных инструментов и технологий;</w:t>
      </w:r>
    </w:p>
    <w:p w:rsidR="00A41CD3" w:rsidRPr="008F72A2" w:rsidRDefault="00C61580" w:rsidP="00D504E1">
      <w:pPr>
        <w:autoSpaceDE w:val="0"/>
        <w:autoSpaceDN w:val="0"/>
        <w:spacing w:before="238" w:after="0" w:line="240" w:lineRule="auto"/>
        <w:ind w:left="420" w:right="576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A41CD3" w:rsidRPr="008F72A2" w:rsidRDefault="00C61580" w:rsidP="00D504E1">
      <w:pPr>
        <w:autoSpaceDE w:val="0"/>
        <w:autoSpaceDN w:val="0"/>
        <w:spacing w:before="324" w:after="0" w:line="240" w:lineRule="auto"/>
        <w:ind w:right="432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«ТЕХНОЛОГИЯ» В ОСНОВНОМ ОБЩЕМ ОБРАЗОВАНИИ</w:t>
      </w:r>
    </w:p>
    <w:p w:rsidR="00A41CD3" w:rsidRPr="008F72A2" w:rsidRDefault="00C61580" w:rsidP="00D504E1">
      <w:pPr>
        <w:autoSpaceDE w:val="0"/>
        <w:autoSpaceDN w:val="0"/>
        <w:spacing w:before="166" w:after="0" w:line="240" w:lineRule="auto"/>
        <w:ind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Технологическое образование школьников носит интегративный характер и строится на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неразрывной взаимосвязи с любым трудовым процессом и создаёт возможность применения научно-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lastRenderedPageBreak/>
        <w:t>теоретических знаний в преобразовательной продуктивной деятельности; включении учащихся в реальные трудовые отношения в процессе созидательной деятельности; воспитании культуры личности во всех её проявлениях (культуры труда, эстетической, правовой, экологической, технологической и др.), самостоятельности, инициативности, предприимчивости; развитии компетенций, позволяющих учащимся осваивать новые виды труда и готовности принимать нестандартные решения.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right="144"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Основной методический принцип современного курса «Технология»: освоение сущности и структуры технологии неразрывно связано с освоением процесса познания — построения и анализа разнообразных моделей. Практико-ориентированный характер обучения технологии предполагает, что не менее 75 % учебного времени отводится практическим и проектным работам.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Современный курс технологии построен по модульному принципу.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right="288"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Модуль — это относительно самостоятельная часть структуры образовательной программы по предмету «Технология», имеющая содержательную завершённость по отношению к планируемым предметным результатам обучения за уровень обучения (основного общего образования).</w:t>
      </w:r>
    </w:p>
    <w:p w:rsidR="00A41CD3" w:rsidRPr="008F72A2" w:rsidRDefault="00C61580" w:rsidP="00D504E1">
      <w:pPr>
        <w:autoSpaceDE w:val="0"/>
        <w:autoSpaceDN w:val="0"/>
        <w:spacing w:before="72" w:after="0" w:line="240" w:lineRule="auto"/>
        <w:ind w:right="144"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Модульная рабочая программа по предмету «Технология» — это система логически завершённых блоков (модулей) учебного материала, позволяющих достигнуть конкретных образовательных результатов за уровень образования (в соответствии с ФГОС ООО), и предусматривающая разные образовательные траектории её реализации.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Модульная рабочая программа включает инвариантные (обязательные) модули и вариативные. Организации вправе самостоятельно определять последовательность модулей и количество часов для освоения обучающимися модулей учебного предмета «Технология» (с учётом возможностей материально-технической базы организации и специфики региона).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right="288"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Рабочая программа или отдельные модули могут реализовываться на базе других организаций (например, дополнительного образования детей,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Кванториуме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, 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IT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-кубе и др.) на основе договора о сетевом взаимодействии.</w:t>
      </w:r>
    </w:p>
    <w:p w:rsidR="00A41CD3" w:rsidRPr="008F72A2" w:rsidRDefault="00C61580" w:rsidP="00D504E1">
      <w:pPr>
        <w:autoSpaceDE w:val="0"/>
        <w:autoSpaceDN w:val="0"/>
        <w:spacing w:before="19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Модуль «Производство и технология» является общим по отношению к другим модулям, вводящим учащихся в мир техники, технологий и производства. Все основные технологические понятия</w:t>
      </w:r>
    </w:p>
    <w:p w:rsidR="00A41CD3" w:rsidRPr="008F72A2" w:rsidRDefault="00C61580" w:rsidP="00D504E1">
      <w:pPr>
        <w:autoSpaceDE w:val="0"/>
        <w:autoSpaceDN w:val="0"/>
        <w:spacing w:after="0" w:line="240" w:lineRule="auto"/>
        <w:ind w:right="288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раскрываются в модуле в системном виде, чтобы потом осваивать их на практике в рамках других инвариантных и вариативных модулях.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0" w:after="0" w:line="240" w:lineRule="auto"/>
        <w:ind w:right="288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Особенностью современной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является распространение технологического подхода на когнитивную область.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right="432"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Освоение содержания данного модуля осуществляется на протяжении всего курса «Технология» с 5 по 9 класс. Содержание модуля построено на основе последовательного погружения учащихся в технологические процессы, технические системы, мир материалов, производство и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профессиональную деятельность. Фундаментальным процессом для этого служит смена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технологических укладов и 4-я промышленная революция, благодаря которым растёт роль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информации как производственного ресурса и цифровых технологий.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 людей,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При освоении данного модуля обучающиеся осваивают инструментарий создания и исследования моделей, знания и умения, необходимые для создания и освоения новых технологий, а также продуктов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lastRenderedPageBreak/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результаты за год обучения.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2" w:after="0" w:line="240" w:lineRule="auto"/>
        <w:ind w:right="144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 этом модуле наиболее полно реализуется идея конвергенции материальных и информационных технологий. Важность данного модуля заключается в том, что при освоении формируются навыки работы с когнитивной составляющей (действиями, операциями и этапами), которые в современном цифровом социуме приобретают универсальный характер.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right="144"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роботов, интегрировать разные знания о технике и технических устройствах, электронике, программировании, фундаментальные знания, полученные в рамках школьных предметов, а также дополнительного образования и самообразования.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, макетирование»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Этот модуль в значительной мере нацелен на реализацию основного методического принципа модульного курса «Технология»: освоение технологии идёт неразрывно с освоением методологии познания, основой которого является моделирование.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</w:t>
      </w:r>
    </w:p>
    <w:p w:rsidR="00A41CD3" w:rsidRPr="008F72A2" w:rsidRDefault="00A41CD3" w:rsidP="00D504E1">
      <w:pPr>
        <w:autoSpaceDE w:val="0"/>
        <w:autoSpaceDN w:val="0"/>
        <w:spacing w:after="66" w:line="240" w:lineRule="auto"/>
        <w:contextualSpacing/>
        <w:rPr>
          <w:sz w:val="24"/>
          <w:szCs w:val="24"/>
          <w:lang w:val="ru-RU"/>
        </w:rPr>
      </w:pPr>
    </w:p>
    <w:p w:rsidR="00A41CD3" w:rsidRPr="008F72A2" w:rsidRDefault="00C61580" w:rsidP="00D504E1">
      <w:pPr>
        <w:autoSpaceDE w:val="0"/>
        <w:autoSpaceDN w:val="0"/>
        <w:spacing w:after="0" w:line="240" w:lineRule="auto"/>
        <w:ind w:right="432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A41CD3" w:rsidRPr="008F72A2" w:rsidRDefault="00C61580" w:rsidP="00D504E1">
      <w:pPr>
        <w:autoSpaceDE w:val="0"/>
        <w:autoSpaceDN w:val="0"/>
        <w:spacing w:before="19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Этот модуль знакомит учащихся с реализацией сверхзадачи технологии — автоматизации максимально широкой области человеческой деятельности. Акцент здесь сделан на автоматизацию управленческой деятельности. В этом контексте целесообразно рассмотреть управление не только техническими, но и социально-экономическими системами. Эффективным средством решения этой задачи является использование в учебном процессе имитационных моделей экономической деятельности.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2" w:after="0" w:line="240" w:lineRule="auto"/>
        <w:ind w:right="288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«Животноводство» и «Растениеводство»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Данные модули знакомят учащихся с классическими и современными технологиями в сельскохозяйственной сфере. Особенность технологий заключается в том, что они направлены на природные объекты, имеющие свои биологические циклы.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 этом случае существенное значение имеет творческий фактор — умение в нужный момент скорректировать технологический процесс.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 курсе технологии осуществляется реализация широкого спектра </w:t>
      </w:r>
      <w:proofErr w:type="spellStart"/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межпредметных</w:t>
      </w:r>
      <w:proofErr w:type="spellEnd"/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 связей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: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с 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алгеброй и геометрией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при изучении модулей: «Компьютерная графика. Черчение», «3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, макетирование», «Технологии обработки материалов и пищевых продуктов»;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с 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химией 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при освоении разделов, связанных с технологиями химической промышленности в инвариантных модулях;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с 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биологией 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при изучении современных биотехнологий в инвариантных модулях и при освоении вариативных модулей «Растениеводство» и «Животноводство»;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с 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физикой 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при освоении моделей машин и механизмов, модуля «Робототехника», «3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моделирование,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, макетирование», «Технологии обработки материалов и пищевых продуктов»;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с 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информатикой и ИКТ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с 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историей и искусством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при освоении элементов промышленной эстетики, народных ремёсел в инвариантном модуле «Производство и технология»;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с 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обществознанием 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при освоении темы «Технология и мир. Современная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техносфера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» в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инвариантном модуле «Производство и технология».</w:t>
      </w:r>
    </w:p>
    <w:p w:rsidR="00A41CD3" w:rsidRPr="008F72A2" w:rsidRDefault="00C61580" w:rsidP="00D504E1">
      <w:pPr>
        <w:autoSpaceDE w:val="0"/>
        <w:autoSpaceDN w:val="0"/>
        <w:spacing w:before="262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МЕСТО УЧЕБНОГО ПРЕДМЕТА «ТЕХНОЛОГИЯ» В УЧЕБНОМ ПЛАНЕ</w:t>
      </w:r>
    </w:p>
    <w:p w:rsidR="00A41CD3" w:rsidRPr="008F72A2" w:rsidRDefault="00C61580" w:rsidP="00D504E1">
      <w:pPr>
        <w:autoSpaceDE w:val="0"/>
        <w:autoSpaceDN w:val="0"/>
        <w:spacing w:before="166" w:after="0" w:line="240" w:lineRule="auto"/>
        <w:ind w:right="288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Учебный предмет «Технология» является обязательным компонентом системы основного общего образования обучающихся.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right="288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lastRenderedPageBreak/>
        <w:t>Освоение предметной области «Технология» в основной школе осуществляется в 5—9 классах из расчёта: в 5—7 классах — 2 часа в неделю, в 8 классах — 1 час.</w:t>
      </w:r>
    </w:p>
    <w:p w:rsidR="00A41CD3" w:rsidRPr="008F72A2" w:rsidRDefault="00A41CD3" w:rsidP="00D504E1">
      <w:pPr>
        <w:autoSpaceDE w:val="0"/>
        <w:autoSpaceDN w:val="0"/>
        <w:spacing w:after="78" w:line="240" w:lineRule="auto"/>
        <w:contextualSpacing/>
        <w:rPr>
          <w:sz w:val="24"/>
          <w:szCs w:val="24"/>
          <w:lang w:val="ru-RU"/>
        </w:rPr>
      </w:pPr>
    </w:p>
    <w:p w:rsidR="00A41CD3" w:rsidRPr="008F72A2" w:rsidRDefault="00C61580" w:rsidP="00D504E1">
      <w:pPr>
        <w:autoSpaceDE w:val="0"/>
        <w:autoSpaceDN w:val="0"/>
        <w:spacing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A41CD3" w:rsidRPr="008F72A2" w:rsidRDefault="00C61580" w:rsidP="00D504E1">
      <w:pPr>
        <w:autoSpaceDE w:val="0"/>
        <w:autoSpaceDN w:val="0"/>
        <w:spacing w:before="346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190" w:after="0" w:line="240" w:lineRule="auto"/>
        <w:ind w:right="144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5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Технологии вокруг нас.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Материальный мир и потребности человека. Свойства вещей.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Материалы и сырьё. Естественные (природные) и искусственные материалы.</w:t>
      </w:r>
    </w:p>
    <w:p w:rsidR="00A41CD3" w:rsidRPr="008F72A2" w:rsidRDefault="00C61580" w:rsidP="00D504E1">
      <w:pPr>
        <w:autoSpaceDE w:val="0"/>
        <w:autoSpaceDN w:val="0"/>
        <w:spacing w:before="72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Материальные технологии. Технологический процесс.</w:t>
      </w:r>
    </w:p>
    <w:p w:rsidR="00A41CD3" w:rsidRPr="008F72A2" w:rsidRDefault="00C61580" w:rsidP="00D504E1">
      <w:pPr>
        <w:autoSpaceDE w:val="0"/>
        <w:autoSpaceDN w:val="0"/>
        <w:spacing w:before="72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Производство и техника. Роль техники в производственной деятельности человека.</w:t>
      </w:r>
    </w:p>
    <w:p w:rsidR="00A41CD3" w:rsidRPr="008F72A2" w:rsidRDefault="00C61580" w:rsidP="00D504E1">
      <w:pPr>
        <w:autoSpaceDE w:val="0"/>
        <w:autoSpaceDN w:val="0"/>
        <w:spacing w:before="72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Когнитивные технологии: мозговой штурм, метод интеллект-карт, метод фокальных объектов и др.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Какие бывают профессии.</w:t>
      </w:r>
    </w:p>
    <w:p w:rsidR="00A41CD3" w:rsidRPr="008F72A2" w:rsidRDefault="00C61580" w:rsidP="00D504E1">
      <w:pPr>
        <w:autoSpaceDE w:val="0"/>
        <w:autoSpaceDN w:val="0"/>
        <w:spacing w:before="190" w:after="0" w:line="240" w:lineRule="auto"/>
        <w:ind w:left="180" w:right="360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6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Производственно-технологические задачи и способы их решения.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Конструирование изделий. Конструкторская документация.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0" w:after="0" w:line="240" w:lineRule="auto"/>
        <w:ind w:right="1440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Информационные технологии. Перспективные технологии.</w:t>
      </w:r>
    </w:p>
    <w:p w:rsidR="00A41CD3" w:rsidRPr="008F72A2" w:rsidRDefault="00C61580" w:rsidP="00D504E1">
      <w:pPr>
        <w:autoSpaceDE w:val="0"/>
        <w:autoSpaceDN w:val="0"/>
        <w:spacing w:before="190" w:after="0" w:line="240" w:lineRule="auto"/>
        <w:ind w:left="180" w:right="3888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7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Создание технологий как основная задача современной науки.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История развития технологий.</w:t>
      </w:r>
    </w:p>
    <w:p w:rsidR="00A41CD3" w:rsidRPr="008F72A2" w:rsidRDefault="00C61580" w:rsidP="00D504E1">
      <w:pPr>
        <w:autoSpaceDE w:val="0"/>
        <w:autoSpaceDN w:val="0"/>
        <w:spacing w:before="72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Эстетическая ценность результатов труда. Промышленная эстетика. Дизайн.</w:t>
      </w:r>
    </w:p>
    <w:p w:rsidR="00A41CD3" w:rsidRPr="008F72A2" w:rsidRDefault="00C61580" w:rsidP="00D504E1">
      <w:pPr>
        <w:autoSpaceDE w:val="0"/>
        <w:autoSpaceDN w:val="0"/>
        <w:spacing w:before="72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A41CD3" w:rsidRPr="008F72A2" w:rsidRDefault="00C61580" w:rsidP="00D504E1">
      <w:pPr>
        <w:autoSpaceDE w:val="0"/>
        <w:autoSpaceDN w:val="0"/>
        <w:spacing w:before="72" w:after="0" w:line="240" w:lineRule="auto"/>
        <w:ind w:left="180"/>
        <w:contextualSpacing/>
        <w:rPr>
          <w:sz w:val="24"/>
          <w:szCs w:val="24"/>
          <w:lang w:val="ru-RU"/>
        </w:rPr>
      </w:pP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производства. Цифровые технологии и способы обработки информации.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0" w:after="0" w:line="240" w:lineRule="auto"/>
        <w:ind w:right="1152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0" w:after="0" w:line="240" w:lineRule="auto"/>
        <w:ind w:right="1008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Понятие высокотехнологичных отраслей. «Высокие технологии» двойного назначения.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Современная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техносфера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. Проблема взаимодействия природы и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Современный транспорт и перспективы его развития.</w:t>
      </w:r>
    </w:p>
    <w:p w:rsidR="00A41CD3" w:rsidRPr="008F72A2" w:rsidRDefault="00C61580" w:rsidP="00D504E1">
      <w:pPr>
        <w:autoSpaceDE w:val="0"/>
        <w:autoSpaceDN w:val="0"/>
        <w:spacing w:before="190" w:after="0" w:line="240" w:lineRule="auto"/>
        <w:ind w:left="180" w:right="43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8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Общие принципы управления. Самоуправляемые системы.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 w:right="3168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Устойчивость систем управления. Устойчивость технических систем. Производство и его виды.</w:t>
      </w:r>
    </w:p>
    <w:p w:rsidR="00A41CD3" w:rsidRPr="008F72A2" w:rsidRDefault="00A41CD3" w:rsidP="00D504E1">
      <w:pPr>
        <w:autoSpaceDE w:val="0"/>
        <w:autoSpaceDN w:val="0"/>
        <w:spacing w:after="78" w:line="240" w:lineRule="auto"/>
        <w:contextualSpacing/>
        <w:rPr>
          <w:sz w:val="24"/>
          <w:szCs w:val="24"/>
          <w:lang w:val="ru-RU"/>
        </w:rPr>
      </w:pPr>
    </w:p>
    <w:p w:rsidR="00A41CD3" w:rsidRPr="008F72A2" w:rsidRDefault="00C61580" w:rsidP="00D504E1">
      <w:pPr>
        <w:autoSpaceDE w:val="0"/>
        <w:autoSpaceDN w:val="0"/>
        <w:spacing w:after="0" w:line="240" w:lineRule="auto"/>
        <w:ind w:left="180" w:right="3312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нанотехнологии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).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Сферы применения современных технологий.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Мир профессий. Профессия, квалификация и компетенции.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Выбор профессии в зависимости от интересов и способностей человека.</w:t>
      </w:r>
    </w:p>
    <w:p w:rsidR="00A41CD3" w:rsidRPr="008F72A2" w:rsidRDefault="00C61580" w:rsidP="00D504E1">
      <w:pPr>
        <w:autoSpaceDE w:val="0"/>
        <w:autoSpaceDN w:val="0"/>
        <w:spacing w:before="190" w:after="0" w:line="240" w:lineRule="auto"/>
        <w:ind w:left="180" w:right="6048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9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Предпринимательство.</w:t>
      </w:r>
    </w:p>
    <w:p w:rsidR="00A41CD3" w:rsidRPr="008F72A2" w:rsidRDefault="00C61580" w:rsidP="00D504E1">
      <w:pPr>
        <w:autoSpaceDE w:val="0"/>
        <w:autoSpaceDN w:val="0"/>
        <w:spacing w:before="72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Сущность культуры предпринимательства. Корпоративная культура. Предпринимательская этика.</w:t>
      </w:r>
    </w:p>
    <w:p w:rsidR="00A41CD3" w:rsidRPr="008F72A2" w:rsidRDefault="00C61580" w:rsidP="00D504E1">
      <w:pPr>
        <w:autoSpaceDE w:val="0"/>
        <w:autoSpaceDN w:val="0"/>
        <w:spacing w:before="72" w:after="0" w:line="240" w:lineRule="auto"/>
        <w:ind w:right="288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lastRenderedPageBreak/>
        <w:t>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Формирование цены товара.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Внешние и внутренние угрозы безопасности фирмы. Основные элементы механизма защиты предпринимательской тайны.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Защита предпринимательской тайны и обеспечение безопасности фирмы.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right="720"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предпринимательство. Инновации и их виды. Новые рынки для продуктов.</w:t>
      </w:r>
    </w:p>
    <w:p w:rsidR="00A41CD3" w:rsidRPr="008F72A2" w:rsidRDefault="00C61580" w:rsidP="00D504E1">
      <w:pPr>
        <w:autoSpaceDE w:val="0"/>
        <w:autoSpaceDN w:val="0"/>
        <w:spacing w:before="190" w:after="0" w:line="240" w:lineRule="auto"/>
        <w:ind w:left="180" w:right="7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5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Технологии обработки конструкционных материалов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Проектирование, моделирование, конструирование — основные составляющие технологии.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Основные элементы структуры технологии: действия, операции, этапы. Технологическая карта.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right="432"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A41CD3" w:rsidRPr="008F72A2" w:rsidRDefault="00C61580" w:rsidP="00D504E1">
      <w:pPr>
        <w:autoSpaceDE w:val="0"/>
        <w:autoSpaceDN w:val="0"/>
        <w:spacing w:before="72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 w:right="864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 Народные промыслы по обработке древесины.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древесины.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Индивидуальный творческий (учебный) проект 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«</w:t>
      </w: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Изделие из древесины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»</w:t>
      </w: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 w:right="360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Технологии обработки пищевых продуктов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Технология приготовления блюд из яиц, круп, овощей.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Определение качества продуктов, правила хранения продуктов.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0" w:after="0" w:line="240" w:lineRule="auto"/>
        <w:ind w:right="288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A41CD3" w:rsidRPr="008F72A2" w:rsidRDefault="00C61580" w:rsidP="00D504E1">
      <w:pPr>
        <w:autoSpaceDE w:val="0"/>
        <w:autoSpaceDN w:val="0"/>
        <w:spacing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Утилизация бытовых и пищевых отходов.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пищевых продуктов.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Технологии обработки текстильных материалов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A41CD3" w:rsidRPr="008F72A2" w:rsidRDefault="00C61580" w:rsidP="00D504E1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A41CD3" w:rsidRPr="008F72A2" w:rsidRDefault="00C61580" w:rsidP="00D504E1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A41CD3" w:rsidRPr="008F72A2" w:rsidRDefault="00C61580" w:rsidP="00DD084E">
      <w:pPr>
        <w:autoSpaceDE w:val="0"/>
        <w:autoSpaceDN w:val="0"/>
        <w:spacing w:before="72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A41CD3" w:rsidRPr="008F72A2" w:rsidRDefault="00C61580" w:rsidP="00DD084E">
      <w:pPr>
        <w:autoSpaceDE w:val="0"/>
        <w:autoSpaceDN w:val="0"/>
        <w:spacing w:before="72" w:after="0" w:line="240" w:lineRule="auto"/>
        <w:ind w:left="180" w:right="864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 Устройство швейной машины: виды приводов швейной машины, регуляторы.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Профессии, связанные со швейным производством.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288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6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lastRenderedPageBreak/>
        <w:tab/>
      </w:r>
      <w:r w:rsidRPr="008F72A2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Технологии обработки конструкционных материалов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Общие сведения о видах металлов и сплавах. Тонколистовой металл и проволока.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 w:right="1008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 Операции (основные): правка, разметка, резание, гибка тонколистового металла.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металлов.</w:t>
      </w:r>
    </w:p>
    <w:p w:rsidR="00A41CD3" w:rsidRPr="008F72A2" w:rsidRDefault="00C61580" w:rsidP="00DD084E">
      <w:pPr>
        <w:autoSpaceDE w:val="0"/>
        <w:autoSpaceDN w:val="0"/>
        <w:spacing w:before="72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A41CD3" w:rsidRPr="008F72A2" w:rsidRDefault="00C61580" w:rsidP="00DD084E">
      <w:pPr>
        <w:autoSpaceDE w:val="0"/>
        <w:autoSpaceDN w:val="0"/>
        <w:spacing w:before="72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720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Технологии обработки пищевых продуктов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Профессии, связанные с пищевым производством.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 w:right="3888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Технологии обработки текстильных материалов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Сравнение свойств тканей, выбор ткани с учётом эксплуатации изделия.</w:t>
      </w:r>
    </w:p>
    <w:p w:rsidR="00A41CD3" w:rsidRPr="008F72A2" w:rsidRDefault="00C61580" w:rsidP="00DD084E">
      <w:pPr>
        <w:autoSpaceDE w:val="0"/>
        <w:autoSpaceDN w:val="0"/>
        <w:spacing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720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 Оценка качества изготовления проектного швейного изделия.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190" w:after="0" w:line="240" w:lineRule="auto"/>
        <w:ind w:right="864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Модуль «Технологии обработки материалов и пищевых продуктов»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7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Технологии обработки конструкционных материалов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A41CD3" w:rsidRPr="008F72A2" w:rsidRDefault="00C61580" w:rsidP="00DD084E">
      <w:pPr>
        <w:autoSpaceDE w:val="0"/>
        <w:autoSpaceDN w:val="0"/>
        <w:spacing w:before="72" w:after="0" w:line="240" w:lineRule="auto"/>
        <w:ind w:right="144"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864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Технологии обработки пищевых продуктов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A41CD3" w:rsidRPr="008F72A2" w:rsidRDefault="00C61580" w:rsidP="00DD084E">
      <w:pPr>
        <w:autoSpaceDE w:val="0"/>
        <w:autoSpaceDN w:val="0"/>
        <w:spacing w:before="190" w:after="0" w:line="240" w:lineRule="auto"/>
        <w:ind w:left="180" w:right="43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Модуль «Робототехника»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5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A41CD3" w:rsidRPr="008F72A2" w:rsidRDefault="00C61580" w:rsidP="00DD084E">
      <w:pPr>
        <w:autoSpaceDE w:val="0"/>
        <w:autoSpaceDN w:val="0"/>
        <w:spacing w:before="72" w:after="0" w:line="240" w:lineRule="auto"/>
        <w:ind w:left="180" w:right="2016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 Взаимосвязь конструкции робота и выполняемой им функции.</w:t>
      </w:r>
    </w:p>
    <w:p w:rsidR="00A41CD3" w:rsidRPr="008F72A2" w:rsidRDefault="00C61580" w:rsidP="00DD084E">
      <w:pPr>
        <w:autoSpaceDE w:val="0"/>
        <w:autoSpaceDN w:val="0"/>
        <w:spacing w:before="72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Робототехнический конструктор и комплектующие.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lastRenderedPageBreak/>
        <w:t>Базовые принципы программирования.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A41CD3" w:rsidRPr="008F72A2" w:rsidRDefault="00C61580" w:rsidP="00DD084E">
      <w:pPr>
        <w:autoSpaceDE w:val="0"/>
        <w:autoSpaceDN w:val="0"/>
        <w:spacing w:before="190" w:after="0" w:line="240" w:lineRule="auto"/>
        <w:ind w:left="180" w:right="14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6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Сборка мобильного робота.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A41CD3" w:rsidRPr="008F72A2" w:rsidRDefault="00C61580" w:rsidP="00DD084E">
      <w:pPr>
        <w:autoSpaceDE w:val="0"/>
        <w:autoSpaceDN w:val="0"/>
        <w:spacing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Учебный проект по робототехнике («Транспортный робот», «Танцующий робот»).</w:t>
      </w:r>
    </w:p>
    <w:p w:rsidR="00A41CD3" w:rsidRPr="008F72A2" w:rsidRDefault="00C61580" w:rsidP="00DD084E">
      <w:pPr>
        <w:autoSpaceDE w:val="0"/>
        <w:autoSpaceDN w:val="0"/>
        <w:spacing w:before="190" w:after="0" w:line="240" w:lineRule="auto"/>
        <w:ind w:left="180" w:right="1728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7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right="1296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Программирование контроллера в среде конкретного языка программирования, основные инструменты и команды программирования роботов.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1152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Реализация на выбранном языке программирования алгоритмов управления отдельными компонентами и роботизированными системами.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2" w:after="0" w:line="240" w:lineRule="auto"/>
        <w:ind w:right="288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Учебный проект по робототехнике «Робототехнические проекты на базе электромеханической игрушки, контроллера и электронных компонентов».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192" w:after="0" w:line="240" w:lineRule="auto"/>
        <w:ind w:right="864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Модуль «Робототехника»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8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 w:right="864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Основные принципы теории автоматического управления и регулирования. Обратная связь. Датчики, принципы и режимы работы, параметры, применение.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Отладка роботизированных конструкций в соответствии с поставленными задачами.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Беспроводное управление роботом.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190" w:after="0" w:line="240" w:lineRule="auto"/>
        <w:ind w:right="144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9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Робототехнические системы. Автоматизированные и роботизированные производственные линии. Элементы «Умного дома».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720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Составление алгоритмов и программ по управлению роботизированными системами.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Протоколы связи.</w:t>
      </w:r>
    </w:p>
    <w:p w:rsidR="00A41CD3" w:rsidRPr="008F72A2" w:rsidRDefault="00C61580" w:rsidP="00DD084E">
      <w:pPr>
        <w:autoSpaceDE w:val="0"/>
        <w:autoSpaceDN w:val="0"/>
        <w:spacing w:before="72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Перспективы автоматизации и роботизации: возможности и ограничения.</w:t>
      </w:r>
    </w:p>
    <w:p w:rsidR="00A41CD3" w:rsidRPr="008F72A2" w:rsidRDefault="00C61580" w:rsidP="00DD084E">
      <w:pPr>
        <w:autoSpaceDE w:val="0"/>
        <w:autoSpaceDN w:val="0"/>
        <w:spacing w:before="72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Профессии в области робототехники.</w:t>
      </w:r>
    </w:p>
    <w:p w:rsidR="00A41CD3" w:rsidRPr="008F72A2" w:rsidRDefault="00C61580" w:rsidP="00DD084E">
      <w:pPr>
        <w:autoSpaceDE w:val="0"/>
        <w:autoSpaceDN w:val="0"/>
        <w:spacing w:before="72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>Научно-практический проект по робототехнике.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190" w:after="0" w:line="240" w:lineRule="auto"/>
        <w:ind w:right="720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, макетирование»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7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A41CD3" w:rsidRPr="008F72A2" w:rsidRDefault="00C61580" w:rsidP="00DD084E">
      <w:pPr>
        <w:autoSpaceDE w:val="0"/>
        <w:autoSpaceDN w:val="0"/>
        <w:spacing w:before="19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, макетирование»</w:t>
      </w:r>
    </w:p>
    <w:p w:rsidR="00A41CD3" w:rsidRPr="008F72A2" w:rsidRDefault="00A41CD3" w:rsidP="00DD084E">
      <w:pPr>
        <w:spacing w:line="240" w:lineRule="auto"/>
        <w:contextualSpacing/>
        <w:rPr>
          <w:sz w:val="24"/>
          <w:szCs w:val="24"/>
          <w:lang w:val="ru-RU"/>
        </w:rPr>
        <w:sectPr w:rsidR="00A41CD3" w:rsidRPr="008F72A2">
          <w:pgSz w:w="11900" w:h="16840"/>
          <w:pgMar w:top="298" w:right="632" w:bottom="296" w:left="666" w:header="720" w:footer="720" w:gutter="0"/>
          <w:cols w:space="720" w:equalWidth="0">
            <w:col w:w="10602" w:space="0"/>
          </w:cols>
          <w:docGrid w:linePitch="360"/>
        </w:sectPr>
      </w:pPr>
    </w:p>
    <w:p w:rsidR="00A41CD3" w:rsidRPr="008F72A2" w:rsidRDefault="00A41CD3" w:rsidP="00DD084E">
      <w:pPr>
        <w:autoSpaceDE w:val="0"/>
        <w:autoSpaceDN w:val="0"/>
        <w:spacing w:after="90" w:line="240" w:lineRule="auto"/>
        <w:contextualSpacing/>
        <w:rPr>
          <w:sz w:val="24"/>
          <w:szCs w:val="24"/>
          <w:lang w:val="ru-RU"/>
        </w:rPr>
      </w:pPr>
    </w:p>
    <w:p w:rsidR="00A41CD3" w:rsidRPr="008F72A2" w:rsidRDefault="00C61580" w:rsidP="00DD084E">
      <w:pPr>
        <w:autoSpaceDE w:val="0"/>
        <w:autoSpaceDN w:val="0"/>
        <w:spacing w:after="0" w:line="240" w:lineRule="auto"/>
        <w:ind w:left="180" w:right="360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8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3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720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Графические примитивы в 3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Операции над примитивами. Поворот тел в пространстве.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Масштабирование тел. Вычитание, пересечение и объединение геометрических тел.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Понятие «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». Создание цифровой объёмной модели.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A41CD3" w:rsidRPr="008F72A2" w:rsidRDefault="00C61580" w:rsidP="00DD084E">
      <w:pPr>
        <w:autoSpaceDE w:val="0"/>
        <w:autoSpaceDN w:val="0"/>
        <w:spacing w:before="190" w:after="0" w:line="240" w:lineRule="auto"/>
        <w:ind w:left="180" w:right="3168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, макетирование»9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A41CD3" w:rsidRPr="008F72A2" w:rsidRDefault="00C61580" w:rsidP="00DD084E">
      <w:pPr>
        <w:autoSpaceDE w:val="0"/>
        <w:autoSpaceDN w:val="0"/>
        <w:spacing w:before="72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-принтеры.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-принтере.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Подготовка к печати. Печать 3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-модели.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Профессии, связанные с 3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-печатью.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5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др.).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 w:right="576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 Чтение чертежа.</w:t>
      </w:r>
    </w:p>
    <w:p w:rsidR="00A41CD3" w:rsidRPr="008F72A2" w:rsidRDefault="00C61580" w:rsidP="00DD084E">
      <w:pPr>
        <w:autoSpaceDE w:val="0"/>
        <w:autoSpaceDN w:val="0"/>
        <w:spacing w:before="190" w:after="0" w:line="240" w:lineRule="auto"/>
        <w:ind w:left="180" w:right="5328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Модуль «Компьютерная графика. Черчение»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6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A41CD3" w:rsidRPr="008F72A2" w:rsidRDefault="00C61580" w:rsidP="00DD084E">
      <w:pPr>
        <w:autoSpaceDE w:val="0"/>
        <w:autoSpaceDN w:val="0"/>
        <w:spacing w:before="72" w:after="0" w:line="240" w:lineRule="auto"/>
        <w:ind w:left="180" w:right="576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 Стандарты оформления.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190" w:after="0" w:line="240" w:lineRule="auto"/>
        <w:ind w:right="864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7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1008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A41CD3" w:rsidRPr="008F72A2" w:rsidRDefault="00C61580" w:rsidP="00DD084E">
      <w:pPr>
        <w:autoSpaceDE w:val="0"/>
        <w:autoSpaceDN w:val="0"/>
        <w:spacing w:after="0" w:line="240" w:lineRule="auto"/>
        <w:ind w:left="180" w:right="3024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Применение компьютеров для разработки графической документации. Математические, физические и информационные модели.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8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lastRenderedPageBreak/>
        <w:t>Создание документов, виды документов. Основная надпись.</w:t>
      </w:r>
    </w:p>
    <w:p w:rsidR="00A41CD3" w:rsidRPr="008F72A2" w:rsidRDefault="00C61580" w:rsidP="00DD084E">
      <w:pPr>
        <w:autoSpaceDE w:val="0"/>
        <w:autoSpaceDN w:val="0"/>
        <w:spacing w:before="72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A41CD3" w:rsidRPr="008F72A2" w:rsidRDefault="00C61580" w:rsidP="00DD084E">
      <w:pPr>
        <w:autoSpaceDE w:val="0"/>
        <w:autoSpaceDN w:val="0"/>
        <w:spacing w:before="72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A41CD3" w:rsidRPr="008F72A2" w:rsidRDefault="00C61580" w:rsidP="00DD084E">
      <w:pPr>
        <w:autoSpaceDE w:val="0"/>
        <w:autoSpaceDN w:val="0"/>
        <w:spacing w:before="72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Сложные 3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План создания 3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-модели.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190" w:after="0" w:line="240" w:lineRule="auto"/>
        <w:ind w:right="288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9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1584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A41CD3" w:rsidRPr="008F72A2" w:rsidRDefault="00C61580" w:rsidP="00DD084E">
      <w:pPr>
        <w:autoSpaceDE w:val="0"/>
        <w:autoSpaceDN w:val="0"/>
        <w:spacing w:before="19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8—9 КЛАССЫ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Управление. Общие представления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Управляющие и управляемые системы. Понятие обратной связи. Модели управления. Классическая модель управления.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Условия функционирования классической модели управления.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Автоматизированные системы. Проблема устойчивости систем управления. Отклик системы на малые воздействия.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Синергетические эффекты.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 w:right="4176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Управление техническими системами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Механические устройства обратной связи. Регулятор Уатта.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Понятие системы. Замкнутые и открытые системы. Системы с положительной и отрицательной обратной связью.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Динамические эффекты открытых систем: точки бифуркации, аттракторы.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Реализация данных эффектов в технических системах.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Управление системами в условиях нестабильности.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Современное производство. Виды роботов. Робот-манипулятор. Сменные модули манипулятора.</w:t>
      </w:r>
    </w:p>
    <w:p w:rsidR="00A41CD3" w:rsidRPr="008F72A2" w:rsidRDefault="00C61580" w:rsidP="00DD084E">
      <w:pPr>
        <w:autoSpaceDE w:val="0"/>
        <w:autoSpaceDN w:val="0"/>
        <w:spacing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Производственные линии.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Информационное взаимодействие роботов. Производство 4.0.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Моделирование технологических линий на основе робототехнического конструирования.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Моделирование действия учебного робота-манипулятора со сменными модулями для обучения работе с производственным оборудованием.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 w:right="4032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Элементная база автоматизированных систем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Понятие об электрическом токе. Проводники и диэлектрики.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Электрические приборы. Макетная плата. Соединение проводников.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Электрическая цепь и электрическая схема. Резистор и диод. Потенциометр.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Электроэнергетика. Способы получения и хранения электроэнергии. Энергетическая безопасность. Передача энергии на расстоянии.</w:t>
      </w:r>
    </w:p>
    <w:p w:rsidR="00A41CD3" w:rsidRPr="008F72A2" w:rsidRDefault="00C61580" w:rsidP="00DD084E">
      <w:pPr>
        <w:autoSpaceDE w:val="0"/>
        <w:autoSpaceDN w:val="0"/>
        <w:spacing w:before="72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Электротехника. Датчики. Аналоговая и цифровая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схемотехника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 Микроконтроллеры.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Фоторезистор. Сборка схем.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190" w:after="0" w:line="240" w:lineRule="auto"/>
        <w:ind w:right="576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«Животноводство»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7—8 КЛАССЫ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Элементы технологий выращивания сельскохозяйственных животных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Домашние животные. Приручение животных как фактор развития человеческой цивилизации. Сельскохозяйственные животные.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lastRenderedPageBreak/>
        <w:t>Разведение животных. Породы животных, их создание.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1584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Производство животноводческих продуктов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Цифровая ферма:</w:t>
      </w:r>
    </w:p>
    <w:p w:rsidR="00A41CD3" w:rsidRPr="008F72A2" w:rsidRDefault="00C61580" w:rsidP="00DD084E">
      <w:pPr>
        <w:autoSpaceDE w:val="0"/>
        <w:autoSpaceDN w:val="0"/>
        <w:spacing w:before="180" w:after="0" w:line="240" w:lineRule="auto"/>
        <w:ind w:left="4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автоматическое кормление животных;</w:t>
      </w:r>
    </w:p>
    <w:p w:rsidR="00A41CD3" w:rsidRPr="008F72A2" w:rsidRDefault="00C61580" w:rsidP="00DD084E">
      <w:pPr>
        <w:autoSpaceDE w:val="0"/>
        <w:autoSpaceDN w:val="0"/>
        <w:spacing w:before="240" w:after="0" w:line="240" w:lineRule="auto"/>
        <w:ind w:left="4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автоматическая дойка;</w:t>
      </w:r>
    </w:p>
    <w:p w:rsidR="00A41CD3" w:rsidRPr="008F72A2" w:rsidRDefault="00C61580" w:rsidP="00DD084E">
      <w:pPr>
        <w:autoSpaceDE w:val="0"/>
        <w:autoSpaceDN w:val="0"/>
        <w:spacing w:before="238" w:after="0" w:line="240" w:lineRule="auto"/>
        <w:ind w:left="4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уборка помещения и др.</w:t>
      </w:r>
    </w:p>
    <w:p w:rsidR="00A41CD3" w:rsidRPr="008F72A2" w:rsidRDefault="00C61580" w:rsidP="00DD084E">
      <w:pPr>
        <w:autoSpaceDE w:val="0"/>
        <w:autoSpaceDN w:val="0"/>
        <w:spacing w:before="178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Профессии, связанные с деятельностью животновода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Зоотехник,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зооинженер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, ветеринар, оператор птицефабрики, оператор животноводческих ферм и др.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Использование информационных цифровых технологий в профессиональной деятельности.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190" w:after="0" w:line="240" w:lineRule="auto"/>
        <w:ind w:right="576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«Растениеводство»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7—8 КЛАССЫ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Элементы технологий выращивания сельскохозяйственных культур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История земледелия.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A41CD3" w:rsidRPr="008F72A2" w:rsidRDefault="00A41CD3" w:rsidP="00DD084E">
      <w:pPr>
        <w:autoSpaceDE w:val="0"/>
        <w:autoSpaceDN w:val="0"/>
        <w:spacing w:after="78" w:line="240" w:lineRule="auto"/>
        <w:contextualSpacing/>
        <w:rPr>
          <w:sz w:val="24"/>
          <w:szCs w:val="24"/>
          <w:lang w:val="ru-RU"/>
        </w:rPr>
      </w:pPr>
    </w:p>
    <w:p w:rsidR="00A41CD3" w:rsidRPr="008F72A2" w:rsidRDefault="00C61580" w:rsidP="00DD084E">
      <w:pPr>
        <w:autoSpaceDE w:val="0"/>
        <w:autoSpaceDN w:val="0"/>
        <w:spacing w:after="0" w:line="240" w:lineRule="auto"/>
        <w:ind w:left="180" w:right="432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 Культурные растения и их классификация.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Выращивание растений на школьном/приусадебном участке.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288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Сельскохозяйственное производство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A41CD3" w:rsidRPr="008F72A2" w:rsidRDefault="00C61580" w:rsidP="00DD084E">
      <w:pPr>
        <w:autoSpaceDE w:val="0"/>
        <w:autoSpaceDN w:val="0"/>
        <w:spacing w:before="72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A41CD3" w:rsidRPr="008F72A2" w:rsidRDefault="00C61580" w:rsidP="00DD084E">
      <w:pPr>
        <w:autoSpaceDE w:val="0"/>
        <w:autoSpaceDN w:val="0"/>
        <w:spacing w:before="178" w:after="0" w:line="240" w:lineRule="auto"/>
        <w:ind w:left="4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анализаторы почвы 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c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A41CD3" w:rsidRPr="008F72A2" w:rsidRDefault="00C61580" w:rsidP="00DD084E">
      <w:pPr>
        <w:autoSpaceDE w:val="0"/>
        <w:autoSpaceDN w:val="0"/>
        <w:spacing w:before="238" w:after="0" w:line="240" w:lineRule="auto"/>
        <w:ind w:left="4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автоматизация тепличного хозяйства;</w:t>
      </w:r>
    </w:p>
    <w:p w:rsidR="00A41CD3" w:rsidRPr="008F72A2" w:rsidRDefault="00C61580" w:rsidP="00DD084E">
      <w:pPr>
        <w:autoSpaceDE w:val="0"/>
        <w:autoSpaceDN w:val="0"/>
        <w:spacing w:before="238" w:after="0" w:line="240" w:lineRule="auto"/>
        <w:ind w:left="4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применение роботов-манипуляторов для уборки урожая;</w:t>
      </w:r>
    </w:p>
    <w:p w:rsidR="00A41CD3" w:rsidRPr="008F72A2" w:rsidRDefault="00C61580" w:rsidP="00DD084E">
      <w:pPr>
        <w:autoSpaceDE w:val="0"/>
        <w:autoSpaceDN w:val="0"/>
        <w:spacing w:before="238" w:after="0" w:line="240" w:lineRule="auto"/>
        <w:ind w:left="4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внесение удобрения на основе данных от азотно-спектральных датчиков;</w:t>
      </w:r>
    </w:p>
    <w:p w:rsidR="00A41CD3" w:rsidRPr="008F72A2" w:rsidRDefault="00C61580" w:rsidP="00DD084E">
      <w:pPr>
        <w:autoSpaceDE w:val="0"/>
        <w:autoSpaceDN w:val="0"/>
        <w:spacing w:before="238" w:after="0" w:line="240" w:lineRule="auto"/>
        <w:ind w:left="4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определение критических точек полей с помощью спутниковых снимков;</w:t>
      </w:r>
    </w:p>
    <w:p w:rsidR="00A41CD3" w:rsidRPr="008F72A2" w:rsidRDefault="00C61580" w:rsidP="00DD084E">
      <w:pPr>
        <w:autoSpaceDE w:val="0"/>
        <w:autoSpaceDN w:val="0"/>
        <w:spacing w:before="238" w:after="0" w:line="240" w:lineRule="auto"/>
        <w:ind w:left="4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использование БПЛА и др.</w:t>
      </w:r>
    </w:p>
    <w:p w:rsidR="00A41CD3" w:rsidRPr="008F72A2" w:rsidRDefault="00C61580" w:rsidP="00DD084E">
      <w:pPr>
        <w:autoSpaceDE w:val="0"/>
        <w:autoSpaceDN w:val="0"/>
        <w:spacing w:before="178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/>
        </w:rPr>
        <w:t xml:space="preserve">Сельскохозяйственные профессии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Профессии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в сельском хозяйстве: агроном, агрохимик,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агроинженер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, тракторист-машинист сельскохозяйственного производства и др.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A41CD3" w:rsidRPr="008F72A2" w:rsidRDefault="00A41CD3" w:rsidP="00DD084E">
      <w:pPr>
        <w:autoSpaceDE w:val="0"/>
        <w:autoSpaceDN w:val="0"/>
        <w:spacing w:after="78" w:line="240" w:lineRule="auto"/>
        <w:contextualSpacing/>
        <w:rPr>
          <w:sz w:val="24"/>
          <w:szCs w:val="24"/>
          <w:lang w:val="ru-RU"/>
        </w:rPr>
      </w:pPr>
    </w:p>
    <w:p w:rsidR="00A41CD3" w:rsidRPr="008F72A2" w:rsidRDefault="00C61580" w:rsidP="00DD084E">
      <w:pPr>
        <w:autoSpaceDE w:val="0"/>
        <w:autoSpaceDN w:val="0"/>
        <w:spacing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A41CD3" w:rsidRPr="008F72A2" w:rsidRDefault="00C61580" w:rsidP="00DD084E">
      <w:pPr>
        <w:autoSpaceDE w:val="0"/>
        <w:autoSpaceDN w:val="0"/>
        <w:spacing w:before="346" w:after="0" w:line="240" w:lineRule="auto"/>
        <w:ind w:right="432" w:firstLine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 соответствии с ФГОС в ходе изучения предмета «Технология» в 5-9 классах учащимися предполагается достижение совокупности основных личностных,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и предметных результатов.</w:t>
      </w:r>
    </w:p>
    <w:p w:rsidR="00A41CD3" w:rsidRPr="008F72A2" w:rsidRDefault="00C61580" w:rsidP="00DD084E">
      <w:pPr>
        <w:autoSpaceDE w:val="0"/>
        <w:autoSpaceDN w:val="0"/>
        <w:spacing w:before="262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41CD3" w:rsidRPr="008F72A2" w:rsidRDefault="00C61580" w:rsidP="00DD084E">
      <w:pPr>
        <w:autoSpaceDE w:val="0"/>
        <w:autoSpaceDN w:val="0"/>
        <w:spacing w:before="166" w:after="0" w:line="240" w:lineRule="auto"/>
        <w:ind w:left="180" w:right="864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lastRenderedPageBreak/>
        <w:t xml:space="preserve">Патриотическое воспитание: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 ценностное отношение к достижениям российских инженеров и учёных.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2" w:after="0" w:line="240" w:lineRule="auto"/>
        <w:ind w:right="432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Гражданское и духовно-нравственное воспитание: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осознание важности морально-этических принципов в деятельности, связанной с реализацией технологий;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720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Эстетическое воспитание: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восприятие эстетических качеств предметов труда;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умение создавать эстетически значимые изделия из различных материалов;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понимание ценности отечественного и мирового искусства, народных традиций и народного творчества в декоративно-прикладном искусстве;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 w:right="288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Ценности научного познания и практической деятельности: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осознание ценности науки как фундамента технологий;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Формирование культуры здоровья и эмоционального благополучия: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осознание ценности безопасного образа жизни в современном технологическом мире, важности правил безопасной работы с инструментами;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умение распознавать информационные угрозы и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осуществ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​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лять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защиту личности от этих угроз.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2" w:after="0" w:line="240" w:lineRule="auto"/>
        <w:ind w:right="720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Трудовое воспитание: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уважение к труду, трудящимся, результатам труда (своего и других людей);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умение ориентироваться в мире современных профессий;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умение осознанно выбирать индивидуальную траекторию развития с учётом личных и общественных интересов, потребностей;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Экологическое воспитание: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техносферой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A41CD3" w:rsidRPr="008F72A2" w:rsidRDefault="00C61580" w:rsidP="00DD084E">
      <w:pPr>
        <w:autoSpaceDE w:val="0"/>
        <w:autoSpaceDN w:val="0"/>
        <w:spacing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166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Освоение содержания предмета «Технология» в 5-9 классах способствует достижению </w:t>
      </w:r>
      <w:r w:rsidRPr="008F72A2">
        <w:rPr>
          <w:sz w:val="24"/>
          <w:szCs w:val="24"/>
          <w:lang w:val="ru-RU"/>
        </w:rPr>
        <w:br/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результатов, в том числе: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Овладение универсальными познавательными действиями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Базовые логические действия: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выявлять и характеризовать существенные признаки природных и рукотворных объектов;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устанавливать существенный признак классификации, основание для обобщения и сравнения;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фактах, данных и наблюдениях, относящихся к внешнему миру;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техносфере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Базовые исследовательские действия: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использовать вопросы как исследовательский инструмент познания;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формировать запросы к информационной системе с целью получения необходимой информации; </w:t>
      </w:r>
      <w:r w:rsidRPr="008F72A2">
        <w:rPr>
          <w:sz w:val="24"/>
          <w:szCs w:val="24"/>
          <w:lang w:val="ru-RU"/>
        </w:rPr>
        <w:lastRenderedPageBreak/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оценивать полноту, достоверность и актуальность полученной информации;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опытным путём изучать свойства различных материалов;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величинами;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строить и оценивать модели объектов, явлений и процессов;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уметь создавать, применять и преобразовывать знаки и символы, модели и схемы для решения учебных и познавательных задач;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уметь оценивать правильность выполнения учебной задачи, собственные возможности её решения;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 w:right="1584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Работа с информацией: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выбирать форму представления информации в зависимости от поставленной задачи; понимать различие между данными, информацией и знаниями;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владеть начальными навыками работы с «большими данными»;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192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Овладение универсальными учебными регулятивными действиями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Самоорганизация: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уметь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предложенных условий и требований, корректировать свои действия в соответствии с изменяющейся ситуацией;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288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Самоконтроль (рефлексия):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давать адекватную оценку ситуации и предлагать план её изменения;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) результатов преобразовательной деятельности;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вносить необходимые коррективы в деятельность по решению задачи или по осуществлению проекта;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</w:t>
      </w:r>
      <w:r w:rsidR="00DD084E"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процесс её достижения.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Принятие себя и других: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A41CD3" w:rsidRPr="008F72A2" w:rsidRDefault="00C61580" w:rsidP="00DD084E">
      <w:pPr>
        <w:autoSpaceDE w:val="0"/>
        <w:autoSpaceDN w:val="0"/>
        <w:spacing w:before="19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действиями.</w:t>
      </w:r>
    </w:p>
    <w:p w:rsidR="00A41CD3" w:rsidRPr="008F72A2" w:rsidRDefault="00C61580" w:rsidP="00DD084E">
      <w:pPr>
        <w:autoSpaceDE w:val="0"/>
        <w:autoSpaceDN w:val="0"/>
        <w:spacing w:before="70" w:after="0" w:line="240" w:lineRule="auto"/>
        <w:ind w:left="180" w:right="864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Общение: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 ходе обсуждения учебного материала, планирования и осуществления учебного проекта; в рамках публичного представления результатов проектной деятельности;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 ходе совместного решения задачи с использованием облачных сервисов;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A41CD3" w:rsidRPr="008F72A2" w:rsidRDefault="00C61580" w:rsidP="00DD084E">
      <w:pPr>
        <w:tabs>
          <w:tab w:val="left" w:pos="180"/>
        </w:tabs>
        <w:autoSpaceDE w:val="0"/>
        <w:autoSpaceDN w:val="0"/>
        <w:spacing w:before="72" w:after="0" w:line="240" w:lineRule="auto"/>
        <w:ind w:right="288"/>
        <w:contextualSpacing/>
        <w:rPr>
          <w:sz w:val="24"/>
          <w:szCs w:val="24"/>
          <w:lang w:val="ru-RU"/>
        </w:rPr>
      </w:pP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деятельность: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работы при реализации учебного проекта;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понимать необходимость выработки знаково-символических средств как необходимого условия успешной проектной деятельности;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уметь адекватно интерпретировать высказывания собеседника — участника совместной деятельности;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владеть навыками отстаивания своей точки зрения, используя при этом законы логики;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A41CD3" w:rsidRPr="008F72A2" w:rsidRDefault="00C61580" w:rsidP="00DD084E">
      <w:pPr>
        <w:autoSpaceDE w:val="0"/>
        <w:autoSpaceDN w:val="0"/>
        <w:spacing w:before="262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41CD3" w:rsidRPr="008F72A2" w:rsidRDefault="00C61580" w:rsidP="00DD084E">
      <w:pPr>
        <w:autoSpaceDE w:val="0"/>
        <w:autoSpaceDN w:val="0"/>
        <w:spacing w:before="166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A41CD3" w:rsidRPr="008F72A2" w:rsidRDefault="00C61580" w:rsidP="00DD084E">
      <w:pPr>
        <w:autoSpaceDE w:val="0"/>
        <w:autoSpaceDN w:val="0"/>
        <w:spacing w:before="178" w:after="0" w:line="240" w:lineRule="auto"/>
        <w:ind w:left="4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организовывать рабочее место в соответствии с изучаемой технологией;</w:t>
      </w:r>
    </w:p>
    <w:p w:rsidR="00A41CD3" w:rsidRPr="008F72A2" w:rsidRDefault="00C61580" w:rsidP="00DD084E">
      <w:pPr>
        <w:autoSpaceDE w:val="0"/>
        <w:autoSpaceDN w:val="0"/>
        <w:spacing w:before="238" w:after="0" w:line="240" w:lineRule="auto"/>
        <w:ind w:left="420" w:right="1296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соблюдать правила безопасного использования ручных и электрифицированных инструментов и оборудования;</w:t>
      </w:r>
    </w:p>
    <w:p w:rsidR="00A41CD3" w:rsidRPr="008F72A2" w:rsidRDefault="00C61580" w:rsidP="00DD084E">
      <w:pPr>
        <w:autoSpaceDE w:val="0"/>
        <w:autoSpaceDN w:val="0"/>
        <w:spacing w:before="238" w:after="0" w:line="240" w:lineRule="auto"/>
        <w:ind w:left="420" w:right="7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грамотно и осознанно выполнять технологические операции в соответствии изучаемой технологией.</w:t>
      </w:r>
    </w:p>
    <w:p w:rsidR="00A41CD3" w:rsidRPr="008F72A2" w:rsidRDefault="00C61580" w:rsidP="00DD084E">
      <w:pPr>
        <w:autoSpaceDE w:val="0"/>
        <w:autoSpaceDN w:val="0"/>
        <w:spacing w:before="298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технология»</w:t>
      </w:r>
    </w:p>
    <w:p w:rsidR="00A41CD3" w:rsidRPr="008F72A2" w:rsidRDefault="00C61580" w:rsidP="00DD084E">
      <w:pPr>
        <w:autoSpaceDE w:val="0"/>
        <w:autoSpaceDN w:val="0"/>
        <w:spacing w:before="190" w:after="0" w:line="240" w:lineRule="auto"/>
        <w:ind w:left="18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lastRenderedPageBreak/>
        <w:t>5 КЛАСС</w:t>
      </w:r>
    </w:p>
    <w:p w:rsidR="00A41CD3" w:rsidRPr="008F72A2" w:rsidRDefault="00C61580" w:rsidP="00DD084E">
      <w:pPr>
        <w:autoSpaceDE w:val="0"/>
        <w:autoSpaceDN w:val="0"/>
        <w:spacing w:before="180" w:after="0" w:line="240" w:lineRule="auto"/>
        <w:ind w:left="4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и характеризовать технологии;</w:t>
      </w:r>
    </w:p>
    <w:p w:rsidR="00A41CD3" w:rsidRPr="008F72A2" w:rsidRDefault="00C61580" w:rsidP="00DD084E">
      <w:pPr>
        <w:autoSpaceDE w:val="0"/>
        <w:autoSpaceDN w:val="0"/>
        <w:spacing w:before="240" w:after="0" w:line="240" w:lineRule="auto"/>
        <w:ind w:left="4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и характеризовать потребности человека;</w:t>
      </w:r>
    </w:p>
    <w:p w:rsidR="00A41CD3" w:rsidRPr="008F72A2" w:rsidRDefault="00C61580" w:rsidP="00DD084E">
      <w:pPr>
        <w:autoSpaceDE w:val="0"/>
        <w:autoSpaceDN w:val="0"/>
        <w:spacing w:before="238" w:after="0" w:line="240" w:lineRule="auto"/>
        <w:ind w:left="4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и характеризовать естественные (природные) и искусственные материалы;</w:t>
      </w:r>
    </w:p>
    <w:p w:rsidR="00A41CD3" w:rsidRPr="008F72A2" w:rsidRDefault="00C61580" w:rsidP="00DD084E">
      <w:pPr>
        <w:autoSpaceDE w:val="0"/>
        <w:autoSpaceDN w:val="0"/>
        <w:spacing w:before="238" w:after="0" w:line="240" w:lineRule="auto"/>
        <w:ind w:left="4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сравнивать и анализировать свойства материалов;</w:t>
      </w:r>
    </w:p>
    <w:p w:rsidR="00A41CD3" w:rsidRPr="008F72A2" w:rsidRDefault="00C61580" w:rsidP="00DD084E">
      <w:pPr>
        <w:autoSpaceDE w:val="0"/>
        <w:autoSpaceDN w:val="0"/>
        <w:spacing w:before="238" w:after="0" w:line="240" w:lineRule="auto"/>
        <w:ind w:left="4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классифицировать технику, описывать назначение техники;</w:t>
      </w:r>
    </w:p>
    <w:p w:rsidR="00A41CD3" w:rsidRPr="008F72A2" w:rsidRDefault="00C61580" w:rsidP="00DD084E">
      <w:pPr>
        <w:autoSpaceDE w:val="0"/>
        <w:autoSpaceDN w:val="0"/>
        <w:spacing w:before="238" w:after="0" w:line="240" w:lineRule="auto"/>
        <w:ind w:left="4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A41CD3" w:rsidRPr="008F72A2" w:rsidRDefault="00C61580" w:rsidP="00DD084E">
      <w:pPr>
        <w:autoSpaceDE w:val="0"/>
        <w:autoSpaceDN w:val="0"/>
        <w:spacing w:before="238" w:after="0" w:line="240" w:lineRule="auto"/>
        <w:ind w:left="4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предметы труда в различных видах материального производства;</w:t>
      </w:r>
    </w:p>
    <w:p w:rsidR="00A41CD3" w:rsidRPr="008F72A2" w:rsidRDefault="00C61580" w:rsidP="00DD084E">
      <w:pPr>
        <w:autoSpaceDE w:val="0"/>
        <w:autoSpaceDN w:val="0"/>
        <w:spacing w:before="238" w:after="0" w:line="240" w:lineRule="auto"/>
        <w:ind w:left="420" w:right="144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использовать метод мозгового штурма, метод интеллект-карт, метод фокальных объектов и др.;</w:t>
      </w:r>
    </w:p>
    <w:p w:rsidR="00A41CD3" w:rsidRPr="008F72A2" w:rsidRDefault="00C61580" w:rsidP="00DD084E">
      <w:pPr>
        <w:autoSpaceDE w:val="0"/>
        <w:autoSpaceDN w:val="0"/>
        <w:spacing w:before="238" w:after="0" w:line="240" w:lineRule="auto"/>
        <w:ind w:left="42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использовать метод учебного проектирования, выполнять учебные проекты;</w:t>
      </w:r>
    </w:p>
    <w:p w:rsidR="00A41CD3" w:rsidRPr="008F72A2" w:rsidRDefault="00C61580" w:rsidP="00DD084E">
      <w:pPr>
        <w:autoSpaceDE w:val="0"/>
        <w:autoSpaceDN w:val="0"/>
        <w:spacing w:after="0" w:line="240" w:lineRule="auto"/>
        <w:ind w:left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назвать и характеризовать профессии.</w:t>
      </w:r>
    </w:p>
    <w:p w:rsidR="00A41CD3" w:rsidRPr="008F72A2" w:rsidRDefault="00C61580" w:rsidP="00DD084E">
      <w:pPr>
        <w:autoSpaceDE w:val="0"/>
        <w:autoSpaceDN w:val="0"/>
        <w:spacing w:before="178" w:after="0" w:line="240" w:lineRule="auto"/>
        <w:ind w:left="240" w:right="288" w:hanging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6 КЛАСС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и характеризовать машины и механизмы;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конструировать, оценивать и использовать модели в познавательной и практической деятельности;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разрабатывать несложную технологическую, конструкторскую документацию для выполнения творческих проектных задач;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решать простые изобретательские, конструкторские и технологические задачи в процессе изготовления изделий из различных материалов;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предлагать варианты усовершенствования конструкций;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предметы труда в различных видах материального производства;—  характеризовать виды современных технологий и определять перспективы их развития.</w:t>
      </w:r>
    </w:p>
    <w:p w:rsidR="00A41CD3" w:rsidRPr="008F72A2" w:rsidRDefault="00C61580" w:rsidP="00DD084E">
      <w:pPr>
        <w:autoSpaceDE w:val="0"/>
        <w:autoSpaceDN w:val="0"/>
        <w:spacing w:before="178" w:after="0" w:line="240" w:lineRule="auto"/>
        <w:ind w:left="240" w:hanging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7 КЛАСС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приводить примеры развития технологий;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приводить примеры эстетичных промышленных изделий;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и характеризовать народные промыслы и ремёсла России;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производства и производственные процессы;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современные и перспективные технологии;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оценивать области применения технологий, понимать их возможности и ограничения;—  оценивать условия и риски применимости технологий с позиций экологических последствий;—  выявлять экологические проблемы;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и характеризовать виды транспорта, оценивать перспективы развития;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технологии на транспорте, транспортную логистику.</w:t>
      </w:r>
    </w:p>
    <w:p w:rsidR="00A41CD3" w:rsidRPr="008F72A2" w:rsidRDefault="00C61580" w:rsidP="00DD084E">
      <w:pPr>
        <w:autoSpaceDE w:val="0"/>
        <w:autoSpaceDN w:val="0"/>
        <w:spacing w:before="180" w:after="0" w:line="240" w:lineRule="auto"/>
        <w:ind w:left="240" w:right="864" w:hanging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8 КЛАСС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общие принципы управления;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анализировать возможности и сферу применения современных технологий;—  характеризовать технологии получения, преобразования и использования энергии;—  называть и характеризовать биотехнологии, их применение;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направления развития и особенности перспективных технологий;—  предлагать предпринимательские идеи, обосновывать их решение;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определять проблему, анализировать потребности в продукте;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</w:t>
      </w:r>
    </w:p>
    <w:p w:rsidR="00A41CD3" w:rsidRPr="008F72A2" w:rsidRDefault="00C61580" w:rsidP="00DD084E">
      <w:pPr>
        <w:autoSpaceDE w:val="0"/>
        <w:autoSpaceDN w:val="0"/>
        <w:spacing w:after="0" w:line="240" w:lineRule="auto"/>
        <w:ind w:left="240" w:right="1728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оформления изделий;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мир профессий, связанных с изучаемыми технологиями, их востребованность на рынке труда.</w:t>
      </w:r>
    </w:p>
    <w:p w:rsidR="00A41CD3" w:rsidRPr="008F72A2" w:rsidRDefault="00C61580" w:rsidP="00DD084E">
      <w:pPr>
        <w:autoSpaceDE w:val="0"/>
        <w:autoSpaceDN w:val="0"/>
        <w:spacing w:before="178" w:after="0" w:line="240" w:lineRule="auto"/>
        <w:ind w:left="240" w:hanging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9 КЛАСС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перечислять и характеризовать виды современных информационно-когнитивных технологий;—  овладеть информационно-когнитивными технологиями преобразования данных в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информацию и информации в знание;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культуру предпринимательства, виды предпринимательской деятельности;—  создавать модели экономической деятельности;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разрабатывать бизнес-проект;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оценивать эффективность предпринимательской деятельности;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закономерности технологического развития цивилизации;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планировать своё профессиональное образование и профессиональную карьеру.</w:t>
      </w:r>
    </w:p>
    <w:p w:rsidR="00A41CD3" w:rsidRPr="008F72A2" w:rsidRDefault="00C61580" w:rsidP="00DD084E">
      <w:pPr>
        <w:tabs>
          <w:tab w:val="left" w:pos="240"/>
        </w:tabs>
        <w:autoSpaceDE w:val="0"/>
        <w:autoSpaceDN w:val="0"/>
        <w:spacing w:before="298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lastRenderedPageBreak/>
        <w:t>Модуль «Технологии обработки материалов и пищевых продуктов»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5 КЛАСС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самостоятельно выполнять учебные проекты в соответствии с этапами проектной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деятельности; выбирать идею творческого проекта, выявлять потребность в изготовлении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продукта на основе анализа информационных источников различных видов и реализовывать её в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проектной деятельности;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создавать, применять и преобразовывать знаки и символы, модели и схемы; использовать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средства и инструменты ИКТ для решения прикладных учебно-познавательных задач;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и характеризовать виды бумаги, её свойства, получение и применение;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народные промыслы по обработке древесины;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свойства конструкционных материалов;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выбирать материалы для изготовления изделий с учётом их свойств, технологий обработки,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инструментов и приспособлений;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и характеризовать виды древесины, пиломатериалов;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выполнять простые ручные операции (разметка, распиливание, строгание, сверление) по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обработке изделий из древесины с учётом её свойств, применять в работе столярные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инструменты и приспособления;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исследовать, анализировать и сравнивать свойства древесины разных пород деревьев;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знать и называть пищевую ценность яиц, круп, овощей;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приводить примеры обработки пищевых продуктов, позволяющие максимально сохранять их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пищевую ценность;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и выполнять технологии первичной обработки овощей, круп;</w:t>
      </w:r>
    </w:p>
    <w:p w:rsidR="00A41CD3" w:rsidRPr="008F72A2" w:rsidRDefault="00C61580" w:rsidP="00DD084E">
      <w:pPr>
        <w:autoSpaceDE w:val="0"/>
        <w:autoSpaceDN w:val="0"/>
        <w:spacing w:after="0" w:line="240" w:lineRule="auto"/>
        <w:ind w:left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и выполнять технологии приготовления блюд из яиц, овощей, круп;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виды планировки кухни; способы рационального размещения мебели;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и характеризовать текстильные материалы, классифицировать их, описывать основные этапы производства;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анализировать и сравнивать свойства текстильных материалов;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выбирать материалы, инструменты и оборудование для выполнения швейных работ;—  использовать ручные инструменты для выполнения швейных работ;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выполнять последовательность изготовления швейных изделий, осуществлять контроль качества;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группы профессий, описывать тенденции их развития, объяснять социальное значение групп профессий.</w:t>
      </w:r>
    </w:p>
    <w:p w:rsidR="00A41CD3" w:rsidRPr="008F72A2" w:rsidRDefault="00C61580" w:rsidP="00DD084E">
      <w:pPr>
        <w:autoSpaceDE w:val="0"/>
        <w:autoSpaceDN w:val="0"/>
        <w:spacing w:before="178" w:after="0" w:line="240" w:lineRule="auto"/>
        <w:ind w:left="240" w:hanging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6 КЛАСС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свойства конструкционных материалов;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народные промыслы по обработке металла;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и характеризовать виды металлов и их сплавов;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исследовать, анализировать и сравнивать свойства металлов и их сплавов;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классифицировать и характеризовать инструменты, приспособления и технологическое оборудование;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использовать инструменты, приспособления и технологическое оборудование при обработке тонколистового металла, проволоки;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выполнять технологические операции с использованием ручных инструментов,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приспособлений, технологического оборудования;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обрабатывать металлы и их сплавы слесарным инструментом;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знать и называть пищевую ценность молока и молочных продуктов; определять качество молочных продуктов, называть правила хранения продуктов;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и выполнять технологии приготовления блюд из молока и молочных продуктов;—  называть виды теста, технологии приготовления разных видов теста;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национальные блюда из разных видов теста;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виды одежды, характеризовать стили одежды;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современные текстильные материалы, их получение и свойства;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выбирать текстильные материалы для изделий с учётом их свойств;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самостоятельно выполнять чертёж выкроек швейного изделия; соблюдать последовательность</w:t>
      </w:r>
    </w:p>
    <w:p w:rsidR="00A41CD3" w:rsidRPr="008F72A2" w:rsidRDefault="00A41CD3" w:rsidP="00DD084E">
      <w:pPr>
        <w:spacing w:line="240" w:lineRule="auto"/>
        <w:contextualSpacing/>
        <w:rPr>
          <w:sz w:val="24"/>
          <w:szCs w:val="24"/>
          <w:lang w:val="ru-RU"/>
        </w:rPr>
        <w:sectPr w:rsidR="00A41CD3" w:rsidRPr="008F72A2">
          <w:pgSz w:w="11900" w:h="16840"/>
          <w:pgMar w:top="328" w:right="704" w:bottom="372" w:left="846" w:header="720" w:footer="720" w:gutter="0"/>
          <w:cols w:space="720" w:equalWidth="0">
            <w:col w:w="10350" w:space="0"/>
          </w:cols>
          <w:docGrid w:linePitch="360"/>
        </w:sectPr>
      </w:pPr>
    </w:p>
    <w:p w:rsidR="00A41CD3" w:rsidRPr="008F72A2" w:rsidRDefault="00A41CD3" w:rsidP="00DD084E">
      <w:pPr>
        <w:autoSpaceDE w:val="0"/>
        <w:autoSpaceDN w:val="0"/>
        <w:spacing w:after="66" w:line="240" w:lineRule="auto"/>
        <w:contextualSpacing/>
        <w:rPr>
          <w:sz w:val="24"/>
          <w:szCs w:val="24"/>
          <w:lang w:val="ru-RU"/>
        </w:rPr>
      </w:pPr>
    </w:p>
    <w:p w:rsidR="00A41CD3" w:rsidRPr="008F72A2" w:rsidRDefault="00C61580" w:rsidP="00DD084E">
      <w:pPr>
        <w:autoSpaceDE w:val="0"/>
        <w:autoSpaceDN w:val="0"/>
        <w:spacing w:after="0" w:line="240" w:lineRule="auto"/>
        <w:ind w:left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технологических операций по раскрою, пошиву и отделке изделия;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выполнять учебные проекты, соблюдая этапы и технологии изготовления проектных изделий.</w:t>
      </w:r>
    </w:p>
    <w:p w:rsidR="00A41CD3" w:rsidRPr="008F72A2" w:rsidRDefault="00C61580" w:rsidP="00DD084E">
      <w:pPr>
        <w:autoSpaceDE w:val="0"/>
        <w:autoSpaceDN w:val="0"/>
        <w:spacing w:before="178" w:after="0" w:line="240" w:lineRule="auto"/>
        <w:ind w:left="240" w:hanging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7 КЛАСС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исследовать и анализировать свойства конструкционных материалов;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выбирать инструменты и оборудование, необходимые для изготовления выбранного изделия по данной технологии;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применять технологии механической обработки конструкционных материалов;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осуществлять доступными средствами контроль качества изготавливаемого изделия, находить и устранять допущенные дефекты;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выполнять художественное оформление изделий;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называть пластмассы и другие современные материалы, анализировать их свойства,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возможность применения в быту и на производстве;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осуществлять изготовление субъективно нового продукта, опираясь на общую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технологическую схему;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оценивать пределы применимости данной технологии, в том числе с экономических и экологических позиций;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знать и называть пищевую ценность рыбы, морепродуктов продуктов; определять качество рыбы;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знать и называть пищевую ценность мяса животных, мяса птицы; определять качество;—  называть и выполнять технологии приготовления блюд из рыбы,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технологии приготовления из мяса животных, мяса птицы;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блюда национальной кухни из рыбы, мяса;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характеризовать мир профессий, связанных с изучаемыми технологиями, их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востребованность на рынке труда.</w:t>
      </w:r>
    </w:p>
    <w:p w:rsidR="00A41CD3" w:rsidRPr="008F72A2" w:rsidRDefault="00C61580" w:rsidP="00DD084E">
      <w:pPr>
        <w:tabs>
          <w:tab w:val="left" w:pos="240"/>
        </w:tabs>
        <w:autoSpaceDE w:val="0"/>
        <w:autoSpaceDN w:val="0"/>
        <w:spacing w:before="300" w:after="0" w:line="240" w:lineRule="auto"/>
        <w:ind w:right="576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5 КЛАСС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классифицировать и характеризовать роботов по видам и назначению;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знать основные законы робототехники;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и характеризовать назначение деталей робототехнического конструктора;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характеризовать составные части роботов, датчики в современных робототехнических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системах;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получить опыт моделирования машин и механизмов с помощью робототехнического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конструктора;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применять навыки моделирования машин и механизмов с помощью робототехнического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конструктора;</w:t>
      </w:r>
    </w:p>
    <w:p w:rsidR="00A41CD3" w:rsidRPr="008F72A2" w:rsidRDefault="00C61580" w:rsidP="00DD084E">
      <w:pPr>
        <w:autoSpaceDE w:val="0"/>
        <w:autoSpaceDN w:val="0"/>
        <w:spacing w:after="0" w:line="240" w:lineRule="auto"/>
        <w:ind w:left="240" w:right="144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владеть навыками индивидуальной и коллективной деятельности, направленной на создание робототехнического продукта.</w:t>
      </w:r>
    </w:p>
    <w:p w:rsidR="00A41CD3" w:rsidRPr="008F72A2" w:rsidRDefault="00C61580" w:rsidP="00DD084E">
      <w:pPr>
        <w:autoSpaceDE w:val="0"/>
        <w:autoSpaceDN w:val="0"/>
        <w:spacing w:before="178" w:after="0" w:line="240" w:lineRule="auto"/>
        <w:ind w:left="240" w:right="720" w:hanging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6 КЛАСС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виды транспортных роботов, описывать их назначение;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конструировать мобильного робота по схеме; усовершенствовать конструкцию;—  программировать мобильного робота;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управлять мобильными роботами в компьютерно-управляемых средах;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и характеризовать датчики, использованные при проектировании мобильного робота;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уметь осуществлять робототехнические проекты;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презентовать изделие.</w:t>
      </w:r>
    </w:p>
    <w:p w:rsidR="00A41CD3" w:rsidRPr="008F72A2" w:rsidRDefault="00C61580" w:rsidP="00DD084E">
      <w:pPr>
        <w:autoSpaceDE w:val="0"/>
        <w:autoSpaceDN w:val="0"/>
        <w:spacing w:before="178" w:after="0" w:line="240" w:lineRule="auto"/>
        <w:ind w:left="240" w:right="144" w:hanging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7 КЛАСС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виды промышленных роботов, описывать их назначение и функции;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назвать виды бытовых роботов, описывать их назначение и функции;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использовать датчики и программировать действие учебного робота в зависимости от задач проекта;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осуществлять робототехнические проекты, совершенствовать конструкцию, испытывать и презентовать результат проекта.</w:t>
      </w:r>
    </w:p>
    <w:p w:rsidR="00A41CD3" w:rsidRPr="008F72A2" w:rsidRDefault="00C61580" w:rsidP="00DD084E">
      <w:pPr>
        <w:autoSpaceDE w:val="0"/>
        <w:autoSpaceDN w:val="0"/>
        <w:spacing w:before="178" w:after="0" w:line="240" w:lineRule="auto"/>
        <w:ind w:left="240" w:hanging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8 КЛАСС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lastRenderedPageBreak/>
        <w:t>—  реализовывать полный цикл создания робота;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конструировать и моделировать робототехнические системы;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приводить примеры применения роботов из различных областей материального мира;—  характеризовать возможности роботов,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роботехнических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систем и направления их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применения.</w:t>
      </w:r>
    </w:p>
    <w:p w:rsidR="00A41CD3" w:rsidRPr="008F72A2" w:rsidRDefault="00C61580" w:rsidP="00DD084E">
      <w:pPr>
        <w:autoSpaceDE w:val="0"/>
        <w:autoSpaceDN w:val="0"/>
        <w:spacing w:before="178" w:after="0" w:line="240" w:lineRule="auto"/>
        <w:ind w:left="240" w:hanging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9 КЛАСС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автоматизированные и роботизированные производственные линии;—  анализировать перспективы развития робототехники;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мир профессий, связанных с робототехникой, их востребованность на рынке труда;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реализовывать полный цикл создания робота;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использовать визуальный язык для программирования простых робототехнических систем;</w:t>
      </w:r>
    </w:p>
    <w:p w:rsidR="00A41CD3" w:rsidRPr="008F72A2" w:rsidRDefault="00C61580" w:rsidP="00DD084E">
      <w:pPr>
        <w:autoSpaceDE w:val="0"/>
        <w:autoSpaceDN w:val="0"/>
        <w:spacing w:after="0" w:line="240" w:lineRule="auto"/>
        <w:ind w:left="240" w:right="3312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составлять алгоритмы и программы по управлению </w:t>
      </w:r>
      <w:proofErr w:type="gram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роботом;—</w:t>
      </w:r>
      <w:proofErr w:type="gram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 самостоятельно осуществлять робототехнические проекты.</w:t>
      </w:r>
    </w:p>
    <w:p w:rsidR="00A41CD3" w:rsidRPr="008F72A2" w:rsidRDefault="00C61580" w:rsidP="00DD084E">
      <w:pPr>
        <w:tabs>
          <w:tab w:val="left" w:pos="240"/>
        </w:tabs>
        <w:autoSpaceDE w:val="0"/>
        <w:autoSpaceDN w:val="0"/>
        <w:spacing w:before="298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5 КЛАСС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виды и области применения графической информации;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называть типы графических изображений (рисунок, диаграмма, графики, графы, эскиз,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технический рисунок, чертёж, схема, карта, пиктограмма и др.);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называть основные элементы графических изображений (точка, линия, контур, буквы и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цифры, условные знаки);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и применять чертёжные инструменты;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читать и выполнять чертежи на листе А4 (рамка, основная надпись, масштаб, виды, нанесение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размеров).</w:t>
      </w:r>
    </w:p>
    <w:p w:rsidR="00A41CD3" w:rsidRPr="008F72A2" w:rsidRDefault="00C61580" w:rsidP="00DD084E">
      <w:pPr>
        <w:autoSpaceDE w:val="0"/>
        <w:autoSpaceDN w:val="0"/>
        <w:spacing w:before="178" w:after="0" w:line="240" w:lineRule="auto"/>
        <w:ind w:left="240" w:right="144" w:hanging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6 КЛАСС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знать и выполнять основные правила выполнения чертежей с использованием чертёжных инструментов;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знать и использовать для выполнения чертежей инструменты графического редактора;—  понимать смысл условных графических обозначений, создавать с их помощью графические тексты;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создавать тексты, рисунки в графическом редакторе.</w:t>
      </w:r>
    </w:p>
    <w:p w:rsidR="00A41CD3" w:rsidRPr="008F72A2" w:rsidRDefault="00C61580" w:rsidP="00DD084E">
      <w:pPr>
        <w:autoSpaceDE w:val="0"/>
        <w:autoSpaceDN w:val="0"/>
        <w:spacing w:before="178" w:after="0" w:line="240" w:lineRule="auto"/>
        <w:ind w:left="240" w:right="432" w:hanging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7 КЛАСС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виды конструкторской документации;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и характеризовать виды графических моделей;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выполнять и оформлять сборочный чертёж;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владеть ручными способами вычерчивания чертежей, эскизов и технических рисунков деталей;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владеть автоматизированными способами вычерчивания чертежей, эскизов и технических рисунков;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уметь читать чертежи деталей и осуществлять расчёты по чертежам.</w:t>
      </w:r>
    </w:p>
    <w:p w:rsidR="00A41CD3" w:rsidRPr="008F72A2" w:rsidRDefault="00C61580" w:rsidP="00DD084E">
      <w:pPr>
        <w:autoSpaceDE w:val="0"/>
        <w:autoSpaceDN w:val="0"/>
        <w:spacing w:before="178" w:after="0" w:line="240" w:lineRule="auto"/>
        <w:ind w:left="240" w:right="720" w:hanging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8 КЛАСС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использовать программное обеспечение для создания проектной документации;—  создавать различные виды документов;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владеть способами создания, редактирования и трансформации графических объектов;—  выполнять эскизы, схемы, чертежи с использованием чертёжных инструментов и приспособлений и/или с использованием программного обеспечения;</w:t>
      </w:r>
    </w:p>
    <w:p w:rsidR="00A41CD3" w:rsidRPr="008F72A2" w:rsidRDefault="00C61580" w:rsidP="00DD084E">
      <w:pPr>
        <w:autoSpaceDE w:val="0"/>
        <w:autoSpaceDN w:val="0"/>
        <w:spacing w:after="0" w:line="240" w:lineRule="auto"/>
        <w:ind w:left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создавать и редактировать сложные 3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A41CD3" w:rsidRPr="008F72A2" w:rsidRDefault="00C61580" w:rsidP="00DD084E">
      <w:pPr>
        <w:autoSpaceDE w:val="0"/>
        <w:autoSpaceDN w:val="0"/>
        <w:spacing w:before="178" w:after="0" w:line="240" w:lineRule="auto"/>
        <w:ind w:left="240" w:right="864" w:hanging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9 КЛАСС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выполнять эскизы, схемы, чертежи с использованием чертёжных инструментов и приспособлений и/или в системе автоматизированного проектирования (САПР);—  создавать 3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(САПР);—  оформлять конструкторскую документацию, в том числе с использованием систем автоматизированного проектирования (САПР);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мир профессий, связанных с изучаемыми технологиями, их востребованность на рынке труда.</w:t>
      </w:r>
    </w:p>
    <w:p w:rsidR="00A41CD3" w:rsidRPr="008F72A2" w:rsidRDefault="00C61580" w:rsidP="00DD084E">
      <w:pPr>
        <w:tabs>
          <w:tab w:val="left" w:pos="240"/>
        </w:tabs>
        <w:autoSpaceDE w:val="0"/>
        <w:autoSpaceDN w:val="0"/>
        <w:spacing w:before="300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lastRenderedPageBreak/>
        <w:t>Модуль «3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, макетирование»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7 КЛАСС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виды, свойства и назначение моделей;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виды макетов и их назначение;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создавать макеты различных видов, в том числе с использованием программного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обеспечения;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выполнять развёртку и соединять фрагменты макета;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выполнять сборку деталей макета;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разрабатывать графическую документацию;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характеризовать мир профессий, связанных с изучаемыми технологиями макетирования, их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востребованность на рынке труда.</w:t>
      </w:r>
    </w:p>
    <w:p w:rsidR="00A41CD3" w:rsidRPr="008F72A2" w:rsidRDefault="00C61580" w:rsidP="00DD084E">
      <w:pPr>
        <w:autoSpaceDE w:val="0"/>
        <w:autoSpaceDN w:val="0"/>
        <w:spacing w:before="178" w:after="0" w:line="240" w:lineRule="auto"/>
        <w:ind w:left="240" w:right="144" w:hanging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8 КЛАСС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разрабатывать оригинальные конструкции с использованием 3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испытания;—  создавать 3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устанавливать адекватность модели объекту и целям моделирования;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проводить анализ и модернизацию компьютерной модели;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изготавливать прототипы с использованием технологического оборудования (3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-принтер, лазерный гравёр и др.);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модернизировать прототип в соответствии с поставленной задачей;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презентовать изделие.</w:t>
      </w:r>
    </w:p>
    <w:p w:rsidR="00A41CD3" w:rsidRPr="008F72A2" w:rsidRDefault="00C61580" w:rsidP="00DD084E">
      <w:pPr>
        <w:autoSpaceDE w:val="0"/>
        <w:autoSpaceDN w:val="0"/>
        <w:spacing w:before="178" w:after="0" w:line="240" w:lineRule="auto"/>
        <w:ind w:left="240" w:hanging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9 КЛАСС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использовать редактор компьютерного трёхмерного проектирования для создания моделей сложных объектов;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изготавливать прототипы с использованием технологического оборудования (3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-принтер, лазерный гравёр и др.);</w:t>
      </w:r>
    </w:p>
    <w:p w:rsidR="00A41CD3" w:rsidRPr="008F72A2" w:rsidRDefault="00C61580" w:rsidP="00DD084E">
      <w:pPr>
        <w:autoSpaceDE w:val="0"/>
        <w:autoSpaceDN w:val="0"/>
        <w:spacing w:after="0" w:line="240" w:lineRule="auto"/>
        <w:ind w:left="240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и выполнять этапы аддитивного производства;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модернизировать прототип в соответствии с поставленной задачей;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области применения 3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-моделирования;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мир профессий, связанных с изучаемыми технологиями 3</w:t>
      </w:r>
      <w:r w:rsidRPr="008F72A2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A41CD3" w:rsidRPr="008F72A2" w:rsidRDefault="00C61580" w:rsidP="00DD084E">
      <w:pPr>
        <w:tabs>
          <w:tab w:val="left" w:pos="240"/>
        </w:tabs>
        <w:autoSpaceDE w:val="0"/>
        <w:autoSpaceDN w:val="0"/>
        <w:spacing w:before="298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8—9 КЛАССЫ: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управляемые и управляющие системы, модели управления;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признаки системы, виды систем;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получить опыт исследования схем управления техническими системами;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осуществлять управление учебными техническими системами;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классифицировать автоматические и автоматизированные системы;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проектировать автоматизированные системы;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конструировать автоматизированные системы;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пользоваться моделями роботов-манипуляторов со сменными модулями для моделирования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производственного процесса;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распознавать способы хранения и производства электроэнергии;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классифицировать типы передачи электроэнергии;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объяснять принцип сборки электрических схем;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выполнять сборку электрических схем;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определять результат работы электрической схемы при использовании различных элементов;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объяснять применение элементов электрической цепи в бытовых приборах;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различать последовательное и параллельное соединения резисторов;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различать аналоговую и цифровую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схемотехнику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программировать простое «умное» устройство с заданными характеристиками;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различать особенности современных датчиков, применять в реальных задачах;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характеризовать мир профессий, связанных с изучаемыми технологиями, их 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востребованность на рынке труда.</w:t>
      </w:r>
    </w:p>
    <w:p w:rsidR="00A41CD3" w:rsidRPr="008F72A2" w:rsidRDefault="00C61580" w:rsidP="00DD084E">
      <w:pPr>
        <w:tabs>
          <w:tab w:val="left" w:pos="240"/>
        </w:tabs>
        <w:autoSpaceDE w:val="0"/>
        <w:autoSpaceDN w:val="0"/>
        <w:spacing w:before="298" w:after="0" w:line="240" w:lineRule="auto"/>
        <w:ind w:right="576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«Животноводство»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7—8 КЛАССЫ: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основные направления животноводства;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особенности основных видов сельскохозяйственных животных своего</w:t>
      </w:r>
    </w:p>
    <w:p w:rsidR="00A41CD3" w:rsidRPr="008F72A2" w:rsidRDefault="00A41CD3" w:rsidP="00DD084E">
      <w:pPr>
        <w:spacing w:line="240" w:lineRule="auto"/>
        <w:contextualSpacing/>
        <w:rPr>
          <w:sz w:val="24"/>
          <w:szCs w:val="24"/>
          <w:lang w:val="ru-RU"/>
        </w:rPr>
        <w:sectPr w:rsidR="00A41CD3" w:rsidRPr="008F72A2">
          <w:pgSz w:w="11900" w:h="16840"/>
          <w:pgMar w:top="328" w:right="810" w:bottom="444" w:left="846" w:header="720" w:footer="720" w:gutter="0"/>
          <w:cols w:space="720" w:equalWidth="0">
            <w:col w:w="10244" w:space="0"/>
          </w:cols>
          <w:docGrid w:linePitch="360"/>
        </w:sectPr>
      </w:pPr>
    </w:p>
    <w:p w:rsidR="00A41CD3" w:rsidRPr="008F72A2" w:rsidRDefault="00A41CD3" w:rsidP="00DD084E">
      <w:pPr>
        <w:autoSpaceDE w:val="0"/>
        <w:autoSpaceDN w:val="0"/>
        <w:spacing w:after="66" w:line="240" w:lineRule="auto"/>
        <w:contextualSpacing/>
        <w:rPr>
          <w:sz w:val="24"/>
          <w:szCs w:val="24"/>
          <w:lang w:val="ru-RU"/>
        </w:rPr>
      </w:pPr>
    </w:p>
    <w:p w:rsidR="00A41CD3" w:rsidRPr="008F72A2" w:rsidRDefault="00C61580" w:rsidP="00DD084E">
      <w:pPr>
        <w:autoSpaceDE w:val="0"/>
        <w:autoSpaceDN w:val="0"/>
        <w:spacing w:after="0" w:line="240" w:lineRule="auto"/>
        <w:ind w:left="240" w:right="144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региона;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описывать полный технологический цикл получения продукции животноводства своего региона;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виды сельскохозяйственных животных, характерных для данного региона;—  оценивать условия содержания животных в различных условиях;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владеть навыками оказания первой помощи заболевшим или пораненным животным;—  характеризовать способы переработки и хранения продукции животноводства;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характеризовать пути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животноводческого производства;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объяснять особенности сельскохозяйственного производства своего региона;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мир профессий, связанных с животноводством, их востребованность на рынке труда.</w:t>
      </w:r>
    </w:p>
    <w:p w:rsidR="00A41CD3" w:rsidRPr="008F72A2" w:rsidRDefault="00C61580" w:rsidP="00DD084E">
      <w:pPr>
        <w:tabs>
          <w:tab w:val="left" w:pos="240"/>
        </w:tabs>
        <w:autoSpaceDE w:val="0"/>
        <w:autoSpaceDN w:val="0"/>
        <w:spacing w:before="298" w:after="0" w:line="240" w:lineRule="auto"/>
        <w:contextualSpacing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«Растениеводство»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7—8 КЛАССЫ: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основные направления растениеводства;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описывать полный технологический цикл получения наиболее распространённой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растениеводческой продукции своего региона;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характеризовать виды и свойства почв данного региона;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ручные и механизированные инструменты обработки почвы;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классифицировать культурные растения по различным основаниям;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полезные дикорастущие растения и знать их свойства;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назвать опасные для человека дикорастущие растения;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полезные для человека грибы;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называть опасные для человека грибы;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владеть методами сбора, переработки и хранения полезных дикорастущих растений и их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плодов;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—  владеть методами сбора, переработки и хранения полезных для человека грибов;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характеризовать основные направления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и роботизации в растениеводстве;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получить опыт использования цифровых устройств и программных сервисов в технологии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растениеводства;</w:t>
      </w:r>
      <w:r w:rsidRPr="008F72A2">
        <w:rPr>
          <w:sz w:val="24"/>
          <w:szCs w:val="24"/>
          <w:lang w:val="ru-RU"/>
        </w:rPr>
        <w:br/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—  характеризовать мир профессий, связанных с растениеводством, их востребованность на </w:t>
      </w:r>
      <w:r w:rsidRPr="008F72A2">
        <w:rPr>
          <w:sz w:val="24"/>
          <w:szCs w:val="24"/>
          <w:lang w:val="ru-RU"/>
        </w:rPr>
        <w:tab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рынке труда.</w:t>
      </w:r>
    </w:p>
    <w:p w:rsidR="00A41CD3" w:rsidRPr="008F72A2" w:rsidRDefault="00A41CD3">
      <w:pPr>
        <w:rPr>
          <w:sz w:val="24"/>
          <w:szCs w:val="24"/>
          <w:lang w:val="ru-RU"/>
        </w:rPr>
        <w:sectPr w:rsidR="00A41CD3" w:rsidRPr="008F72A2">
          <w:pgSz w:w="11900" w:h="16840"/>
          <w:pgMar w:top="286" w:right="1102" w:bottom="968" w:left="846" w:header="720" w:footer="720" w:gutter="0"/>
          <w:cols w:space="720" w:equalWidth="0">
            <w:col w:w="9952" w:space="0"/>
          </w:cols>
          <w:docGrid w:linePitch="360"/>
        </w:sectPr>
      </w:pPr>
    </w:p>
    <w:p w:rsidR="00A41CD3" w:rsidRPr="008F72A2" w:rsidRDefault="00A41CD3">
      <w:pPr>
        <w:autoSpaceDE w:val="0"/>
        <w:autoSpaceDN w:val="0"/>
        <w:spacing w:after="64" w:line="220" w:lineRule="exact"/>
        <w:rPr>
          <w:sz w:val="24"/>
          <w:szCs w:val="24"/>
          <w:lang w:val="ru-RU"/>
        </w:rPr>
      </w:pPr>
    </w:p>
    <w:p w:rsidR="00A41CD3" w:rsidRPr="008F72A2" w:rsidRDefault="00C61580" w:rsidP="008F72A2">
      <w:pPr>
        <w:autoSpaceDE w:val="0"/>
        <w:autoSpaceDN w:val="0"/>
        <w:spacing w:after="92" w:line="398" w:lineRule="auto"/>
        <w:ind w:right="6320"/>
        <w:rPr>
          <w:sz w:val="24"/>
          <w:szCs w:val="24"/>
        </w:rPr>
      </w:pPr>
      <w:r w:rsidRPr="008F72A2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 xml:space="preserve">ТЕМАТИЧЕСКОЕ </w:t>
      </w:r>
      <w:proofErr w:type="gramStart"/>
      <w:r w:rsidRPr="008F72A2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 xml:space="preserve">ПЛАНИРОВАНИЕ </w:t>
      </w:r>
      <w:r w:rsidR="001F3EFF">
        <w:rPr>
          <w:rFonts w:ascii="Times New Roman" w:eastAsia="Times New Roman" w:hAnsi="Times New Roman"/>
          <w:b/>
          <w:color w:val="000000"/>
          <w:w w:val="101"/>
          <w:sz w:val="24"/>
          <w:szCs w:val="24"/>
          <w:lang w:val="ru-RU"/>
        </w:rPr>
        <w:t xml:space="preserve"> 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</w:rPr>
        <w:t>5</w:t>
      </w:r>
      <w:proofErr w:type="gramEnd"/>
      <w:r w:rsidRPr="008F72A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КЛАСС </w:t>
      </w:r>
      <w:r w:rsidR="001F3EFF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      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</w:rPr>
        <w:t>1 ПОДГРУППА</w:t>
      </w:r>
    </w:p>
    <w:tbl>
      <w:tblPr>
        <w:tblW w:w="1573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698"/>
        <w:gridCol w:w="8694"/>
        <w:gridCol w:w="528"/>
        <w:gridCol w:w="1332"/>
        <w:gridCol w:w="1358"/>
        <w:gridCol w:w="3122"/>
      </w:tblGrid>
      <w:tr w:rsidR="00A41CD3" w:rsidRPr="008F72A2" w:rsidTr="001F3EFF">
        <w:trPr>
          <w:trHeight w:hRule="exact" w:val="348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8F72A2">
              <w:rPr>
                <w:sz w:val="24"/>
                <w:szCs w:val="24"/>
              </w:rPr>
              <w:br/>
            </w: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8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45" w:lineRule="auto"/>
              <w:ind w:left="72" w:right="115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41CD3" w:rsidRPr="008F72A2" w:rsidTr="001F3EFF">
        <w:trPr>
          <w:trHeight w:hRule="exact" w:val="96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8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 w:rsidP="00D504E1">
            <w:pPr>
              <w:tabs>
                <w:tab w:val="left" w:pos="932"/>
              </w:tabs>
              <w:autoSpaceDE w:val="0"/>
              <w:autoSpaceDN w:val="0"/>
              <w:spacing w:before="78" w:after="0" w:line="245" w:lineRule="auto"/>
              <w:ind w:left="72" w:right="288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45" w:lineRule="auto"/>
              <w:ind w:left="72" w:right="288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3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 w:rsidTr="001F3EFF">
        <w:trPr>
          <w:trHeight w:hRule="exact" w:val="348"/>
        </w:trPr>
        <w:tc>
          <w:tcPr>
            <w:tcW w:w="157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Модуль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1.Производство и </w:t>
            </w: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технологии</w:t>
            </w:r>
            <w:proofErr w:type="spellEnd"/>
          </w:p>
        </w:tc>
      </w:tr>
      <w:tr w:rsidR="00A41CD3" w:rsidRPr="008F72A2" w:rsidTr="001F3EFF">
        <w:trPr>
          <w:trHeight w:hRule="exact" w:val="34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Потребности человека и технологии. Технологии вокруг нас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 w:rsidTr="001F3EFF">
        <w:trPr>
          <w:trHeight w:hRule="exact" w:val="34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Техносфера и её элементы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 w:rsidTr="001F3EFF">
        <w:trPr>
          <w:trHeight w:hRule="exact" w:val="34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 w:rsidTr="001F3EFF">
        <w:trPr>
          <w:trHeight w:hRule="exact" w:val="34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Когнитивные технологии. Проектирование и проекты.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Этапы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выполнения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 w:rsidTr="001F3EFF">
        <w:trPr>
          <w:trHeight w:hRule="exact" w:val="348"/>
        </w:trPr>
        <w:tc>
          <w:tcPr>
            <w:tcW w:w="9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 w:rsidTr="001F3EFF">
        <w:trPr>
          <w:trHeight w:hRule="exact" w:val="348"/>
        </w:trPr>
        <w:tc>
          <w:tcPr>
            <w:tcW w:w="157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Модуль2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. </w:t>
            </w: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Компьютерная графика. Черчение</w:t>
            </w:r>
          </w:p>
        </w:tc>
      </w:tr>
      <w:tr w:rsidR="00A41CD3" w:rsidRPr="008F72A2" w:rsidTr="001F3EFF">
        <w:trPr>
          <w:trHeight w:hRule="exact" w:val="34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Основы графической грамоты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 w:rsidTr="001F3EFF">
        <w:trPr>
          <w:trHeight w:hRule="exact" w:val="34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Графические изображения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 w:rsidTr="001F3EFF">
        <w:trPr>
          <w:trHeight w:hRule="exact" w:val="35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Основные элементы графических изображений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 w:rsidTr="001F3EFF">
        <w:trPr>
          <w:trHeight w:hRule="exact" w:val="34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Правила построения чертежей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 w:rsidTr="001F3EFF">
        <w:trPr>
          <w:trHeight w:hRule="exact" w:val="348"/>
        </w:trPr>
        <w:tc>
          <w:tcPr>
            <w:tcW w:w="9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 w:rsidTr="001F3EFF">
        <w:trPr>
          <w:trHeight w:hRule="exact" w:val="348"/>
        </w:trPr>
        <w:tc>
          <w:tcPr>
            <w:tcW w:w="157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3. Технологии обработки материалов и пищевых продуктов: Технологии обработки конструкционных материалов</w:t>
            </w:r>
          </w:p>
        </w:tc>
      </w:tr>
      <w:tr w:rsidR="00A41CD3" w:rsidRPr="008F72A2" w:rsidTr="001F3EFF">
        <w:trPr>
          <w:trHeight w:hRule="exact" w:val="34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Технология, её основные составляющие. Бумага и её свойства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 w:rsidTr="001F3EFF">
        <w:trPr>
          <w:trHeight w:hRule="exact" w:val="34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Древесина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 w:rsidTr="001F3EFF">
        <w:trPr>
          <w:trHeight w:hRule="exact" w:val="34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Народные промыслы по обработке древесины. Ручной инструмент для обработки древесины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 w:rsidTr="001F3EFF">
        <w:trPr>
          <w:trHeight w:hRule="exact" w:val="34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Приёмы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 w:rsidTr="001F3EFF">
        <w:trPr>
          <w:trHeight w:hRule="exact" w:val="73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Декорирование древесины. Приёмы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тонирования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и лакирования изделий из древесины.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Качество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изделия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 Контроль и оценка качества изделий из древесины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 w:rsidTr="001F3EFF">
        <w:trPr>
          <w:trHeight w:hRule="exact" w:val="71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 w:rsidP="001F3EFF">
            <w:pPr>
              <w:autoSpaceDE w:val="0"/>
              <w:autoSpaceDN w:val="0"/>
              <w:spacing w:before="78" w:after="0" w:line="245" w:lineRule="auto"/>
              <w:ind w:left="72" w:right="99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Профессии, связанные с производством и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бработкой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древесины. Защита проекта «Изделие из древесины»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 w:rsidTr="001F3EFF">
        <w:trPr>
          <w:trHeight w:hRule="exact" w:val="348"/>
        </w:trPr>
        <w:tc>
          <w:tcPr>
            <w:tcW w:w="9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 w:rsidTr="001F3EFF">
        <w:trPr>
          <w:trHeight w:hRule="exact" w:val="348"/>
        </w:trPr>
        <w:tc>
          <w:tcPr>
            <w:tcW w:w="157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4. Технологии обработки материалов и пищевых продуктов: Технологии обработки пищевых продуктов</w:t>
            </w:r>
          </w:p>
        </w:tc>
      </w:tr>
      <w:tr w:rsidR="00A41CD3" w:rsidRPr="008F72A2" w:rsidTr="001F3EFF">
        <w:trPr>
          <w:trHeight w:hRule="exact" w:val="34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Основы рационального питания. Технология приготовления блюд из яиц, круп, овощей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 w:rsidTr="001F3EFF">
        <w:trPr>
          <w:trHeight w:hRule="exact" w:val="32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</w:tbl>
    <w:p w:rsidR="00A41CD3" w:rsidRPr="008F72A2" w:rsidRDefault="00A41CD3">
      <w:pPr>
        <w:autoSpaceDE w:val="0"/>
        <w:autoSpaceDN w:val="0"/>
        <w:spacing w:after="0" w:line="14" w:lineRule="exact"/>
        <w:rPr>
          <w:sz w:val="24"/>
          <w:szCs w:val="24"/>
        </w:rPr>
      </w:pPr>
    </w:p>
    <w:p w:rsidR="00A41CD3" w:rsidRPr="008F72A2" w:rsidRDefault="00A41CD3">
      <w:pPr>
        <w:rPr>
          <w:sz w:val="24"/>
          <w:szCs w:val="24"/>
        </w:rPr>
        <w:sectPr w:rsidR="00A41CD3" w:rsidRPr="008F72A2">
          <w:pgSz w:w="16840" w:h="11900"/>
          <w:pgMar w:top="282" w:right="640" w:bottom="44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41CD3" w:rsidRPr="008F72A2" w:rsidRDefault="00A41CD3">
      <w:pPr>
        <w:autoSpaceDE w:val="0"/>
        <w:autoSpaceDN w:val="0"/>
        <w:spacing w:after="66" w:line="220" w:lineRule="exact"/>
        <w:rPr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694"/>
        <w:gridCol w:w="528"/>
        <w:gridCol w:w="1332"/>
        <w:gridCol w:w="1358"/>
        <w:gridCol w:w="3122"/>
      </w:tblGrid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Этикет, правила сервировки стола. Защита проекта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5. Технологии обработки материалов и пищевых продуктов: Технологии обработки текстильных материалов</w:t>
            </w: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Текстильные материалы, получение свойства. Ткани, ткацкие переплетения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Швейная машина, её устройство. Виды машинных швов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86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5.4.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Чертёж выкроек швейного изделия. Раскрой швейного изделия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5.5.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 w:rsidTr="001F3EFF">
        <w:trPr>
          <w:trHeight w:hRule="exact" w:val="6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5.6.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45" w:lineRule="auto"/>
              <w:ind w:left="72" w:right="864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Оценка качества изготовления проектного швейного изделия. Влажно-тепловая обработка швов, готового изделия.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Защита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Модуль</w:t>
            </w:r>
            <w:proofErr w:type="spellEnd"/>
            <w:r w:rsidR="00D86FA4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6.Робототехника</w:t>
            </w: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Введение в робототехнику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6.2.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Алгоритмы и исполнители. Роботы как 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6.3.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Основы логики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 w:rsidTr="001F3EFF">
        <w:trPr>
          <w:trHeight w:hRule="exact" w:val="67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6.4.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Роботы как исполнители.</w:t>
            </w:r>
          </w:p>
          <w:p w:rsidR="00A41CD3" w:rsidRPr="008F72A2" w:rsidRDefault="00C61580">
            <w:pPr>
              <w:autoSpaceDE w:val="0"/>
              <w:autoSpaceDN w:val="0"/>
              <w:spacing w:before="20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Простейшие механические роботы-исполнители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6.5.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 w:rsidP="001F3EFF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Роботы как исполнители.</w:t>
            </w:r>
            <w:r w:rsidR="001F3EF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Простейшие механические роботы-исполнители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1F3EF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1F3EF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  <w:lang w:val="ru-RU"/>
              </w:rPr>
            </w:pPr>
            <w:r w:rsidRPr="001F3EF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6.6.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1F3EF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Элементная база робототехники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1F3EF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1F3EF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8F72A2" w:rsidTr="001F3EFF">
        <w:trPr>
          <w:trHeight w:hRule="exact" w:val="6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  <w:lang w:val="ru-RU"/>
              </w:rPr>
            </w:pPr>
            <w:r w:rsidRPr="001F3EF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6.7.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 w:rsidP="001F3EFF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Роботы: конструирование и управление.</w:t>
            </w:r>
            <w:r w:rsidR="001F3EF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Механические, электротехнические и робототехнические конструкторы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6.8.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 w:rsidP="001F3EFF">
            <w:pPr>
              <w:autoSpaceDE w:val="0"/>
              <w:autoSpaceDN w:val="0"/>
              <w:spacing w:before="78" w:after="0" w:line="245" w:lineRule="auto"/>
              <w:ind w:left="72" w:right="-43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Роботы: конструирование и управление. </w:t>
            </w:r>
            <w:r w:rsidR="001F3EF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Простые модели с элементами управления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 w:rsidTr="001F3EFF">
        <w:trPr>
          <w:trHeight w:hRule="exact" w:val="59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6.9.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 w:rsidP="001F3EFF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Роботы: конструирование и управление.</w:t>
            </w:r>
            <w:r w:rsidR="001F3EF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Электронные модели с элементами управления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1F3EF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1F3EF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 w:rsidTr="00D86FA4">
        <w:trPr>
          <w:trHeight w:hRule="exact" w:val="71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  <w:lang w:val="ru-RU"/>
              </w:rPr>
            </w:pPr>
            <w:r w:rsidRPr="001F3EF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6.10.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Роботы: конструирование и управление.</w:t>
            </w:r>
          </w:p>
          <w:p w:rsidR="00A41CD3" w:rsidRPr="008F72A2" w:rsidRDefault="00C61580">
            <w:pPr>
              <w:autoSpaceDE w:val="0"/>
              <w:autoSpaceDN w:val="0"/>
              <w:spacing w:before="20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Электронные модели с элементами управления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1F3EF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1F3EF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50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1F3EF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1F3EF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1F3EFF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</w:tr>
    </w:tbl>
    <w:p w:rsidR="001F3EFF" w:rsidRDefault="001F3EFF">
      <w:pPr>
        <w:autoSpaceDE w:val="0"/>
        <w:autoSpaceDN w:val="0"/>
        <w:spacing w:before="188" w:after="94" w:line="23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A41CD3" w:rsidRPr="008F72A2" w:rsidRDefault="00C61580">
      <w:pPr>
        <w:autoSpaceDE w:val="0"/>
        <w:autoSpaceDN w:val="0"/>
        <w:spacing w:before="188" w:after="94" w:line="230" w:lineRule="auto"/>
        <w:rPr>
          <w:sz w:val="24"/>
          <w:szCs w:val="24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</w:rPr>
        <w:t>2 ПОДГРУППА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8"/>
        <w:gridCol w:w="8606"/>
        <w:gridCol w:w="528"/>
        <w:gridCol w:w="1332"/>
        <w:gridCol w:w="1358"/>
        <w:gridCol w:w="3122"/>
      </w:tblGrid>
      <w:tr w:rsidR="00A41CD3" w:rsidRPr="008F72A2" w:rsidTr="001F3EFF">
        <w:trPr>
          <w:trHeight w:hRule="exact" w:val="348"/>
        </w:trPr>
        <w:tc>
          <w:tcPr>
            <w:tcW w:w="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45" w:lineRule="auto"/>
              <w:ind w:right="144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lastRenderedPageBreak/>
              <w:t>№</w:t>
            </w:r>
            <w:r w:rsidRPr="008F72A2">
              <w:rPr>
                <w:sz w:val="24"/>
                <w:szCs w:val="24"/>
              </w:rPr>
              <w:br/>
            </w: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8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45" w:lineRule="auto"/>
              <w:ind w:left="72" w:right="115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41CD3" w:rsidRPr="008F72A2" w:rsidTr="00D86FA4">
        <w:trPr>
          <w:trHeight w:hRule="exact" w:val="1022"/>
        </w:trPr>
        <w:tc>
          <w:tcPr>
            <w:tcW w:w="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8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45" w:lineRule="auto"/>
              <w:ind w:left="72" w:right="288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45" w:lineRule="auto"/>
              <w:ind w:left="72" w:right="288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3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155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Модуль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1.Производство и </w:t>
            </w: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технологии</w:t>
            </w:r>
            <w:proofErr w:type="spellEnd"/>
          </w:p>
        </w:tc>
      </w:tr>
      <w:tr w:rsidR="00A41CD3" w:rsidRPr="001F3EFF" w:rsidTr="001F3EFF">
        <w:trPr>
          <w:trHeight w:hRule="exact" w:val="732"/>
        </w:trPr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Потребности человека и технологии. Технологии вокруг нас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D86FA4" w:rsidRPr="001F3EFF" w:rsidTr="001F3EFF">
        <w:trPr>
          <w:trHeight w:hRule="exact" w:val="734"/>
        </w:trPr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Техносфера и её элементы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D86FA4" w:rsidRPr="001F3EFF" w:rsidTr="001F3EFF">
        <w:trPr>
          <w:trHeight w:hRule="exact" w:val="732"/>
        </w:trPr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D86FA4" w:rsidRPr="001F3EFF" w:rsidTr="001F3EFF">
        <w:trPr>
          <w:trHeight w:hRule="exact" w:val="732"/>
        </w:trPr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Когнитивные технологии. Проектирование и проекты.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Этапы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выполнения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A41CD3" w:rsidRPr="008F72A2">
        <w:trPr>
          <w:trHeight w:hRule="exact" w:val="348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155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Модуль </w:t>
            </w:r>
            <w:proofErr w:type="gram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2.Компьютерная</w:t>
            </w:r>
            <w:proofErr w:type="gram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графика. Черчение</w:t>
            </w:r>
          </w:p>
        </w:tc>
      </w:tr>
      <w:tr w:rsidR="00D86FA4" w:rsidRPr="001F3EFF" w:rsidTr="001F3EFF">
        <w:trPr>
          <w:trHeight w:hRule="exact" w:val="732"/>
        </w:trPr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Основы графической грамоты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D86FA4" w:rsidRPr="001F3EFF" w:rsidTr="001F3EFF">
        <w:trPr>
          <w:trHeight w:hRule="exact" w:val="734"/>
        </w:trPr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Графические изображения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D86FA4" w:rsidRPr="001F3EFF" w:rsidTr="001F3EFF">
        <w:trPr>
          <w:trHeight w:hRule="exact" w:val="732"/>
        </w:trPr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Основные элементы графических изображений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D86FA4" w:rsidRPr="001F3EFF" w:rsidTr="001F3EFF">
        <w:trPr>
          <w:trHeight w:hRule="exact" w:val="732"/>
        </w:trPr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Правила построения чертежей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A41CD3" w:rsidRPr="008F72A2">
        <w:trPr>
          <w:trHeight w:hRule="exact" w:val="348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155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3. Технологии обработки материалов и пищевых продуктов: Технологии обработки конструкционных материалов</w:t>
            </w:r>
          </w:p>
        </w:tc>
      </w:tr>
      <w:tr w:rsidR="00D86FA4" w:rsidRPr="001F3EFF" w:rsidTr="001F3EFF">
        <w:trPr>
          <w:trHeight w:hRule="exact" w:val="732"/>
        </w:trPr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Технология, её основные составляющие. Бумага и её свойства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D86FA4" w:rsidRPr="001F3EFF" w:rsidTr="001F3EFF">
        <w:trPr>
          <w:trHeight w:hRule="exact" w:val="734"/>
        </w:trPr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Древесина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D86FA4" w:rsidRPr="001F3EFF" w:rsidTr="001F3EFF">
        <w:trPr>
          <w:trHeight w:hRule="exact" w:val="732"/>
        </w:trPr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Народные промыслы по обработке древесины. Ручной инструмент для обработки древесины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D86FA4" w:rsidRPr="001F3EFF" w:rsidTr="001F3EFF">
        <w:trPr>
          <w:trHeight w:hRule="exact" w:val="712"/>
        </w:trPr>
        <w:tc>
          <w:tcPr>
            <w:tcW w:w="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8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Приёмы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D86FA4" w:rsidRPr="001F3EFF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8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Декорирование древесины. Приёмы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тонирования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и лакирования изделий из древесины.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Качество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изделия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.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оценка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качества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изделий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из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древесины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D86FA4" w:rsidRPr="001F3EFF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8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5" w:lineRule="auto"/>
              <w:ind w:left="72" w:right="-43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Профессии, связанные с производством и обработкой древесины. Защита проекта «Изделие из древесины»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A41CD3" w:rsidRPr="008F72A2">
        <w:trPr>
          <w:trHeight w:hRule="exact" w:val="350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155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4. Технологии обработки материалов и пищевых продуктов: Технологии обработки пищевых продуктов</w:t>
            </w:r>
          </w:p>
        </w:tc>
      </w:tr>
      <w:tr w:rsidR="00D86FA4" w:rsidRPr="001F3EFF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8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Основы рационального питания. Технология приготовления блюд из яиц, круп, овощей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D86FA4" w:rsidRPr="001F3EFF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8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D86FA4" w:rsidRPr="001F3EFF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8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Этикет, правила сервировки стола. Защита проекта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A41CD3" w:rsidRPr="008F72A2">
        <w:trPr>
          <w:trHeight w:hRule="exact" w:val="348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14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15502" w:type="dxa"/>
            <w:gridSpan w:val="7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5. Технологии обработки материалов и пищевых продуктов: Технологии обработки текстильных материалов</w:t>
            </w:r>
          </w:p>
        </w:tc>
      </w:tr>
      <w:tr w:rsidR="00D86FA4" w:rsidRPr="001F3EFF">
        <w:trPr>
          <w:trHeight w:hRule="exact" w:val="73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8694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Текстильные материалы, получение свойства. Ткани, ткацкие переплетения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2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D86FA4" w:rsidRPr="001F3EFF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8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Швейная машина, её устройство. Виды машинных швов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D86FA4" w:rsidRPr="001F3EFF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8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D86FA4" w:rsidRPr="001F3EFF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5.4.</w:t>
            </w:r>
          </w:p>
        </w:tc>
        <w:tc>
          <w:tcPr>
            <w:tcW w:w="8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Чертёж выкроек швейного изделия. Раскрой швейного изделия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D86FA4" w:rsidRPr="001F3EFF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5.5.</w:t>
            </w:r>
          </w:p>
        </w:tc>
        <w:tc>
          <w:tcPr>
            <w:tcW w:w="8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D86FA4" w:rsidRPr="001F3EFF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5.6.</w:t>
            </w:r>
          </w:p>
        </w:tc>
        <w:tc>
          <w:tcPr>
            <w:tcW w:w="8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5" w:lineRule="auto"/>
              <w:ind w:left="72" w:right="864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Оценка качества изготовления проектного швейного изделия. Влажно-тепловая обработка швов, готового изделия.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Защита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A41CD3" w:rsidRPr="008F72A2">
        <w:trPr>
          <w:trHeight w:hRule="exact" w:val="348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24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28"/>
        </w:trPr>
        <w:tc>
          <w:tcPr>
            <w:tcW w:w="155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Модуль 6.Робототехника</w:t>
            </w:r>
          </w:p>
        </w:tc>
      </w:tr>
    </w:tbl>
    <w:p w:rsidR="00A41CD3" w:rsidRPr="008F72A2" w:rsidRDefault="00A41CD3">
      <w:pPr>
        <w:autoSpaceDE w:val="0"/>
        <w:autoSpaceDN w:val="0"/>
        <w:spacing w:after="66" w:line="220" w:lineRule="exact"/>
        <w:rPr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694"/>
        <w:gridCol w:w="528"/>
        <w:gridCol w:w="1332"/>
        <w:gridCol w:w="1358"/>
        <w:gridCol w:w="3122"/>
      </w:tblGrid>
      <w:tr w:rsidR="00D86FA4" w:rsidRPr="001F3EFF">
        <w:trPr>
          <w:trHeight w:hRule="exact" w:val="8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Введение в робототехнику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, 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D86FA4" w:rsidRPr="001F3EFF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6.2.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Алгоритмы и исполнители. Роботы как 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D86FA4" w:rsidRDefault="00D86FA4" w:rsidP="00D86FA4">
            <w:pPr>
              <w:rPr>
                <w:lang w:val="ru-RU"/>
              </w:rPr>
            </w:pPr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992E38">
              <w:rPr>
                <w:sz w:val="24"/>
                <w:szCs w:val="24"/>
                <w:lang w:val="ru-RU"/>
              </w:rPr>
              <w:br/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, ЦОР</w:t>
            </w:r>
          </w:p>
        </w:tc>
      </w:tr>
      <w:tr w:rsidR="00D86FA4" w:rsidRPr="001F3EFF">
        <w:trPr>
          <w:trHeight w:hRule="exact" w:val="73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4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6.3.</w:t>
            </w:r>
          </w:p>
        </w:tc>
        <w:tc>
          <w:tcPr>
            <w:tcW w:w="86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Основы логики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D86FA4" w:rsidRDefault="00D86FA4" w:rsidP="00D86FA4">
            <w:pPr>
              <w:rPr>
                <w:lang w:val="ru-RU"/>
              </w:rPr>
            </w:pPr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992E38">
              <w:rPr>
                <w:sz w:val="24"/>
                <w:szCs w:val="24"/>
                <w:lang w:val="ru-RU"/>
              </w:rPr>
              <w:br/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, ЦОР</w:t>
            </w:r>
          </w:p>
        </w:tc>
      </w:tr>
      <w:tr w:rsidR="00D86FA4" w:rsidRPr="001F3EFF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6.4.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Роботы как исполнители.</w:t>
            </w:r>
          </w:p>
          <w:p w:rsidR="00D86FA4" w:rsidRPr="008F72A2" w:rsidRDefault="00D86FA4" w:rsidP="00D86FA4">
            <w:pPr>
              <w:autoSpaceDE w:val="0"/>
              <w:autoSpaceDN w:val="0"/>
              <w:spacing w:before="18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Простейшие механические роботы-исполнители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D86FA4" w:rsidRDefault="00D86FA4" w:rsidP="00D86FA4">
            <w:pPr>
              <w:rPr>
                <w:lang w:val="ru-RU"/>
              </w:rPr>
            </w:pPr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992E38">
              <w:rPr>
                <w:sz w:val="24"/>
                <w:szCs w:val="24"/>
                <w:lang w:val="ru-RU"/>
              </w:rPr>
              <w:br/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, ЦОР</w:t>
            </w:r>
          </w:p>
        </w:tc>
      </w:tr>
      <w:tr w:rsidR="00D86FA4" w:rsidRPr="001F3EFF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6.5.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Роботы как исполнители.</w:t>
            </w:r>
          </w:p>
          <w:p w:rsidR="00D86FA4" w:rsidRPr="008F72A2" w:rsidRDefault="00D86FA4" w:rsidP="00D86FA4">
            <w:pPr>
              <w:autoSpaceDE w:val="0"/>
              <w:autoSpaceDN w:val="0"/>
              <w:spacing w:before="20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Простейшие механические роботы-исполнители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D86FA4" w:rsidRDefault="00D86FA4" w:rsidP="00D86FA4">
            <w:pPr>
              <w:rPr>
                <w:lang w:val="ru-RU"/>
              </w:rPr>
            </w:pPr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992E38">
              <w:rPr>
                <w:sz w:val="24"/>
                <w:szCs w:val="24"/>
                <w:lang w:val="ru-RU"/>
              </w:rPr>
              <w:br/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, ЦОР</w:t>
            </w:r>
          </w:p>
        </w:tc>
      </w:tr>
      <w:tr w:rsidR="00D86FA4" w:rsidRPr="001F3EFF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6.6.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Элементная база робототехники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D86FA4" w:rsidRDefault="00D86FA4" w:rsidP="00D86FA4">
            <w:pPr>
              <w:rPr>
                <w:lang w:val="ru-RU"/>
              </w:rPr>
            </w:pPr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992E38">
              <w:rPr>
                <w:sz w:val="24"/>
                <w:szCs w:val="24"/>
                <w:lang w:val="ru-RU"/>
              </w:rPr>
              <w:br/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, ЦОР</w:t>
            </w:r>
          </w:p>
        </w:tc>
      </w:tr>
      <w:tr w:rsidR="00D86FA4" w:rsidRPr="001F3EFF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6.7.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Роботы: конструирование и управление.</w:t>
            </w:r>
          </w:p>
          <w:p w:rsidR="00D86FA4" w:rsidRPr="008F72A2" w:rsidRDefault="00D86FA4" w:rsidP="00D86FA4">
            <w:pPr>
              <w:autoSpaceDE w:val="0"/>
              <w:autoSpaceDN w:val="0"/>
              <w:spacing w:before="20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Механические, электротехнические и робототехнические конструкторы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D86FA4" w:rsidRDefault="00D86FA4" w:rsidP="00D86FA4">
            <w:pPr>
              <w:rPr>
                <w:lang w:val="ru-RU"/>
              </w:rPr>
            </w:pPr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992E38">
              <w:rPr>
                <w:sz w:val="24"/>
                <w:szCs w:val="24"/>
                <w:lang w:val="ru-RU"/>
              </w:rPr>
              <w:br/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, ЦОР</w:t>
            </w:r>
          </w:p>
        </w:tc>
      </w:tr>
      <w:tr w:rsidR="00D86FA4" w:rsidRPr="001F3EFF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6.8.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45" w:lineRule="auto"/>
              <w:ind w:left="72" w:right="5760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Роботы: конструирование и управление. </w:t>
            </w:r>
            <w:r w:rsidRPr="008F72A2">
              <w:rPr>
                <w:sz w:val="24"/>
                <w:szCs w:val="24"/>
                <w:lang w:val="ru-RU"/>
              </w:rPr>
              <w:br/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Простые модели с элементами управления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D86FA4" w:rsidRDefault="00D86FA4" w:rsidP="00D86FA4">
            <w:pPr>
              <w:rPr>
                <w:lang w:val="ru-RU"/>
              </w:rPr>
            </w:pPr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992E38">
              <w:rPr>
                <w:sz w:val="24"/>
                <w:szCs w:val="24"/>
                <w:lang w:val="ru-RU"/>
              </w:rPr>
              <w:br/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, ЦОР</w:t>
            </w:r>
          </w:p>
        </w:tc>
      </w:tr>
      <w:tr w:rsidR="00D86FA4" w:rsidRPr="001F3EFF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6.9.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Роботы: конструирование и управление.</w:t>
            </w:r>
          </w:p>
          <w:p w:rsidR="00D86FA4" w:rsidRPr="008F72A2" w:rsidRDefault="00D86FA4" w:rsidP="00D86FA4">
            <w:pPr>
              <w:autoSpaceDE w:val="0"/>
              <w:autoSpaceDN w:val="0"/>
              <w:spacing w:before="18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Электронные модели с элементами управления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D86FA4" w:rsidRDefault="00D86FA4" w:rsidP="00D86FA4">
            <w:pPr>
              <w:rPr>
                <w:lang w:val="ru-RU"/>
              </w:rPr>
            </w:pPr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992E38">
              <w:rPr>
                <w:sz w:val="24"/>
                <w:szCs w:val="24"/>
                <w:lang w:val="ru-RU"/>
              </w:rPr>
              <w:br/>
            </w:r>
            <w:proofErr w:type="spellStart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 w:rsidRPr="00992E3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, ЦОР</w:t>
            </w:r>
          </w:p>
        </w:tc>
      </w:tr>
      <w:tr w:rsidR="00D86FA4" w:rsidRPr="001F3EFF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6.10.</w:t>
            </w:r>
          </w:p>
        </w:tc>
        <w:tc>
          <w:tcPr>
            <w:tcW w:w="8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Роботы: конструирование и управление.</w:t>
            </w:r>
          </w:p>
          <w:p w:rsidR="00D86FA4" w:rsidRPr="008F72A2" w:rsidRDefault="00D86FA4" w:rsidP="00D86FA4">
            <w:pPr>
              <w:autoSpaceDE w:val="0"/>
              <w:autoSpaceDN w:val="0"/>
              <w:spacing w:before="20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Электронные модели с элементами управления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6FA4" w:rsidRPr="008F72A2" w:rsidRDefault="00D86FA4" w:rsidP="00D86FA4">
            <w:pPr>
              <w:autoSpaceDE w:val="0"/>
              <w:autoSpaceDN w:val="0"/>
              <w:spacing w:before="78" w:after="0" w:line="247" w:lineRule="auto"/>
              <w:ind w:left="72" w:right="-231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resh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8F72A2">
              <w:rPr>
                <w:sz w:val="24"/>
                <w:szCs w:val="24"/>
                <w:lang w:val="ru-RU"/>
              </w:rPr>
              <w:br/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, 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ЦОР</w:t>
            </w:r>
          </w:p>
        </w:tc>
      </w:tr>
      <w:tr w:rsidR="00A41CD3" w:rsidRPr="008F72A2">
        <w:trPr>
          <w:trHeight w:hRule="exact" w:val="348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68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33</w:t>
            </w:r>
          </w:p>
        </w:tc>
      </w:tr>
    </w:tbl>
    <w:p w:rsidR="00A41CD3" w:rsidRPr="008F72A2" w:rsidRDefault="00C61580" w:rsidP="008F72A2">
      <w:pPr>
        <w:autoSpaceDE w:val="0"/>
        <w:autoSpaceDN w:val="0"/>
        <w:spacing w:before="188" w:after="94" w:line="338" w:lineRule="auto"/>
        <w:ind w:right="8163"/>
        <w:rPr>
          <w:sz w:val="24"/>
          <w:szCs w:val="24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6 КЛАСС </w:t>
      </w:r>
      <w:r w:rsidR="00D86FA4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    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</w:rPr>
        <w:t>1 ПОДГРУППА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7564"/>
        <w:gridCol w:w="528"/>
        <w:gridCol w:w="1586"/>
        <w:gridCol w:w="1632"/>
        <w:gridCol w:w="3724"/>
      </w:tblGrid>
      <w:tr w:rsidR="00A41CD3" w:rsidRPr="008F72A2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45" w:lineRule="auto"/>
              <w:ind w:right="144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8F72A2">
              <w:rPr>
                <w:sz w:val="24"/>
                <w:szCs w:val="24"/>
              </w:rPr>
              <w:br/>
            </w: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7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3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41CD3" w:rsidRPr="008F72A2" w:rsidTr="00D86FA4">
        <w:trPr>
          <w:trHeight w:hRule="exact" w:val="990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45" w:lineRule="auto"/>
              <w:ind w:left="74" w:right="43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2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Модуль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1.Производство и </w:t>
            </w: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технологии</w:t>
            </w:r>
            <w:proofErr w:type="spellEnd"/>
          </w:p>
        </w:tc>
      </w:tr>
    </w:tbl>
    <w:p w:rsidR="00A41CD3" w:rsidRPr="008F72A2" w:rsidRDefault="00A41CD3">
      <w:pPr>
        <w:autoSpaceDE w:val="0"/>
        <w:autoSpaceDN w:val="0"/>
        <w:spacing w:after="0" w:line="14" w:lineRule="exact"/>
        <w:rPr>
          <w:sz w:val="24"/>
          <w:szCs w:val="24"/>
        </w:rPr>
      </w:pPr>
    </w:p>
    <w:p w:rsidR="00A41CD3" w:rsidRPr="008F72A2" w:rsidRDefault="00A41CD3">
      <w:pPr>
        <w:rPr>
          <w:sz w:val="24"/>
          <w:szCs w:val="24"/>
        </w:rPr>
        <w:sectPr w:rsidR="00A41CD3" w:rsidRPr="008F72A2">
          <w:pgSz w:w="16840" w:h="11900"/>
          <w:pgMar w:top="284" w:right="640" w:bottom="43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41CD3" w:rsidRPr="008F72A2" w:rsidRDefault="00A41CD3">
      <w:pPr>
        <w:autoSpaceDE w:val="0"/>
        <w:autoSpaceDN w:val="0"/>
        <w:spacing w:after="66" w:line="220" w:lineRule="exact"/>
        <w:rPr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7564"/>
        <w:gridCol w:w="528"/>
        <w:gridCol w:w="1586"/>
        <w:gridCol w:w="1632"/>
        <w:gridCol w:w="3724"/>
      </w:tblGrid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Модели и моделирование. Модели технических устройств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Информационные технологии. Перспективные технологии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8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50"/>
        </w:trPr>
        <w:tc>
          <w:tcPr>
            <w:tcW w:w="1550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Модуль2. Компьютерная графика. Черчение</w:t>
            </w: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Чертежи, чертёжные инструменты и приспособления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Компьютерная графика. Графический редактор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Инструменты графического редактора. Создание эскиза в графическом редакторе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Инструменты графического редактора. Создание печатной продукции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8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3. Технологии обработки материалов и пищевых продуктов: Технологии обработки конструкционных материалов</w:t>
            </w: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Металлы. Получение, свойства металлов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Технологии изготовления изделий. Операции: резание, гибка тонколистового металла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Технология получения отверстий в заготовках из металлов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Технология сборки изделий из тонколистового металла, проволоки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Качество изделия. Контроль и оценка качества изделий из металла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3.7.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Профессии, связанные с производством и обработкой металлов. Защита проекта «Изделие из металла»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8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4. Технологии обработки материалов и пищевых продуктов: Технологии обработки пищевых продуктов</w:t>
            </w:r>
          </w:p>
        </w:tc>
      </w:tr>
      <w:tr w:rsidR="00A41CD3" w:rsidRPr="001F3EF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Основы рационального питания: молоко и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лочные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продукты в питании; тесто, виды теста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 w:rsidTr="00D86FA4">
        <w:trPr>
          <w:trHeight w:hRule="exact" w:val="7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Технологии приготовления блюд из молока и молочных продуктов. Технологии приготовления разных видов теста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Профессии кондитер, хлебопёк. Защита проекта по теме «Технологии обработки пищевых продуктов»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8F72A2">
        <w:trPr>
          <w:trHeight w:hRule="exact" w:val="350"/>
        </w:trPr>
        <w:tc>
          <w:tcPr>
            <w:tcW w:w="803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942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5. Технологии обработки материалов и пищевых продуктов: Технологии обработки текстильных материалов</w:t>
            </w: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Одежда. Мода и стиль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5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1CD3" w:rsidRPr="008F72A2" w:rsidRDefault="00A41CD3">
      <w:pPr>
        <w:autoSpaceDE w:val="0"/>
        <w:autoSpaceDN w:val="0"/>
        <w:spacing w:after="0" w:line="14" w:lineRule="exact"/>
        <w:rPr>
          <w:sz w:val="24"/>
          <w:szCs w:val="24"/>
          <w:lang w:val="ru-RU"/>
        </w:rPr>
      </w:pPr>
    </w:p>
    <w:p w:rsidR="00A41CD3" w:rsidRPr="008F72A2" w:rsidRDefault="00A41CD3">
      <w:pPr>
        <w:rPr>
          <w:sz w:val="24"/>
          <w:szCs w:val="24"/>
          <w:lang w:val="ru-RU"/>
        </w:rPr>
        <w:sectPr w:rsidR="00A41CD3" w:rsidRPr="008F72A2">
          <w:pgSz w:w="16840" w:h="11900"/>
          <w:pgMar w:top="284" w:right="640" w:bottom="43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41CD3" w:rsidRPr="008F72A2" w:rsidRDefault="00A41CD3">
      <w:pPr>
        <w:autoSpaceDE w:val="0"/>
        <w:autoSpaceDN w:val="0"/>
        <w:spacing w:after="66" w:line="220" w:lineRule="exact"/>
        <w:rPr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7564"/>
        <w:gridCol w:w="528"/>
        <w:gridCol w:w="1586"/>
        <w:gridCol w:w="1632"/>
        <w:gridCol w:w="3724"/>
      </w:tblGrid>
      <w:tr w:rsidR="00A41CD3" w:rsidRPr="001F3EF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5.4.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5.5.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Декоративная отделка швейных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5.6.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Оценка качества проектного швейного изделия.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Защита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8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Модуль 6.Робототехника</w:t>
            </w:r>
          </w:p>
        </w:tc>
      </w:tr>
      <w:tr w:rsidR="00A41CD3" w:rsidRPr="008F72A2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7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Классификация роботов. Транспортные роботы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6.2.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Роботы: конструирование и управление. Простые модели с элементами управления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6.3.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Алгоритмы и исполнители. Роботы как 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6.4.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6.5.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6.6.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6.7.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Движение модели транспортного робота. Программирование робота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6.8.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Движение модели транспортного робота. Программирование робота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6.9.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6.10.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Испытание модели робота. Защита проекта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50"/>
        </w:trPr>
        <w:tc>
          <w:tcPr>
            <w:tcW w:w="8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8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4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</w:tr>
    </w:tbl>
    <w:p w:rsidR="00A41CD3" w:rsidRPr="008F72A2" w:rsidRDefault="00C61580">
      <w:pPr>
        <w:autoSpaceDE w:val="0"/>
        <w:autoSpaceDN w:val="0"/>
        <w:spacing w:before="188" w:after="94" w:line="230" w:lineRule="auto"/>
        <w:rPr>
          <w:sz w:val="24"/>
          <w:szCs w:val="24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</w:rPr>
        <w:t>2 ПОДГРУППА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7564"/>
        <w:gridCol w:w="528"/>
        <w:gridCol w:w="1586"/>
        <w:gridCol w:w="1632"/>
        <w:gridCol w:w="3724"/>
      </w:tblGrid>
      <w:tr w:rsidR="00A41CD3" w:rsidRPr="008F72A2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45" w:lineRule="auto"/>
              <w:ind w:right="144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8F72A2">
              <w:rPr>
                <w:sz w:val="24"/>
                <w:szCs w:val="24"/>
              </w:rPr>
              <w:br/>
            </w: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7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3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41CD3" w:rsidRPr="008F72A2" w:rsidTr="00D86FA4">
        <w:trPr>
          <w:trHeight w:hRule="exact" w:val="986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7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45" w:lineRule="auto"/>
              <w:ind w:left="74" w:right="43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3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Модуль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1.Производство и </w:t>
            </w: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технологии</w:t>
            </w:r>
            <w:proofErr w:type="spellEnd"/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Модели и моделирование. Модели технических устройств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4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7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Информационные технологии. Перспективные технологии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8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Модуль2. Компьютерная графика. Черчение</w:t>
            </w: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Чертежи, чертёжные инструменты и приспособления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Компьютерная графика. Графический редактор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Инструменты графического редактора. Создание эскиза в графическом редакторе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Инструменты графического редактора. Создание печатной продукции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8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3. Технологии обработки материалов и пищевых продуктов: Технологии обработки конструкционных материалов</w:t>
            </w: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Металлы. Получение, свойства металлов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7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Технологии изготовления изделий. Операции: резание, гибка тонколистового металла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Технология получения отверстий в заготовках из металлов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Технология сборки изделий из тонколистового металла, проволоки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Качество изделия. Контроль и оценка качества изделий из металла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3.7.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Профессии, связанные с производством и обработкой металлов. Защита проекта «Изделие из металла»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8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4. Технологии обработки материалов и пищевых продуктов: Технологии обработки пищевых продуктов</w:t>
            </w:r>
          </w:p>
        </w:tc>
      </w:tr>
      <w:tr w:rsidR="00A41CD3" w:rsidRPr="001F3EF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Основы рационального питания: молоко и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лочные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продукты в питании; тесто, виды теста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 w:rsidTr="00D86FA4">
        <w:trPr>
          <w:trHeight w:hRule="exact" w:val="6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Технологии приготовления блюд из молока и молочных продуктов. Технологии приготовления разных видов теста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Профессии кондитер, хлебопёк. Защита проекта по теме «Технологии обработки пищевых продуктов»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8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5. Технологии обработки материалов и пищевых продуктов: Технологии обработки текстильных материалов</w:t>
            </w: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Одежда. Мода и стиль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5.4.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5.5.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Декоративная отделка швейных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5.6.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Оценка качества проектного швейного изделия.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Защита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50"/>
        </w:trPr>
        <w:tc>
          <w:tcPr>
            <w:tcW w:w="803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942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Модуль 6.Робототехника</w:t>
            </w: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Классификация роботов. Транспортные роботы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 w:rsidTr="00D86FA4">
        <w:trPr>
          <w:trHeight w:hRule="exact" w:val="64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6.2.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Роботы: конструирование и управление. Простые модели с элементами управления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6.3.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Алгоритмы и исполнители. Роботы как 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</w:tbl>
    <w:p w:rsidR="00A41CD3" w:rsidRPr="008F72A2" w:rsidRDefault="00A41CD3">
      <w:pPr>
        <w:autoSpaceDE w:val="0"/>
        <w:autoSpaceDN w:val="0"/>
        <w:spacing w:after="0" w:line="14" w:lineRule="exact"/>
        <w:rPr>
          <w:sz w:val="24"/>
          <w:szCs w:val="24"/>
        </w:rPr>
      </w:pPr>
    </w:p>
    <w:p w:rsidR="00A41CD3" w:rsidRPr="008F72A2" w:rsidRDefault="00A41CD3">
      <w:pPr>
        <w:rPr>
          <w:sz w:val="24"/>
          <w:szCs w:val="24"/>
        </w:rPr>
        <w:sectPr w:rsidR="00A41CD3" w:rsidRPr="008F72A2">
          <w:pgSz w:w="16840" w:h="11900"/>
          <w:pgMar w:top="284" w:right="640" w:bottom="44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41CD3" w:rsidRPr="008F72A2" w:rsidRDefault="00A41CD3">
      <w:pPr>
        <w:autoSpaceDE w:val="0"/>
        <w:autoSpaceDN w:val="0"/>
        <w:spacing w:after="66" w:line="220" w:lineRule="exact"/>
        <w:rPr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7564"/>
        <w:gridCol w:w="528"/>
        <w:gridCol w:w="1586"/>
        <w:gridCol w:w="1632"/>
        <w:gridCol w:w="3724"/>
      </w:tblGrid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6.4.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6.5.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6.6.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6.7.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Движение модели транспортного робота. Программирование робота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6.8.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Движение модели транспортного робота. Программирование робота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6.9.</w:t>
            </w:r>
          </w:p>
        </w:tc>
        <w:tc>
          <w:tcPr>
            <w:tcW w:w="7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6.10.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Испытание модели робота. Защита проекта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8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8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4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</w:tr>
    </w:tbl>
    <w:p w:rsidR="00A41CD3" w:rsidRPr="008F72A2" w:rsidRDefault="00C61580" w:rsidP="008F72A2">
      <w:pPr>
        <w:autoSpaceDE w:val="0"/>
        <w:autoSpaceDN w:val="0"/>
        <w:spacing w:before="188" w:after="92" w:line="338" w:lineRule="auto"/>
        <w:ind w:right="10431"/>
        <w:rPr>
          <w:sz w:val="24"/>
          <w:szCs w:val="24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7 КЛАСС </w:t>
      </w:r>
      <w:r w:rsidR="00D86FA4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     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</w:rPr>
        <w:t>1 ПОДГРУППА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7576"/>
        <w:gridCol w:w="528"/>
        <w:gridCol w:w="1610"/>
        <w:gridCol w:w="1644"/>
        <w:gridCol w:w="3748"/>
      </w:tblGrid>
      <w:tr w:rsidR="00A41CD3" w:rsidRPr="008F72A2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45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8F72A2">
              <w:rPr>
                <w:sz w:val="24"/>
                <w:szCs w:val="24"/>
              </w:rPr>
              <w:br/>
            </w: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7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41CD3" w:rsidRPr="008F72A2" w:rsidTr="00D86FA4">
        <w:trPr>
          <w:trHeight w:hRule="exact" w:val="9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45" w:lineRule="auto"/>
              <w:ind w:left="72" w:right="576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Модуль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1. Производство и технологии</w:t>
            </w:r>
          </w:p>
        </w:tc>
      </w:tr>
      <w:tr w:rsidR="00A41CD3" w:rsidRPr="008F72A2">
        <w:trPr>
          <w:trHeight w:hRule="exact" w:val="3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Промышленная эстетика. Дизайн. Народные ремёсла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Современные и перспективные технологии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7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7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Модуль </w:t>
            </w:r>
            <w:proofErr w:type="gram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2.Компьютерная</w:t>
            </w:r>
            <w:proofErr w:type="gram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графика. Черчение</w:t>
            </w: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Графическое изображение деталей и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Система автоматизации проектно-конструкторских работ САПР. Инструменты построения чертежей в САПР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Построение геометрических фигур в графическом редакторе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50"/>
        </w:trPr>
        <w:tc>
          <w:tcPr>
            <w:tcW w:w="797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7002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3. 3</w:t>
            </w: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D</w:t>
            </w: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Макетирование. Типы макетов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Развёртка макета. Разработка графической документации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Объёмные модели. Инструменты создания трёхмерных моделей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41CD3" w:rsidRPr="008F72A2" w:rsidRDefault="00A41CD3">
      <w:pPr>
        <w:autoSpaceDE w:val="0"/>
        <w:autoSpaceDN w:val="0"/>
        <w:spacing w:after="0" w:line="14" w:lineRule="exact"/>
        <w:rPr>
          <w:sz w:val="24"/>
          <w:szCs w:val="24"/>
          <w:lang w:val="ru-RU"/>
        </w:rPr>
      </w:pPr>
    </w:p>
    <w:p w:rsidR="00A41CD3" w:rsidRPr="008F72A2" w:rsidRDefault="00A41CD3">
      <w:pPr>
        <w:rPr>
          <w:sz w:val="24"/>
          <w:szCs w:val="24"/>
          <w:lang w:val="ru-RU"/>
        </w:rPr>
        <w:sectPr w:rsidR="00A41CD3" w:rsidRPr="008F72A2">
          <w:pgSz w:w="16840" w:h="11900"/>
          <w:pgMar w:top="284" w:right="640" w:bottom="4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41CD3" w:rsidRPr="008F72A2" w:rsidRDefault="00A41CD3">
      <w:pPr>
        <w:autoSpaceDE w:val="0"/>
        <w:autoSpaceDN w:val="0"/>
        <w:spacing w:after="66" w:line="220" w:lineRule="exact"/>
        <w:rPr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7576"/>
        <w:gridCol w:w="528"/>
        <w:gridCol w:w="1610"/>
        <w:gridCol w:w="1644"/>
        <w:gridCol w:w="3748"/>
      </w:tblGrid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Сборка бумажного макета. Основные приёмы макетирования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Сборка бумажного макета. Оценка качества макета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7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7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4. Технологии обработки материалов и пищевых продуктов: Технологии обработки конструкционных материалов</w:t>
            </w:r>
          </w:p>
        </w:tc>
      </w:tr>
      <w:tr w:rsidR="00A41CD3" w:rsidRPr="008F72A2" w:rsidTr="00D86FA4">
        <w:trPr>
          <w:trHeight w:hRule="exact" w:val="675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7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45" w:lineRule="auto"/>
              <w:ind w:left="72" w:right="720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Конструкционные материалы древесина, металл, композитные материалы, пластмассы.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Свойства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использование</w:t>
            </w:r>
            <w:proofErr w:type="spellEnd"/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Технологии обработки древесины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Технологии обработки металлов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Технологии обработки пластмассы, других материалов, используемых для выполнения проектной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Технологии обработки пластмассы, других материалов, используемых для выполнения проектной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4.6.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4.7.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7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7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5. Технологии обработки материалов и пищевых продуктов: Технологии обработки пищевых продуктов</w:t>
            </w: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50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7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7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7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6. Технологии обработки материалов и пищевых продуктов: Технологии обработки текстильных материалов</w:t>
            </w: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6.1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7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7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Модуль 7.Робототехника</w:t>
            </w: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7.1.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7.2.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Алгоритмизация и программирование роботов. Роботы как 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8F72A2">
        <w:trPr>
          <w:trHeight w:hRule="exact" w:val="3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7.3.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Языки программирования роботизированных систем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7.4.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7.5.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7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18</w:t>
            </w:r>
          </w:p>
        </w:tc>
        <w:tc>
          <w:tcPr>
            <w:tcW w:w="7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480"/>
        </w:trPr>
        <w:tc>
          <w:tcPr>
            <w:tcW w:w="7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68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5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</w:tbl>
    <w:p w:rsidR="00A41CD3" w:rsidRPr="008F72A2" w:rsidRDefault="00C61580">
      <w:pPr>
        <w:autoSpaceDE w:val="0"/>
        <w:autoSpaceDN w:val="0"/>
        <w:spacing w:before="188" w:after="0" w:line="233" w:lineRule="auto"/>
        <w:rPr>
          <w:sz w:val="24"/>
          <w:szCs w:val="24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</w:rPr>
        <w:t>2 ПОДГРУППА</w:t>
      </w:r>
    </w:p>
    <w:p w:rsidR="00A41CD3" w:rsidRPr="008F72A2" w:rsidRDefault="00A41CD3">
      <w:pPr>
        <w:rPr>
          <w:sz w:val="24"/>
          <w:szCs w:val="24"/>
        </w:rPr>
        <w:sectPr w:rsidR="00A41CD3" w:rsidRPr="008F72A2">
          <w:pgSz w:w="16840" w:h="11900"/>
          <w:pgMar w:top="284" w:right="640" w:bottom="25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41CD3" w:rsidRPr="008F72A2" w:rsidRDefault="00A41CD3">
      <w:pPr>
        <w:autoSpaceDE w:val="0"/>
        <w:autoSpaceDN w:val="0"/>
        <w:spacing w:after="0" w:line="216" w:lineRule="exact"/>
        <w:rPr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7576"/>
        <w:gridCol w:w="528"/>
        <w:gridCol w:w="1610"/>
        <w:gridCol w:w="1644"/>
        <w:gridCol w:w="3748"/>
      </w:tblGrid>
      <w:tr w:rsidR="00A41CD3" w:rsidRPr="008F72A2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45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8F72A2">
              <w:rPr>
                <w:sz w:val="24"/>
                <w:szCs w:val="24"/>
              </w:rPr>
              <w:br/>
            </w: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7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41CD3" w:rsidRPr="008F72A2" w:rsidTr="00D86FA4">
        <w:trPr>
          <w:trHeight w:hRule="exact" w:val="1002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7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45" w:lineRule="auto"/>
              <w:ind w:left="72" w:right="576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3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Модуль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1. Производство и технологии</w:t>
            </w: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Промышленная эстетика. Дизайн. Народные ремёсла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50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7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Современные и перспективные технологии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7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7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Модуль </w:t>
            </w:r>
            <w:proofErr w:type="gram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2.Компьютерная</w:t>
            </w:r>
            <w:proofErr w:type="gram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графика. Черчение</w:t>
            </w: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Графическое изображение деталей и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Система автоматизации проектно-конструкторских работ САПР. Инструменты построения чертежей в САПР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Построение геометрических фигур в графическом редакторе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7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7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3. 3</w:t>
            </w: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D</w:t>
            </w: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Макетирование. Типы макетов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Развёртка макета. Разработка графической документации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Объёмные модели. Инструменты создания трёхмерных моделей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Сборка бумажного макета. Основные приёмы макетирования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Сборка бумажного макета. Оценка качества макета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7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7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4. Технологии обработки материалов и пищевых продуктов: Технологии обработки конструкционных материалов</w:t>
            </w:r>
          </w:p>
        </w:tc>
      </w:tr>
      <w:tr w:rsidR="00A41CD3" w:rsidRPr="008F72A2" w:rsidTr="00D86FA4">
        <w:trPr>
          <w:trHeight w:hRule="exact" w:val="76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45" w:lineRule="auto"/>
              <w:ind w:left="72" w:right="720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Конструкционные материалы древесина, металл, композитные материалы, пластмассы.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Свойства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использование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Технологии обработки древесины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Технологии обработки металлов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Технологии обработки пластмассы, других материалов, используемых для выполнения проектной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Технологии обработки пластмассы, других материалов, используемых для выполнения проектной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4.6.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4.7.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7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18</w:t>
            </w:r>
          </w:p>
        </w:tc>
        <w:tc>
          <w:tcPr>
            <w:tcW w:w="7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5. Технологии обработки материалов и пищевых продуктов: Технологии обработки пищевых продуктов</w:t>
            </w: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1F3EFF">
        <w:trPr>
          <w:trHeight w:hRule="exact" w:val="350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7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7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7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Модуль 6.Робототехника</w:t>
            </w: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6.2.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Алгоритмизация и программирование роботов. Роботы как 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  <w:lang w:val="ru-RU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6.3.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Языки программирования роботизированных систем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6.4.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6.5.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7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18</w:t>
            </w:r>
          </w:p>
        </w:tc>
        <w:tc>
          <w:tcPr>
            <w:tcW w:w="7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7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68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5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</w:tbl>
    <w:p w:rsidR="00A41CD3" w:rsidRPr="008F72A2" w:rsidRDefault="00C61580">
      <w:pPr>
        <w:autoSpaceDE w:val="0"/>
        <w:autoSpaceDN w:val="0"/>
        <w:spacing w:before="188" w:after="94" w:line="233" w:lineRule="auto"/>
        <w:rPr>
          <w:sz w:val="24"/>
          <w:szCs w:val="24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20"/>
        <w:gridCol w:w="6748"/>
        <w:gridCol w:w="564"/>
        <w:gridCol w:w="1778"/>
        <w:gridCol w:w="1824"/>
        <w:gridCol w:w="4168"/>
      </w:tblGrid>
      <w:tr w:rsidR="00A41CD3" w:rsidRPr="008F72A2">
        <w:trPr>
          <w:trHeight w:hRule="exact" w:val="348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45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8F72A2">
              <w:rPr>
                <w:sz w:val="24"/>
                <w:szCs w:val="24"/>
              </w:rPr>
              <w:br/>
            </w: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6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41CD3" w:rsidRPr="008F72A2" w:rsidTr="004A13F6">
        <w:trPr>
          <w:trHeight w:hRule="exact" w:val="636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6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Модуль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1.Производство и </w:t>
            </w: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технологии</w:t>
            </w:r>
            <w:proofErr w:type="spellEnd"/>
          </w:p>
        </w:tc>
      </w:tr>
      <w:tr w:rsidR="00A41CD3" w:rsidRPr="008F72A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Управление в современном производстве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Инновационные предприятия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Рынок труда. Трудовые ресурсы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Выбор профессии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Защита проекта «Мир профессий»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7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7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50"/>
        </w:trPr>
        <w:tc>
          <w:tcPr>
            <w:tcW w:w="1550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Модуль </w:t>
            </w:r>
            <w:proofErr w:type="gram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2.Компьютерная</w:t>
            </w:r>
            <w:proofErr w:type="gram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графика. Черчение</w:t>
            </w:r>
          </w:p>
        </w:tc>
      </w:tr>
      <w:tr w:rsidR="00A41CD3" w:rsidRPr="008F72A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Инструменты для создания 3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D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-моделей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Сложные 3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D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-модели и сборочные чертежи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7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7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2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3. 3</w:t>
            </w: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D</w:t>
            </w: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A41CD3" w:rsidRPr="008F72A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Технологии создания визуальных моделей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Прототипирование. Виды прототипов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Классификация 3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D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-принтеров по конструкции и по назначению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D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-сканер, устройство, использование для создания прототипов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Настройка 3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D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-принтера и печать прототипа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50"/>
        </w:trPr>
        <w:tc>
          <w:tcPr>
            <w:tcW w:w="4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67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3.7.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7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7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Модуль 4.Робототехника</w:t>
            </w:r>
          </w:p>
        </w:tc>
      </w:tr>
      <w:tr w:rsidR="00A41CD3" w:rsidRPr="008F72A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Основные принципы теории автоматического управления и регулирования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Программирование управления датчиками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Программирование движения робота, оборудованного датчиками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Беспроводное управление роботом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4.6.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50"/>
        </w:trPr>
        <w:tc>
          <w:tcPr>
            <w:tcW w:w="7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14</w:t>
            </w:r>
          </w:p>
        </w:tc>
        <w:tc>
          <w:tcPr>
            <w:tcW w:w="7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7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5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</w:tbl>
    <w:p w:rsidR="00A41CD3" w:rsidRPr="008F72A2" w:rsidRDefault="00C61580">
      <w:pPr>
        <w:autoSpaceDE w:val="0"/>
        <w:autoSpaceDN w:val="0"/>
        <w:spacing w:before="188" w:after="94" w:line="230" w:lineRule="auto"/>
        <w:rPr>
          <w:sz w:val="24"/>
          <w:szCs w:val="24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</w:rPr>
        <w:t>9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44"/>
        <w:gridCol w:w="6352"/>
        <w:gridCol w:w="588"/>
        <w:gridCol w:w="1862"/>
        <w:gridCol w:w="1908"/>
        <w:gridCol w:w="4348"/>
      </w:tblGrid>
      <w:tr w:rsidR="00A41CD3" w:rsidRPr="008F72A2" w:rsidTr="007856F8">
        <w:trPr>
          <w:trHeight w:hRule="exact" w:val="348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45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8F72A2">
              <w:rPr>
                <w:sz w:val="24"/>
                <w:szCs w:val="24"/>
              </w:rPr>
              <w:br/>
            </w: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6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3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41CD3" w:rsidRPr="008F72A2" w:rsidTr="007856F8">
        <w:trPr>
          <w:trHeight w:hRule="exact" w:val="7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6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43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lastRenderedPageBreak/>
              <w:t>Модуль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1.Производство и </w:t>
            </w: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технологии</w:t>
            </w:r>
            <w:proofErr w:type="spellEnd"/>
          </w:p>
        </w:tc>
      </w:tr>
      <w:tr w:rsidR="00A41CD3" w:rsidRPr="008F72A2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Предпринимательство. Виды предпринимательской деятельности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Модель реализации бизнес-идеи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Этапы разработки бизнес-проекта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50"/>
        </w:trPr>
        <w:tc>
          <w:tcPr>
            <w:tcW w:w="4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1.5.</w:t>
            </w:r>
          </w:p>
        </w:tc>
        <w:tc>
          <w:tcPr>
            <w:tcW w:w="63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Технологическое предпринимательство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8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6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8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Модуль </w:t>
            </w:r>
            <w:proofErr w:type="gram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2.Компьютерная</w:t>
            </w:r>
            <w:proofErr w:type="gram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графика. Черчение</w:t>
            </w:r>
          </w:p>
        </w:tc>
      </w:tr>
      <w:tr w:rsidR="00A41CD3" w:rsidRPr="008F72A2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Чертежи с использованием САПР. Оформление конструкторской документации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2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Графические документы. Профессии, их востребованность на рынке труда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6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модулю</w:t>
            </w:r>
            <w:proofErr w:type="spellEnd"/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8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1F3EFF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Модуль 3. 3</w:t>
            </w: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D</w:t>
            </w: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A41CD3" w:rsidRPr="008F72A2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Аддитивные технологии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Создание моделей сложных объектов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Этапы аддитивного производства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50"/>
        </w:trPr>
        <w:tc>
          <w:tcPr>
            <w:tcW w:w="4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63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Профессии, связанные с 3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D</w:t>
            </w: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8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6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8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Модуль 4.Робототехника</w:t>
            </w:r>
          </w:p>
        </w:tc>
      </w:tr>
      <w:tr w:rsidR="00A41CD3" w:rsidRPr="008F72A2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Технологии беспроводного управления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Программирование работы модели управления роботизированными устройствами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Цифровые технологии в профессиональной деятельности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4.6.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Перспективы автоматизации и роботизации: возможности и ограничения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4.7.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5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4.8.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4.9.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Современные профессии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48"/>
        </w:trPr>
        <w:tc>
          <w:tcPr>
            <w:tcW w:w="6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модулю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14</w:t>
            </w:r>
          </w:p>
        </w:tc>
        <w:tc>
          <w:tcPr>
            <w:tcW w:w="8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  <w:tr w:rsidR="00A41CD3" w:rsidRPr="008F72A2">
        <w:trPr>
          <w:trHeight w:hRule="exact" w:val="328"/>
        </w:trPr>
        <w:tc>
          <w:tcPr>
            <w:tcW w:w="6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C61580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8F72A2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6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1CD3" w:rsidRPr="008F72A2" w:rsidRDefault="00A41CD3">
            <w:pPr>
              <w:rPr>
                <w:sz w:val="24"/>
                <w:szCs w:val="24"/>
              </w:rPr>
            </w:pPr>
          </w:p>
        </w:tc>
      </w:tr>
    </w:tbl>
    <w:p w:rsidR="00A41CD3" w:rsidRPr="008F72A2" w:rsidRDefault="00A41CD3">
      <w:pPr>
        <w:autoSpaceDE w:val="0"/>
        <w:autoSpaceDN w:val="0"/>
        <w:spacing w:after="0" w:line="14" w:lineRule="exact"/>
        <w:rPr>
          <w:sz w:val="24"/>
          <w:szCs w:val="24"/>
        </w:rPr>
      </w:pPr>
    </w:p>
    <w:p w:rsidR="00A41CD3" w:rsidRPr="008F72A2" w:rsidRDefault="00A41CD3">
      <w:pPr>
        <w:rPr>
          <w:sz w:val="24"/>
          <w:szCs w:val="24"/>
        </w:rPr>
        <w:sectPr w:rsidR="00A41CD3" w:rsidRPr="008F72A2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41CD3" w:rsidRPr="008F72A2" w:rsidRDefault="00C61580">
      <w:pPr>
        <w:autoSpaceDE w:val="0"/>
        <w:autoSpaceDN w:val="0"/>
        <w:spacing w:after="0" w:line="230" w:lineRule="auto"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УЧЕБНО-МЕТОДИЧЕСКОЕ ОБЕСПЕЧЕНИЕ ОБРАЗОВАТЕЛЬНОГО ПРОЦЕССА </w:t>
      </w:r>
    </w:p>
    <w:p w:rsidR="00A41CD3" w:rsidRPr="008F72A2" w:rsidRDefault="00C61580" w:rsidP="004A13F6">
      <w:pPr>
        <w:autoSpaceDE w:val="0"/>
        <w:autoSpaceDN w:val="0"/>
        <w:spacing w:before="346" w:after="0" w:line="386" w:lineRule="auto"/>
        <w:ind w:right="1008"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ОБЯЗАТЕЛЬНЫЕ УЧЕБНЫЕ МАТЕРИАЛЫ ДЛЯ УЧЕНИКА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5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Синица Н.В.; Симоненко В.Д Технология. Технологии ведения дома. 5 класс 2012;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2015;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Тищенко А.Т.;</w:t>
      </w:r>
      <w:r w:rsidR="004A13F6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Симоненко В.Д Технология. Индустриальные технологии. 5 класс 2012;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2015;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МЕТОДИЧЕСКИЕ МАТЕРИАЛЫ ДЛЯ УЧИТЕЛЯ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5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Синица Н.В., Симоненко В.Д Технология. Технологии ведения дома. 5 класс 2012, 2015 Тищенко А.Т., Симоненко В.Д Технология. Индустриальные технологии. 5 класс 2012, 2015 </w:t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ЦИФРОВЫЕ ОБРАЗОВАТЕЛЬНЫЕ РЕСУРСЫ И РЕСУРСЫ СЕТИ ИНТЕРНЕТ 5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ЦО</w:t>
      </w:r>
      <w:r w:rsidR="004A13F6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К, </w:t>
      </w:r>
      <w:proofErr w:type="spellStart"/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Инфоурок</w:t>
      </w:r>
      <w:proofErr w:type="spellEnd"/>
      <w:r w:rsidR="004A13F6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,  </w:t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РЭШ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:rsidR="00C61580" w:rsidRPr="008F72A2" w:rsidRDefault="00C61580" w:rsidP="007856F8">
      <w:pPr>
        <w:autoSpaceDE w:val="0"/>
        <w:autoSpaceDN w:val="0"/>
        <w:spacing w:before="346" w:after="0" w:line="432" w:lineRule="auto"/>
        <w:ind w:right="2736"/>
        <w:rPr>
          <w:sz w:val="24"/>
          <w:szCs w:val="24"/>
          <w:lang w:val="ru-RU"/>
        </w:rPr>
      </w:pP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УЧЕБНОЕ ОБОРУДОВАНИЕ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5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проектор, экран, ноутбук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ОБОРУДОВАНИЕ ДЛЯ ПРОВЕДЕНИЯ ПРАКТИЧЕСКИХ РАБОТ 5 КЛАСС </w:t>
      </w:r>
      <w:r w:rsidRPr="008F72A2">
        <w:rPr>
          <w:sz w:val="24"/>
          <w:szCs w:val="24"/>
          <w:lang w:val="ru-RU"/>
        </w:rPr>
        <w:br/>
      </w:r>
      <w:r w:rsidRPr="008F72A2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ноутбук, проектор, экран, швейные машинки, оборудование для кулинарии </w:t>
      </w:r>
      <w:bookmarkStart w:id="0" w:name="_GoBack"/>
      <w:bookmarkEnd w:id="0"/>
    </w:p>
    <w:sectPr w:rsidR="00C61580" w:rsidRPr="008F72A2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F3EFF"/>
    <w:rsid w:val="0029639D"/>
    <w:rsid w:val="00326F90"/>
    <w:rsid w:val="004A13F6"/>
    <w:rsid w:val="007856F8"/>
    <w:rsid w:val="008F72A2"/>
    <w:rsid w:val="00A41CD3"/>
    <w:rsid w:val="00AA1D8D"/>
    <w:rsid w:val="00B47730"/>
    <w:rsid w:val="00C61580"/>
    <w:rsid w:val="00CB0664"/>
    <w:rsid w:val="00D504E1"/>
    <w:rsid w:val="00D86FA4"/>
    <w:rsid w:val="00DD084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B5BB1F"/>
  <w14:defaultImageDpi w14:val="300"/>
  <w15:docId w15:val="{A221F0E6-EE33-48C7-A99A-C5854CA4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D0E900-5147-4EE7-B543-1EB439AE0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12289</Words>
  <Characters>70051</Characters>
  <Application>Microsoft Office Word</Application>
  <DocSecurity>0</DocSecurity>
  <Lines>583</Lines>
  <Paragraphs>164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82176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Certified Windows</cp:lastModifiedBy>
  <cp:revision>6</cp:revision>
  <dcterms:created xsi:type="dcterms:W3CDTF">2022-10-21T13:26:00Z</dcterms:created>
  <dcterms:modified xsi:type="dcterms:W3CDTF">2022-10-26T10:30:00Z</dcterms:modified>
  <cp:category/>
</cp:coreProperties>
</file>