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sz w:val="24"/>
          <w:szCs w:val="24"/>
          <w:lang w:eastAsia="ru-RU"/>
        </w:rPr>
      </w:pPr>
      <w:r w:rsidRPr="00E92E93">
        <w:rPr>
          <w:rFonts w:ascii="Times New Roman" w:eastAsia="Times New Roman" w:hAnsi="Times New Roman" w:cs="Times New Roman"/>
          <w:sz w:val="24"/>
          <w:szCs w:val="24"/>
          <w:lang w:eastAsia="ru-RU"/>
        </w:rPr>
        <w:t xml:space="preserve">Муниципальное бюджетное общеобразовательное учреждение </w:t>
      </w: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sz w:val="24"/>
          <w:szCs w:val="24"/>
          <w:lang w:eastAsia="ru-RU"/>
        </w:rPr>
      </w:pPr>
      <w:r w:rsidRPr="00E92E93">
        <w:rPr>
          <w:rFonts w:ascii="Times New Roman" w:eastAsia="Times New Roman" w:hAnsi="Times New Roman" w:cs="Times New Roman"/>
          <w:sz w:val="24"/>
          <w:szCs w:val="24"/>
          <w:lang w:eastAsia="ru-RU"/>
        </w:rPr>
        <w:t>«Средняя общеобразовательная школа №</w:t>
      </w:r>
      <w:r w:rsidRPr="00E92E93">
        <w:rPr>
          <w:rFonts w:ascii="Times New Roman" w:eastAsia="Times New Roman" w:hAnsi="Times New Roman" w:cs="Times New Roman"/>
          <w:sz w:val="24"/>
          <w:szCs w:val="24"/>
          <w:u w:val="single"/>
          <w:lang w:eastAsia="ru-RU"/>
        </w:rPr>
        <w:t>5</w:t>
      </w:r>
      <w:r w:rsidRPr="00E92E93">
        <w:rPr>
          <w:rFonts w:ascii="Times New Roman" w:eastAsia="Times New Roman" w:hAnsi="Times New Roman" w:cs="Times New Roman"/>
          <w:sz w:val="24"/>
          <w:szCs w:val="24"/>
          <w:lang w:eastAsia="ru-RU"/>
        </w:rPr>
        <w:t>»</w:t>
      </w: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tbl>
      <w:tblPr>
        <w:tblW w:w="10031" w:type="dxa"/>
        <w:tblInd w:w="284" w:type="dxa"/>
        <w:tblLook w:val="04A0"/>
      </w:tblPr>
      <w:tblGrid>
        <w:gridCol w:w="5920"/>
        <w:gridCol w:w="4111"/>
      </w:tblGrid>
      <w:tr w:rsidR="00DA4091" w:rsidRPr="00E92E93" w:rsidTr="00564986">
        <w:tc>
          <w:tcPr>
            <w:tcW w:w="5920" w:type="dxa"/>
            <w:shd w:val="clear" w:color="auto" w:fill="auto"/>
          </w:tcPr>
          <w:p w:rsidR="00DA4091" w:rsidRPr="00E92E93" w:rsidRDefault="00DA4091" w:rsidP="00564986">
            <w:pPr>
              <w:suppressAutoHyphens/>
              <w:spacing w:after="0" w:line="240" w:lineRule="auto"/>
              <w:ind w:right="283"/>
              <w:rPr>
                <w:rFonts w:ascii="Times New Roman" w:eastAsia="Calibri" w:hAnsi="Times New Roman" w:cs="Times New Roman"/>
                <w:bCs/>
                <w:sz w:val="24"/>
                <w:szCs w:val="24"/>
                <w:lang w:eastAsia="ru-RU"/>
              </w:rPr>
            </w:pPr>
          </w:p>
        </w:tc>
        <w:tc>
          <w:tcPr>
            <w:tcW w:w="4111" w:type="dxa"/>
            <w:shd w:val="clear" w:color="auto" w:fill="auto"/>
          </w:tcPr>
          <w:p w:rsidR="00DA4091" w:rsidRPr="00E92E93" w:rsidRDefault="00DA4091" w:rsidP="00564986">
            <w:pPr>
              <w:suppressAutoHyphens/>
              <w:spacing w:after="0" w:line="240" w:lineRule="auto"/>
              <w:ind w:right="283"/>
              <w:rPr>
                <w:rFonts w:ascii="Times New Roman" w:eastAsia="Calibri" w:hAnsi="Times New Roman" w:cs="Times New Roman"/>
                <w:bCs/>
                <w:sz w:val="24"/>
                <w:szCs w:val="24"/>
                <w:lang w:eastAsia="ru-RU"/>
              </w:rPr>
            </w:pPr>
            <w:r w:rsidRPr="00E92E93">
              <w:rPr>
                <w:rFonts w:ascii="Times New Roman" w:eastAsia="Calibri" w:hAnsi="Times New Roman" w:cs="Times New Roman"/>
                <w:bCs/>
                <w:sz w:val="24"/>
                <w:szCs w:val="24"/>
                <w:lang w:eastAsia="ru-RU"/>
              </w:rPr>
              <w:t>Утверждаю</w:t>
            </w:r>
          </w:p>
          <w:p w:rsidR="00DA4091" w:rsidRPr="00E92E93" w:rsidRDefault="00DA4091" w:rsidP="00564986">
            <w:pPr>
              <w:suppressAutoHyphens/>
              <w:spacing w:after="0" w:line="240" w:lineRule="auto"/>
              <w:ind w:right="283"/>
              <w:rPr>
                <w:rFonts w:ascii="Times New Roman" w:eastAsia="Calibri" w:hAnsi="Times New Roman" w:cs="Times New Roman"/>
                <w:bCs/>
                <w:sz w:val="24"/>
                <w:szCs w:val="24"/>
                <w:lang w:eastAsia="ru-RU"/>
              </w:rPr>
            </w:pPr>
            <w:r w:rsidRPr="00E92E93">
              <w:rPr>
                <w:rFonts w:ascii="Times New Roman" w:eastAsia="Calibri" w:hAnsi="Times New Roman" w:cs="Times New Roman"/>
                <w:bCs/>
                <w:sz w:val="24"/>
                <w:szCs w:val="24"/>
                <w:lang w:eastAsia="ru-RU"/>
              </w:rPr>
              <w:t>Директор МБОУ «Средняя общеобразовательная школа №5»</w:t>
            </w:r>
          </w:p>
          <w:p w:rsidR="00DA4091" w:rsidRPr="00E92E93" w:rsidRDefault="00DA4091" w:rsidP="00564986">
            <w:pPr>
              <w:suppressAutoHyphens/>
              <w:spacing w:after="0" w:line="240" w:lineRule="auto"/>
              <w:ind w:right="283"/>
              <w:rPr>
                <w:rFonts w:ascii="Times New Roman" w:eastAsia="Calibri" w:hAnsi="Times New Roman" w:cs="Times New Roman"/>
                <w:bCs/>
                <w:sz w:val="24"/>
                <w:szCs w:val="24"/>
                <w:lang w:eastAsia="ru-RU"/>
              </w:rPr>
            </w:pPr>
            <w:r w:rsidRPr="00E92E93">
              <w:rPr>
                <w:rFonts w:ascii="Times New Roman" w:eastAsia="Calibri" w:hAnsi="Times New Roman" w:cs="Times New Roman"/>
                <w:bCs/>
                <w:sz w:val="24"/>
                <w:szCs w:val="24"/>
                <w:lang w:eastAsia="ru-RU"/>
              </w:rPr>
              <w:t>_________________ А.А. Адилов</w:t>
            </w:r>
          </w:p>
        </w:tc>
      </w:tr>
    </w:tbl>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B70499">
      <w:pPr>
        <w:suppressAutoHyphens/>
        <w:spacing w:after="0" w:line="240" w:lineRule="auto"/>
        <w:ind w:left="284" w:right="283"/>
        <w:jc w:val="center"/>
        <w:rPr>
          <w:rFonts w:ascii="Times New Roman" w:eastAsia="Times New Roman" w:hAnsi="Times New Roman" w:cs="Times New Roman"/>
          <w:b/>
          <w:bCs/>
          <w:sz w:val="24"/>
          <w:szCs w:val="24"/>
          <w:lang w:eastAsia="ru-RU"/>
        </w:rPr>
      </w:pPr>
      <w:r w:rsidRPr="00E92E93">
        <w:rPr>
          <w:rFonts w:ascii="Times New Roman" w:eastAsia="Times New Roman" w:hAnsi="Times New Roman" w:cs="Times New Roman"/>
          <w:b/>
          <w:bCs/>
          <w:sz w:val="24"/>
          <w:szCs w:val="24"/>
          <w:lang w:eastAsia="ru-RU"/>
        </w:rPr>
        <w:t>РАБОЧАЯ ПРОГРАММА</w:t>
      </w: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r w:rsidRPr="00E92E93">
        <w:rPr>
          <w:rFonts w:ascii="Times New Roman" w:eastAsia="Times New Roman" w:hAnsi="Times New Roman" w:cs="Times New Roman"/>
          <w:bCs/>
          <w:sz w:val="24"/>
          <w:szCs w:val="24"/>
          <w:lang w:eastAsia="ru-RU"/>
        </w:rPr>
        <w:t xml:space="preserve">по предмету </w:t>
      </w:r>
      <w:r w:rsidRPr="00E92E93">
        <w:rPr>
          <w:rFonts w:ascii="Times New Roman" w:eastAsia="Times New Roman" w:hAnsi="Times New Roman" w:cs="Times New Roman"/>
          <w:bCs/>
          <w:sz w:val="24"/>
          <w:szCs w:val="24"/>
          <w:u w:val="single"/>
          <w:lang w:eastAsia="ru-RU"/>
        </w:rPr>
        <w:t>русский язык 5 – 9 классы</w:t>
      </w: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r w:rsidRPr="00E92E93">
        <w:rPr>
          <w:rFonts w:ascii="Times New Roman" w:eastAsia="Times New Roman" w:hAnsi="Times New Roman" w:cs="Times New Roman"/>
          <w:bCs/>
          <w:sz w:val="24"/>
          <w:szCs w:val="24"/>
          <w:lang w:eastAsia="ru-RU"/>
        </w:rPr>
        <w:t>на уровень</w:t>
      </w:r>
      <w:r w:rsidRPr="00E92E93">
        <w:rPr>
          <w:rFonts w:ascii="Times New Roman" w:eastAsia="Times New Roman" w:hAnsi="Times New Roman" w:cs="Times New Roman"/>
          <w:bCs/>
          <w:sz w:val="24"/>
          <w:szCs w:val="24"/>
          <w:lang w:eastAsia="ru-RU"/>
        </w:rPr>
        <w:tab/>
      </w:r>
      <w:r w:rsidRPr="00E92E93">
        <w:rPr>
          <w:rFonts w:ascii="Times New Roman" w:eastAsia="Times New Roman" w:hAnsi="Times New Roman" w:cs="Times New Roman"/>
          <w:bCs/>
          <w:sz w:val="24"/>
          <w:szCs w:val="24"/>
          <w:u w:val="single"/>
          <w:lang w:eastAsia="ru-RU"/>
        </w:rPr>
        <w:t>базовый</w:t>
      </w:r>
      <w:r w:rsidRPr="00E92E93">
        <w:rPr>
          <w:rFonts w:ascii="Times New Roman" w:eastAsia="Times New Roman" w:hAnsi="Times New Roman" w:cs="Times New Roman"/>
          <w:bCs/>
          <w:sz w:val="24"/>
          <w:szCs w:val="24"/>
          <w:lang w:eastAsia="ru-RU"/>
        </w:rPr>
        <w:tab/>
      </w:r>
    </w:p>
    <w:p w:rsidR="00DA4091" w:rsidRPr="00E92E93" w:rsidRDefault="00DA4091" w:rsidP="00DA4091">
      <w:pPr>
        <w:suppressAutoHyphens/>
        <w:spacing w:after="0" w:line="240" w:lineRule="auto"/>
        <w:ind w:left="284" w:right="283"/>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p>
    <w:p w:rsidR="00DA4091" w:rsidRPr="00E92E93" w:rsidRDefault="00DA4091" w:rsidP="00DA4091">
      <w:pPr>
        <w:suppressAutoHyphens/>
        <w:spacing w:after="0" w:line="240" w:lineRule="auto"/>
        <w:ind w:left="284" w:right="283"/>
        <w:jc w:val="center"/>
        <w:rPr>
          <w:rFonts w:ascii="Times New Roman" w:eastAsia="Times New Roman" w:hAnsi="Times New Roman" w:cs="Times New Roman"/>
          <w:bCs/>
          <w:sz w:val="24"/>
          <w:szCs w:val="24"/>
          <w:lang w:eastAsia="ru-RU"/>
        </w:rPr>
      </w:pPr>
      <w:r w:rsidRPr="00E92E93">
        <w:rPr>
          <w:rFonts w:ascii="Times New Roman" w:eastAsia="Times New Roman" w:hAnsi="Times New Roman" w:cs="Times New Roman"/>
          <w:bCs/>
          <w:sz w:val="24"/>
          <w:szCs w:val="24"/>
          <w:lang w:eastAsia="ru-RU"/>
        </w:rPr>
        <w:t>г. Набережные Челны</w:t>
      </w:r>
      <w:r w:rsidR="0098646F">
        <w:rPr>
          <w:rFonts w:ascii="Times New Roman" w:eastAsia="Times New Roman" w:hAnsi="Times New Roman" w:cs="Times New Roman"/>
          <w:bCs/>
          <w:sz w:val="24"/>
          <w:szCs w:val="24"/>
          <w:lang w:eastAsia="ru-RU"/>
        </w:rPr>
        <w:t>, 2022</w:t>
      </w:r>
    </w:p>
    <w:p w:rsidR="00DA4091" w:rsidRDefault="00DA4091" w:rsidP="00B830E9">
      <w:pPr>
        <w:pStyle w:val="aff2"/>
        <w:shd w:val="clear" w:color="auto" w:fill="FFFFFF"/>
        <w:spacing w:before="0" w:beforeAutospacing="0" w:after="0" w:afterAutospacing="0"/>
        <w:ind w:firstLine="227"/>
        <w:jc w:val="both"/>
      </w:pPr>
    </w:p>
    <w:p w:rsidR="00DA4091" w:rsidRDefault="00DA4091" w:rsidP="00B830E9">
      <w:pPr>
        <w:pStyle w:val="aff2"/>
        <w:shd w:val="clear" w:color="auto" w:fill="FFFFFF"/>
        <w:spacing w:before="0" w:beforeAutospacing="0" w:after="0" w:afterAutospacing="0"/>
        <w:ind w:firstLine="227"/>
        <w:jc w:val="both"/>
      </w:pPr>
    </w:p>
    <w:p w:rsidR="00DA4091" w:rsidRDefault="00DA4091" w:rsidP="00B830E9">
      <w:pPr>
        <w:pStyle w:val="aff2"/>
        <w:shd w:val="clear" w:color="auto" w:fill="FFFFFF"/>
        <w:spacing w:before="0" w:beforeAutospacing="0" w:after="0" w:afterAutospacing="0"/>
        <w:ind w:firstLine="227"/>
        <w:jc w:val="both"/>
      </w:pPr>
    </w:p>
    <w:p w:rsidR="00DA4091" w:rsidRDefault="00DA4091" w:rsidP="00B830E9">
      <w:pPr>
        <w:pStyle w:val="aff2"/>
        <w:shd w:val="clear" w:color="auto" w:fill="FFFFFF"/>
        <w:spacing w:before="0" w:beforeAutospacing="0" w:after="0" w:afterAutospacing="0"/>
        <w:ind w:firstLine="227"/>
        <w:jc w:val="both"/>
      </w:pPr>
    </w:p>
    <w:p w:rsidR="00DA4091" w:rsidRDefault="00DA4091" w:rsidP="00B830E9">
      <w:pPr>
        <w:pStyle w:val="aff2"/>
        <w:shd w:val="clear" w:color="auto" w:fill="FFFFFF"/>
        <w:spacing w:before="0" w:beforeAutospacing="0" w:after="0" w:afterAutospacing="0"/>
        <w:ind w:firstLine="227"/>
        <w:jc w:val="both"/>
      </w:pPr>
    </w:p>
    <w:p w:rsidR="00B830E9" w:rsidRDefault="00B830E9" w:rsidP="00B830E9">
      <w:pPr>
        <w:pStyle w:val="aff2"/>
        <w:shd w:val="clear" w:color="auto" w:fill="FFFFFF"/>
        <w:spacing w:before="0" w:beforeAutospacing="0" w:after="0" w:afterAutospacing="0"/>
        <w:ind w:firstLine="227"/>
        <w:jc w:val="both"/>
      </w:pPr>
      <w:r>
        <w:lastRenderedPageBreak/>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B830E9" w:rsidRPr="00A95066" w:rsidRDefault="00B830E9" w:rsidP="00B830E9">
      <w:pPr>
        <w:pStyle w:val="21"/>
        <w:shd w:val="clear" w:color="auto" w:fill="FFFFFF"/>
        <w:spacing w:before="240" w:after="120" w:line="240" w:lineRule="atLeast"/>
        <w:rPr>
          <w:rFonts w:ascii="LiberationSerif" w:hAnsi="LiberationSerif"/>
          <w:caps/>
          <w:color w:val="auto"/>
          <w:sz w:val="22"/>
          <w:szCs w:val="22"/>
          <w:lang w:val="ru-RU"/>
        </w:rPr>
      </w:pPr>
      <w:r w:rsidRPr="00A95066">
        <w:rPr>
          <w:rFonts w:ascii="LiberationSerif" w:hAnsi="LiberationSerif"/>
          <w:caps/>
          <w:color w:val="auto"/>
          <w:sz w:val="22"/>
          <w:szCs w:val="22"/>
          <w:lang w:val="ru-RU"/>
        </w:rPr>
        <w:t>ОБЩАЯ ХАРАКТЕРИСТИКА УЧЕБНОГО ПРЕДМЕТА «РУССКИЙ ЯЗЫК»</w:t>
      </w:r>
    </w:p>
    <w:p w:rsidR="00B830E9" w:rsidRDefault="00B830E9" w:rsidP="00B830E9">
      <w:pPr>
        <w:pStyle w:val="aff2"/>
        <w:shd w:val="clear" w:color="auto" w:fill="FFFFFF"/>
        <w:spacing w:before="0" w:beforeAutospacing="0" w:after="0" w:afterAutospacing="0"/>
        <w:ind w:firstLine="227"/>
        <w:jc w:val="both"/>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830E9" w:rsidRDefault="00B830E9" w:rsidP="00B830E9">
      <w:pPr>
        <w:pStyle w:val="aff2"/>
        <w:shd w:val="clear" w:color="auto" w:fill="FFFFFF"/>
        <w:spacing w:before="0" w:beforeAutospacing="0" w:after="0" w:afterAutospacing="0"/>
        <w:ind w:firstLine="227"/>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B830E9" w:rsidRDefault="00B830E9" w:rsidP="00B830E9">
      <w:pPr>
        <w:pStyle w:val="aff2"/>
        <w:shd w:val="clear" w:color="auto" w:fill="FFFFFF"/>
        <w:spacing w:before="0" w:beforeAutospacing="0" w:after="0" w:afterAutospacing="0"/>
        <w:ind w:firstLine="227"/>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B830E9" w:rsidRDefault="00B830E9" w:rsidP="00B830E9">
      <w:pPr>
        <w:pStyle w:val="aff2"/>
        <w:shd w:val="clear" w:color="auto" w:fill="FFFFFF"/>
        <w:spacing w:before="0" w:beforeAutospacing="0" w:after="0" w:afterAutospacing="0"/>
        <w:ind w:firstLine="227"/>
        <w:jc w:val="both"/>
      </w:pPr>
      <w: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B830E9" w:rsidRDefault="00B830E9" w:rsidP="00B830E9">
      <w:pPr>
        <w:pStyle w:val="aff2"/>
        <w:shd w:val="clear" w:color="auto" w:fill="FFFFFF"/>
        <w:spacing w:before="0" w:beforeAutospacing="0" w:after="0" w:afterAutospacing="0"/>
        <w:ind w:firstLine="227"/>
        <w:jc w:val="both"/>
      </w:pPr>
      <w: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B830E9" w:rsidRPr="00A95066" w:rsidRDefault="00B830E9" w:rsidP="00B830E9">
      <w:pPr>
        <w:pStyle w:val="21"/>
        <w:shd w:val="clear" w:color="auto" w:fill="FFFFFF"/>
        <w:spacing w:before="240" w:after="120" w:line="240" w:lineRule="atLeast"/>
        <w:rPr>
          <w:rFonts w:ascii="LiberationSerif" w:hAnsi="LiberationSerif"/>
          <w:caps/>
          <w:color w:val="auto"/>
          <w:sz w:val="22"/>
          <w:szCs w:val="22"/>
          <w:lang w:val="ru-RU"/>
        </w:rPr>
      </w:pPr>
      <w:r w:rsidRPr="00A95066">
        <w:rPr>
          <w:rFonts w:ascii="LiberationSerif" w:hAnsi="LiberationSerif"/>
          <w:caps/>
          <w:color w:val="auto"/>
          <w:sz w:val="22"/>
          <w:szCs w:val="22"/>
          <w:lang w:val="ru-RU"/>
        </w:rPr>
        <w:t>ЦЕЛИ ИЗУЧЕНИЯ УЧЕБНОГО ПРЕДМЕТА «РУССКИЙ ЯЗЫК»</w:t>
      </w:r>
    </w:p>
    <w:p w:rsidR="00B830E9" w:rsidRDefault="00B830E9" w:rsidP="00B830E9">
      <w:pPr>
        <w:pStyle w:val="aff2"/>
        <w:shd w:val="clear" w:color="auto" w:fill="FFFFFF"/>
        <w:spacing w:before="0" w:beforeAutospacing="0" w:after="0" w:afterAutospacing="0"/>
        <w:ind w:firstLine="227"/>
        <w:jc w:val="both"/>
      </w:pPr>
      <w:r>
        <w:t>Целями изучения русского языка по программам основного общего образования являются:</w:t>
      </w:r>
    </w:p>
    <w:p w:rsidR="00B830E9" w:rsidRDefault="00B830E9" w:rsidP="00B830E9">
      <w:pPr>
        <w:pStyle w:val="aff2"/>
        <w:shd w:val="clear" w:color="auto" w:fill="FFFFFF"/>
        <w:spacing w:before="0" w:beforeAutospacing="0" w:after="0" w:afterAutospacing="0"/>
        <w:ind w:firstLine="227"/>
        <w:jc w:val="both"/>
      </w:pPr>
      <w: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w:t>
      </w:r>
      <w:r>
        <w:softHyphen/>
        <w:t>человеческой деятельности; проявление уважения к общероссийской и русской культуре, к культуре и языкам всех народов Российской Федерации;</w:t>
      </w:r>
    </w:p>
    <w:p w:rsidR="00B830E9" w:rsidRDefault="00B830E9" w:rsidP="00B830E9">
      <w:pPr>
        <w:pStyle w:val="aff2"/>
        <w:shd w:val="clear" w:color="auto" w:fill="FFFFFF"/>
        <w:spacing w:before="0" w:beforeAutospacing="0" w:after="0" w:afterAutospacing="0"/>
        <w:ind w:firstLine="227"/>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B830E9" w:rsidRDefault="00B830E9" w:rsidP="00B830E9">
      <w:pPr>
        <w:pStyle w:val="aff2"/>
        <w:shd w:val="clear" w:color="auto" w:fill="FFFFFF"/>
        <w:spacing w:before="0" w:beforeAutospacing="0" w:after="0" w:afterAutospacing="0"/>
        <w:ind w:firstLine="227"/>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B830E9" w:rsidRDefault="00B830E9" w:rsidP="00B830E9">
      <w:pPr>
        <w:pStyle w:val="aff2"/>
        <w:shd w:val="clear" w:color="auto" w:fill="FFFFFF"/>
        <w:spacing w:before="0" w:beforeAutospacing="0" w:after="0" w:afterAutospacing="0"/>
        <w:ind w:firstLine="227"/>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B830E9" w:rsidRDefault="00B830E9" w:rsidP="00B830E9">
      <w:pPr>
        <w:pStyle w:val="aff2"/>
        <w:shd w:val="clear" w:color="auto" w:fill="FFFFFF"/>
        <w:spacing w:before="0" w:beforeAutospacing="0" w:after="0" w:afterAutospacing="0"/>
        <w:ind w:firstLine="227"/>
        <w:jc w:val="both"/>
      </w:pPr>
      <w:r>
        <w:lastRenderedPageBreak/>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B830E9" w:rsidRDefault="00B830E9" w:rsidP="00B830E9">
      <w:pPr>
        <w:pStyle w:val="aff2"/>
        <w:shd w:val="clear" w:color="auto" w:fill="FFFFFF"/>
        <w:spacing w:before="0" w:beforeAutospacing="0" w:after="0" w:afterAutospacing="0"/>
        <w:ind w:firstLine="227"/>
        <w:jc w:val="both"/>
      </w:pPr>
      <w:r>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t>несплошной</w:t>
      </w:r>
      <w:proofErr w:type="spellEnd"/>
      <w:r>
        <w:t xml:space="preserve"> текст, </w:t>
      </w:r>
      <w:proofErr w:type="spellStart"/>
      <w:r>
        <w:t>инфографика</w:t>
      </w:r>
      <w:proofErr w:type="spellEnd"/>
      <w:r>
        <w:t xml:space="preserve">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B830E9" w:rsidRPr="00A95066" w:rsidRDefault="00B830E9" w:rsidP="00B830E9">
      <w:pPr>
        <w:pStyle w:val="1"/>
        <w:pBdr>
          <w:bottom w:val="single" w:sz="6" w:space="5" w:color="000000"/>
        </w:pBdr>
        <w:shd w:val="clear" w:color="auto" w:fill="FFFFFF"/>
        <w:spacing w:after="240" w:line="240" w:lineRule="atLeast"/>
        <w:rPr>
          <w:rFonts w:ascii="LiberationSerif" w:hAnsi="LiberationSerif"/>
          <w:caps/>
          <w:sz w:val="24"/>
          <w:szCs w:val="24"/>
          <w:lang w:val="ru-RU"/>
        </w:rPr>
      </w:pPr>
      <w:r w:rsidRPr="00A95066">
        <w:rPr>
          <w:rFonts w:ascii="LiberationSerif" w:hAnsi="LiberationSerif"/>
          <w:caps/>
          <w:sz w:val="24"/>
          <w:szCs w:val="24"/>
          <w:lang w:val="ru-RU"/>
        </w:rPr>
        <w:t>СОДЕРЖАНИЕ УЧЕБНОГО ПРЕДМЕТА</w:t>
      </w:r>
      <w:r>
        <w:rPr>
          <w:rFonts w:ascii="LiberationSerif" w:hAnsi="LiberationSerif"/>
          <w:caps/>
          <w:sz w:val="24"/>
          <w:szCs w:val="24"/>
        </w:rPr>
        <w:t> </w:t>
      </w:r>
    </w:p>
    <w:p w:rsidR="00B830E9" w:rsidRPr="00A95066" w:rsidRDefault="00B830E9" w:rsidP="00B830E9">
      <w:pPr>
        <w:pStyle w:val="21"/>
        <w:shd w:val="clear" w:color="auto" w:fill="FFFFFF"/>
        <w:spacing w:before="240" w:after="120" w:line="240" w:lineRule="atLeast"/>
        <w:rPr>
          <w:rFonts w:ascii="LiberationSerif" w:hAnsi="LiberationSerif"/>
          <w:caps/>
          <w:sz w:val="22"/>
          <w:szCs w:val="22"/>
          <w:lang w:val="ru-RU"/>
        </w:rPr>
      </w:pPr>
      <w:r w:rsidRPr="00A95066">
        <w:rPr>
          <w:rFonts w:ascii="LiberationSerif" w:hAnsi="LiberationSerif"/>
          <w:caps/>
          <w:sz w:val="22"/>
          <w:szCs w:val="22"/>
          <w:lang w:val="ru-RU"/>
        </w:rPr>
        <w:t>5 КЛАСС</w:t>
      </w:r>
    </w:p>
    <w:p w:rsidR="00B830E9" w:rsidRDefault="00B830E9" w:rsidP="00B830E9">
      <w:pPr>
        <w:pStyle w:val="aff2"/>
        <w:shd w:val="clear" w:color="auto" w:fill="FFFFFF"/>
        <w:spacing w:before="0" w:beforeAutospacing="0" w:after="0" w:afterAutospacing="0"/>
        <w:ind w:firstLine="227"/>
        <w:jc w:val="both"/>
      </w:pPr>
      <w:r>
        <w:rPr>
          <w:b/>
          <w:bCs/>
        </w:rPr>
        <w:t>Общие сведения о языке</w:t>
      </w:r>
    </w:p>
    <w:p w:rsidR="00B830E9" w:rsidRDefault="00B830E9" w:rsidP="00B830E9">
      <w:pPr>
        <w:pStyle w:val="aff2"/>
        <w:shd w:val="clear" w:color="auto" w:fill="FFFFFF"/>
        <w:spacing w:before="0" w:beforeAutospacing="0" w:after="0" w:afterAutospacing="0"/>
        <w:ind w:firstLine="227"/>
        <w:jc w:val="both"/>
      </w:pPr>
      <w:r>
        <w:t>Богатство и выразительность русского языка.</w:t>
      </w:r>
    </w:p>
    <w:p w:rsidR="00B830E9" w:rsidRDefault="00B830E9" w:rsidP="00B830E9">
      <w:pPr>
        <w:pStyle w:val="aff2"/>
        <w:shd w:val="clear" w:color="auto" w:fill="FFFFFF"/>
        <w:spacing w:before="0" w:beforeAutospacing="0" w:after="0" w:afterAutospacing="0"/>
        <w:ind w:firstLine="227"/>
        <w:jc w:val="both"/>
      </w:pPr>
      <w:r>
        <w:t>Лингвистика как наука о языке.</w:t>
      </w:r>
    </w:p>
    <w:p w:rsidR="00B830E9" w:rsidRDefault="00B830E9" w:rsidP="00B830E9">
      <w:pPr>
        <w:pStyle w:val="aff2"/>
        <w:shd w:val="clear" w:color="auto" w:fill="FFFFFF"/>
        <w:spacing w:before="0" w:beforeAutospacing="0" w:after="0" w:afterAutospacing="0"/>
        <w:ind w:firstLine="227"/>
        <w:jc w:val="both"/>
      </w:pPr>
      <w:r>
        <w:t>Основные разделы лингвистики.</w:t>
      </w:r>
    </w:p>
    <w:p w:rsidR="00B830E9" w:rsidRDefault="00B830E9" w:rsidP="00B830E9">
      <w:pPr>
        <w:pStyle w:val="aff2"/>
        <w:shd w:val="clear" w:color="auto" w:fill="FFFFFF"/>
        <w:spacing w:before="0" w:beforeAutospacing="0" w:after="0" w:afterAutospacing="0"/>
        <w:ind w:firstLine="227"/>
        <w:jc w:val="both"/>
      </w:pPr>
      <w:r>
        <w:rPr>
          <w:b/>
          <w:bCs/>
        </w:rPr>
        <w:t>Язык и речь</w:t>
      </w:r>
    </w:p>
    <w:p w:rsidR="00B830E9" w:rsidRDefault="00B830E9" w:rsidP="00B830E9">
      <w:pPr>
        <w:pStyle w:val="aff2"/>
        <w:shd w:val="clear" w:color="auto" w:fill="FFFFFF"/>
        <w:spacing w:before="0" w:beforeAutospacing="0" w:after="0" w:afterAutospacing="0"/>
        <w:ind w:firstLine="227"/>
        <w:jc w:val="both"/>
      </w:pPr>
      <w:r>
        <w:t>Язык и речь.</w:t>
      </w:r>
      <w:r>
        <w:rPr>
          <w:b/>
          <w:bCs/>
        </w:rPr>
        <w:t> </w:t>
      </w:r>
      <w:r>
        <w:t>Речь устная и письменная, монологическая и диалогическая, полилог.</w:t>
      </w:r>
    </w:p>
    <w:p w:rsidR="00B830E9" w:rsidRDefault="00B830E9" w:rsidP="00B830E9">
      <w:pPr>
        <w:pStyle w:val="aff2"/>
        <w:shd w:val="clear" w:color="auto" w:fill="FFFFFF"/>
        <w:spacing w:before="0" w:beforeAutospacing="0" w:after="0" w:afterAutospacing="0"/>
        <w:ind w:firstLine="227"/>
        <w:jc w:val="both"/>
      </w:pPr>
      <w:r>
        <w:t>Виды речевой деятельности (говорение, слушание, чтение, письмо), их особенности.</w:t>
      </w:r>
    </w:p>
    <w:p w:rsidR="00B830E9" w:rsidRDefault="00B830E9" w:rsidP="00B830E9">
      <w:pPr>
        <w:pStyle w:val="aff2"/>
        <w:shd w:val="clear" w:color="auto" w:fill="FFFFFF"/>
        <w:spacing w:before="0" w:beforeAutospacing="0" w:after="0" w:afterAutospacing="0"/>
        <w:ind w:firstLine="227"/>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B830E9" w:rsidRDefault="00B830E9" w:rsidP="00B830E9">
      <w:pPr>
        <w:pStyle w:val="aff2"/>
        <w:shd w:val="clear" w:color="auto" w:fill="FFFFFF"/>
        <w:spacing w:before="0" w:beforeAutospacing="0" w:after="0" w:afterAutospacing="0"/>
        <w:ind w:firstLine="227"/>
        <w:jc w:val="both"/>
      </w:pPr>
      <w:r>
        <w:t>Устный пересказ прочитанного или прослушанного текста, в том числе с изменением лица рассказчика.</w:t>
      </w:r>
    </w:p>
    <w:p w:rsidR="00B830E9" w:rsidRDefault="00B830E9" w:rsidP="00B830E9">
      <w:pPr>
        <w:pStyle w:val="aff2"/>
        <w:shd w:val="clear" w:color="auto" w:fill="FFFFFF"/>
        <w:spacing w:before="0" w:beforeAutospacing="0" w:after="0" w:afterAutospacing="0"/>
        <w:ind w:firstLine="227"/>
        <w:jc w:val="both"/>
      </w:pPr>
      <w:r>
        <w:t>Участие в диалоге на лингвистические темы (в рамках изученного) и темы на основе жизненных наблюдений.</w:t>
      </w:r>
    </w:p>
    <w:p w:rsidR="00B830E9" w:rsidRDefault="00B830E9" w:rsidP="00B830E9">
      <w:pPr>
        <w:pStyle w:val="aff2"/>
        <w:shd w:val="clear" w:color="auto" w:fill="FFFFFF"/>
        <w:spacing w:before="0" w:beforeAutospacing="0" w:after="0" w:afterAutospacing="0"/>
        <w:ind w:firstLine="227"/>
        <w:jc w:val="both"/>
      </w:pPr>
      <w:r>
        <w:t>Речевые формулы приветствия, прощания, просьбы, благодарности.</w:t>
      </w:r>
    </w:p>
    <w:p w:rsidR="00B830E9" w:rsidRDefault="00B830E9" w:rsidP="00B830E9">
      <w:pPr>
        <w:pStyle w:val="aff2"/>
        <w:shd w:val="clear" w:color="auto" w:fill="FFFFFF"/>
        <w:spacing w:before="0" w:beforeAutospacing="0" w:after="0" w:afterAutospacing="0"/>
        <w:ind w:firstLine="227"/>
        <w:jc w:val="both"/>
      </w:pPr>
      <w:r>
        <w:t>Сочинения различных видов с опорой на жизненный и читательский опыт, сюжетную картину (в том числе сочинения-миниатюры).</w:t>
      </w:r>
    </w:p>
    <w:p w:rsidR="00B830E9" w:rsidRDefault="00B830E9" w:rsidP="00B830E9">
      <w:pPr>
        <w:pStyle w:val="aff2"/>
        <w:shd w:val="clear" w:color="auto" w:fill="FFFFFF"/>
        <w:spacing w:before="0" w:beforeAutospacing="0" w:after="0" w:afterAutospacing="0"/>
        <w:ind w:firstLine="227"/>
        <w:jc w:val="both"/>
      </w:pPr>
      <w:r>
        <w:t>Виды аудирования: выборочное, ознакомительное, детальное.</w:t>
      </w:r>
    </w:p>
    <w:p w:rsidR="00B830E9" w:rsidRDefault="00B830E9" w:rsidP="00B830E9">
      <w:pPr>
        <w:pStyle w:val="aff2"/>
        <w:shd w:val="clear" w:color="auto" w:fill="FFFFFF"/>
        <w:spacing w:before="0" w:beforeAutospacing="0" w:after="0" w:afterAutospacing="0"/>
        <w:ind w:firstLine="227"/>
        <w:jc w:val="both"/>
      </w:pPr>
      <w:r>
        <w:t>Виды чтения: изучающее, ознакомительное, просмотровое, поисковое.</w:t>
      </w:r>
    </w:p>
    <w:p w:rsidR="00B830E9" w:rsidRDefault="00B830E9" w:rsidP="00B830E9">
      <w:pPr>
        <w:pStyle w:val="aff2"/>
        <w:shd w:val="clear" w:color="auto" w:fill="FFFFFF"/>
        <w:spacing w:before="0" w:beforeAutospacing="0" w:after="0" w:afterAutospacing="0"/>
        <w:ind w:firstLine="227"/>
        <w:jc w:val="both"/>
      </w:pPr>
      <w:r>
        <w:rPr>
          <w:b/>
          <w:bCs/>
        </w:rPr>
        <w:t>Текст</w:t>
      </w:r>
    </w:p>
    <w:p w:rsidR="00B830E9" w:rsidRDefault="00B830E9" w:rsidP="00B830E9">
      <w:pPr>
        <w:pStyle w:val="aff2"/>
        <w:shd w:val="clear" w:color="auto" w:fill="FFFFFF"/>
        <w:spacing w:before="0" w:beforeAutospacing="0" w:after="0" w:afterAutospacing="0"/>
        <w:ind w:firstLine="227"/>
        <w:jc w:val="both"/>
      </w:pPr>
      <w:r>
        <w:t xml:space="preserve">Текст и его основные признаки. Тема и главная мысль текста. </w:t>
      </w:r>
      <w:proofErr w:type="spellStart"/>
      <w:r>
        <w:t>Микротема</w:t>
      </w:r>
      <w:proofErr w:type="spellEnd"/>
      <w:r>
        <w:t xml:space="preserve"> текста. Ключевые слова.</w:t>
      </w:r>
    </w:p>
    <w:p w:rsidR="00B830E9" w:rsidRDefault="00B830E9" w:rsidP="00B830E9">
      <w:pPr>
        <w:pStyle w:val="aff2"/>
        <w:shd w:val="clear" w:color="auto" w:fill="FFFFFF"/>
        <w:spacing w:before="0" w:beforeAutospacing="0" w:after="0" w:afterAutospacing="0"/>
        <w:ind w:firstLine="227"/>
        <w:jc w:val="both"/>
      </w:pPr>
      <w:r>
        <w:t>Функционально-смысловые типы речи: описание, повествование, рассуждение; их особенности.</w:t>
      </w:r>
    </w:p>
    <w:p w:rsidR="00B830E9" w:rsidRDefault="00B830E9" w:rsidP="00B830E9">
      <w:pPr>
        <w:pStyle w:val="aff2"/>
        <w:shd w:val="clear" w:color="auto" w:fill="FFFFFF"/>
        <w:spacing w:before="0" w:beforeAutospacing="0" w:after="0" w:afterAutospacing="0"/>
        <w:ind w:firstLine="227"/>
        <w:jc w:val="both"/>
      </w:pPr>
      <w:r>
        <w:t>Композиционная структура текста. Абзац как средство членения текста на композиционно-смысловые части.</w:t>
      </w:r>
    </w:p>
    <w:p w:rsidR="00B830E9" w:rsidRDefault="00B830E9" w:rsidP="00B830E9">
      <w:pPr>
        <w:pStyle w:val="aff2"/>
        <w:shd w:val="clear" w:color="auto" w:fill="FFFFFF"/>
        <w:spacing w:before="0" w:beforeAutospacing="0" w:after="0" w:afterAutospacing="0"/>
        <w:ind w:firstLine="227"/>
        <w:jc w:val="both"/>
      </w:pPr>
      <w:r>
        <w:t>Средства связи предложений и частей текста: формы слова, однокоренные слова, синонимы, антонимы, личные местоимения, повтор слова.</w:t>
      </w:r>
    </w:p>
    <w:p w:rsidR="00B830E9" w:rsidRDefault="00B830E9" w:rsidP="00B830E9">
      <w:pPr>
        <w:pStyle w:val="aff2"/>
        <w:shd w:val="clear" w:color="auto" w:fill="FFFFFF"/>
        <w:spacing w:before="0" w:beforeAutospacing="0" w:after="0" w:afterAutospacing="0"/>
        <w:ind w:firstLine="227"/>
        <w:jc w:val="both"/>
      </w:pPr>
      <w:r>
        <w:t>Повествование как тип речи. Рассказ.</w:t>
      </w:r>
    </w:p>
    <w:p w:rsidR="00B830E9" w:rsidRDefault="00B830E9" w:rsidP="00B830E9">
      <w:pPr>
        <w:pStyle w:val="aff2"/>
        <w:shd w:val="clear" w:color="auto" w:fill="FFFFFF"/>
        <w:spacing w:before="0" w:beforeAutospacing="0" w:after="0" w:afterAutospacing="0"/>
        <w:ind w:firstLine="227"/>
        <w:jc w:val="both"/>
      </w:pPr>
      <w:r>
        <w:t xml:space="preserve">Смысловой анализ текста: его композиционных особенностей, </w:t>
      </w:r>
      <w:proofErr w:type="spellStart"/>
      <w:r>
        <w:t>микротем</w:t>
      </w:r>
      <w:proofErr w:type="spellEnd"/>
      <w:r>
        <w:t xml:space="preserve"> и абзацев, способов и средств связи предложений в тексте; использование языковых средств выразительности (в рамках изученного).</w:t>
      </w:r>
    </w:p>
    <w:p w:rsidR="00B830E9" w:rsidRDefault="00B830E9" w:rsidP="00B830E9">
      <w:pPr>
        <w:pStyle w:val="aff2"/>
        <w:shd w:val="clear" w:color="auto" w:fill="FFFFFF"/>
        <w:spacing w:before="0" w:beforeAutospacing="0" w:after="0" w:afterAutospacing="0"/>
        <w:ind w:firstLine="227"/>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B830E9" w:rsidRDefault="00B830E9" w:rsidP="00B830E9">
      <w:pPr>
        <w:pStyle w:val="aff2"/>
        <w:shd w:val="clear" w:color="auto" w:fill="FFFFFF"/>
        <w:spacing w:before="0" w:beforeAutospacing="0" w:after="0" w:afterAutospacing="0"/>
        <w:ind w:firstLine="227"/>
        <w:jc w:val="both"/>
      </w:pPr>
      <w:r>
        <w:t>Информационная переработка текста: простой и сложный план текста.</w:t>
      </w:r>
    </w:p>
    <w:p w:rsidR="00B830E9" w:rsidRDefault="00B830E9" w:rsidP="00B830E9">
      <w:pPr>
        <w:pStyle w:val="aff2"/>
        <w:shd w:val="clear" w:color="auto" w:fill="FFFFFF"/>
        <w:spacing w:before="0" w:beforeAutospacing="0" w:after="0" w:afterAutospacing="0"/>
        <w:ind w:firstLine="227"/>
        <w:jc w:val="both"/>
      </w:pPr>
      <w:r>
        <w:rPr>
          <w:b/>
          <w:bCs/>
        </w:rPr>
        <w:t>Функциональные разновидности языка</w:t>
      </w:r>
    </w:p>
    <w:p w:rsidR="00B830E9" w:rsidRDefault="00B830E9" w:rsidP="00B830E9">
      <w:pPr>
        <w:pStyle w:val="aff2"/>
        <w:shd w:val="clear" w:color="auto" w:fill="FFFFFF"/>
        <w:spacing w:before="0" w:beforeAutospacing="0" w:after="0" w:afterAutospacing="0"/>
        <w:ind w:firstLine="227"/>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rsidR="00B830E9" w:rsidRDefault="00B830E9" w:rsidP="00B830E9">
      <w:pPr>
        <w:pStyle w:val="aff2"/>
        <w:shd w:val="clear" w:color="auto" w:fill="FFFFFF"/>
        <w:spacing w:before="0" w:beforeAutospacing="0" w:after="0" w:afterAutospacing="0"/>
        <w:ind w:firstLine="227"/>
        <w:jc w:val="both"/>
      </w:pPr>
      <w:r>
        <w:rPr>
          <w:b/>
          <w:bCs/>
        </w:rPr>
        <w:t>СИСТЕМА ЯЗЫКА</w:t>
      </w:r>
    </w:p>
    <w:p w:rsidR="00B830E9" w:rsidRDefault="00B830E9" w:rsidP="00B830E9">
      <w:pPr>
        <w:pStyle w:val="aff2"/>
        <w:shd w:val="clear" w:color="auto" w:fill="FFFFFF"/>
        <w:spacing w:before="0" w:beforeAutospacing="0" w:after="0" w:afterAutospacing="0"/>
        <w:ind w:firstLine="227"/>
        <w:jc w:val="both"/>
      </w:pPr>
      <w:r>
        <w:rPr>
          <w:b/>
          <w:bCs/>
        </w:rPr>
        <w:t>Фонетика. Графика. Орфоэпия</w:t>
      </w:r>
    </w:p>
    <w:p w:rsidR="00B830E9" w:rsidRDefault="00B830E9" w:rsidP="00B830E9">
      <w:pPr>
        <w:pStyle w:val="aff2"/>
        <w:shd w:val="clear" w:color="auto" w:fill="FFFFFF"/>
        <w:spacing w:before="0" w:beforeAutospacing="0" w:after="0" w:afterAutospacing="0"/>
        <w:ind w:firstLine="227"/>
        <w:jc w:val="both"/>
      </w:pPr>
      <w:r>
        <w:t>Фонетика и графика как разделы лингвистики.</w:t>
      </w:r>
    </w:p>
    <w:p w:rsidR="00B830E9" w:rsidRDefault="00B830E9" w:rsidP="00B830E9">
      <w:pPr>
        <w:pStyle w:val="aff2"/>
        <w:shd w:val="clear" w:color="auto" w:fill="FFFFFF"/>
        <w:spacing w:before="0" w:beforeAutospacing="0" w:after="0" w:afterAutospacing="0"/>
        <w:ind w:firstLine="227"/>
        <w:jc w:val="both"/>
      </w:pPr>
      <w:r>
        <w:t>Звук как единица языка. Смыслоразличительная роль звука.</w:t>
      </w:r>
    </w:p>
    <w:p w:rsidR="00B830E9" w:rsidRDefault="00B830E9" w:rsidP="00B830E9">
      <w:pPr>
        <w:pStyle w:val="aff2"/>
        <w:shd w:val="clear" w:color="auto" w:fill="FFFFFF"/>
        <w:spacing w:before="0" w:beforeAutospacing="0" w:after="0" w:afterAutospacing="0"/>
        <w:ind w:firstLine="227"/>
        <w:jc w:val="both"/>
      </w:pPr>
      <w:r>
        <w:t>Система гласных звуков.</w:t>
      </w:r>
    </w:p>
    <w:p w:rsidR="00B830E9" w:rsidRDefault="00B830E9" w:rsidP="00B830E9">
      <w:pPr>
        <w:pStyle w:val="aff2"/>
        <w:shd w:val="clear" w:color="auto" w:fill="FFFFFF"/>
        <w:spacing w:before="0" w:beforeAutospacing="0" w:after="0" w:afterAutospacing="0"/>
        <w:ind w:firstLine="227"/>
        <w:jc w:val="both"/>
      </w:pPr>
      <w:r>
        <w:t>Система согласных звуков.</w:t>
      </w:r>
    </w:p>
    <w:p w:rsidR="00B830E9" w:rsidRDefault="00B830E9" w:rsidP="00B830E9">
      <w:pPr>
        <w:pStyle w:val="aff2"/>
        <w:shd w:val="clear" w:color="auto" w:fill="FFFFFF"/>
        <w:spacing w:before="0" w:beforeAutospacing="0" w:after="0" w:afterAutospacing="0"/>
        <w:ind w:firstLine="227"/>
        <w:jc w:val="both"/>
      </w:pPr>
      <w:r>
        <w:lastRenderedPageBreak/>
        <w:t>Изменение звуков в речевом потоке. Элементы фонетической транскрипции.</w:t>
      </w:r>
    </w:p>
    <w:p w:rsidR="00B830E9" w:rsidRDefault="00B830E9" w:rsidP="00B830E9">
      <w:pPr>
        <w:pStyle w:val="aff2"/>
        <w:shd w:val="clear" w:color="auto" w:fill="FFFFFF"/>
        <w:spacing w:before="0" w:beforeAutospacing="0" w:after="0" w:afterAutospacing="0"/>
        <w:ind w:firstLine="227"/>
        <w:jc w:val="both"/>
      </w:pPr>
      <w:r>
        <w:t>Слог. Ударение. Свойства русского ударения.</w:t>
      </w:r>
    </w:p>
    <w:p w:rsidR="00B830E9" w:rsidRDefault="00B830E9" w:rsidP="00B830E9">
      <w:pPr>
        <w:pStyle w:val="aff2"/>
        <w:shd w:val="clear" w:color="auto" w:fill="FFFFFF"/>
        <w:spacing w:before="0" w:beforeAutospacing="0" w:after="0" w:afterAutospacing="0"/>
        <w:ind w:firstLine="227"/>
        <w:jc w:val="both"/>
      </w:pPr>
      <w:r>
        <w:t>Соотношение звуков и букв.</w:t>
      </w:r>
    </w:p>
    <w:p w:rsidR="00B830E9" w:rsidRDefault="00B830E9" w:rsidP="00B830E9">
      <w:pPr>
        <w:pStyle w:val="aff2"/>
        <w:shd w:val="clear" w:color="auto" w:fill="FFFFFF"/>
        <w:spacing w:before="0" w:beforeAutospacing="0" w:after="0" w:afterAutospacing="0"/>
        <w:ind w:firstLine="227"/>
        <w:jc w:val="both"/>
      </w:pPr>
      <w:r>
        <w:t>Фонетический анализ слова.</w:t>
      </w:r>
    </w:p>
    <w:p w:rsidR="00B830E9" w:rsidRDefault="00B830E9" w:rsidP="00B830E9">
      <w:pPr>
        <w:pStyle w:val="aff2"/>
        <w:shd w:val="clear" w:color="auto" w:fill="FFFFFF"/>
        <w:spacing w:before="0" w:beforeAutospacing="0" w:after="0" w:afterAutospacing="0"/>
        <w:ind w:firstLine="227"/>
        <w:jc w:val="both"/>
      </w:pPr>
      <w:r>
        <w:t>Способы обозначения [й’], мягкости согласных.</w:t>
      </w:r>
    </w:p>
    <w:p w:rsidR="00B830E9" w:rsidRDefault="00B830E9" w:rsidP="00B830E9">
      <w:pPr>
        <w:pStyle w:val="aff2"/>
        <w:shd w:val="clear" w:color="auto" w:fill="FFFFFF"/>
        <w:spacing w:before="0" w:beforeAutospacing="0" w:after="0" w:afterAutospacing="0"/>
        <w:ind w:firstLine="227"/>
        <w:jc w:val="both"/>
      </w:pPr>
      <w:r>
        <w:t>Основные выразительные средства фонетики.</w:t>
      </w:r>
    </w:p>
    <w:p w:rsidR="00B830E9" w:rsidRDefault="00B830E9" w:rsidP="00B830E9">
      <w:pPr>
        <w:pStyle w:val="aff2"/>
        <w:shd w:val="clear" w:color="auto" w:fill="FFFFFF"/>
        <w:spacing w:before="0" w:beforeAutospacing="0" w:after="0" w:afterAutospacing="0"/>
        <w:ind w:firstLine="227"/>
        <w:jc w:val="both"/>
      </w:pPr>
      <w:r>
        <w:t>Прописные и строчные буквы.</w:t>
      </w:r>
    </w:p>
    <w:p w:rsidR="00B830E9" w:rsidRDefault="00B830E9" w:rsidP="00B830E9">
      <w:pPr>
        <w:pStyle w:val="aff2"/>
        <w:shd w:val="clear" w:color="auto" w:fill="FFFFFF"/>
        <w:spacing w:before="0" w:beforeAutospacing="0" w:after="0" w:afterAutospacing="0"/>
        <w:ind w:firstLine="227"/>
        <w:jc w:val="both"/>
      </w:pPr>
      <w:r>
        <w:t>Интонация, её функции. Основные элементы интонации.</w:t>
      </w:r>
    </w:p>
    <w:p w:rsidR="00B830E9" w:rsidRDefault="00B830E9" w:rsidP="00B830E9">
      <w:pPr>
        <w:pStyle w:val="aff2"/>
        <w:shd w:val="clear" w:color="auto" w:fill="FFFFFF"/>
        <w:spacing w:before="0" w:beforeAutospacing="0" w:after="0" w:afterAutospacing="0"/>
        <w:ind w:firstLine="227"/>
        <w:jc w:val="both"/>
      </w:pPr>
      <w:r>
        <w:rPr>
          <w:b/>
          <w:bCs/>
        </w:rPr>
        <w:t>Орфография</w:t>
      </w:r>
    </w:p>
    <w:p w:rsidR="00B830E9" w:rsidRDefault="00B830E9" w:rsidP="00B830E9">
      <w:pPr>
        <w:pStyle w:val="aff2"/>
        <w:shd w:val="clear" w:color="auto" w:fill="FFFFFF"/>
        <w:spacing w:before="0" w:beforeAutospacing="0" w:after="0" w:afterAutospacing="0"/>
        <w:ind w:firstLine="227"/>
        <w:jc w:val="both"/>
      </w:pPr>
      <w:r>
        <w:t>Орфография как раздел лингвистики.</w:t>
      </w:r>
    </w:p>
    <w:p w:rsidR="00B830E9" w:rsidRDefault="00B830E9" w:rsidP="00B830E9">
      <w:pPr>
        <w:pStyle w:val="aff2"/>
        <w:shd w:val="clear" w:color="auto" w:fill="FFFFFF"/>
        <w:spacing w:before="0" w:beforeAutospacing="0" w:after="0" w:afterAutospacing="0"/>
        <w:ind w:firstLine="227"/>
        <w:jc w:val="both"/>
      </w:pPr>
      <w:r>
        <w:t>Понятие «орфограмма». Буквенные и небуквенные орфограммы.</w:t>
      </w:r>
    </w:p>
    <w:p w:rsidR="00B830E9" w:rsidRDefault="00B830E9" w:rsidP="00B830E9">
      <w:pPr>
        <w:pStyle w:val="aff2"/>
        <w:shd w:val="clear" w:color="auto" w:fill="FFFFFF"/>
        <w:spacing w:before="0" w:beforeAutospacing="0" w:after="0" w:afterAutospacing="0"/>
        <w:ind w:firstLine="227"/>
        <w:jc w:val="both"/>
      </w:pPr>
      <w:r>
        <w:t>Правописание разделительных </w:t>
      </w:r>
      <w:r>
        <w:rPr>
          <w:b/>
          <w:bCs/>
          <w:i/>
          <w:iCs/>
        </w:rPr>
        <w:t>ъ</w:t>
      </w:r>
      <w:r>
        <w:t> и </w:t>
      </w:r>
      <w:r>
        <w:rPr>
          <w:b/>
          <w:bCs/>
          <w:i/>
          <w:iCs/>
        </w:rPr>
        <w:t>ь</w:t>
      </w:r>
      <w:r>
        <w:t>.</w:t>
      </w:r>
    </w:p>
    <w:p w:rsidR="00B830E9" w:rsidRDefault="00B830E9" w:rsidP="00B830E9">
      <w:pPr>
        <w:pStyle w:val="aff2"/>
        <w:shd w:val="clear" w:color="auto" w:fill="FFFFFF"/>
        <w:spacing w:before="0" w:beforeAutospacing="0" w:after="0" w:afterAutospacing="0"/>
        <w:ind w:firstLine="227"/>
        <w:jc w:val="both"/>
      </w:pPr>
      <w:r>
        <w:rPr>
          <w:b/>
          <w:bCs/>
        </w:rPr>
        <w:t>Лексикология</w:t>
      </w:r>
    </w:p>
    <w:p w:rsidR="00B830E9" w:rsidRDefault="00B830E9" w:rsidP="00B830E9">
      <w:pPr>
        <w:pStyle w:val="aff2"/>
        <w:shd w:val="clear" w:color="auto" w:fill="FFFFFF"/>
        <w:spacing w:before="0" w:beforeAutospacing="0" w:after="0" w:afterAutospacing="0"/>
        <w:ind w:firstLine="227"/>
        <w:jc w:val="both"/>
      </w:pPr>
      <w:r>
        <w:t>Лексикология как раздел лингвистики.</w:t>
      </w:r>
    </w:p>
    <w:p w:rsidR="00B830E9" w:rsidRDefault="00B830E9" w:rsidP="00B830E9">
      <w:pPr>
        <w:pStyle w:val="aff2"/>
        <w:shd w:val="clear" w:color="auto" w:fill="FFFFFF"/>
        <w:spacing w:before="0" w:beforeAutospacing="0" w:after="0" w:afterAutospacing="0"/>
        <w:ind w:firstLine="227"/>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B830E9" w:rsidRDefault="00B830E9" w:rsidP="00B830E9">
      <w:pPr>
        <w:pStyle w:val="aff2"/>
        <w:shd w:val="clear" w:color="auto" w:fill="FFFFFF"/>
        <w:spacing w:before="0" w:beforeAutospacing="0" w:after="0" w:afterAutospacing="0"/>
        <w:ind w:firstLine="227"/>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B830E9" w:rsidRDefault="00B830E9" w:rsidP="00B830E9">
      <w:pPr>
        <w:pStyle w:val="aff2"/>
        <w:shd w:val="clear" w:color="auto" w:fill="FFFFFF"/>
        <w:spacing w:before="0" w:beforeAutospacing="0" w:after="0" w:afterAutospacing="0"/>
        <w:ind w:firstLine="227"/>
        <w:jc w:val="both"/>
      </w:pPr>
      <w:r>
        <w:t>Синонимы. Антонимы. Омонимы. Паронимы.</w:t>
      </w:r>
    </w:p>
    <w:p w:rsidR="00B830E9" w:rsidRDefault="00B830E9" w:rsidP="00B830E9">
      <w:pPr>
        <w:pStyle w:val="aff2"/>
        <w:shd w:val="clear" w:color="auto" w:fill="FFFFFF"/>
        <w:spacing w:before="0" w:beforeAutospacing="0" w:after="0" w:afterAutospacing="0"/>
        <w:ind w:firstLine="227"/>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B830E9" w:rsidRDefault="00B830E9" w:rsidP="00B830E9">
      <w:pPr>
        <w:pStyle w:val="aff2"/>
        <w:shd w:val="clear" w:color="auto" w:fill="FFFFFF"/>
        <w:spacing w:before="0" w:beforeAutospacing="0" w:after="0" w:afterAutospacing="0"/>
        <w:ind w:firstLine="227"/>
        <w:jc w:val="both"/>
      </w:pPr>
      <w:r>
        <w:t>Лексический анализ слов (в рамках изученного).</w:t>
      </w:r>
    </w:p>
    <w:p w:rsidR="00B830E9" w:rsidRDefault="00B830E9" w:rsidP="00B830E9">
      <w:pPr>
        <w:pStyle w:val="aff2"/>
        <w:shd w:val="clear" w:color="auto" w:fill="FFFFFF"/>
        <w:spacing w:before="0" w:beforeAutospacing="0" w:after="0" w:afterAutospacing="0"/>
        <w:ind w:firstLine="227"/>
        <w:jc w:val="both"/>
      </w:pPr>
      <w:proofErr w:type="spellStart"/>
      <w:r>
        <w:rPr>
          <w:b/>
          <w:bCs/>
        </w:rPr>
        <w:t>Морфемика</w:t>
      </w:r>
      <w:proofErr w:type="spellEnd"/>
      <w:r>
        <w:rPr>
          <w:b/>
          <w:bCs/>
        </w:rPr>
        <w:t>. Орфография</w:t>
      </w:r>
    </w:p>
    <w:p w:rsidR="00B830E9" w:rsidRDefault="00B830E9" w:rsidP="00B830E9">
      <w:pPr>
        <w:pStyle w:val="aff2"/>
        <w:shd w:val="clear" w:color="auto" w:fill="FFFFFF"/>
        <w:spacing w:before="0" w:beforeAutospacing="0" w:after="0" w:afterAutospacing="0"/>
        <w:ind w:firstLine="227"/>
        <w:jc w:val="both"/>
      </w:pPr>
      <w:proofErr w:type="spellStart"/>
      <w:r>
        <w:t>Морфемика</w:t>
      </w:r>
      <w:proofErr w:type="spellEnd"/>
      <w:r>
        <w:t xml:space="preserve"> как раздел лингвистики.</w:t>
      </w:r>
    </w:p>
    <w:p w:rsidR="00B830E9" w:rsidRDefault="00B830E9" w:rsidP="00B830E9">
      <w:pPr>
        <w:pStyle w:val="aff2"/>
        <w:shd w:val="clear" w:color="auto" w:fill="FFFFFF"/>
        <w:spacing w:before="0" w:beforeAutospacing="0" w:after="0" w:afterAutospacing="0"/>
        <w:ind w:firstLine="227"/>
        <w:jc w:val="both"/>
      </w:pPr>
      <w:r>
        <w:t>Морфема как минимальная значимая единица языка. Основа слова. Виды морфем (корень, приставка, суффикс, окончание).</w:t>
      </w:r>
    </w:p>
    <w:p w:rsidR="00B830E9" w:rsidRDefault="00B830E9" w:rsidP="00B830E9">
      <w:pPr>
        <w:pStyle w:val="aff2"/>
        <w:shd w:val="clear" w:color="auto" w:fill="FFFFFF"/>
        <w:spacing w:before="0" w:beforeAutospacing="0" w:after="0" w:afterAutospacing="0"/>
        <w:ind w:firstLine="227"/>
        <w:jc w:val="both"/>
      </w:pPr>
      <w:r>
        <w:t>Чередование звуков в морфемах (в том числе чередование гласных с нулём звука).</w:t>
      </w:r>
    </w:p>
    <w:p w:rsidR="00B830E9" w:rsidRDefault="00B830E9" w:rsidP="00B830E9">
      <w:pPr>
        <w:pStyle w:val="aff2"/>
        <w:shd w:val="clear" w:color="auto" w:fill="FFFFFF"/>
        <w:spacing w:before="0" w:beforeAutospacing="0" w:after="0" w:afterAutospacing="0"/>
        <w:ind w:firstLine="227"/>
        <w:jc w:val="both"/>
      </w:pPr>
      <w:r>
        <w:t>Морфемный анализ слов.</w:t>
      </w:r>
    </w:p>
    <w:p w:rsidR="00B830E9" w:rsidRDefault="00B830E9" w:rsidP="00B830E9">
      <w:pPr>
        <w:pStyle w:val="aff2"/>
        <w:shd w:val="clear" w:color="auto" w:fill="FFFFFF"/>
        <w:spacing w:before="0" w:beforeAutospacing="0" w:after="0" w:afterAutospacing="0"/>
        <w:ind w:firstLine="227"/>
        <w:jc w:val="both"/>
      </w:pPr>
      <w:r>
        <w:t>Уместное использование слов с суффиксами оценки в собственной речи.</w:t>
      </w:r>
    </w:p>
    <w:p w:rsidR="00B830E9" w:rsidRDefault="00B830E9" w:rsidP="00B830E9">
      <w:pPr>
        <w:pStyle w:val="aff2"/>
        <w:shd w:val="clear" w:color="auto" w:fill="FFFFFF"/>
        <w:spacing w:before="0" w:beforeAutospacing="0" w:after="0" w:afterAutospacing="0"/>
        <w:ind w:firstLine="227"/>
        <w:jc w:val="both"/>
      </w:pPr>
      <w:r>
        <w:t>Правописание корней с безударными проверяемыми, непроверяемыми гласными (в рамках изученного).</w:t>
      </w:r>
    </w:p>
    <w:p w:rsidR="00B830E9" w:rsidRDefault="00B830E9" w:rsidP="00B830E9">
      <w:pPr>
        <w:pStyle w:val="aff2"/>
        <w:shd w:val="clear" w:color="auto" w:fill="FFFFFF"/>
        <w:spacing w:before="0" w:beforeAutospacing="0" w:after="0" w:afterAutospacing="0"/>
        <w:ind w:firstLine="227"/>
        <w:jc w:val="both"/>
      </w:pPr>
      <w:r>
        <w:t xml:space="preserve">Правописание корней с проверяемыми, непроверяемыми, </w:t>
      </w:r>
      <w:r>
        <w:softHyphen/>
        <w:t>непроизносимыми согласными (в рамках изученного).</w:t>
      </w:r>
    </w:p>
    <w:p w:rsidR="00B830E9" w:rsidRDefault="00B830E9" w:rsidP="00B830E9">
      <w:pPr>
        <w:pStyle w:val="aff2"/>
        <w:shd w:val="clear" w:color="auto" w:fill="FFFFFF"/>
        <w:spacing w:before="0" w:beforeAutospacing="0" w:after="0" w:afterAutospacing="0"/>
        <w:ind w:firstLine="227"/>
        <w:jc w:val="both"/>
      </w:pPr>
      <w:r>
        <w:t>Правописание </w:t>
      </w:r>
      <w:r>
        <w:rPr>
          <w:b/>
          <w:bCs/>
          <w:i/>
          <w:iCs/>
        </w:rPr>
        <w:t>ё</w:t>
      </w:r>
      <w:r>
        <w:t> — </w:t>
      </w:r>
      <w:r>
        <w:rPr>
          <w:b/>
          <w:bCs/>
          <w:i/>
          <w:iCs/>
        </w:rPr>
        <w:t>о</w:t>
      </w:r>
      <w:r>
        <w:t> после шипящих в корне слова.</w:t>
      </w:r>
    </w:p>
    <w:p w:rsidR="00B830E9" w:rsidRDefault="00B830E9" w:rsidP="00B830E9">
      <w:pPr>
        <w:pStyle w:val="aff2"/>
        <w:shd w:val="clear" w:color="auto" w:fill="FFFFFF"/>
        <w:spacing w:before="0" w:beforeAutospacing="0" w:after="0" w:afterAutospacing="0"/>
        <w:ind w:firstLine="227"/>
        <w:jc w:val="both"/>
      </w:pPr>
      <w:r>
        <w:t>Правописание неизменяемых на письме приставок и приставок на </w:t>
      </w:r>
      <w:r>
        <w:rPr>
          <w:b/>
          <w:bCs/>
          <w:i/>
          <w:iCs/>
        </w:rPr>
        <w:t>-з</w:t>
      </w:r>
      <w:r>
        <w:t> (-</w:t>
      </w:r>
      <w:r>
        <w:rPr>
          <w:b/>
          <w:bCs/>
          <w:i/>
          <w:iCs/>
        </w:rPr>
        <w:t>с</w:t>
      </w:r>
      <w:r>
        <w:t>).</w:t>
      </w:r>
    </w:p>
    <w:p w:rsidR="00B830E9" w:rsidRDefault="00B830E9" w:rsidP="00B830E9">
      <w:pPr>
        <w:pStyle w:val="aff2"/>
        <w:shd w:val="clear" w:color="auto" w:fill="FFFFFF"/>
        <w:spacing w:before="0" w:beforeAutospacing="0" w:after="0" w:afterAutospacing="0"/>
        <w:ind w:firstLine="227"/>
        <w:jc w:val="both"/>
      </w:pPr>
      <w:r>
        <w:t>Правописание </w:t>
      </w:r>
      <w:r>
        <w:rPr>
          <w:b/>
          <w:bCs/>
          <w:i/>
          <w:iCs/>
        </w:rPr>
        <w:t>ы</w:t>
      </w:r>
      <w:r>
        <w:t> — </w:t>
      </w:r>
      <w:r>
        <w:rPr>
          <w:b/>
          <w:bCs/>
          <w:i/>
          <w:iCs/>
        </w:rPr>
        <w:t>и</w:t>
      </w:r>
      <w:r>
        <w:t> после приставок.</w:t>
      </w:r>
    </w:p>
    <w:p w:rsidR="00B830E9" w:rsidRDefault="00B830E9" w:rsidP="00B830E9">
      <w:pPr>
        <w:pStyle w:val="aff2"/>
        <w:shd w:val="clear" w:color="auto" w:fill="FFFFFF"/>
        <w:spacing w:before="0" w:beforeAutospacing="0" w:after="0" w:afterAutospacing="0"/>
        <w:ind w:firstLine="227"/>
        <w:jc w:val="both"/>
      </w:pPr>
      <w:r>
        <w:t>Правописание </w:t>
      </w:r>
      <w:r>
        <w:rPr>
          <w:b/>
          <w:bCs/>
          <w:i/>
          <w:iCs/>
        </w:rPr>
        <w:t>ы</w:t>
      </w:r>
      <w:r>
        <w:t> — </w:t>
      </w:r>
      <w:r>
        <w:rPr>
          <w:b/>
          <w:bCs/>
          <w:i/>
          <w:iCs/>
        </w:rPr>
        <w:t>и</w:t>
      </w:r>
      <w:r>
        <w:t> после </w:t>
      </w:r>
      <w:r>
        <w:rPr>
          <w:b/>
          <w:bCs/>
          <w:i/>
          <w:iCs/>
        </w:rPr>
        <w:t>ц</w:t>
      </w:r>
      <w:r>
        <w:t>.</w:t>
      </w:r>
    </w:p>
    <w:p w:rsidR="00B830E9" w:rsidRDefault="00B830E9" w:rsidP="00B830E9">
      <w:pPr>
        <w:pStyle w:val="aff2"/>
        <w:shd w:val="clear" w:color="auto" w:fill="FFFFFF"/>
        <w:spacing w:before="0" w:beforeAutospacing="0" w:after="0" w:afterAutospacing="0"/>
        <w:ind w:firstLine="227"/>
        <w:jc w:val="both"/>
      </w:pPr>
      <w:r>
        <w:rPr>
          <w:b/>
          <w:bCs/>
        </w:rPr>
        <w:t>Морфология. Культура речи. Орфография</w:t>
      </w:r>
    </w:p>
    <w:p w:rsidR="00B830E9" w:rsidRDefault="00B830E9" w:rsidP="00B830E9">
      <w:pPr>
        <w:pStyle w:val="aff2"/>
        <w:shd w:val="clear" w:color="auto" w:fill="FFFFFF"/>
        <w:spacing w:before="0" w:beforeAutospacing="0" w:after="0" w:afterAutospacing="0"/>
        <w:ind w:firstLine="227"/>
        <w:jc w:val="both"/>
      </w:pPr>
      <w:r>
        <w:t>Морфология как раздел грамматики. Грамматическое значение слова.</w:t>
      </w:r>
    </w:p>
    <w:p w:rsidR="00B830E9" w:rsidRDefault="00B830E9" w:rsidP="00B830E9">
      <w:pPr>
        <w:pStyle w:val="aff2"/>
        <w:shd w:val="clear" w:color="auto" w:fill="FFFFFF"/>
        <w:spacing w:before="0" w:beforeAutospacing="0" w:after="0" w:afterAutospacing="0"/>
        <w:ind w:firstLine="227"/>
        <w:jc w:val="both"/>
      </w:pPr>
      <w:r>
        <w:t>Части речи как лексико-грамматические разряды слов. Система частей речи в русском языке. Самостоятельные и служебные части речи.</w:t>
      </w:r>
    </w:p>
    <w:p w:rsidR="00B830E9" w:rsidRDefault="00B830E9" w:rsidP="00B830E9">
      <w:pPr>
        <w:pStyle w:val="aff2"/>
        <w:shd w:val="clear" w:color="auto" w:fill="FFFFFF"/>
        <w:spacing w:before="0" w:beforeAutospacing="0" w:after="0" w:afterAutospacing="0"/>
        <w:ind w:firstLine="227"/>
        <w:jc w:val="both"/>
      </w:pPr>
      <w:r>
        <w:rPr>
          <w:b/>
          <w:bCs/>
        </w:rPr>
        <w:t>Имя существительное</w:t>
      </w:r>
    </w:p>
    <w:p w:rsidR="00B830E9" w:rsidRDefault="00B830E9" w:rsidP="00B830E9">
      <w:pPr>
        <w:pStyle w:val="aff2"/>
        <w:shd w:val="clear" w:color="auto" w:fill="FFFFFF"/>
        <w:spacing w:before="0" w:beforeAutospacing="0" w:after="0" w:afterAutospacing="0"/>
        <w:ind w:firstLine="227"/>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B830E9" w:rsidRDefault="00B830E9" w:rsidP="00B830E9">
      <w:pPr>
        <w:pStyle w:val="aff2"/>
        <w:shd w:val="clear" w:color="auto" w:fill="FFFFFF"/>
        <w:spacing w:before="0" w:beforeAutospacing="0" w:after="0" w:afterAutospacing="0"/>
        <w:ind w:firstLine="227"/>
        <w:jc w:val="both"/>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B830E9" w:rsidRDefault="00B830E9" w:rsidP="00B830E9">
      <w:pPr>
        <w:pStyle w:val="aff2"/>
        <w:shd w:val="clear" w:color="auto" w:fill="FFFFFF"/>
        <w:spacing w:before="0" w:beforeAutospacing="0" w:after="0" w:afterAutospacing="0"/>
        <w:ind w:firstLine="227"/>
        <w:jc w:val="both"/>
      </w:pPr>
      <w:r>
        <w:t>Род, число, падеж имени существительного.</w:t>
      </w:r>
    </w:p>
    <w:p w:rsidR="00B830E9" w:rsidRDefault="00B830E9" w:rsidP="00B830E9">
      <w:pPr>
        <w:pStyle w:val="aff2"/>
        <w:shd w:val="clear" w:color="auto" w:fill="FFFFFF"/>
        <w:spacing w:before="0" w:beforeAutospacing="0" w:after="0" w:afterAutospacing="0"/>
        <w:ind w:firstLine="227"/>
        <w:jc w:val="both"/>
      </w:pPr>
      <w:r>
        <w:t>Имена существительные общего рода.</w:t>
      </w:r>
    </w:p>
    <w:p w:rsidR="00B830E9" w:rsidRDefault="00B830E9" w:rsidP="00B830E9">
      <w:pPr>
        <w:pStyle w:val="aff2"/>
        <w:shd w:val="clear" w:color="auto" w:fill="FFFFFF"/>
        <w:spacing w:before="0" w:beforeAutospacing="0" w:after="0" w:afterAutospacing="0"/>
        <w:ind w:firstLine="227"/>
        <w:jc w:val="both"/>
      </w:pPr>
      <w:r>
        <w:t>Имена существительные, имеющие форму только единственного или только множественного числа.</w:t>
      </w:r>
    </w:p>
    <w:p w:rsidR="00B830E9" w:rsidRDefault="00B830E9" w:rsidP="00B830E9">
      <w:pPr>
        <w:pStyle w:val="aff2"/>
        <w:shd w:val="clear" w:color="auto" w:fill="FFFFFF"/>
        <w:spacing w:before="0" w:beforeAutospacing="0" w:after="0" w:afterAutospacing="0"/>
        <w:ind w:firstLine="227"/>
        <w:jc w:val="both"/>
      </w:pPr>
      <w:r>
        <w:t>Типы склонения имён существительных. Разносклоняемые имена существительные. Несклоняемые имена существительные.</w:t>
      </w:r>
    </w:p>
    <w:p w:rsidR="00B830E9" w:rsidRDefault="00B830E9" w:rsidP="00B830E9">
      <w:pPr>
        <w:pStyle w:val="aff2"/>
        <w:shd w:val="clear" w:color="auto" w:fill="FFFFFF"/>
        <w:spacing w:before="0" w:beforeAutospacing="0" w:after="0" w:afterAutospacing="0"/>
        <w:ind w:firstLine="227"/>
        <w:jc w:val="both"/>
      </w:pPr>
      <w:r>
        <w:t>Морфологический анализ имён существительных.</w:t>
      </w:r>
    </w:p>
    <w:p w:rsidR="00B830E9" w:rsidRDefault="00B830E9" w:rsidP="00B830E9">
      <w:pPr>
        <w:pStyle w:val="aff2"/>
        <w:shd w:val="clear" w:color="auto" w:fill="FFFFFF"/>
        <w:spacing w:before="0" w:beforeAutospacing="0" w:after="0" w:afterAutospacing="0"/>
        <w:ind w:firstLine="227"/>
        <w:jc w:val="both"/>
      </w:pPr>
      <w:r>
        <w:lastRenderedPageBreak/>
        <w:t>Нормы произношения, нормы постановки ударения, нормы словоизменения имён существительных.</w:t>
      </w:r>
    </w:p>
    <w:p w:rsidR="00B830E9" w:rsidRDefault="00B830E9" w:rsidP="00B830E9">
      <w:pPr>
        <w:pStyle w:val="aff2"/>
        <w:shd w:val="clear" w:color="auto" w:fill="FFFFFF"/>
        <w:spacing w:before="0" w:beforeAutospacing="0" w:after="0" w:afterAutospacing="0"/>
        <w:ind w:firstLine="227"/>
        <w:jc w:val="both"/>
      </w:pPr>
      <w:r>
        <w:t>Правописание собственных имён существительных.</w:t>
      </w:r>
    </w:p>
    <w:p w:rsidR="00B830E9" w:rsidRDefault="00B830E9" w:rsidP="00B830E9">
      <w:pPr>
        <w:pStyle w:val="aff2"/>
        <w:shd w:val="clear" w:color="auto" w:fill="FFFFFF"/>
        <w:spacing w:before="0" w:beforeAutospacing="0" w:after="0" w:afterAutospacing="0"/>
        <w:ind w:firstLine="227"/>
        <w:jc w:val="both"/>
      </w:pPr>
      <w:r>
        <w:t>Правописание </w:t>
      </w:r>
      <w:r>
        <w:rPr>
          <w:b/>
          <w:bCs/>
          <w:i/>
          <w:iCs/>
        </w:rPr>
        <w:t>ь</w:t>
      </w:r>
      <w:r>
        <w:t> на конце имён существительных после шипящих.</w:t>
      </w:r>
    </w:p>
    <w:p w:rsidR="00B830E9" w:rsidRDefault="00B830E9" w:rsidP="00B830E9">
      <w:pPr>
        <w:pStyle w:val="aff2"/>
        <w:shd w:val="clear" w:color="auto" w:fill="FFFFFF"/>
        <w:spacing w:before="0" w:beforeAutospacing="0" w:after="0" w:afterAutospacing="0"/>
        <w:ind w:firstLine="227"/>
        <w:jc w:val="both"/>
      </w:pPr>
      <w:r>
        <w:t>Правописание безударных окончаний имён существительных.</w:t>
      </w:r>
    </w:p>
    <w:p w:rsidR="00B830E9" w:rsidRDefault="00B830E9" w:rsidP="00B830E9">
      <w:pPr>
        <w:pStyle w:val="aff2"/>
        <w:shd w:val="clear" w:color="auto" w:fill="FFFFFF"/>
        <w:spacing w:before="0" w:beforeAutospacing="0" w:after="0" w:afterAutospacing="0"/>
        <w:ind w:firstLine="227"/>
        <w:jc w:val="both"/>
      </w:pPr>
      <w:r>
        <w:t>Правописание </w:t>
      </w:r>
      <w:r>
        <w:rPr>
          <w:b/>
          <w:bCs/>
          <w:i/>
          <w:iCs/>
        </w:rPr>
        <w:t>о</w:t>
      </w:r>
      <w:r>
        <w:t> — </w:t>
      </w:r>
      <w:r>
        <w:rPr>
          <w:b/>
          <w:bCs/>
          <w:i/>
          <w:iCs/>
        </w:rPr>
        <w:t>е</w:t>
      </w:r>
      <w:r>
        <w:t> (</w:t>
      </w:r>
      <w:r>
        <w:rPr>
          <w:b/>
          <w:bCs/>
          <w:i/>
          <w:iCs/>
        </w:rPr>
        <w:t>ё</w:t>
      </w:r>
      <w:r>
        <w:t>) после шипящих и </w:t>
      </w:r>
      <w:r>
        <w:rPr>
          <w:b/>
          <w:bCs/>
          <w:i/>
          <w:iCs/>
        </w:rPr>
        <w:t>ц</w:t>
      </w:r>
      <w:r>
        <w:t> в суффиксах и окончаниях имён существительных.</w:t>
      </w:r>
    </w:p>
    <w:p w:rsidR="00B830E9" w:rsidRDefault="00B830E9" w:rsidP="00B830E9">
      <w:pPr>
        <w:pStyle w:val="aff2"/>
        <w:shd w:val="clear" w:color="auto" w:fill="FFFFFF"/>
        <w:spacing w:before="0" w:beforeAutospacing="0" w:after="0" w:afterAutospacing="0"/>
        <w:ind w:firstLine="227"/>
        <w:jc w:val="both"/>
      </w:pPr>
      <w:r>
        <w:t>Правописание суффиксов </w:t>
      </w:r>
      <w:r>
        <w:rPr>
          <w:b/>
          <w:bCs/>
        </w:rPr>
        <w:t>-</w:t>
      </w:r>
      <w:r>
        <w:rPr>
          <w:b/>
          <w:bCs/>
          <w:i/>
          <w:iCs/>
        </w:rPr>
        <w:t>чик</w:t>
      </w:r>
      <w:r>
        <w:rPr>
          <w:b/>
          <w:bCs/>
        </w:rPr>
        <w:t>- </w:t>
      </w:r>
      <w:r>
        <w:t>— </w:t>
      </w:r>
      <w:r>
        <w:rPr>
          <w:b/>
          <w:bCs/>
        </w:rPr>
        <w:t>-</w:t>
      </w:r>
      <w:proofErr w:type="spellStart"/>
      <w:r>
        <w:rPr>
          <w:b/>
          <w:bCs/>
          <w:i/>
          <w:iCs/>
        </w:rPr>
        <w:t>щик</w:t>
      </w:r>
      <w:proofErr w:type="spellEnd"/>
      <w:r>
        <w:rPr>
          <w:b/>
          <w:bCs/>
        </w:rPr>
        <w:t>-</w:t>
      </w:r>
      <w:r>
        <w:t>; -</w:t>
      </w:r>
      <w:proofErr w:type="spellStart"/>
      <w:r>
        <w:rPr>
          <w:b/>
          <w:bCs/>
          <w:i/>
          <w:iCs/>
        </w:rPr>
        <w:t>ек</w:t>
      </w:r>
      <w:proofErr w:type="spellEnd"/>
      <w:r>
        <w:rPr>
          <w:b/>
          <w:bCs/>
        </w:rPr>
        <w:t>-</w:t>
      </w:r>
      <w:r>
        <w:t> — </w:t>
      </w:r>
      <w:r>
        <w:rPr>
          <w:b/>
          <w:bCs/>
        </w:rPr>
        <w:t>-</w:t>
      </w:r>
      <w:proofErr w:type="spellStart"/>
      <w:r>
        <w:rPr>
          <w:b/>
          <w:bCs/>
          <w:i/>
          <w:iCs/>
        </w:rPr>
        <w:t>ик</w:t>
      </w:r>
      <w:proofErr w:type="spellEnd"/>
      <w:r>
        <w:rPr>
          <w:b/>
          <w:bCs/>
        </w:rPr>
        <w:t>- </w:t>
      </w:r>
      <w:r>
        <w:t>(-</w:t>
      </w:r>
      <w:r>
        <w:rPr>
          <w:b/>
          <w:bCs/>
          <w:i/>
          <w:iCs/>
        </w:rPr>
        <w:t>чик</w:t>
      </w:r>
      <w:r>
        <w:rPr>
          <w:b/>
          <w:bCs/>
        </w:rPr>
        <w:t>-</w:t>
      </w:r>
      <w:r>
        <w:t>) имён существительных.</w:t>
      </w:r>
    </w:p>
    <w:p w:rsidR="00B830E9" w:rsidRDefault="00B830E9" w:rsidP="00B830E9">
      <w:pPr>
        <w:pStyle w:val="aff2"/>
        <w:shd w:val="clear" w:color="auto" w:fill="FFFFFF"/>
        <w:spacing w:before="0" w:beforeAutospacing="0" w:after="0" w:afterAutospacing="0"/>
        <w:ind w:firstLine="227"/>
        <w:jc w:val="both"/>
      </w:pPr>
      <w:r>
        <w:t>Правописание корней с чередованием </w:t>
      </w:r>
      <w:r>
        <w:rPr>
          <w:b/>
          <w:bCs/>
          <w:i/>
          <w:iCs/>
        </w:rPr>
        <w:t>а</w:t>
      </w:r>
      <w:r>
        <w:t> // </w:t>
      </w:r>
      <w:r>
        <w:rPr>
          <w:b/>
          <w:bCs/>
          <w:i/>
          <w:iCs/>
        </w:rPr>
        <w:t>о</w:t>
      </w:r>
      <w:r>
        <w:t>: -</w:t>
      </w:r>
      <w:r>
        <w:rPr>
          <w:b/>
          <w:bCs/>
          <w:i/>
          <w:iCs/>
        </w:rPr>
        <w:t>лаг</w:t>
      </w:r>
      <w:r>
        <w:t>- — -</w:t>
      </w:r>
      <w:r>
        <w:rPr>
          <w:b/>
          <w:bCs/>
          <w:i/>
          <w:iCs/>
        </w:rPr>
        <w:t>лож</w:t>
      </w:r>
      <w:r>
        <w:t>-; -</w:t>
      </w:r>
      <w:proofErr w:type="spellStart"/>
      <w:r>
        <w:rPr>
          <w:b/>
          <w:bCs/>
          <w:i/>
          <w:iCs/>
        </w:rPr>
        <w:t>раст</w:t>
      </w:r>
      <w:proofErr w:type="spellEnd"/>
      <w:r>
        <w:t>- — -</w:t>
      </w:r>
      <w:proofErr w:type="spellStart"/>
      <w:r>
        <w:rPr>
          <w:b/>
          <w:bCs/>
          <w:i/>
          <w:iCs/>
        </w:rPr>
        <w:t>ращ</w:t>
      </w:r>
      <w:proofErr w:type="spellEnd"/>
      <w:r>
        <w:t>- — -</w:t>
      </w:r>
      <w:r>
        <w:rPr>
          <w:b/>
          <w:bCs/>
          <w:i/>
          <w:iCs/>
        </w:rPr>
        <w:t>рос</w:t>
      </w:r>
      <w:r>
        <w:t>-; -</w:t>
      </w:r>
      <w:proofErr w:type="spellStart"/>
      <w:r>
        <w:rPr>
          <w:b/>
          <w:bCs/>
          <w:i/>
          <w:iCs/>
        </w:rPr>
        <w:t>гар</w:t>
      </w:r>
      <w:proofErr w:type="spellEnd"/>
      <w:r>
        <w:t>- — -</w:t>
      </w:r>
      <w:r>
        <w:rPr>
          <w:b/>
          <w:bCs/>
          <w:i/>
          <w:iCs/>
        </w:rPr>
        <w:t>гор</w:t>
      </w:r>
      <w:r>
        <w:t>-, -</w:t>
      </w:r>
      <w:proofErr w:type="spellStart"/>
      <w:r>
        <w:rPr>
          <w:b/>
          <w:bCs/>
          <w:i/>
          <w:iCs/>
        </w:rPr>
        <w:t>зар</w:t>
      </w:r>
      <w:proofErr w:type="spellEnd"/>
      <w:r>
        <w:t>- — -</w:t>
      </w:r>
      <w:proofErr w:type="spellStart"/>
      <w:r>
        <w:rPr>
          <w:b/>
          <w:bCs/>
          <w:i/>
          <w:iCs/>
        </w:rPr>
        <w:t>зор</w:t>
      </w:r>
      <w:proofErr w:type="spellEnd"/>
      <w:r>
        <w:t>-;</w:t>
      </w:r>
      <w:r>
        <w:rPr>
          <w:b/>
          <w:bCs/>
          <w:i/>
          <w:iCs/>
        </w:rPr>
        <w:t> -клан- </w:t>
      </w:r>
      <w:r>
        <w:t>—</w:t>
      </w:r>
      <w:r>
        <w:rPr>
          <w:b/>
          <w:bCs/>
          <w:i/>
          <w:iCs/>
        </w:rPr>
        <w:t> -клон-</w:t>
      </w:r>
      <w:r>
        <w:t>, </w:t>
      </w:r>
      <w:r>
        <w:rPr>
          <w:b/>
          <w:bCs/>
          <w:i/>
          <w:iCs/>
        </w:rPr>
        <w:t>-</w:t>
      </w:r>
      <w:proofErr w:type="spellStart"/>
      <w:r>
        <w:rPr>
          <w:b/>
          <w:bCs/>
          <w:i/>
          <w:iCs/>
        </w:rPr>
        <w:t>скак</w:t>
      </w:r>
      <w:proofErr w:type="spellEnd"/>
      <w:r>
        <w:rPr>
          <w:b/>
          <w:bCs/>
          <w:i/>
          <w:iCs/>
        </w:rPr>
        <w:t>- </w:t>
      </w:r>
      <w:r>
        <w:t>—</w:t>
      </w:r>
      <w:r>
        <w:rPr>
          <w:b/>
          <w:bCs/>
          <w:i/>
          <w:iCs/>
        </w:rPr>
        <w:t> -</w:t>
      </w:r>
      <w:proofErr w:type="spellStart"/>
      <w:r>
        <w:rPr>
          <w:b/>
          <w:bCs/>
          <w:i/>
          <w:iCs/>
        </w:rPr>
        <w:t>скоч</w:t>
      </w:r>
      <w:proofErr w:type="spellEnd"/>
      <w:r>
        <w:rPr>
          <w:b/>
          <w:bCs/>
          <w:i/>
          <w:iCs/>
        </w:rPr>
        <w:t>-.</w:t>
      </w:r>
    </w:p>
    <w:p w:rsidR="00B830E9" w:rsidRDefault="00B830E9" w:rsidP="00B830E9">
      <w:pPr>
        <w:pStyle w:val="aff2"/>
        <w:shd w:val="clear" w:color="auto" w:fill="FFFFFF"/>
        <w:spacing w:before="0" w:beforeAutospacing="0" w:after="0" w:afterAutospacing="0"/>
        <w:ind w:firstLine="227"/>
        <w:jc w:val="both"/>
      </w:pPr>
      <w:r>
        <w:t>Слитное и раздельное написание </w:t>
      </w:r>
      <w:r>
        <w:rPr>
          <w:b/>
          <w:bCs/>
          <w:i/>
          <w:iCs/>
        </w:rPr>
        <w:t>не</w:t>
      </w:r>
      <w:r>
        <w:t> с именами существительными.</w:t>
      </w:r>
    </w:p>
    <w:p w:rsidR="00B830E9" w:rsidRDefault="00B830E9" w:rsidP="00B830E9">
      <w:pPr>
        <w:pStyle w:val="aff2"/>
        <w:shd w:val="clear" w:color="auto" w:fill="FFFFFF"/>
        <w:spacing w:before="0" w:beforeAutospacing="0" w:after="0" w:afterAutospacing="0"/>
        <w:ind w:firstLine="227"/>
        <w:jc w:val="both"/>
      </w:pPr>
      <w:r>
        <w:rPr>
          <w:b/>
          <w:bCs/>
        </w:rPr>
        <w:t>Имя прилагательное</w:t>
      </w:r>
    </w:p>
    <w:p w:rsidR="00B830E9" w:rsidRDefault="00B830E9" w:rsidP="00B830E9">
      <w:pPr>
        <w:pStyle w:val="aff2"/>
        <w:shd w:val="clear" w:color="auto" w:fill="FFFFFF"/>
        <w:spacing w:before="0" w:beforeAutospacing="0" w:after="0" w:afterAutospacing="0"/>
        <w:ind w:firstLine="227"/>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B830E9" w:rsidRDefault="00B830E9" w:rsidP="00B830E9">
      <w:pPr>
        <w:pStyle w:val="aff2"/>
        <w:shd w:val="clear" w:color="auto" w:fill="FFFFFF"/>
        <w:spacing w:before="0" w:beforeAutospacing="0" w:after="0" w:afterAutospacing="0"/>
        <w:ind w:firstLine="227"/>
        <w:jc w:val="both"/>
      </w:pPr>
      <w:r>
        <w:t>Имена прилагательные полные и краткие, их синтаксические функции.</w:t>
      </w:r>
    </w:p>
    <w:p w:rsidR="00B830E9" w:rsidRDefault="00B830E9" w:rsidP="00B830E9">
      <w:pPr>
        <w:pStyle w:val="aff2"/>
        <w:shd w:val="clear" w:color="auto" w:fill="FFFFFF"/>
        <w:spacing w:before="0" w:beforeAutospacing="0" w:after="0" w:afterAutospacing="0"/>
        <w:ind w:firstLine="227"/>
        <w:jc w:val="both"/>
      </w:pPr>
      <w:r>
        <w:t>Склонение имён прилагательных. </w:t>
      </w:r>
    </w:p>
    <w:p w:rsidR="00B830E9" w:rsidRDefault="00B830E9" w:rsidP="00B830E9">
      <w:pPr>
        <w:pStyle w:val="aff2"/>
        <w:shd w:val="clear" w:color="auto" w:fill="FFFFFF"/>
        <w:spacing w:before="0" w:beforeAutospacing="0" w:after="0" w:afterAutospacing="0"/>
        <w:ind w:firstLine="227"/>
        <w:jc w:val="both"/>
      </w:pPr>
      <w:r>
        <w:t>Морфологический анализ имён прилагательных.</w:t>
      </w:r>
    </w:p>
    <w:p w:rsidR="00B830E9" w:rsidRDefault="00B830E9" w:rsidP="00B830E9">
      <w:pPr>
        <w:pStyle w:val="aff2"/>
        <w:shd w:val="clear" w:color="auto" w:fill="FFFFFF"/>
        <w:spacing w:before="0" w:beforeAutospacing="0" w:after="0" w:afterAutospacing="0"/>
        <w:ind w:firstLine="227"/>
        <w:jc w:val="both"/>
      </w:pPr>
      <w:r>
        <w:t>Нормы словоизменения, произношения имён прилагательных, постановки ударения (в рамках изученного).</w:t>
      </w:r>
    </w:p>
    <w:p w:rsidR="00B830E9" w:rsidRDefault="00B830E9" w:rsidP="00B830E9">
      <w:pPr>
        <w:pStyle w:val="aff2"/>
        <w:shd w:val="clear" w:color="auto" w:fill="FFFFFF"/>
        <w:spacing w:before="0" w:beforeAutospacing="0" w:after="0" w:afterAutospacing="0"/>
        <w:ind w:firstLine="227"/>
        <w:jc w:val="both"/>
      </w:pPr>
      <w:r>
        <w:t>Правописание безударных окончаний имён прилагательных.</w:t>
      </w:r>
    </w:p>
    <w:p w:rsidR="00B830E9" w:rsidRDefault="00B830E9" w:rsidP="00B830E9">
      <w:pPr>
        <w:pStyle w:val="aff2"/>
        <w:shd w:val="clear" w:color="auto" w:fill="FFFFFF"/>
        <w:spacing w:before="0" w:beforeAutospacing="0" w:after="0" w:afterAutospacing="0"/>
        <w:ind w:firstLine="227"/>
        <w:jc w:val="both"/>
      </w:pPr>
      <w:r>
        <w:t>Правописание </w:t>
      </w:r>
      <w:r>
        <w:rPr>
          <w:b/>
          <w:bCs/>
          <w:i/>
          <w:iCs/>
        </w:rPr>
        <w:t>о</w:t>
      </w:r>
      <w:r>
        <w:t> — </w:t>
      </w:r>
      <w:r>
        <w:rPr>
          <w:b/>
          <w:bCs/>
          <w:i/>
          <w:iCs/>
        </w:rPr>
        <w:t>е</w:t>
      </w:r>
      <w:r>
        <w:t> после шипящих и </w:t>
      </w:r>
      <w:r>
        <w:rPr>
          <w:b/>
          <w:bCs/>
          <w:i/>
          <w:iCs/>
        </w:rPr>
        <w:t>ц</w:t>
      </w:r>
      <w:r>
        <w:t> в суффиксах и окончаниях имён прилагательных.</w:t>
      </w:r>
    </w:p>
    <w:p w:rsidR="00B830E9" w:rsidRDefault="00B830E9" w:rsidP="00B830E9">
      <w:pPr>
        <w:pStyle w:val="aff2"/>
        <w:shd w:val="clear" w:color="auto" w:fill="FFFFFF"/>
        <w:spacing w:before="0" w:beforeAutospacing="0" w:after="0" w:afterAutospacing="0"/>
        <w:ind w:firstLine="227"/>
        <w:jc w:val="both"/>
      </w:pPr>
      <w:r>
        <w:t>Правописание кратких форм имён прилагательных с основой на шипящий.</w:t>
      </w:r>
    </w:p>
    <w:p w:rsidR="00B830E9" w:rsidRDefault="00B830E9" w:rsidP="00B830E9">
      <w:pPr>
        <w:pStyle w:val="aff2"/>
        <w:shd w:val="clear" w:color="auto" w:fill="FFFFFF"/>
        <w:spacing w:before="0" w:beforeAutospacing="0" w:after="0" w:afterAutospacing="0"/>
        <w:ind w:firstLine="227"/>
        <w:jc w:val="both"/>
      </w:pPr>
      <w:r>
        <w:t>Слитное и раздельное написание </w:t>
      </w:r>
      <w:r>
        <w:rPr>
          <w:b/>
          <w:bCs/>
          <w:i/>
          <w:iCs/>
        </w:rPr>
        <w:t>не </w:t>
      </w:r>
      <w:r>
        <w:t>с именами прилагательными.</w:t>
      </w:r>
    </w:p>
    <w:p w:rsidR="00B830E9" w:rsidRDefault="00B830E9" w:rsidP="00B830E9">
      <w:pPr>
        <w:pStyle w:val="aff2"/>
        <w:shd w:val="clear" w:color="auto" w:fill="FFFFFF"/>
        <w:spacing w:before="0" w:beforeAutospacing="0" w:after="0" w:afterAutospacing="0"/>
        <w:ind w:firstLine="227"/>
        <w:jc w:val="both"/>
      </w:pPr>
      <w:r>
        <w:rPr>
          <w:b/>
          <w:bCs/>
        </w:rPr>
        <w:t>Глагол</w:t>
      </w:r>
    </w:p>
    <w:p w:rsidR="00B830E9" w:rsidRDefault="00B830E9" w:rsidP="00B830E9">
      <w:pPr>
        <w:pStyle w:val="aff2"/>
        <w:shd w:val="clear" w:color="auto" w:fill="FFFFFF"/>
        <w:spacing w:before="0" w:beforeAutospacing="0" w:after="0" w:afterAutospacing="0"/>
        <w:ind w:firstLine="227"/>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B830E9" w:rsidRDefault="00B830E9" w:rsidP="00B830E9">
      <w:pPr>
        <w:pStyle w:val="aff2"/>
        <w:shd w:val="clear" w:color="auto" w:fill="FFFFFF"/>
        <w:spacing w:before="0" w:beforeAutospacing="0" w:after="0" w:afterAutospacing="0"/>
        <w:ind w:firstLine="227"/>
        <w:jc w:val="both"/>
      </w:pPr>
      <w:r>
        <w:t>Глаголы совершенного и несовершенного вида, возвратные и невозвратные.</w:t>
      </w:r>
    </w:p>
    <w:p w:rsidR="00B830E9" w:rsidRDefault="00B830E9" w:rsidP="00B830E9">
      <w:pPr>
        <w:pStyle w:val="aff2"/>
        <w:shd w:val="clear" w:color="auto" w:fill="FFFFFF"/>
        <w:spacing w:before="0" w:beforeAutospacing="0" w:after="0" w:afterAutospacing="0"/>
        <w:ind w:firstLine="227"/>
        <w:jc w:val="both"/>
      </w:pPr>
      <w:r>
        <w:t>Инфинитив и его грамматические свойства. Основа инфинитива, основа настоящего (будущего простого) времени глагола.</w:t>
      </w:r>
    </w:p>
    <w:p w:rsidR="00B830E9" w:rsidRDefault="00B830E9" w:rsidP="00B830E9">
      <w:pPr>
        <w:pStyle w:val="aff2"/>
        <w:shd w:val="clear" w:color="auto" w:fill="FFFFFF"/>
        <w:spacing w:before="0" w:beforeAutospacing="0" w:after="0" w:afterAutospacing="0"/>
        <w:ind w:firstLine="227"/>
        <w:jc w:val="both"/>
      </w:pPr>
      <w:r>
        <w:t>Спряжение глагола.</w:t>
      </w:r>
    </w:p>
    <w:p w:rsidR="00B830E9" w:rsidRDefault="00B830E9" w:rsidP="00B830E9">
      <w:pPr>
        <w:pStyle w:val="aff2"/>
        <w:shd w:val="clear" w:color="auto" w:fill="FFFFFF"/>
        <w:spacing w:before="0" w:beforeAutospacing="0" w:after="0" w:afterAutospacing="0"/>
        <w:ind w:firstLine="227"/>
        <w:jc w:val="both"/>
      </w:pPr>
      <w:r>
        <w:t>Нормы словоизменения глаголов, постановки ударения в глагольных формах (в рамках изученного).</w:t>
      </w:r>
    </w:p>
    <w:p w:rsidR="00B830E9" w:rsidRDefault="00B830E9" w:rsidP="00B830E9">
      <w:pPr>
        <w:pStyle w:val="aff2"/>
        <w:shd w:val="clear" w:color="auto" w:fill="FFFFFF"/>
        <w:spacing w:before="0" w:beforeAutospacing="0" w:after="0" w:afterAutospacing="0"/>
        <w:ind w:firstLine="227"/>
        <w:jc w:val="both"/>
      </w:pPr>
      <w:r>
        <w:t>Правописание корней с чередованием </w:t>
      </w:r>
      <w:r>
        <w:rPr>
          <w:b/>
          <w:bCs/>
          <w:i/>
          <w:iCs/>
        </w:rPr>
        <w:t>е</w:t>
      </w:r>
      <w:r>
        <w:t> // </w:t>
      </w:r>
      <w:r>
        <w:rPr>
          <w:b/>
          <w:bCs/>
          <w:i/>
          <w:iCs/>
        </w:rPr>
        <w:t>и</w:t>
      </w:r>
      <w:r>
        <w:rPr>
          <w:b/>
          <w:bCs/>
        </w:rPr>
        <w:t>:</w:t>
      </w:r>
      <w:r>
        <w:t> -</w:t>
      </w:r>
      <w:proofErr w:type="spellStart"/>
      <w:r>
        <w:rPr>
          <w:b/>
          <w:bCs/>
          <w:i/>
          <w:iCs/>
        </w:rPr>
        <w:t>бер</w:t>
      </w:r>
      <w:proofErr w:type="spellEnd"/>
      <w:r>
        <w:t>- — -</w:t>
      </w:r>
      <w:proofErr w:type="spellStart"/>
      <w:r>
        <w:rPr>
          <w:b/>
          <w:bCs/>
          <w:i/>
          <w:iCs/>
        </w:rPr>
        <w:t>бир</w:t>
      </w:r>
      <w:proofErr w:type="spellEnd"/>
      <w:r>
        <w:t>-, -</w:t>
      </w:r>
      <w:proofErr w:type="spellStart"/>
      <w:r>
        <w:rPr>
          <w:b/>
          <w:bCs/>
          <w:i/>
          <w:iCs/>
        </w:rPr>
        <w:t>блест</w:t>
      </w:r>
      <w:proofErr w:type="spellEnd"/>
      <w:r>
        <w:t>- — -</w:t>
      </w:r>
      <w:proofErr w:type="spellStart"/>
      <w:r>
        <w:rPr>
          <w:b/>
          <w:bCs/>
          <w:i/>
          <w:iCs/>
        </w:rPr>
        <w:t>блист</w:t>
      </w:r>
      <w:proofErr w:type="spellEnd"/>
      <w:r>
        <w:t>-, -</w:t>
      </w:r>
      <w:proofErr w:type="spellStart"/>
      <w:r>
        <w:rPr>
          <w:b/>
          <w:bCs/>
          <w:i/>
          <w:iCs/>
        </w:rPr>
        <w:t>дер</w:t>
      </w:r>
      <w:proofErr w:type="spellEnd"/>
      <w:r>
        <w:t>- — -</w:t>
      </w:r>
      <w:proofErr w:type="spellStart"/>
      <w:r>
        <w:rPr>
          <w:b/>
          <w:bCs/>
          <w:i/>
          <w:iCs/>
        </w:rPr>
        <w:t>дир</w:t>
      </w:r>
      <w:proofErr w:type="spellEnd"/>
      <w:r>
        <w:t>-, -</w:t>
      </w:r>
      <w:r>
        <w:rPr>
          <w:b/>
          <w:bCs/>
          <w:i/>
          <w:iCs/>
        </w:rPr>
        <w:t>жег</w:t>
      </w:r>
      <w:r>
        <w:t>- — -</w:t>
      </w:r>
      <w:r>
        <w:rPr>
          <w:b/>
          <w:bCs/>
          <w:i/>
          <w:iCs/>
        </w:rPr>
        <w:t>жиг</w:t>
      </w:r>
      <w:r>
        <w:t>-, -</w:t>
      </w:r>
      <w:r>
        <w:rPr>
          <w:b/>
          <w:bCs/>
          <w:i/>
          <w:iCs/>
        </w:rPr>
        <w:t>мер</w:t>
      </w:r>
      <w:r>
        <w:t>- — -</w:t>
      </w:r>
      <w:r>
        <w:rPr>
          <w:b/>
          <w:bCs/>
          <w:i/>
          <w:iCs/>
        </w:rPr>
        <w:t>мир</w:t>
      </w:r>
      <w:r>
        <w:t>-, -</w:t>
      </w:r>
      <w:r>
        <w:rPr>
          <w:b/>
          <w:bCs/>
          <w:i/>
          <w:iCs/>
        </w:rPr>
        <w:t>пер</w:t>
      </w:r>
      <w:r>
        <w:t>- — -</w:t>
      </w:r>
      <w:r>
        <w:rPr>
          <w:b/>
          <w:bCs/>
          <w:i/>
          <w:iCs/>
        </w:rPr>
        <w:t>пир</w:t>
      </w:r>
      <w:r>
        <w:t>-, -</w:t>
      </w:r>
      <w:r>
        <w:rPr>
          <w:b/>
          <w:bCs/>
          <w:i/>
          <w:iCs/>
        </w:rPr>
        <w:t>стел</w:t>
      </w:r>
      <w:r>
        <w:t>- — -</w:t>
      </w:r>
      <w:proofErr w:type="spellStart"/>
      <w:r>
        <w:rPr>
          <w:b/>
          <w:bCs/>
          <w:i/>
          <w:iCs/>
        </w:rPr>
        <w:t>стил</w:t>
      </w:r>
      <w:proofErr w:type="spellEnd"/>
      <w:r>
        <w:t>-, -</w:t>
      </w:r>
      <w:r>
        <w:rPr>
          <w:b/>
          <w:bCs/>
          <w:i/>
          <w:iCs/>
        </w:rPr>
        <w:t>тер</w:t>
      </w:r>
      <w:r>
        <w:t>- — -</w:t>
      </w:r>
      <w:r>
        <w:rPr>
          <w:b/>
          <w:bCs/>
          <w:i/>
          <w:iCs/>
        </w:rPr>
        <w:t>тир</w:t>
      </w:r>
      <w:r>
        <w:t>-.</w:t>
      </w:r>
    </w:p>
    <w:p w:rsidR="00B830E9" w:rsidRDefault="00B830E9" w:rsidP="00B830E9">
      <w:pPr>
        <w:pStyle w:val="aff2"/>
        <w:shd w:val="clear" w:color="auto" w:fill="FFFFFF"/>
        <w:spacing w:before="0" w:beforeAutospacing="0" w:after="0" w:afterAutospacing="0"/>
        <w:ind w:firstLine="227"/>
        <w:jc w:val="both"/>
      </w:pPr>
      <w:r>
        <w:t>Использование </w:t>
      </w:r>
      <w:r>
        <w:rPr>
          <w:b/>
          <w:bCs/>
          <w:i/>
          <w:iCs/>
        </w:rPr>
        <w:t>ь</w:t>
      </w:r>
      <w:r>
        <w:t> как показателя грамматической формы в инфинитиве, в форме 2-го лица единственного числа после шипящих.</w:t>
      </w:r>
    </w:p>
    <w:p w:rsidR="00B830E9" w:rsidRDefault="00B830E9" w:rsidP="00B830E9">
      <w:pPr>
        <w:pStyle w:val="aff2"/>
        <w:shd w:val="clear" w:color="auto" w:fill="FFFFFF"/>
        <w:spacing w:before="0" w:beforeAutospacing="0" w:after="0" w:afterAutospacing="0"/>
        <w:ind w:firstLine="227"/>
        <w:jc w:val="both"/>
      </w:pPr>
      <w:r>
        <w:t>Правописание </w:t>
      </w:r>
      <w:r>
        <w:rPr>
          <w:b/>
          <w:bCs/>
          <w:i/>
          <w:iCs/>
        </w:rPr>
        <w:t>-</w:t>
      </w:r>
      <w:proofErr w:type="spellStart"/>
      <w:r>
        <w:rPr>
          <w:b/>
          <w:bCs/>
          <w:i/>
          <w:iCs/>
        </w:rPr>
        <w:t>тся</w:t>
      </w:r>
      <w:proofErr w:type="spellEnd"/>
      <w:r>
        <w:t> и </w:t>
      </w:r>
      <w:r>
        <w:rPr>
          <w:b/>
          <w:bCs/>
          <w:i/>
          <w:iCs/>
        </w:rPr>
        <w:t>-</w:t>
      </w:r>
      <w:proofErr w:type="spellStart"/>
      <w:r>
        <w:rPr>
          <w:b/>
          <w:bCs/>
          <w:i/>
          <w:iCs/>
        </w:rPr>
        <w:t>ться</w:t>
      </w:r>
      <w:proofErr w:type="spellEnd"/>
      <w:r>
        <w:t> в глаголах, суффиксов </w:t>
      </w:r>
      <w:r>
        <w:rPr>
          <w:b/>
          <w:bCs/>
          <w:i/>
          <w:iCs/>
        </w:rPr>
        <w:t>-</w:t>
      </w:r>
      <w:proofErr w:type="spellStart"/>
      <w:r>
        <w:rPr>
          <w:b/>
          <w:bCs/>
          <w:i/>
          <w:iCs/>
        </w:rPr>
        <w:t>ова</w:t>
      </w:r>
      <w:proofErr w:type="spellEnd"/>
      <w:r>
        <w:t>- —</w:t>
      </w:r>
      <w:r>
        <w:rPr>
          <w:b/>
          <w:bCs/>
        </w:rPr>
        <w:t> </w:t>
      </w:r>
      <w:r>
        <w:t>-</w:t>
      </w:r>
      <w:proofErr w:type="spellStart"/>
      <w:r>
        <w:rPr>
          <w:b/>
          <w:bCs/>
          <w:i/>
          <w:iCs/>
        </w:rPr>
        <w:t>ева</w:t>
      </w:r>
      <w:proofErr w:type="spellEnd"/>
      <w:r>
        <w:t>-, </w:t>
      </w:r>
      <w:r>
        <w:rPr>
          <w:b/>
          <w:bCs/>
          <w:i/>
          <w:iCs/>
        </w:rPr>
        <w:t>-</w:t>
      </w:r>
      <w:proofErr w:type="spellStart"/>
      <w:r>
        <w:rPr>
          <w:b/>
          <w:bCs/>
          <w:i/>
          <w:iCs/>
        </w:rPr>
        <w:t>ыва</w:t>
      </w:r>
      <w:proofErr w:type="spellEnd"/>
      <w:r>
        <w:rPr>
          <w:b/>
          <w:bCs/>
          <w:i/>
          <w:iCs/>
        </w:rPr>
        <w:t>-</w:t>
      </w:r>
      <w:r>
        <w:rPr>
          <w:b/>
          <w:bCs/>
        </w:rPr>
        <w:t> </w:t>
      </w:r>
      <w:r>
        <w:t>— </w:t>
      </w:r>
      <w:r>
        <w:rPr>
          <w:b/>
          <w:bCs/>
          <w:i/>
          <w:iCs/>
        </w:rPr>
        <w:t>-ива-</w:t>
      </w:r>
      <w:r>
        <w:rPr>
          <w:i/>
          <w:iCs/>
        </w:rPr>
        <w:t>.</w:t>
      </w:r>
    </w:p>
    <w:p w:rsidR="00B830E9" w:rsidRDefault="00B830E9" w:rsidP="00B830E9">
      <w:pPr>
        <w:pStyle w:val="aff2"/>
        <w:shd w:val="clear" w:color="auto" w:fill="FFFFFF"/>
        <w:spacing w:before="0" w:beforeAutospacing="0" w:after="0" w:afterAutospacing="0"/>
        <w:ind w:firstLine="227"/>
        <w:jc w:val="both"/>
      </w:pPr>
      <w:r>
        <w:t>Правописание безударных личных окончаний глагола.</w:t>
      </w:r>
    </w:p>
    <w:p w:rsidR="00B830E9" w:rsidRDefault="00B830E9" w:rsidP="00B830E9">
      <w:pPr>
        <w:pStyle w:val="aff2"/>
        <w:shd w:val="clear" w:color="auto" w:fill="FFFFFF"/>
        <w:spacing w:before="0" w:beforeAutospacing="0" w:after="0" w:afterAutospacing="0"/>
        <w:ind w:firstLine="227"/>
        <w:jc w:val="both"/>
      </w:pPr>
      <w:r>
        <w:t>Правописание гласной перед суффиксом </w:t>
      </w:r>
      <w:r>
        <w:rPr>
          <w:b/>
          <w:bCs/>
          <w:i/>
          <w:iCs/>
        </w:rPr>
        <w:t>-л-</w:t>
      </w:r>
      <w:r>
        <w:t> в формах прошедшего времени глагола.</w:t>
      </w:r>
    </w:p>
    <w:p w:rsidR="00B830E9" w:rsidRDefault="00B830E9" w:rsidP="00B830E9">
      <w:pPr>
        <w:pStyle w:val="aff2"/>
        <w:shd w:val="clear" w:color="auto" w:fill="FFFFFF"/>
        <w:spacing w:before="0" w:beforeAutospacing="0" w:after="0" w:afterAutospacing="0"/>
        <w:ind w:firstLine="227"/>
        <w:jc w:val="both"/>
      </w:pPr>
      <w:r>
        <w:t>Слитное и раздельное написание </w:t>
      </w:r>
      <w:r>
        <w:rPr>
          <w:b/>
          <w:bCs/>
          <w:i/>
          <w:iCs/>
        </w:rPr>
        <w:t>не</w:t>
      </w:r>
      <w:r>
        <w:t> с глаголами.</w:t>
      </w:r>
    </w:p>
    <w:p w:rsidR="00B830E9" w:rsidRDefault="00B830E9" w:rsidP="00B830E9">
      <w:pPr>
        <w:pStyle w:val="aff2"/>
        <w:shd w:val="clear" w:color="auto" w:fill="FFFFFF"/>
        <w:spacing w:before="0" w:beforeAutospacing="0" w:after="0" w:afterAutospacing="0"/>
        <w:ind w:firstLine="227"/>
        <w:jc w:val="both"/>
      </w:pPr>
      <w:r>
        <w:rPr>
          <w:b/>
          <w:bCs/>
        </w:rPr>
        <w:t>Синтаксис. Культура речи. Пунктуация</w:t>
      </w:r>
    </w:p>
    <w:p w:rsidR="00B830E9" w:rsidRDefault="00B830E9" w:rsidP="00B830E9">
      <w:pPr>
        <w:pStyle w:val="aff2"/>
        <w:shd w:val="clear" w:color="auto" w:fill="FFFFFF"/>
        <w:spacing w:before="0" w:beforeAutospacing="0" w:after="0" w:afterAutospacing="0"/>
        <w:ind w:firstLine="227"/>
        <w:jc w:val="both"/>
      </w:pPr>
      <w:r>
        <w:t>Синтаксис как раздел грамматики. Словосочетание и предложение как единицы синтаксиса.</w:t>
      </w:r>
    </w:p>
    <w:p w:rsidR="00B830E9" w:rsidRDefault="00B830E9" w:rsidP="00B830E9">
      <w:pPr>
        <w:pStyle w:val="aff2"/>
        <w:shd w:val="clear" w:color="auto" w:fill="FFFFFF"/>
        <w:spacing w:before="0" w:beforeAutospacing="0" w:after="0" w:afterAutospacing="0"/>
        <w:ind w:firstLine="227"/>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B830E9" w:rsidRDefault="00B830E9" w:rsidP="00B830E9">
      <w:pPr>
        <w:pStyle w:val="aff2"/>
        <w:shd w:val="clear" w:color="auto" w:fill="FFFFFF"/>
        <w:spacing w:before="0" w:beforeAutospacing="0" w:after="0" w:afterAutospacing="0"/>
        <w:ind w:firstLine="227"/>
        <w:jc w:val="both"/>
      </w:pPr>
      <w:r>
        <w:t>Синтаксический анализ словосочетания.</w:t>
      </w:r>
    </w:p>
    <w:p w:rsidR="00B830E9" w:rsidRDefault="00B830E9" w:rsidP="00B830E9">
      <w:pPr>
        <w:pStyle w:val="aff2"/>
        <w:shd w:val="clear" w:color="auto" w:fill="FFFFFF"/>
        <w:spacing w:before="0" w:beforeAutospacing="0" w:after="0" w:afterAutospacing="0"/>
        <w:ind w:firstLine="227"/>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B830E9" w:rsidRDefault="00B830E9" w:rsidP="00B830E9">
      <w:pPr>
        <w:pStyle w:val="aff2"/>
        <w:shd w:val="clear" w:color="auto" w:fill="FFFFFF"/>
        <w:spacing w:before="0" w:beforeAutospacing="0" w:after="0" w:afterAutospacing="0"/>
        <w:ind w:firstLine="227"/>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B830E9" w:rsidRDefault="00B830E9" w:rsidP="00B830E9">
      <w:pPr>
        <w:pStyle w:val="aff2"/>
        <w:shd w:val="clear" w:color="auto" w:fill="FFFFFF"/>
        <w:spacing w:before="0" w:beforeAutospacing="0" w:after="0" w:afterAutospacing="0"/>
        <w:ind w:firstLine="227"/>
        <w:jc w:val="both"/>
      </w:pPr>
      <w:r>
        <w:t>Тире между подлежащим и сказуемым.</w:t>
      </w:r>
    </w:p>
    <w:p w:rsidR="00B830E9" w:rsidRDefault="00B830E9" w:rsidP="00B830E9">
      <w:pPr>
        <w:pStyle w:val="aff2"/>
        <w:shd w:val="clear" w:color="auto" w:fill="FFFFFF"/>
        <w:spacing w:before="0" w:beforeAutospacing="0" w:after="0" w:afterAutospacing="0"/>
        <w:ind w:firstLine="227"/>
        <w:jc w:val="both"/>
      </w:pPr>
      <w:r>
        <w:lastRenderedPageBreak/>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B830E9" w:rsidRDefault="00B830E9" w:rsidP="00B830E9">
      <w:pPr>
        <w:pStyle w:val="aff2"/>
        <w:shd w:val="clear" w:color="auto" w:fill="FFFFFF"/>
        <w:spacing w:before="0" w:beforeAutospacing="0" w:after="0" w:afterAutospacing="0"/>
        <w:ind w:firstLine="227"/>
        <w:jc w:val="both"/>
      </w:pPr>
      <w: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t>Предложения с однородными членами (без союзов, с одиночным союзом </w:t>
      </w:r>
      <w:r>
        <w:rPr>
          <w:b/>
          <w:bCs/>
          <w:i/>
          <w:iCs/>
        </w:rPr>
        <w:t>и</w:t>
      </w:r>
      <w:r>
        <w:t>, союзами </w:t>
      </w:r>
      <w:r>
        <w:rPr>
          <w:b/>
          <w:bCs/>
          <w:i/>
          <w:iCs/>
        </w:rPr>
        <w:t>а</w:t>
      </w:r>
      <w:r>
        <w:t>, </w:t>
      </w:r>
      <w:r>
        <w:rPr>
          <w:b/>
          <w:bCs/>
          <w:i/>
          <w:iCs/>
        </w:rPr>
        <w:t>но</w:t>
      </w:r>
      <w:r>
        <w:t>, </w:t>
      </w:r>
      <w:r>
        <w:rPr>
          <w:b/>
          <w:bCs/>
          <w:i/>
          <w:iCs/>
        </w:rPr>
        <w:t>однако</w:t>
      </w:r>
      <w:r>
        <w:t>, </w:t>
      </w:r>
      <w:r>
        <w:rPr>
          <w:b/>
          <w:bCs/>
          <w:i/>
          <w:iCs/>
        </w:rPr>
        <w:t>зато</w:t>
      </w:r>
      <w:r>
        <w:t>, </w:t>
      </w:r>
      <w:r>
        <w:rPr>
          <w:b/>
          <w:bCs/>
          <w:i/>
          <w:iCs/>
        </w:rPr>
        <w:t>да</w:t>
      </w:r>
      <w:r>
        <w:t> (в значении </w:t>
      </w:r>
      <w:r>
        <w:rPr>
          <w:b/>
          <w:bCs/>
          <w:i/>
          <w:iCs/>
        </w:rPr>
        <w:t>и</w:t>
      </w:r>
      <w:r>
        <w:t>), </w:t>
      </w:r>
      <w:r>
        <w:rPr>
          <w:b/>
          <w:bCs/>
          <w:i/>
          <w:iCs/>
        </w:rPr>
        <w:t>да</w:t>
      </w:r>
      <w:r>
        <w:t> (в значении </w:t>
      </w:r>
      <w:r>
        <w:rPr>
          <w:b/>
          <w:bCs/>
          <w:i/>
          <w:iCs/>
        </w:rPr>
        <w:t>но</w:t>
      </w:r>
      <w:r>
        <w:t>).</w:t>
      </w:r>
      <w:proofErr w:type="gramEnd"/>
      <w:r>
        <w:t xml:space="preserve"> Предложения с обобщающим словом при однородных членах.</w:t>
      </w:r>
    </w:p>
    <w:p w:rsidR="00B830E9" w:rsidRDefault="00B830E9" w:rsidP="00B830E9">
      <w:pPr>
        <w:pStyle w:val="aff2"/>
        <w:shd w:val="clear" w:color="auto" w:fill="FFFFFF"/>
        <w:spacing w:before="0" w:beforeAutospacing="0" w:after="0" w:afterAutospacing="0"/>
        <w:ind w:firstLine="227"/>
        <w:jc w:val="both"/>
      </w:pPr>
      <w:r>
        <w:t>Предложения с обращением, особенности интонации. Обращение и средства его выражения.</w:t>
      </w:r>
    </w:p>
    <w:p w:rsidR="00B830E9" w:rsidRDefault="00B830E9" w:rsidP="00B830E9">
      <w:pPr>
        <w:pStyle w:val="aff2"/>
        <w:shd w:val="clear" w:color="auto" w:fill="FFFFFF"/>
        <w:spacing w:before="0" w:beforeAutospacing="0" w:after="0" w:afterAutospacing="0"/>
        <w:ind w:firstLine="227"/>
        <w:jc w:val="both"/>
      </w:pPr>
      <w:r>
        <w:t>Синтаксический анализ простого и простого осложнённого предложений.</w:t>
      </w:r>
    </w:p>
    <w:p w:rsidR="00B830E9" w:rsidRDefault="00B830E9" w:rsidP="00B830E9">
      <w:pPr>
        <w:pStyle w:val="aff2"/>
        <w:shd w:val="clear" w:color="auto" w:fill="FFFFFF"/>
        <w:spacing w:before="0" w:beforeAutospacing="0" w:after="0" w:afterAutospacing="0"/>
        <w:ind w:firstLine="227"/>
        <w:jc w:val="both"/>
      </w:pPr>
      <w:proofErr w:type="gramStart"/>
      <w:r>
        <w:t>Пунктуационное оформление предложений, осложнённых однородными членами, связанными бессоюзной связью, одиночным союзом </w:t>
      </w:r>
      <w:r>
        <w:rPr>
          <w:b/>
          <w:bCs/>
          <w:i/>
          <w:iCs/>
        </w:rPr>
        <w:t>и</w:t>
      </w:r>
      <w:r>
        <w:t>, союзами </w:t>
      </w:r>
      <w:r>
        <w:rPr>
          <w:b/>
          <w:bCs/>
          <w:i/>
          <w:iCs/>
        </w:rPr>
        <w:t>а</w:t>
      </w:r>
      <w:r>
        <w:t>, </w:t>
      </w:r>
      <w:r>
        <w:rPr>
          <w:b/>
          <w:bCs/>
          <w:i/>
          <w:iCs/>
        </w:rPr>
        <w:t>но</w:t>
      </w:r>
      <w:r>
        <w:t>, </w:t>
      </w:r>
      <w:r>
        <w:rPr>
          <w:b/>
          <w:bCs/>
          <w:i/>
          <w:iCs/>
        </w:rPr>
        <w:t>однако</w:t>
      </w:r>
      <w:r>
        <w:t>, </w:t>
      </w:r>
      <w:r>
        <w:rPr>
          <w:b/>
          <w:bCs/>
          <w:i/>
          <w:iCs/>
        </w:rPr>
        <w:t>зато</w:t>
      </w:r>
      <w:r>
        <w:t>, </w:t>
      </w:r>
      <w:r>
        <w:rPr>
          <w:b/>
          <w:bCs/>
          <w:i/>
          <w:iCs/>
        </w:rPr>
        <w:t>да</w:t>
      </w:r>
      <w:r>
        <w:t> (в значении </w:t>
      </w:r>
      <w:r>
        <w:rPr>
          <w:b/>
          <w:bCs/>
          <w:i/>
          <w:iCs/>
        </w:rPr>
        <w:t>и</w:t>
      </w:r>
      <w:r>
        <w:t>), </w:t>
      </w:r>
      <w:r>
        <w:rPr>
          <w:b/>
          <w:bCs/>
          <w:i/>
          <w:iCs/>
        </w:rPr>
        <w:t>да</w:t>
      </w:r>
      <w:r>
        <w:t> (в значении </w:t>
      </w:r>
      <w:r>
        <w:rPr>
          <w:b/>
          <w:bCs/>
          <w:i/>
          <w:iCs/>
        </w:rPr>
        <w:t>но</w:t>
      </w:r>
      <w:r>
        <w:t>).</w:t>
      </w:r>
      <w:proofErr w:type="gramEnd"/>
    </w:p>
    <w:p w:rsidR="00B830E9" w:rsidRDefault="00B830E9" w:rsidP="00B830E9">
      <w:pPr>
        <w:pStyle w:val="aff2"/>
        <w:shd w:val="clear" w:color="auto" w:fill="FFFFFF"/>
        <w:spacing w:before="0" w:beforeAutospacing="0" w:after="0" w:afterAutospacing="0"/>
        <w:ind w:firstLine="227"/>
        <w:jc w:val="both"/>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B830E9" w:rsidRDefault="00B830E9" w:rsidP="00B830E9">
      <w:pPr>
        <w:pStyle w:val="aff2"/>
        <w:shd w:val="clear" w:color="auto" w:fill="FFFFFF"/>
        <w:spacing w:before="0" w:beforeAutospacing="0" w:after="0" w:afterAutospacing="0"/>
        <w:ind w:firstLine="227"/>
        <w:jc w:val="both"/>
      </w:pPr>
      <w:r>
        <w:t>Пунктуационное оформление сложных предложений, состоящих из частей, связанных бессоюзной связью и союзами </w:t>
      </w:r>
      <w:r>
        <w:rPr>
          <w:b/>
          <w:bCs/>
          <w:i/>
          <w:iCs/>
        </w:rPr>
        <w:t>и</w:t>
      </w:r>
      <w:r>
        <w:t>, </w:t>
      </w:r>
      <w:r>
        <w:rPr>
          <w:b/>
          <w:bCs/>
          <w:i/>
          <w:iCs/>
        </w:rPr>
        <w:t>но</w:t>
      </w:r>
      <w:r>
        <w:t>, </w:t>
      </w:r>
      <w:r>
        <w:rPr>
          <w:b/>
          <w:bCs/>
          <w:i/>
          <w:iCs/>
        </w:rPr>
        <w:t>а</w:t>
      </w:r>
      <w:r>
        <w:t>, </w:t>
      </w:r>
      <w:r>
        <w:rPr>
          <w:b/>
          <w:bCs/>
          <w:i/>
          <w:iCs/>
        </w:rPr>
        <w:t>однако</w:t>
      </w:r>
      <w:r>
        <w:t>, </w:t>
      </w:r>
      <w:r>
        <w:rPr>
          <w:b/>
          <w:bCs/>
          <w:i/>
          <w:iCs/>
        </w:rPr>
        <w:t>зато</w:t>
      </w:r>
      <w:r>
        <w:t>, </w:t>
      </w:r>
      <w:r>
        <w:rPr>
          <w:b/>
          <w:bCs/>
          <w:i/>
          <w:iCs/>
        </w:rPr>
        <w:t>да</w:t>
      </w:r>
      <w:r>
        <w:t>.</w:t>
      </w:r>
    </w:p>
    <w:p w:rsidR="00B830E9" w:rsidRDefault="00B830E9" w:rsidP="00B830E9">
      <w:pPr>
        <w:pStyle w:val="aff2"/>
        <w:shd w:val="clear" w:color="auto" w:fill="FFFFFF"/>
        <w:spacing w:before="0" w:beforeAutospacing="0" w:after="0" w:afterAutospacing="0"/>
        <w:ind w:firstLine="227"/>
        <w:jc w:val="both"/>
      </w:pPr>
      <w:r>
        <w:t>Предложения с прямой речью.</w:t>
      </w:r>
    </w:p>
    <w:p w:rsidR="00B830E9" w:rsidRDefault="00B830E9" w:rsidP="00B830E9">
      <w:pPr>
        <w:pStyle w:val="aff2"/>
        <w:shd w:val="clear" w:color="auto" w:fill="FFFFFF"/>
        <w:spacing w:before="0" w:beforeAutospacing="0" w:after="0" w:afterAutospacing="0"/>
        <w:ind w:firstLine="227"/>
        <w:jc w:val="both"/>
      </w:pPr>
      <w:r>
        <w:t>Пунктуационное оформление предложений с прямой речью.</w:t>
      </w:r>
    </w:p>
    <w:p w:rsidR="00B830E9" w:rsidRDefault="00B830E9" w:rsidP="00B830E9">
      <w:pPr>
        <w:pStyle w:val="aff2"/>
        <w:shd w:val="clear" w:color="auto" w:fill="FFFFFF"/>
        <w:spacing w:before="0" w:beforeAutospacing="0" w:after="0" w:afterAutospacing="0"/>
        <w:ind w:firstLine="227"/>
        <w:jc w:val="both"/>
      </w:pPr>
      <w:r>
        <w:t>Диалог.</w:t>
      </w:r>
    </w:p>
    <w:p w:rsidR="00B830E9" w:rsidRDefault="00B830E9" w:rsidP="00B830E9">
      <w:pPr>
        <w:pStyle w:val="aff2"/>
        <w:shd w:val="clear" w:color="auto" w:fill="FFFFFF"/>
        <w:spacing w:before="0" w:beforeAutospacing="0" w:after="0" w:afterAutospacing="0"/>
        <w:ind w:firstLine="227"/>
        <w:jc w:val="both"/>
      </w:pPr>
      <w:r>
        <w:t>Пунктуационное оформление диалога на письме.</w:t>
      </w:r>
    </w:p>
    <w:p w:rsidR="00B830E9" w:rsidRDefault="00B830E9" w:rsidP="00B830E9">
      <w:pPr>
        <w:pStyle w:val="aff2"/>
        <w:shd w:val="clear" w:color="auto" w:fill="FFFFFF"/>
        <w:spacing w:before="0" w:beforeAutospacing="0" w:after="0" w:afterAutospacing="0"/>
        <w:ind w:firstLine="227"/>
        <w:jc w:val="both"/>
      </w:pPr>
      <w:r>
        <w:t>Пунктуация как раздел лингвистики.</w:t>
      </w:r>
    </w:p>
    <w:p w:rsidR="00B830E9" w:rsidRPr="00A95066" w:rsidRDefault="00B830E9" w:rsidP="00B830E9">
      <w:pPr>
        <w:pStyle w:val="21"/>
        <w:shd w:val="clear" w:color="auto" w:fill="FFFFFF"/>
        <w:spacing w:before="240" w:after="120" w:line="240" w:lineRule="atLeast"/>
        <w:rPr>
          <w:rFonts w:ascii="LiberationSerif" w:hAnsi="LiberationSerif"/>
          <w:caps/>
          <w:sz w:val="22"/>
          <w:szCs w:val="22"/>
          <w:lang w:val="ru-RU"/>
        </w:rPr>
      </w:pPr>
      <w:r w:rsidRPr="00A95066">
        <w:rPr>
          <w:rFonts w:ascii="LiberationSerif" w:hAnsi="LiberationSerif"/>
          <w:caps/>
          <w:sz w:val="22"/>
          <w:szCs w:val="22"/>
          <w:lang w:val="ru-RU"/>
        </w:rPr>
        <w:t>6 КЛАСС</w:t>
      </w:r>
    </w:p>
    <w:p w:rsidR="00B830E9" w:rsidRDefault="00B830E9" w:rsidP="00B830E9">
      <w:pPr>
        <w:pStyle w:val="aff2"/>
        <w:shd w:val="clear" w:color="auto" w:fill="FFFFFF"/>
        <w:spacing w:before="0" w:beforeAutospacing="0" w:after="0" w:afterAutospacing="0"/>
        <w:ind w:firstLine="227"/>
        <w:jc w:val="both"/>
      </w:pPr>
      <w:r>
        <w:rPr>
          <w:b/>
          <w:bCs/>
        </w:rPr>
        <w:t>Общие сведения о языке</w:t>
      </w:r>
    </w:p>
    <w:p w:rsidR="00B830E9" w:rsidRDefault="00B830E9" w:rsidP="00B830E9">
      <w:pPr>
        <w:pStyle w:val="aff2"/>
        <w:shd w:val="clear" w:color="auto" w:fill="FFFFFF"/>
        <w:spacing w:before="0" w:beforeAutospacing="0" w:after="0" w:afterAutospacing="0"/>
        <w:ind w:firstLine="227"/>
        <w:jc w:val="both"/>
      </w:pPr>
      <w:r>
        <w:t>Русский язык — государственный язык Российской Федерации и язык межнационального общения.</w:t>
      </w:r>
    </w:p>
    <w:p w:rsidR="00B830E9" w:rsidRDefault="00B830E9" w:rsidP="00B830E9">
      <w:pPr>
        <w:pStyle w:val="aff2"/>
        <w:shd w:val="clear" w:color="auto" w:fill="FFFFFF"/>
        <w:spacing w:before="0" w:beforeAutospacing="0" w:after="0" w:afterAutospacing="0"/>
        <w:ind w:firstLine="227"/>
        <w:jc w:val="both"/>
      </w:pPr>
      <w:r>
        <w:t>Понятие о литературном языке.</w:t>
      </w:r>
    </w:p>
    <w:p w:rsidR="00B830E9" w:rsidRDefault="00B830E9" w:rsidP="00B830E9">
      <w:pPr>
        <w:pStyle w:val="aff2"/>
        <w:shd w:val="clear" w:color="auto" w:fill="FFFFFF"/>
        <w:spacing w:before="0" w:beforeAutospacing="0" w:after="0" w:afterAutospacing="0"/>
        <w:ind w:firstLine="227"/>
        <w:jc w:val="both"/>
      </w:pPr>
      <w:r>
        <w:rPr>
          <w:b/>
          <w:bCs/>
        </w:rPr>
        <w:t>Язык и речь</w:t>
      </w:r>
    </w:p>
    <w:p w:rsidR="00B830E9" w:rsidRDefault="00B830E9" w:rsidP="00B830E9">
      <w:pPr>
        <w:pStyle w:val="aff2"/>
        <w:shd w:val="clear" w:color="auto" w:fill="FFFFFF"/>
        <w:spacing w:before="0" w:beforeAutospacing="0" w:after="0" w:afterAutospacing="0"/>
        <w:ind w:firstLine="227"/>
        <w:jc w:val="both"/>
      </w:pPr>
      <w:r>
        <w:t>Монолог-описание, монолог-повествование, монолог-рассуждение; сообщение на лингвистическую тему.</w:t>
      </w:r>
    </w:p>
    <w:p w:rsidR="00B830E9" w:rsidRDefault="00B830E9" w:rsidP="00B830E9">
      <w:pPr>
        <w:pStyle w:val="aff2"/>
        <w:shd w:val="clear" w:color="auto" w:fill="FFFFFF"/>
        <w:spacing w:before="0" w:beforeAutospacing="0" w:after="0" w:afterAutospacing="0"/>
        <w:ind w:firstLine="227"/>
        <w:jc w:val="both"/>
      </w:pPr>
      <w:r>
        <w:t>Виды диалога: побуждение к действию, обмен мнениями.</w:t>
      </w:r>
    </w:p>
    <w:p w:rsidR="00B830E9" w:rsidRDefault="00B830E9" w:rsidP="00B830E9">
      <w:pPr>
        <w:pStyle w:val="aff2"/>
        <w:shd w:val="clear" w:color="auto" w:fill="FFFFFF"/>
        <w:spacing w:before="0" w:beforeAutospacing="0" w:after="0" w:afterAutospacing="0"/>
        <w:ind w:firstLine="227"/>
        <w:jc w:val="both"/>
      </w:pPr>
      <w:r>
        <w:rPr>
          <w:b/>
          <w:bCs/>
        </w:rPr>
        <w:t>Текст</w:t>
      </w:r>
    </w:p>
    <w:p w:rsidR="00B830E9" w:rsidRDefault="00B830E9" w:rsidP="00B830E9">
      <w:pPr>
        <w:pStyle w:val="aff2"/>
        <w:shd w:val="clear" w:color="auto" w:fill="FFFFFF"/>
        <w:spacing w:before="0" w:beforeAutospacing="0" w:after="0" w:afterAutospacing="0"/>
        <w:ind w:firstLine="227"/>
        <w:jc w:val="both"/>
      </w:pPr>
      <w:r>
        <w:t xml:space="preserve">Смысловой анализ текста: его композиционных особенностей, </w:t>
      </w:r>
      <w:proofErr w:type="spellStart"/>
      <w:r>
        <w:t>микротем</w:t>
      </w:r>
      <w:proofErr w:type="spellEnd"/>
      <w:r>
        <w:t xml:space="preserve"> и абзацев, способов и средств связи предложений в тексте; использование языковых средств выразительности (в рамках изученного).</w:t>
      </w:r>
    </w:p>
    <w:p w:rsidR="00B830E9" w:rsidRDefault="00B830E9" w:rsidP="00B830E9">
      <w:pPr>
        <w:pStyle w:val="aff2"/>
        <w:shd w:val="clear" w:color="auto" w:fill="FFFFFF"/>
        <w:spacing w:before="0" w:beforeAutospacing="0" w:after="0" w:afterAutospacing="0"/>
        <w:ind w:firstLine="227"/>
        <w:jc w:val="both"/>
      </w:pPr>
      <w:r>
        <w:t xml:space="preserve">Информационная переработка текста. План текста (простой, сложный; назывной, вопросный); главная и второстепенная </w:t>
      </w:r>
      <w:r>
        <w:softHyphen/>
        <w:t>информация текста; пересказ текста.</w:t>
      </w:r>
    </w:p>
    <w:p w:rsidR="00B830E9" w:rsidRDefault="00B830E9" w:rsidP="00B830E9">
      <w:pPr>
        <w:pStyle w:val="aff2"/>
        <w:shd w:val="clear" w:color="auto" w:fill="FFFFFF"/>
        <w:spacing w:before="0" w:beforeAutospacing="0" w:after="0" w:afterAutospacing="0"/>
        <w:ind w:firstLine="227"/>
        <w:jc w:val="both"/>
      </w:pPr>
      <w:r>
        <w:t>Описание как тип речи.</w:t>
      </w:r>
    </w:p>
    <w:p w:rsidR="00B830E9" w:rsidRDefault="00B830E9" w:rsidP="00B830E9">
      <w:pPr>
        <w:pStyle w:val="aff2"/>
        <w:shd w:val="clear" w:color="auto" w:fill="FFFFFF"/>
        <w:spacing w:before="0" w:beforeAutospacing="0" w:after="0" w:afterAutospacing="0"/>
        <w:ind w:firstLine="227"/>
        <w:jc w:val="both"/>
      </w:pPr>
      <w:r>
        <w:t>Описание внешности человека.</w:t>
      </w:r>
    </w:p>
    <w:p w:rsidR="00B830E9" w:rsidRDefault="00B830E9" w:rsidP="00B830E9">
      <w:pPr>
        <w:pStyle w:val="aff2"/>
        <w:shd w:val="clear" w:color="auto" w:fill="FFFFFF"/>
        <w:spacing w:before="0" w:beforeAutospacing="0" w:after="0" w:afterAutospacing="0"/>
        <w:ind w:firstLine="227"/>
        <w:jc w:val="both"/>
      </w:pPr>
      <w:r>
        <w:t>Описание помещения.</w:t>
      </w:r>
    </w:p>
    <w:p w:rsidR="00B830E9" w:rsidRDefault="00B830E9" w:rsidP="00B830E9">
      <w:pPr>
        <w:pStyle w:val="aff2"/>
        <w:shd w:val="clear" w:color="auto" w:fill="FFFFFF"/>
        <w:spacing w:before="0" w:beforeAutospacing="0" w:after="0" w:afterAutospacing="0"/>
        <w:ind w:firstLine="227"/>
        <w:jc w:val="both"/>
      </w:pPr>
      <w:r>
        <w:t>Описание природы.</w:t>
      </w:r>
    </w:p>
    <w:p w:rsidR="00B830E9" w:rsidRDefault="00B830E9" w:rsidP="00B830E9">
      <w:pPr>
        <w:pStyle w:val="aff2"/>
        <w:shd w:val="clear" w:color="auto" w:fill="FFFFFF"/>
        <w:spacing w:before="0" w:beforeAutospacing="0" w:after="0" w:afterAutospacing="0"/>
        <w:ind w:firstLine="227"/>
        <w:jc w:val="both"/>
      </w:pPr>
      <w:r>
        <w:t>Описание местности.</w:t>
      </w:r>
    </w:p>
    <w:p w:rsidR="00B830E9" w:rsidRDefault="00B830E9" w:rsidP="00B830E9">
      <w:pPr>
        <w:pStyle w:val="aff2"/>
        <w:shd w:val="clear" w:color="auto" w:fill="FFFFFF"/>
        <w:spacing w:before="0" w:beforeAutospacing="0" w:after="0" w:afterAutospacing="0"/>
        <w:ind w:firstLine="227"/>
        <w:jc w:val="both"/>
      </w:pPr>
      <w:r>
        <w:t>Описание действий.</w:t>
      </w:r>
    </w:p>
    <w:p w:rsidR="00B830E9" w:rsidRDefault="00B830E9" w:rsidP="00B830E9">
      <w:pPr>
        <w:pStyle w:val="aff2"/>
        <w:shd w:val="clear" w:color="auto" w:fill="FFFFFF"/>
        <w:spacing w:before="0" w:beforeAutospacing="0" w:after="0" w:afterAutospacing="0"/>
        <w:ind w:firstLine="227"/>
        <w:jc w:val="both"/>
      </w:pPr>
      <w:r>
        <w:t>Функциональные разновидности языка</w:t>
      </w:r>
    </w:p>
    <w:p w:rsidR="00B830E9" w:rsidRDefault="00B830E9" w:rsidP="00B830E9">
      <w:pPr>
        <w:pStyle w:val="aff2"/>
        <w:shd w:val="clear" w:color="auto" w:fill="FFFFFF"/>
        <w:spacing w:before="0" w:beforeAutospacing="0" w:after="0" w:afterAutospacing="0"/>
        <w:ind w:firstLine="227"/>
        <w:jc w:val="both"/>
      </w:pPr>
      <w:r>
        <w:t>Официально-деловой стиль. Заявление. Расписка. Научный стиль. Словарная статья. Научное сообщение.</w:t>
      </w:r>
    </w:p>
    <w:p w:rsidR="00B830E9" w:rsidRDefault="00B830E9" w:rsidP="00B830E9">
      <w:pPr>
        <w:pStyle w:val="aff2"/>
        <w:shd w:val="clear" w:color="auto" w:fill="FFFFFF"/>
        <w:spacing w:before="0" w:beforeAutospacing="0" w:after="0" w:afterAutospacing="0"/>
        <w:ind w:firstLine="227"/>
        <w:jc w:val="both"/>
      </w:pPr>
      <w:r>
        <w:rPr>
          <w:b/>
          <w:bCs/>
        </w:rPr>
        <w:t>СИСТЕМА ЯЗЫКА</w:t>
      </w:r>
    </w:p>
    <w:p w:rsidR="00B830E9" w:rsidRDefault="00B830E9" w:rsidP="00B830E9">
      <w:pPr>
        <w:pStyle w:val="aff2"/>
        <w:shd w:val="clear" w:color="auto" w:fill="FFFFFF"/>
        <w:spacing w:before="0" w:beforeAutospacing="0" w:after="0" w:afterAutospacing="0"/>
        <w:ind w:firstLine="227"/>
        <w:jc w:val="both"/>
      </w:pPr>
      <w:r>
        <w:rPr>
          <w:b/>
          <w:bCs/>
        </w:rPr>
        <w:t>Лексикология. Культура речи</w:t>
      </w:r>
    </w:p>
    <w:p w:rsidR="00B830E9" w:rsidRDefault="00B830E9" w:rsidP="00B830E9">
      <w:pPr>
        <w:pStyle w:val="aff2"/>
        <w:shd w:val="clear" w:color="auto" w:fill="FFFFFF"/>
        <w:spacing w:before="0" w:beforeAutospacing="0" w:after="0" w:afterAutospacing="0"/>
        <w:ind w:firstLine="227"/>
        <w:jc w:val="both"/>
      </w:pPr>
      <w:r>
        <w:t>Лексика русского языка с точки зрения её происхождения: исконно русские и заимствованные слова.</w:t>
      </w:r>
    </w:p>
    <w:p w:rsidR="00B830E9" w:rsidRDefault="00B830E9" w:rsidP="00B830E9">
      <w:pPr>
        <w:pStyle w:val="aff2"/>
        <w:shd w:val="clear" w:color="auto" w:fill="FFFFFF"/>
        <w:spacing w:before="0" w:beforeAutospacing="0" w:after="0" w:afterAutospacing="0"/>
        <w:ind w:firstLine="227"/>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B830E9" w:rsidRDefault="00B830E9" w:rsidP="00B830E9">
      <w:pPr>
        <w:pStyle w:val="aff2"/>
        <w:shd w:val="clear" w:color="auto" w:fill="FFFFFF"/>
        <w:spacing w:before="0" w:beforeAutospacing="0" w:after="0" w:afterAutospacing="0"/>
        <w:ind w:firstLine="227"/>
        <w:jc w:val="both"/>
      </w:pPr>
      <w:r>
        <w:lastRenderedPageBreak/>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w:t>
      </w:r>
      <w:r>
        <w:softHyphen/>
        <w:t>низмы).</w:t>
      </w:r>
    </w:p>
    <w:p w:rsidR="00B830E9" w:rsidRDefault="00B830E9" w:rsidP="00B830E9">
      <w:pPr>
        <w:pStyle w:val="aff2"/>
        <w:shd w:val="clear" w:color="auto" w:fill="FFFFFF"/>
        <w:spacing w:before="0" w:beforeAutospacing="0" w:after="0" w:afterAutospacing="0"/>
        <w:ind w:firstLine="227"/>
        <w:jc w:val="both"/>
      </w:pPr>
      <w:r>
        <w:t>Стилистические пласты лексики: стилистически нейтральная, высокая и сниженная лексика.</w:t>
      </w:r>
    </w:p>
    <w:p w:rsidR="00B830E9" w:rsidRDefault="00B830E9" w:rsidP="00B830E9">
      <w:pPr>
        <w:pStyle w:val="aff2"/>
        <w:shd w:val="clear" w:color="auto" w:fill="FFFFFF"/>
        <w:spacing w:before="0" w:beforeAutospacing="0" w:after="0" w:afterAutospacing="0"/>
        <w:ind w:firstLine="227"/>
        <w:jc w:val="both"/>
      </w:pPr>
      <w:r>
        <w:t>Лексический анализ слов.</w:t>
      </w:r>
    </w:p>
    <w:p w:rsidR="00B830E9" w:rsidRDefault="00B830E9" w:rsidP="00B830E9">
      <w:pPr>
        <w:pStyle w:val="aff2"/>
        <w:shd w:val="clear" w:color="auto" w:fill="FFFFFF"/>
        <w:spacing w:before="0" w:beforeAutospacing="0" w:after="0" w:afterAutospacing="0"/>
        <w:ind w:firstLine="227"/>
        <w:jc w:val="both"/>
      </w:pPr>
      <w:r>
        <w:t>Фразеологизмы. Их признаки и значение.</w:t>
      </w:r>
    </w:p>
    <w:p w:rsidR="00B830E9" w:rsidRDefault="00B830E9" w:rsidP="00B830E9">
      <w:pPr>
        <w:pStyle w:val="aff2"/>
        <w:shd w:val="clear" w:color="auto" w:fill="FFFFFF"/>
        <w:spacing w:before="0" w:beforeAutospacing="0" w:after="0" w:afterAutospacing="0"/>
        <w:ind w:firstLine="227"/>
        <w:jc w:val="both"/>
      </w:pPr>
      <w:r>
        <w:t>Употребление лексических средств в соответствии с ситуацией общения.</w:t>
      </w:r>
    </w:p>
    <w:p w:rsidR="00B830E9" w:rsidRDefault="00B830E9" w:rsidP="00B830E9">
      <w:pPr>
        <w:pStyle w:val="aff2"/>
        <w:shd w:val="clear" w:color="auto" w:fill="FFFFFF"/>
        <w:spacing w:before="0" w:beforeAutospacing="0" w:after="0" w:afterAutospacing="0"/>
        <w:ind w:firstLine="227"/>
        <w:jc w:val="both"/>
      </w:pPr>
      <w:r>
        <w:t>Оценка своей и чужой речи с точки зрения точного, уместного и выразительного словоупотребления.</w:t>
      </w:r>
    </w:p>
    <w:p w:rsidR="00B830E9" w:rsidRDefault="00B830E9" w:rsidP="00B830E9">
      <w:pPr>
        <w:pStyle w:val="aff2"/>
        <w:shd w:val="clear" w:color="auto" w:fill="FFFFFF"/>
        <w:spacing w:before="0" w:beforeAutospacing="0" w:after="0" w:afterAutospacing="0"/>
        <w:ind w:firstLine="227"/>
        <w:jc w:val="both"/>
      </w:pPr>
      <w:r>
        <w:t>Эпитеты, метафоры, олицетворения.</w:t>
      </w:r>
    </w:p>
    <w:p w:rsidR="00B830E9" w:rsidRDefault="00B830E9" w:rsidP="00B830E9">
      <w:pPr>
        <w:pStyle w:val="aff2"/>
        <w:shd w:val="clear" w:color="auto" w:fill="FFFFFF"/>
        <w:spacing w:before="0" w:beforeAutospacing="0" w:after="0" w:afterAutospacing="0"/>
        <w:ind w:firstLine="227"/>
        <w:jc w:val="both"/>
      </w:pPr>
      <w:r>
        <w:t>Лексические словари.</w:t>
      </w:r>
    </w:p>
    <w:p w:rsidR="00B830E9" w:rsidRDefault="00B830E9" w:rsidP="00B830E9">
      <w:pPr>
        <w:pStyle w:val="aff2"/>
        <w:shd w:val="clear" w:color="auto" w:fill="FFFFFF"/>
        <w:spacing w:before="0" w:beforeAutospacing="0" w:after="0" w:afterAutospacing="0"/>
        <w:ind w:firstLine="227"/>
        <w:jc w:val="both"/>
      </w:pPr>
      <w:r>
        <w:rPr>
          <w:b/>
          <w:bCs/>
        </w:rPr>
        <w:t>Словообразование. Культура речи. Орфография</w:t>
      </w:r>
    </w:p>
    <w:p w:rsidR="00B830E9" w:rsidRDefault="00B830E9" w:rsidP="00B830E9">
      <w:pPr>
        <w:pStyle w:val="aff2"/>
        <w:shd w:val="clear" w:color="auto" w:fill="FFFFFF"/>
        <w:spacing w:before="0" w:beforeAutospacing="0" w:after="0" w:afterAutospacing="0"/>
        <w:ind w:firstLine="227"/>
        <w:jc w:val="both"/>
      </w:pPr>
      <w:r>
        <w:t>Формообразующие и словообразующие морфемы.</w:t>
      </w:r>
    </w:p>
    <w:p w:rsidR="00B830E9" w:rsidRDefault="00B830E9" w:rsidP="00B830E9">
      <w:pPr>
        <w:pStyle w:val="aff2"/>
        <w:shd w:val="clear" w:color="auto" w:fill="FFFFFF"/>
        <w:spacing w:before="0" w:beforeAutospacing="0" w:after="0" w:afterAutospacing="0"/>
        <w:ind w:firstLine="227"/>
        <w:jc w:val="both"/>
      </w:pPr>
      <w:r>
        <w:t>Производящая основа.</w:t>
      </w:r>
    </w:p>
    <w:p w:rsidR="00B830E9" w:rsidRDefault="00B830E9" w:rsidP="00B830E9">
      <w:pPr>
        <w:pStyle w:val="aff2"/>
        <w:shd w:val="clear" w:color="auto" w:fill="FFFFFF"/>
        <w:spacing w:before="0" w:beforeAutospacing="0" w:after="0" w:afterAutospacing="0"/>
        <w:ind w:firstLine="227"/>
        <w:jc w:val="both"/>
      </w:pPr>
      <w:r>
        <w:t xml:space="preserve">Основные способы образования слов в русском языке (приставочный, суффиксальный, приставочно-суффиксальный, </w:t>
      </w:r>
      <w:proofErr w:type="spellStart"/>
      <w:r>
        <w:t>бессуффиксный</w:t>
      </w:r>
      <w:proofErr w:type="spellEnd"/>
      <w:r>
        <w:t>, сложение, переход из одной части речи в другую).</w:t>
      </w:r>
    </w:p>
    <w:p w:rsidR="00B830E9" w:rsidRDefault="00B830E9" w:rsidP="00B830E9">
      <w:pPr>
        <w:pStyle w:val="aff2"/>
        <w:shd w:val="clear" w:color="auto" w:fill="FFFFFF"/>
        <w:spacing w:before="0" w:beforeAutospacing="0" w:after="0" w:afterAutospacing="0"/>
        <w:ind w:firstLine="227"/>
        <w:jc w:val="both"/>
      </w:pPr>
      <w:r>
        <w:t>Морфемный и словообразовательный анализ слов.</w:t>
      </w:r>
    </w:p>
    <w:p w:rsidR="00B830E9" w:rsidRDefault="00B830E9" w:rsidP="00B830E9">
      <w:pPr>
        <w:pStyle w:val="aff2"/>
        <w:shd w:val="clear" w:color="auto" w:fill="FFFFFF"/>
        <w:spacing w:before="0" w:beforeAutospacing="0" w:after="0" w:afterAutospacing="0"/>
        <w:ind w:firstLine="227"/>
        <w:jc w:val="both"/>
      </w:pPr>
      <w:r>
        <w:t>Правописание сложных и сложносокращённых слов.</w:t>
      </w:r>
    </w:p>
    <w:p w:rsidR="00B830E9" w:rsidRDefault="00B830E9" w:rsidP="00B830E9">
      <w:pPr>
        <w:pStyle w:val="aff2"/>
        <w:shd w:val="clear" w:color="auto" w:fill="FFFFFF"/>
        <w:spacing w:before="0" w:beforeAutospacing="0" w:after="0" w:afterAutospacing="0"/>
        <w:ind w:firstLine="227"/>
        <w:jc w:val="both"/>
      </w:pPr>
      <w:r>
        <w:t>Нормы правописания корня -</w:t>
      </w:r>
      <w:proofErr w:type="spellStart"/>
      <w:r>
        <w:rPr>
          <w:b/>
          <w:bCs/>
          <w:i/>
          <w:iCs/>
        </w:rPr>
        <w:t>кас</w:t>
      </w:r>
      <w:proofErr w:type="spellEnd"/>
      <w:r>
        <w:t>- — -</w:t>
      </w:r>
      <w:r>
        <w:rPr>
          <w:b/>
          <w:bCs/>
          <w:i/>
          <w:iCs/>
        </w:rPr>
        <w:t>кос</w:t>
      </w:r>
      <w:r>
        <w:t>- с чередованием </w:t>
      </w:r>
      <w:r>
        <w:rPr>
          <w:b/>
          <w:bCs/>
          <w:i/>
          <w:iCs/>
        </w:rPr>
        <w:t>а</w:t>
      </w:r>
      <w:r>
        <w:t> // </w:t>
      </w:r>
      <w:r>
        <w:rPr>
          <w:b/>
          <w:bCs/>
          <w:i/>
          <w:iCs/>
        </w:rPr>
        <w:t>о</w:t>
      </w:r>
      <w:r>
        <w:t>, гласных в приставках </w:t>
      </w:r>
      <w:r>
        <w:rPr>
          <w:b/>
          <w:bCs/>
          <w:i/>
          <w:iCs/>
        </w:rPr>
        <w:t>пре</w:t>
      </w:r>
      <w:r>
        <w:t>- и </w:t>
      </w:r>
      <w:r>
        <w:rPr>
          <w:b/>
          <w:bCs/>
          <w:i/>
          <w:iCs/>
        </w:rPr>
        <w:t>при</w:t>
      </w:r>
      <w:r>
        <w:t>-.</w:t>
      </w:r>
    </w:p>
    <w:p w:rsidR="00B830E9" w:rsidRDefault="00B830E9" w:rsidP="00B830E9">
      <w:pPr>
        <w:pStyle w:val="aff2"/>
        <w:shd w:val="clear" w:color="auto" w:fill="FFFFFF"/>
        <w:spacing w:before="0" w:beforeAutospacing="0" w:after="0" w:afterAutospacing="0"/>
        <w:ind w:firstLine="227"/>
        <w:jc w:val="both"/>
      </w:pPr>
      <w:r>
        <w:t>Морфология. Культура речи. Орфография</w:t>
      </w:r>
    </w:p>
    <w:p w:rsidR="00B830E9" w:rsidRDefault="00B830E9" w:rsidP="00B830E9">
      <w:pPr>
        <w:pStyle w:val="aff2"/>
        <w:shd w:val="clear" w:color="auto" w:fill="FFFFFF"/>
        <w:spacing w:before="0" w:beforeAutospacing="0" w:after="0" w:afterAutospacing="0"/>
        <w:ind w:firstLine="227"/>
        <w:jc w:val="both"/>
      </w:pPr>
      <w:r>
        <w:rPr>
          <w:b/>
          <w:bCs/>
        </w:rPr>
        <w:t>Имя существительное</w:t>
      </w:r>
    </w:p>
    <w:p w:rsidR="00B830E9" w:rsidRDefault="00B830E9" w:rsidP="00B830E9">
      <w:pPr>
        <w:pStyle w:val="aff2"/>
        <w:shd w:val="clear" w:color="auto" w:fill="FFFFFF"/>
        <w:spacing w:before="0" w:beforeAutospacing="0" w:after="0" w:afterAutospacing="0"/>
        <w:ind w:firstLine="227"/>
        <w:jc w:val="both"/>
      </w:pPr>
      <w:r>
        <w:t>Особенности словообразования.</w:t>
      </w:r>
    </w:p>
    <w:p w:rsidR="00B830E9" w:rsidRDefault="00B830E9" w:rsidP="00B830E9">
      <w:pPr>
        <w:pStyle w:val="aff2"/>
        <w:shd w:val="clear" w:color="auto" w:fill="FFFFFF"/>
        <w:spacing w:before="0" w:beforeAutospacing="0" w:after="0" w:afterAutospacing="0"/>
        <w:ind w:firstLine="227"/>
        <w:jc w:val="both"/>
      </w:pPr>
      <w:r>
        <w:t>Нормы произношения имён существительных, нормы постановки ударения (в рамках изученного).</w:t>
      </w:r>
    </w:p>
    <w:p w:rsidR="00B830E9" w:rsidRDefault="00B830E9" w:rsidP="00B830E9">
      <w:pPr>
        <w:pStyle w:val="aff2"/>
        <w:shd w:val="clear" w:color="auto" w:fill="FFFFFF"/>
        <w:spacing w:before="0" w:beforeAutospacing="0" w:after="0" w:afterAutospacing="0"/>
        <w:ind w:firstLine="227"/>
        <w:jc w:val="both"/>
      </w:pPr>
      <w:r>
        <w:t>Нормы словоизменения имён существительных.</w:t>
      </w:r>
    </w:p>
    <w:p w:rsidR="00B830E9" w:rsidRDefault="00B830E9" w:rsidP="00B830E9">
      <w:pPr>
        <w:pStyle w:val="aff2"/>
        <w:shd w:val="clear" w:color="auto" w:fill="FFFFFF"/>
        <w:spacing w:before="0" w:beforeAutospacing="0" w:after="0" w:afterAutospacing="0"/>
        <w:ind w:firstLine="227"/>
        <w:jc w:val="both"/>
      </w:pPr>
      <w:r>
        <w:t>Нормы слитного и дефисного написания </w:t>
      </w:r>
      <w:r>
        <w:rPr>
          <w:b/>
          <w:bCs/>
          <w:i/>
          <w:iCs/>
        </w:rPr>
        <w:t>пол</w:t>
      </w:r>
      <w:r>
        <w:t>- и </w:t>
      </w:r>
      <w:r>
        <w:rPr>
          <w:b/>
          <w:bCs/>
          <w:i/>
          <w:iCs/>
        </w:rPr>
        <w:t>полу</w:t>
      </w:r>
      <w:r>
        <w:t>- со словами.</w:t>
      </w:r>
    </w:p>
    <w:p w:rsidR="00B830E9" w:rsidRDefault="00B830E9" w:rsidP="00B830E9">
      <w:pPr>
        <w:pStyle w:val="aff2"/>
        <w:shd w:val="clear" w:color="auto" w:fill="FFFFFF"/>
        <w:spacing w:before="0" w:beforeAutospacing="0" w:after="0" w:afterAutospacing="0"/>
        <w:ind w:firstLine="227"/>
        <w:jc w:val="both"/>
      </w:pPr>
      <w:r>
        <w:rPr>
          <w:b/>
          <w:bCs/>
        </w:rPr>
        <w:t>Имя прилагательное</w:t>
      </w:r>
    </w:p>
    <w:p w:rsidR="00B830E9" w:rsidRDefault="00B830E9" w:rsidP="00B830E9">
      <w:pPr>
        <w:pStyle w:val="aff2"/>
        <w:shd w:val="clear" w:color="auto" w:fill="FFFFFF"/>
        <w:spacing w:before="0" w:beforeAutospacing="0" w:after="0" w:afterAutospacing="0"/>
        <w:ind w:firstLine="227"/>
        <w:jc w:val="both"/>
      </w:pPr>
      <w:r>
        <w:t>Качественные, относительные и притяжательные имена прилагательные.</w:t>
      </w:r>
    </w:p>
    <w:p w:rsidR="00B830E9" w:rsidRDefault="00B830E9" w:rsidP="00B830E9">
      <w:pPr>
        <w:pStyle w:val="aff2"/>
        <w:shd w:val="clear" w:color="auto" w:fill="FFFFFF"/>
        <w:spacing w:before="0" w:beforeAutospacing="0" w:after="0" w:afterAutospacing="0"/>
        <w:ind w:firstLine="227"/>
        <w:jc w:val="both"/>
      </w:pPr>
      <w:r>
        <w:t>Степени сравнения качественных имён прилагательных.</w:t>
      </w:r>
    </w:p>
    <w:p w:rsidR="00B830E9" w:rsidRDefault="00B830E9" w:rsidP="00B830E9">
      <w:pPr>
        <w:pStyle w:val="aff2"/>
        <w:shd w:val="clear" w:color="auto" w:fill="FFFFFF"/>
        <w:spacing w:before="0" w:beforeAutospacing="0" w:after="0" w:afterAutospacing="0"/>
        <w:ind w:firstLine="227"/>
        <w:jc w:val="both"/>
      </w:pPr>
      <w:r>
        <w:t>Словообразование имён прилагательных.</w:t>
      </w:r>
    </w:p>
    <w:p w:rsidR="00B830E9" w:rsidRDefault="00B830E9" w:rsidP="00B830E9">
      <w:pPr>
        <w:pStyle w:val="aff2"/>
        <w:shd w:val="clear" w:color="auto" w:fill="FFFFFF"/>
        <w:spacing w:before="0" w:beforeAutospacing="0" w:after="0" w:afterAutospacing="0"/>
        <w:ind w:firstLine="227"/>
        <w:jc w:val="both"/>
      </w:pPr>
      <w:r>
        <w:t>Морфологический анализ имён прилагательных.</w:t>
      </w:r>
    </w:p>
    <w:p w:rsidR="00B830E9" w:rsidRDefault="00B830E9" w:rsidP="00B830E9">
      <w:pPr>
        <w:pStyle w:val="aff2"/>
        <w:shd w:val="clear" w:color="auto" w:fill="FFFFFF"/>
        <w:spacing w:before="0" w:beforeAutospacing="0" w:after="0" w:afterAutospacing="0"/>
        <w:ind w:firstLine="227"/>
        <w:jc w:val="both"/>
      </w:pPr>
      <w:r>
        <w:t>Правописание </w:t>
      </w:r>
      <w:proofErr w:type="spellStart"/>
      <w:r>
        <w:rPr>
          <w:b/>
          <w:bCs/>
          <w:i/>
          <w:iCs/>
        </w:rPr>
        <w:t>н</w:t>
      </w:r>
      <w:proofErr w:type="spellEnd"/>
      <w:r>
        <w:t> и </w:t>
      </w:r>
      <w:proofErr w:type="spellStart"/>
      <w:r>
        <w:rPr>
          <w:b/>
          <w:bCs/>
          <w:i/>
          <w:iCs/>
        </w:rPr>
        <w:t>нн</w:t>
      </w:r>
      <w:proofErr w:type="spellEnd"/>
      <w:r>
        <w:t> в именах прилагательных.</w:t>
      </w:r>
    </w:p>
    <w:p w:rsidR="00B830E9" w:rsidRDefault="00B830E9" w:rsidP="00B830E9">
      <w:pPr>
        <w:pStyle w:val="aff2"/>
        <w:shd w:val="clear" w:color="auto" w:fill="FFFFFF"/>
        <w:spacing w:before="0" w:beforeAutospacing="0" w:after="0" w:afterAutospacing="0"/>
        <w:ind w:firstLine="227"/>
        <w:jc w:val="both"/>
      </w:pPr>
      <w:r>
        <w:t>Правописание суффиксов -</w:t>
      </w:r>
      <w:r>
        <w:rPr>
          <w:b/>
          <w:bCs/>
          <w:i/>
          <w:iCs/>
        </w:rPr>
        <w:t>к</w:t>
      </w:r>
      <w:r>
        <w:t>- и -</w:t>
      </w:r>
      <w:proofErr w:type="spellStart"/>
      <w:r>
        <w:rPr>
          <w:b/>
          <w:bCs/>
          <w:i/>
          <w:iCs/>
        </w:rPr>
        <w:t>ск</w:t>
      </w:r>
      <w:proofErr w:type="spellEnd"/>
      <w:r>
        <w:t>- имён прилагательных.</w:t>
      </w:r>
    </w:p>
    <w:p w:rsidR="00B830E9" w:rsidRDefault="00B830E9" w:rsidP="00B830E9">
      <w:pPr>
        <w:pStyle w:val="aff2"/>
        <w:shd w:val="clear" w:color="auto" w:fill="FFFFFF"/>
        <w:spacing w:before="0" w:beforeAutospacing="0" w:after="0" w:afterAutospacing="0"/>
        <w:ind w:firstLine="227"/>
        <w:jc w:val="both"/>
      </w:pPr>
      <w:r>
        <w:t>Правописание сложных имён прилагательных.</w:t>
      </w:r>
    </w:p>
    <w:p w:rsidR="00B830E9" w:rsidRDefault="00B830E9" w:rsidP="00B830E9">
      <w:pPr>
        <w:pStyle w:val="aff2"/>
        <w:shd w:val="clear" w:color="auto" w:fill="FFFFFF"/>
        <w:spacing w:before="0" w:beforeAutospacing="0" w:after="0" w:afterAutospacing="0"/>
        <w:ind w:firstLine="227"/>
        <w:jc w:val="both"/>
      </w:pPr>
      <w:r>
        <w:t>Нормы произношения имён прилагательных, нормы ударения (в рамках изученного).</w:t>
      </w:r>
    </w:p>
    <w:p w:rsidR="00B830E9" w:rsidRDefault="00B830E9" w:rsidP="00B830E9">
      <w:pPr>
        <w:pStyle w:val="aff2"/>
        <w:shd w:val="clear" w:color="auto" w:fill="FFFFFF"/>
        <w:spacing w:before="0" w:beforeAutospacing="0" w:after="0" w:afterAutospacing="0"/>
        <w:ind w:firstLine="227"/>
        <w:jc w:val="both"/>
      </w:pPr>
      <w:r>
        <w:rPr>
          <w:b/>
          <w:bCs/>
        </w:rPr>
        <w:t>Имя числительное</w:t>
      </w:r>
    </w:p>
    <w:p w:rsidR="00B830E9" w:rsidRDefault="00B830E9" w:rsidP="00B830E9">
      <w:pPr>
        <w:pStyle w:val="aff2"/>
        <w:shd w:val="clear" w:color="auto" w:fill="FFFFFF"/>
        <w:spacing w:before="0" w:beforeAutospacing="0" w:after="0" w:afterAutospacing="0"/>
        <w:ind w:firstLine="227"/>
        <w:jc w:val="both"/>
      </w:pPr>
      <w:r>
        <w:t>Общее грамматическое значение имени числительного. Синтаксические функции имён числительных.</w:t>
      </w:r>
    </w:p>
    <w:p w:rsidR="00B830E9" w:rsidRDefault="00B830E9" w:rsidP="00B830E9">
      <w:pPr>
        <w:pStyle w:val="aff2"/>
        <w:shd w:val="clear" w:color="auto" w:fill="FFFFFF"/>
        <w:spacing w:before="0" w:beforeAutospacing="0" w:after="0" w:afterAutospacing="0"/>
        <w:ind w:firstLine="227"/>
        <w:jc w:val="both"/>
      </w:pPr>
      <w:r>
        <w:t>Разряды имён числительных по значению: количественные (целые, дробные, собирательные), порядковые числительные.</w:t>
      </w:r>
    </w:p>
    <w:p w:rsidR="00B830E9" w:rsidRDefault="00B830E9" w:rsidP="00B830E9">
      <w:pPr>
        <w:pStyle w:val="aff2"/>
        <w:shd w:val="clear" w:color="auto" w:fill="FFFFFF"/>
        <w:spacing w:before="0" w:beforeAutospacing="0" w:after="0" w:afterAutospacing="0"/>
        <w:ind w:firstLine="227"/>
        <w:jc w:val="both"/>
      </w:pPr>
      <w:r>
        <w:t>Разряды имён числительных по строению: простые, сложные, составные числительные.</w:t>
      </w:r>
    </w:p>
    <w:p w:rsidR="00B830E9" w:rsidRDefault="00B830E9" w:rsidP="00B830E9">
      <w:pPr>
        <w:pStyle w:val="aff2"/>
        <w:shd w:val="clear" w:color="auto" w:fill="FFFFFF"/>
        <w:spacing w:before="0" w:beforeAutospacing="0" w:after="0" w:afterAutospacing="0"/>
        <w:ind w:firstLine="227"/>
        <w:jc w:val="both"/>
      </w:pPr>
      <w:r>
        <w:t>Словообразование имён числительных.</w:t>
      </w:r>
    </w:p>
    <w:p w:rsidR="00B830E9" w:rsidRDefault="00B830E9" w:rsidP="00B830E9">
      <w:pPr>
        <w:pStyle w:val="aff2"/>
        <w:shd w:val="clear" w:color="auto" w:fill="FFFFFF"/>
        <w:spacing w:before="0" w:beforeAutospacing="0" w:after="0" w:afterAutospacing="0"/>
        <w:ind w:firstLine="227"/>
        <w:jc w:val="both"/>
      </w:pPr>
      <w:r>
        <w:t>Склонение количественных и порядковых имён числительных.</w:t>
      </w:r>
    </w:p>
    <w:p w:rsidR="00B830E9" w:rsidRDefault="00B830E9" w:rsidP="00B830E9">
      <w:pPr>
        <w:pStyle w:val="aff2"/>
        <w:shd w:val="clear" w:color="auto" w:fill="FFFFFF"/>
        <w:spacing w:before="0" w:beforeAutospacing="0" w:after="0" w:afterAutospacing="0"/>
        <w:ind w:firstLine="227"/>
        <w:jc w:val="both"/>
      </w:pPr>
      <w:r>
        <w:t>Правильное образование форм имён числительных.</w:t>
      </w:r>
    </w:p>
    <w:p w:rsidR="00B830E9" w:rsidRDefault="00B830E9" w:rsidP="00B830E9">
      <w:pPr>
        <w:pStyle w:val="aff2"/>
        <w:shd w:val="clear" w:color="auto" w:fill="FFFFFF"/>
        <w:spacing w:before="0" w:beforeAutospacing="0" w:after="0" w:afterAutospacing="0"/>
        <w:ind w:firstLine="227"/>
        <w:jc w:val="both"/>
      </w:pPr>
      <w:r>
        <w:t>Правильное употребление собирательных имён числительных.</w:t>
      </w:r>
    </w:p>
    <w:p w:rsidR="00B830E9" w:rsidRDefault="00B830E9" w:rsidP="00B830E9">
      <w:pPr>
        <w:pStyle w:val="aff2"/>
        <w:shd w:val="clear" w:color="auto" w:fill="FFFFFF"/>
        <w:spacing w:before="0" w:beforeAutospacing="0" w:after="0" w:afterAutospacing="0"/>
        <w:ind w:firstLine="227"/>
        <w:jc w:val="both"/>
      </w:pPr>
      <w:r>
        <w:t>Употребление имён числительных в научных текстах, деловой речи.</w:t>
      </w:r>
    </w:p>
    <w:p w:rsidR="00B830E9" w:rsidRDefault="00B830E9" w:rsidP="00B830E9">
      <w:pPr>
        <w:pStyle w:val="aff2"/>
        <w:shd w:val="clear" w:color="auto" w:fill="FFFFFF"/>
        <w:spacing w:before="0" w:beforeAutospacing="0" w:after="0" w:afterAutospacing="0"/>
        <w:ind w:firstLine="227"/>
        <w:jc w:val="both"/>
      </w:pPr>
      <w:r>
        <w:t>Морфологический анализ имён числительных.</w:t>
      </w:r>
    </w:p>
    <w:p w:rsidR="00B830E9" w:rsidRDefault="00B830E9" w:rsidP="00B830E9">
      <w:pPr>
        <w:pStyle w:val="aff2"/>
        <w:shd w:val="clear" w:color="auto" w:fill="FFFFFF"/>
        <w:spacing w:before="0" w:beforeAutospacing="0" w:after="0" w:afterAutospacing="0"/>
        <w:ind w:firstLine="227"/>
        <w:jc w:val="both"/>
      </w:pPr>
      <w:r>
        <w:t>Нормы правописания имён числительных: написание </w:t>
      </w:r>
      <w:r>
        <w:rPr>
          <w:b/>
          <w:bCs/>
          <w:i/>
          <w:iCs/>
        </w:rPr>
        <w:t>ь</w:t>
      </w:r>
      <w:r>
        <w:t>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B830E9" w:rsidRDefault="00B830E9" w:rsidP="00B830E9">
      <w:pPr>
        <w:pStyle w:val="aff2"/>
        <w:shd w:val="clear" w:color="auto" w:fill="FFFFFF"/>
        <w:spacing w:before="0" w:beforeAutospacing="0" w:after="0" w:afterAutospacing="0"/>
        <w:ind w:firstLine="227"/>
        <w:jc w:val="both"/>
      </w:pPr>
      <w:r>
        <w:rPr>
          <w:b/>
          <w:bCs/>
        </w:rPr>
        <w:t>Местоимение</w:t>
      </w:r>
    </w:p>
    <w:p w:rsidR="00B830E9" w:rsidRDefault="00B830E9" w:rsidP="00B830E9">
      <w:pPr>
        <w:pStyle w:val="aff2"/>
        <w:shd w:val="clear" w:color="auto" w:fill="FFFFFF"/>
        <w:spacing w:before="0" w:beforeAutospacing="0" w:after="0" w:afterAutospacing="0"/>
        <w:ind w:firstLine="227"/>
        <w:jc w:val="both"/>
      </w:pPr>
      <w:r>
        <w:t>Общее грамматическое значение местоимения. Синтаксические функции местоимений.</w:t>
      </w:r>
    </w:p>
    <w:p w:rsidR="00B830E9" w:rsidRDefault="00B830E9" w:rsidP="00B830E9">
      <w:pPr>
        <w:pStyle w:val="aff2"/>
        <w:shd w:val="clear" w:color="auto" w:fill="FFFFFF"/>
        <w:spacing w:before="0" w:beforeAutospacing="0" w:after="0" w:afterAutospacing="0"/>
        <w:ind w:firstLine="227"/>
        <w:jc w:val="both"/>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B830E9" w:rsidRDefault="00B830E9" w:rsidP="00B830E9">
      <w:pPr>
        <w:pStyle w:val="aff2"/>
        <w:shd w:val="clear" w:color="auto" w:fill="FFFFFF"/>
        <w:spacing w:before="0" w:beforeAutospacing="0" w:after="0" w:afterAutospacing="0"/>
        <w:ind w:firstLine="227"/>
        <w:jc w:val="both"/>
      </w:pPr>
      <w:r>
        <w:t>Склонение местоимений.</w:t>
      </w:r>
    </w:p>
    <w:p w:rsidR="00B830E9" w:rsidRDefault="00B830E9" w:rsidP="00B830E9">
      <w:pPr>
        <w:pStyle w:val="aff2"/>
        <w:shd w:val="clear" w:color="auto" w:fill="FFFFFF"/>
        <w:spacing w:before="0" w:beforeAutospacing="0" w:after="0" w:afterAutospacing="0"/>
        <w:ind w:firstLine="227"/>
        <w:jc w:val="both"/>
      </w:pPr>
      <w:r>
        <w:t>Словообразование местоимений.</w:t>
      </w:r>
    </w:p>
    <w:p w:rsidR="00B830E9" w:rsidRDefault="00B830E9" w:rsidP="00B830E9">
      <w:pPr>
        <w:pStyle w:val="aff2"/>
        <w:shd w:val="clear" w:color="auto" w:fill="FFFFFF"/>
        <w:spacing w:before="0" w:beforeAutospacing="0" w:after="0" w:afterAutospacing="0"/>
        <w:ind w:firstLine="227"/>
        <w:jc w:val="both"/>
      </w:pPr>
      <w:r>
        <w:lastRenderedPageBreak/>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B830E9" w:rsidRDefault="00B830E9" w:rsidP="00B830E9">
      <w:pPr>
        <w:pStyle w:val="aff2"/>
        <w:shd w:val="clear" w:color="auto" w:fill="FFFFFF"/>
        <w:spacing w:before="0" w:beforeAutospacing="0" w:after="0" w:afterAutospacing="0"/>
        <w:ind w:firstLine="227"/>
        <w:jc w:val="both"/>
      </w:pPr>
      <w:r>
        <w:t>Морфологический анализ местоимений.</w:t>
      </w:r>
    </w:p>
    <w:p w:rsidR="00B830E9" w:rsidRDefault="00B830E9" w:rsidP="00B830E9">
      <w:pPr>
        <w:pStyle w:val="aff2"/>
        <w:shd w:val="clear" w:color="auto" w:fill="FFFFFF"/>
        <w:spacing w:before="0" w:beforeAutospacing="0" w:after="0" w:afterAutospacing="0"/>
        <w:ind w:firstLine="227"/>
        <w:jc w:val="both"/>
      </w:pPr>
      <w:r>
        <w:t>Нормы правописания местоимений: правописание место</w:t>
      </w:r>
      <w:r>
        <w:softHyphen/>
        <w:t>имений с </w:t>
      </w:r>
      <w:r>
        <w:rPr>
          <w:b/>
          <w:bCs/>
          <w:i/>
          <w:iCs/>
        </w:rPr>
        <w:t>не</w:t>
      </w:r>
      <w:r>
        <w:t> и </w:t>
      </w:r>
      <w:r>
        <w:rPr>
          <w:b/>
          <w:bCs/>
          <w:i/>
          <w:iCs/>
        </w:rPr>
        <w:t>ни</w:t>
      </w:r>
      <w:r>
        <w:t>; слитное, раздельное и дефисное написание местоимений.</w:t>
      </w:r>
    </w:p>
    <w:p w:rsidR="00B830E9" w:rsidRDefault="00B830E9" w:rsidP="00B830E9">
      <w:pPr>
        <w:pStyle w:val="aff2"/>
        <w:shd w:val="clear" w:color="auto" w:fill="FFFFFF"/>
        <w:spacing w:before="0" w:beforeAutospacing="0" w:after="0" w:afterAutospacing="0"/>
        <w:ind w:firstLine="227"/>
        <w:jc w:val="both"/>
      </w:pPr>
      <w:r>
        <w:rPr>
          <w:b/>
          <w:bCs/>
        </w:rPr>
        <w:t>Глагол</w:t>
      </w:r>
    </w:p>
    <w:p w:rsidR="00B830E9" w:rsidRDefault="00B830E9" w:rsidP="00B830E9">
      <w:pPr>
        <w:pStyle w:val="aff2"/>
        <w:shd w:val="clear" w:color="auto" w:fill="FFFFFF"/>
        <w:spacing w:before="0" w:beforeAutospacing="0" w:after="0" w:afterAutospacing="0"/>
        <w:ind w:firstLine="227"/>
        <w:jc w:val="both"/>
      </w:pPr>
      <w:r>
        <w:t>Переходные и непереходные глаголы.</w:t>
      </w:r>
    </w:p>
    <w:p w:rsidR="00B830E9" w:rsidRDefault="00B830E9" w:rsidP="00B830E9">
      <w:pPr>
        <w:pStyle w:val="aff2"/>
        <w:shd w:val="clear" w:color="auto" w:fill="FFFFFF"/>
        <w:spacing w:before="0" w:beforeAutospacing="0" w:after="0" w:afterAutospacing="0"/>
        <w:ind w:firstLine="227"/>
        <w:jc w:val="both"/>
      </w:pPr>
      <w:r>
        <w:t>Разноспрягаемые глаголы.</w:t>
      </w:r>
    </w:p>
    <w:p w:rsidR="00B830E9" w:rsidRDefault="00B830E9" w:rsidP="00B830E9">
      <w:pPr>
        <w:pStyle w:val="aff2"/>
        <w:shd w:val="clear" w:color="auto" w:fill="FFFFFF"/>
        <w:spacing w:before="0" w:beforeAutospacing="0" w:after="0" w:afterAutospacing="0"/>
        <w:ind w:firstLine="227"/>
        <w:jc w:val="both"/>
      </w:pPr>
      <w:r>
        <w:t>Безличные глаголы. Использование личных глаголов в безличном значении.</w:t>
      </w:r>
    </w:p>
    <w:p w:rsidR="00B830E9" w:rsidRDefault="00B830E9" w:rsidP="00B830E9">
      <w:pPr>
        <w:pStyle w:val="aff2"/>
        <w:shd w:val="clear" w:color="auto" w:fill="FFFFFF"/>
        <w:spacing w:before="0" w:beforeAutospacing="0" w:after="0" w:afterAutospacing="0"/>
        <w:ind w:firstLine="227"/>
        <w:jc w:val="both"/>
      </w:pPr>
      <w:r>
        <w:t>Изъявительное, условное и повелительное наклонения глагола.</w:t>
      </w:r>
    </w:p>
    <w:p w:rsidR="00B830E9" w:rsidRDefault="00B830E9" w:rsidP="00B830E9">
      <w:pPr>
        <w:pStyle w:val="aff2"/>
        <w:shd w:val="clear" w:color="auto" w:fill="FFFFFF"/>
        <w:spacing w:before="0" w:beforeAutospacing="0" w:after="0" w:afterAutospacing="0"/>
        <w:ind w:firstLine="227"/>
        <w:jc w:val="both"/>
      </w:pPr>
      <w:r>
        <w:t>Нормы ударения в глагольных формах (в рамках изученного).</w:t>
      </w:r>
    </w:p>
    <w:p w:rsidR="00B830E9" w:rsidRDefault="00B830E9" w:rsidP="00B830E9">
      <w:pPr>
        <w:pStyle w:val="aff2"/>
        <w:shd w:val="clear" w:color="auto" w:fill="FFFFFF"/>
        <w:spacing w:before="0" w:beforeAutospacing="0" w:after="0" w:afterAutospacing="0"/>
        <w:ind w:firstLine="227"/>
        <w:jc w:val="both"/>
      </w:pPr>
      <w:r>
        <w:t>Нормы словоизменения глаголов.</w:t>
      </w:r>
    </w:p>
    <w:p w:rsidR="00B830E9" w:rsidRDefault="00B830E9" w:rsidP="00B830E9">
      <w:pPr>
        <w:pStyle w:val="aff2"/>
        <w:shd w:val="clear" w:color="auto" w:fill="FFFFFF"/>
        <w:spacing w:before="0" w:beforeAutospacing="0" w:after="0" w:afterAutospacing="0"/>
        <w:ind w:firstLine="227"/>
        <w:jc w:val="both"/>
      </w:pPr>
      <w:proofErr w:type="spellStart"/>
      <w:proofErr w:type="gramStart"/>
      <w:r>
        <w:t>Видо-временная</w:t>
      </w:r>
      <w:proofErr w:type="spellEnd"/>
      <w:proofErr w:type="gramEnd"/>
      <w:r>
        <w:t xml:space="preserve"> соотнесённость глагольных форм в тексте.</w:t>
      </w:r>
    </w:p>
    <w:p w:rsidR="00B830E9" w:rsidRDefault="00B830E9" w:rsidP="00B830E9">
      <w:pPr>
        <w:pStyle w:val="aff2"/>
        <w:shd w:val="clear" w:color="auto" w:fill="FFFFFF"/>
        <w:spacing w:before="0" w:beforeAutospacing="0" w:after="0" w:afterAutospacing="0"/>
        <w:ind w:firstLine="227"/>
        <w:jc w:val="both"/>
      </w:pPr>
      <w:r>
        <w:t>Морфологический анализ глаголов.</w:t>
      </w:r>
    </w:p>
    <w:p w:rsidR="00B830E9" w:rsidRDefault="00B830E9" w:rsidP="00B830E9">
      <w:pPr>
        <w:pStyle w:val="aff2"/>
        <w:shd w:val="clear" w:color="auto" w:fill="FFFFFF"/>
        <w:spacing w:before="0" w:beforeAutospacing="0" w:after="0" w:afterAutospacing="0"/>
        <w:ind w:firstLine="227"/>
        <w:jc w:val="both"/>
      </w:pPr>
      <w:r>
        <w:t>Использование </w:t>
      </w:r>
      <w:r>
        <w:rPr>
          <w:b/>
          <w:bCs/>
          <w:i/>
          <w:iCs/>
        </w:rPr>
        <w:t>ь</w:t>
      </w:r>
      <w:r>
        <w:t> как показателя грамматической формы в повелительном наклонении глагола.</w:t>
      </w:r>
    </w:p>
    <w:p w:rsidR="00B830E9" w:rsidRPr="00A95066" w:rsidRDefault="00B830E9" w:rsidP="00B830E9">
      <w:pPr>
        <w:pStyle w:val="21"/>
        <w:shd w:val="clear" w:color="auto" w:fill="FFFFFF"/>
        <w:spacing w:before="240" w:after="120" w:line="240" w:lineRule="atLeast"/>
        <w:rPr>
          <w:rFonts w:ascii="LiberationSerif" w:hAnsi="LiberationSerif"/>
          <w:caps/>
          <w:sz w:val="22"/>
          <w:szCs w:val="22"/>
          <w:lang w:val="ru-RU"/>
        </w:rPr>
      </w:pPr>
      <w:r w:rsidRPr="00A95066">
        <w:rPr>
          <w:rFonts w:ascii="LiberationSerif" w:hAnsi="LiberationSerif"/>
          <w:caps/>
          <w:sz w:val="22"/>
          <w:szCs w:val="22"/>
          <w:lang w:val="ru-RU"/>
        </w:rPr>
        <w:t>7 КЛАСС</w:t>
      </w:r>
    </w:p>
    <w:p w:rsidR="00B830E9" w:rsidRDefault="00B830E9" w:rsidP="00B830E9">
      <w:pPr>
        <w:pStyle w:val="aff2"/>
        <w:shd w:val="clear" w:color="auto" w:fill="FFFFFF"/>
        <w:spacing w:before="0" w:beforeAutospacing="0" w:after="0" w:afterAutospacing="0"/>
        <w:ind w:firstLine="227"/>
        <w:jc w:val="both"/>
      </w:pPr>
      <w:r>
        <w:rPr>
          <w:b/>
          <w:bCs/>
        </w:rPr>
        <w:t>Общие сведения о языке</w:t>
      </w:r>
    </w:p>
    <w:p w:rsidR="00B830E9" w:rsidRDefault="00B830E9" w:rsidP="00B830E9">
      <w:pPr>
        <w:pStyle w:val="aff2"/>
        <w:shd w:val="clear" w:color="auto" w:fill="FFFFFF"/>
        <w:spacing w:before="0" w:beforeAutospacing="0" w:after="0" w:afterAutospacing="0"/>
        <w:ind w:firstLine="227"/>
        <w:jc w:val="both"/>
      </w:pPr>
      <w:r>
        <w:t xml:space="preserve">Русский язык как развивающееся явление. Взаимосвязь </w:t>
      </w:r>
      <w:r>
        <w:softHyphen/>
        <w:t>языка, культуры и истории народа.</w:t>
      </w:r>
    </w:p>
    <w:p w:rsidR="00B830E9" w:rsidRDefault="00B830E9" w:rsidP="00B830E9">
      <w:pPr>
        <w:pStyle w:val="aff2"/>
        <w:shd w:val="clear" w:color="auto" w:fill="FFFFFF"/>
        <w:spacing w:before="0" w:beforeAutospacing="0" w:after="0" w:afterAutospacing="0"/>
        <w:ind w:firstLine="227"/>
        <w:jc w:val="both"/>
      </w:pPr>
      <w:r>
        <w:rPr>
          <w:b/>
          <w:bCs/>
        </w:rPr>
        <w:t>Язык и речь</w:t>
      </w:r>
    </w:p>
    <w:p w:rsidR="00B830E9" w:rsidRDefault="00B830E9" w:rsidP="00B830E9">
      <w:pPr>
        <w:pStyle w:val="aff2"/>
        <w:shd w:val="clear" w:color="auto" w:fill="FFFFFF"/>
        <w:spacing w:before="0" w:beforeAutospacing="0" w:after="0" w:afterAutospacing="0"/>
        <w:ind w:firstLine="227"/>
        <w:jc w:val="both"/>
      </w:pPr>
      <w:r>
        <w:t>Монолог-описание, монолог-рассуждение, монолог-повествование.</w:t>
      </w:r>
    </w:p>
    <w:p w:rsidR="00B830E9" w:rsidRDefault="00B830E9" w:rsidP="00B830E9">
      <w:pPr>
        <w:pStyle w:val="aff2"/>
        <w:shd w:val="clear" w:color="auto" w:fill="FFFFFF"/>
        <w:spacing w:before="0" w:beforeAutospacing="0" w:after="0" w:afterAutospacing="0"/>
        <w:ind w:firstLine="227"/>
        <w:jc w:val="both"/>
      </w:pPr>
      <w:r>
        <w:t>Виды диалога: побуждение к действию, обмен мнениями, запрос информации, сообщение информации.</w:t>
      </w:r>
    </w:p>
    <w:p w:rsidR="00B830E9" w:rsidRDefault="00B830E9" w:rsidP="00B830E9">
      <w:pPr>
        <w:pStyle w:val="aff2"/>
        <w:shd w:val="clear" w:color="auto" w:fill="FFFFFF"/>
        <w:spacing w:before="0" w:beforeAutospacing="0" w:after="0" w:afterAutospacing="0"/>
        <w:ind w:firstLine="227"/>
        <w:jc w:val="both"/>
      </w:pPr>
      <w:r>
        <w:rPr>
          <w:b/>
          <w:bCs/>
        </w:rPr>
        <w:t>Текст</w:t>
      </w:r>
    </w:p>
    <w:p w:rsidR="00B830E9" w:rsidRDefault="00B830E9" w:rsidP="00B830E9">
      <w:pPr>
        <w:pStyle w:val="aff2"/>
        <w:shd w:val="clear" w:color="auto" w:fill="FFFFFF"/>
        <w:spacing w:before="0" w:beforeAutospacing="0" w:after="0" w:afterAutospacing="0"/>
        <w:ind w:firstLine="227"/>
        <w:jc w:val="both"/>
      </w:pPr>
      <w:r>
        <w:t>Текст как речевое произведение. Основные признаки текста (обобщение).</w:t>
      </w:r>
    </w:p>
    <w:p w:rsidR="00B830E9" w:rsidRDefault="00B830E9" w:rsidP="00B830E9">
      <w:pPr>
        <w:pStyle w:val="aff2"/>
        <w:shd w:val="clear" w:color="auto" w:fill="FFFFFF"/>
        <w:spacing w:before="0" w:beforeAutospacing="0" w:after="0" w:afterAutospacing="0"/>
        <w:ind w:firstLine="227"/>
        <w:jc w:val="both"/>
      </w:pPr>
      <w:r>
        <w:t>Структура текста. Абзац.</w:t>
      </w:r>
    </w:p>
    <w:p w:rsidR="00B830E9" w:rsidRDefault="00B830E9" w:rsidP="00B830E9">
      <w:pPr>
        <w:pStyle w:val="aff2"/>
        <w:shd w:val="clear" w:color="auto" w:fill="FFFFFF"/>
        <w:spacing w:before="0" w:beforeAutospacing="0" w:after="0" w:afterAutospacing="0"/>
        <w:ind w:firstLine="227"/>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B830E9" w:rsidRDefault="00B830E9" w:rsidP="00B830E9">
      <w:pPr>
        <w:pStyle w:val="aff2"/>
        <w:shd w:val="clear" w:color="auto" w:fill="FFFFFF"/>
        <w:spacing w:before="0" w:beforeAutospacing="0" w:after="0" w:afterAutospacing="0"/>
        <w:ind w:firstLine="227"/>
        <w:jc w:val="both"/>
      </w:pPr>
      <w:r>
        <w:t>Способы и средства связи предложений в тексте (обобщение).</w:t>
      </w:r>
    </w:p>
    <w:p w:rsidR="00B830E9" w:rsidRDefault="00B830E9" w:rsidP="00B830E9">
      <w:pPr>
        <w:pStyle w:val="aff2"/>
        <w:shd w:val="clear" w:color="auto" w:fill="FFFFFF"/>
        <w:spacing w:before="0" w:beforeAutospacing="0" w:after="0" w:afterAutospacing="0"/>
        <w:ind w:firstLine="227"/>
        <w:jc w:val="both"/>
      </w:pPr>
      <w:r>
        <w:t>Языковые средства выразительности в тексте: фонетические (звукопись), словообразовательные, лексические (обобщение).</w:t>
      </w:r>
    </w:p>
    <w:p w:rsidR="00B830E9" w:rsidRDefault="00B830E9" w:rsidP="00B830E9">
      <w:pPr>
        <w:pStyle w:val="aff2"/>
        <w:shd w:val="clear" w:color="auto" w:fill="FFFFFF"/>
        <w:spacing w:before="0" w:beforeAutospacing="0" w:after="0" w:afterAutospacing="0"/>
        <w:ind w:firstLine="227"/>
        <w:jc w:val="both"/>
      </w:pPr>
      <w:r>
        <w:t>Рассуждение как функционально-смысловой тип речи.</w:t>
      </w:r>
    </w:p>
    <w:p w:rsidR="00B830E9" w:rsidRDefault="00B830E9" w:rsidP="00B830E9">
      <w:pPr>
        <w:pStyle w:val="aff2"/>
        <w:shd w:val="clear" w:color="auto" w:fill="FFFFFF"/>
        <w:spacing w:before="0" w:beforeAutospacing="0" w:after="0" w:afterAutospacing="0"/>
        <w:ind w:firstLine="227"/>
        <w:jc w:val="both"/>
      </w:pPr>
      <w:r>
        <w:t>Структурные особенности текста-рассуждения.</w:t>
      </w:r>
    </w:p>
    <w:p w:rsidR="00B830E9" w:rsidRDefault="00B830E9" w:rsidP="00B830E9">
      <w:pPr>
        <w:pStyle w:val="aff2"/>
        <w:shd w:val="clear" w:color="auto" w:fill="FFFFFF"/>
        <w:spacing w:before="0" w:beforeAutospacing="0" w:after="0" w:afterAutospacing="0"/>
        <w:ind w:firstLine="227"/>
        <w:jc w:val="both"/>
      </w:pPr>
      <w:r>
        <w:t xml:space="preserve">Смысловой анализ текста: его композиционных особенностей, </w:t>
      </w:r>
      <w:proofErr w:type="spellStart"/>
      <w:r>
        <w:t>микротем</w:t>
      </w:r>
      <w:proofErr w:type="spellEnd"/>
      <w:r>
        <w:t xml:space="preserve"> и абзацев, способов и средств связи предложений в тексте; использование языковых средств выразительности (в рамках изученного).</w:t>
      </w:r>
    </w:p>
    <w:p w:rsidR="00B830E9" w:rsidRDefault="00B830E9" w:rsidP="00B830E9">
      <w:pPr>
        <w:pStyle w:val="aff2"/>
        <w:shd w:val="clear" w:color="auto" w:fill="FFFFFF"/>
        <w:spacing w:before="0" w:beforeAutospacing="0" w:after="0" w:afterAutospacing="0"/>
        <w:ind w:firstLine="227"/>
        <w:jc w:val="both"/>
      </w:pPr>
      <w:r>
        <w:t>Функциональные разновидности языка</w:t>
      </w:r>
    </w:p>
    <w:p w:rsidR="00B830E9" w:rsidRDefault="00B830E9" w:rsidP="00B830E9">
      <w:pPr>
        <w:pStyle w:val="aff2"/>
        <w:shd w:val="clear" w:color="auto" w:fill="FFFFFF"/>
        <w:spacing w:before="0" w:beforeAutospacing="0" w:after="0" w:afterAutospacing="0"/>
        <w:ind w:firstLine="227"/>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B830E9" w:rsidRDefault="00B830E9" w:rsidP="00B830E9">
      <w:pPr>
        <w:pStyle w:val="aff2"/>
        <w:shd w:val="clear" w:color="auto" w:fill="FFFFFF"/>
        <w:spacing w:before="0" w:beforeAutospacing="0" w:after="0" w:afterAutospacing="0"/>
        <w:ind w:firstLine="227"/>
        <w:jc w:val="both"/>
      </w:pPr>
      <w:r>
        <w:t>Публицистический стиль. Сфера употребления, функции, языковые особенности.</w:t>
      </w:r>
    </w:p>
    <w:p w:rsidR="00B830E9" w:rsidRDefault="00B830E9" w:rsidP="00B830E9">
      <w:pPr>
        <w:pStyle w:val="aff2"/>
        <w:shd w:val="clear" w:color="auto" w:fill="FFFFFF"/>
        <w:spacing w:before="0" w:beforeAutospacing="0" w:after="0" w:afterAutospacing="0"/>
        <w:ind w:firstLine="227"/>
        <w:jc w:val="both"/>
      </w:pPr>
      <w:r>
        <w:t>Жанры публицистического стиля (репортаж, заметка, интервью).</w:t>
      </w:r>
    </w:p>
    <w:p w:rsidR="00B830E9" w:rsidRDefault="00B830E9" w:rsidP="00B830E9">
      <w:pPr>
        <w:pStyle w:val="aff2"/>
        <w:shd w:val="clear" w:color="auto" w:fill="FFFFFF"/>
        <w:spacing w:before="0" w:beforeAutospacing="0" w:after="0" w:afterAutospacing="0"/>
        <w:ind w:firstLine="227"/>
        <w:jc w:val="both"/>
      </w:pPr>
      <w:r>
        <w:t>Употребление языковых средств выразительности в текстах публицистического стиля.</w:t>
      </w:r>
    </w:p>
    <w:p w:rsidR="00B830E9" w:rsidRDefault="00B830E9" w:rsidP="00B830E9">
      <w:pPr>
        <w:pStyle w:val="aff2"/>
        <w:shd w:val="clear" w:color="auto" w:fill="FFFFFF"/>
        <w:spacing w:before="0" w:beforeAutospacing="0" w:after="0" w:afterAutospacing="0"/>
        <w:ind w:firstLine="227"/>
        <w:jc w:val="both"/>
      </w:pPr>
      <w:r>
        <w:t>Официально-деловой стиль. Сфера употребления, функции, языковые особенности. Инструкция.</w:t>
      </w:r>
    </w:p>
    <w:p w:rsidR="00B830E9" w:rsidRDefault="00B830E9" w:rsidP="00B830E9">
      <w:pPr>
        <w:pStyle w:val="aff2"/>
        <w:shd w:val="clear" w:color="auto" w:fill="FFFFFF"/>
        <w:spacing w:before="0" w:beforeAutospacing="0" w:after="0" w:afterAutospacing="0"/>
        <w:ind w:firstLine="227"/>
        <w:jc w:val="both"/>
      </w:pPr>
      <w:r>
        <w:rPr>
          <w:b/>
          <w:bCs/>
        </w:rPr>
        <w:t>Система языка</w:t>
      </w:r>
    </w:p>
    <w:p w:rsidR="00B830E9" w:rsidRDefault="00B830E9" w:rsidP="00B830E9">
      <w:pPr>
        <w:pStyle w:val="aff2"/>
        <w:shd w:val="clear" w:color="auto" w:fill="FFFFFF"/>
        <w:spacing w:before="0" w:beforeAutospacing="0" w:after="0" w:afterAutospacing="0"/>
        <w:ind w:firstLine="227"/>
        <w:jc w:val="both"/>
      </w:pPr>
      <w:r>
        <w:rPr>
          <w:b/>
          <w:bCs/>
        </w:rPr>
        <w:t>Морфология. Культура речи</w:t>
      </w:r>
    </w:p>
    <w:p w:rsidR="00B830E9" w:rsidRDefault="00B830E9" w:rsidP="00B830E9">
      <w:pPr>
        <w:pStyle w:val="aff2"/>
        <w:shd w:val="clear" w:color="auto" w:fill="FFFFFF"/>
        <w:spacing w:before="0" w:beforeAutospacing="0" w:after="0" w:afterAutospacing="0"/>
        <w:ind w:firstLine="227"/>
        <w:jc w:val="both"/>
      </w:pPr>
      <w:r>
        <w:t>Морфология как раздел науки о языке (обобщение).</w:t>
      </w:r>
    </w:p>
    <w:p w:rsidR="00B830E9" w:rsidRDefault="00B830E9" w:rsidP="00B830E9">
      <w:pPr>
        <w:pStyle w:val="aff2"/>
        <w:shd w:val="clear" w:color="auto" w:fill="FFFFFF"/>
        <w:spacing w:before="0" w:beforeAutospacing="0" w:after="0" w:afterAutospacing="0"/>
        <w:ind w:firstLine="227"/>
        <w:jc w:val="both"/>
      </w:pPr>
      <w:r>
        <w:rPr>
          <w:b/>
          <w:bCs/>
        </w:rPr>
        <w:t>Причастие</w:t>
      </w:r>
    </w:p>
    <w:p w:rsidR="00B830E9" w:rsidRDefault="00B830E9" w:rsidP="00B830E9">
      <w:pPr>
        <w:pStyle w:val="aff2"/>
        <w:shd w:val="clear" w:color="auto" w:fill="FFFFFF"/>
        <w:spacing w:before="0" w:beforeAutospacing="0" w:after="0" w:afterAutospacing="0"/>
        <w:ind w:firstLine="227"/>
        <w:jc w:val="both"/>
      </w:pPr>
      <w:r>
        <w:t>Причастия как особая группа слов. Признаки глагола и имени прилагательного в причастии.</w:t>
      </w:r>
    </w:p>
    <w:p w:rsidR="00B830E9" w:rsidRDefault="00B830E9" w:rsidP="00B830E9">
      <w:pPr>
        <w:pStyle w:val="aff2"/>
        <w:shd w:val="clear" w:color="auto" w:fill="FFFFFF"/>
        <w:spacing w:before="0" w:beforeAutospacing="0" w:after="0" w:afterAutospacing="0"/>
        <w:ind w:firstLine="227"/>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B830E9" w:rsidRDefault="00B830E9" w:rsidP="00B830E9">
      <w:pPr>
        <w:pStyle w:val="aff2"/>
        <w:shd w:val="clear" w:color="auto" w:fill="FFFFFF"/>
        <w:spacing w:before="0" w:beforeAutospacing="0" w:after="0" w:afterAutospacing="0"/>
        <w:ind w:firstLine="227"/>
        <w:jc w:val="both"/>
      </w:pPr>
      <w:r>
        <w:t>Причастие в составе словосочетаний. Причастный оборот.</w:t>
      </w:r>
    </w:p>
    <w:p w:rsidR="00B830E9" w:rsidRDefault="00B830E9" w:rsidP="00B830E9">
      <w:pPr>
        <w:pStyle w:val="aff2"/>
        <w:shd w:val="clear" w:color="auto" w:fill="FFFFFF"/>
        <w:spacing w:before="0" w:beforeAutospacing="0" w:after="0" w:afterAutospacing="0"/>
        <w:ind w:firstLine="227"/>
        <w:jc w:val="both"/>
      </w:pPr>
      <w:r>
        <w:t>Морфологический анализ причастий.</w:t>
      </w:r>
    </w:p>
    <w:p w:rsidR="00B830E9" w:rsidRDefault="00B830E9" w:rsidP="00B830E9">
      <w:pPr>
        <w:pStyle w:val="aff2"/>
        <w:shd w:val="clear" w:color="auto" w:fill="FFFFFF"/>
        <w:spacing w:before="0" w:beforeAutospacing="0" w:after="0" w:afterAutospacing="0"/>
        <w:ind w:firstLine="227"/>
        <w:jc w:val="both"/>
      </w:pPr>
      <w:r>
        <w:lastRenderedPageBreak/>
        <w:t>Употребление причастия в речи. Созвучные причастия и имена прилагательные (</w:t>
      </w:r>
      <w:r>
        <w:rPr>
          <w:b/>
          <w:bCs/>
          <w:i/>
          <w:iCs/>
        </w:rPr>
        <w:t>висящий</w:t>
      </w:r>
      <w:r>
        <w:t> — </w:t>
      </w:r>
      <w:r>
        <w:rPr>
          <w:b/>
          <w:bCs/>
          <w:i/>
          <w:iCs/>
        </w:rPr>
        <w:t>висячий</w:t>
      </w:r>
      <w:r>
        <w:t>, </w:t>
      </w:r>
      <w:r>
        <w:rPr>
          <w:b/>
          <w:bCs/>
          <w:i/>
          <w:iCs/>
        </w:rPr>
        <w:t>горящий</w:t>
      </w:r>
      <w:r>
        <w:t> — </w:t>
      </w:r>
      <w:r>
        <w:rPr>
          <w:b/>
          <w:bCs/>
          <w:i/>
          <w:iCs/>
        </w:rPr>
        <w:t>горячий</w:t>
      </w:r>
      <w:r>
        <w:t>). Употребление причастий с суффиксом -</w:t>
      </w:r>
      <w:proofErr w:type="spellStart"/>
      <w:r>
        <w:rPr>
          <w:b/>
          <w:bCs/>
          <w:i/>
          <w:iCs/>
        </w:rPr>
        <w:t>ся</w:t>
      </w:r>
      <w:proofErr w:type="spellEnd"/>
      <w:r>
        <w:t>. Согласование причастий в словосочетаниях типа </w:t>
      </w:r>
      <w:r>
        <w:rPr>
          <w:i/>
          <w:iCs/>
        </w:rPr>
        <w:t>прич</w:t>
      </w:r>
      <w:r>
        <w:t>. + </w:t>
      </w:r>
      <w:r>
        <w:rPr>
          <w:i/>
          <w:iCs/>
        </w:rPr>
        <w:t>сущ</w:t>
      </w:r>
      <w:r>
        <w:t>.</w:t>
      </w:r>
    </w:p>
    <w:p w:rsidR="00B830E9" w:rsidRDefault="00B830E9" w:rsidP="00B830E9">
      <w:pPr>
        <w:pStyle w:val="aff2"/>
        <w:shd w:val="clear" w:color="auto" w:fill="FFFFFF"/>
        <w:spacing w:before="0" w:beforeAutospacing="0" w:after="0" w:afterAutospacing="0"/>
        <w:ind w:firstLine="227"/>
        <w:jc w:val="both"/>
      </w:pPr>
      <w:r>
        <w:t>Ударение в некоторых формах причастий.</w:t>
      </w:r>
    </w:p>
    <w:p w:rsidR="00B830E9" w:rsidRDefault="00B830E9" w:rsidP="00B830E9">
      <w:pPr>
        <w:pStyle w:val="aff2"/>
        <w:shd w:val="clear" w:color="auto" w:fill="FFFFFF"/>
        <w:spacing w:before="0" w:beforeAutospacing="0" w:after="0" w:afterAutospacing="0"/>
        <w:ind w:firstLine="227"/>
        <w:jc w:val="both"/>
      </w:pPr>
      <w:r>
        <w:t>Правописание падежных окончаний причастий. Правописание гласных в суффиксах причастий. Правописание </w:t>
      </w:r>
      <w:proofErr w:type="spellStart"/>
      <w:r>
        <w:rPr>
          <w:b/>
          <w:bCs/>
          <w:i/>
          <w:iCs/>
        </w:rPr>
        <w:t>н</w:t>
      </w:r>
      <w:proofErr w:type="spellEnd"/>
      <w:r>
        <w:t> и </w:t>
      </w:r>
      <w:proofErr w:type="spellStart"/>
      <w:r>
        <w:rPr>
          <w:b/>
          <w:bCs/>
          <w:i/>
          <w:iCs/>
        </w:rPr>
        <w:t>нн</w:t>
      </w:r>
      <w:proofErr w:type="spellEnd"/>
      <w:r>
        <w:t> в суффиксах причастий и отглагольных имён прилагательных. Правописание окончаний причастий. Слитное и раздельное написание </w:t>
      </w:r>
      <w:r>
        <w:rPr>
          <w:b/>
          <w:bCs/>
          <w:i/>
          <w:iCs/>
        </w:rPr>
        <w:t>не </w:t>
      </w:r>
      <w:r>
        <w:t>с причастиями.</w:t>
      </w:r>
    </w:p>
    <w:p w:rsidR="00B830E9" w:rsidRDefault="00B830E9" w:rsidP="00B830E9">
      <w:pPr>
        <w:pStyle w:val="aff2"/>
        <w:shd w:val="clear" w:color="auto" w:fill="FFFFFF"/>
        <w:spacing w:before="0" w:beforeAutospacing="0" w:after="0" w:afterAutospacing="0"/>
        <w:ind w:firstLine="227"/>
        <w:jc w:val="both"/>
      </w:pPr>
      <w:r>
        <w:t>Знаки препинания в предложениях с причастным оборотом.</w:t>
      </w:r>
    </w:p>
    <w:p w:rsidR="00B830E9" w:rsidRDefault="00B830E9" w:rsidP="00B830E9">
      <w:pPr>
        <w:pStyle w:val="aff2"/>
        <w:shd w:val="clear" w:color="auto" w:fill="FFFFFF"/>
        <w:spacing w:before="0" w:beforeAutospacing="0" w:after="0" w:afterAutospacing="0"/>
        <w:ind w:firstLine="227"/>
        <w:jc w:val="both"/>
      </w:pPr>
      <w:r>
        <w:rPr>
          <w:b/>
          <w:bCs/>
        </w:rPr>
        <w:t>Деепричастие</w:t>
      </w:r>
    </w:p>
    <w:p w:rsidR="00B830E9" w:rsidRDefault="00B830E9" w:rsidP="00B830E9">
      <w:pPr>
        <w:pStyle w:val="aff2"/>
        <w:shd w:val="clear" w:color="auto" w:fill="FFFFFF"/>
        <w:spacing w:before="0" w:beforeAutospacing="0" w:after="0" w:afterAutospacing="0"/>
        <w:ind w:firstLine="227"/>
        <w:jc w:val="both"/>
      </w:pPr>
      <w:r>
        <w:t>Деепричастия как особая группа слов. Признаки глагола и наречия в деепричастии. Синтаксическая функция деепричастия, роль в речи.</w:t>
      </w:r>
    </w:p>
    <w:p w:rsidR="00B830E9" w:rsidRDefault="00B830E9" w:rsidP="00B830E9">
      <w:pPr>
        <w:pStyle w:val="aff2"/>
        <w:shd w:val="clear" w:color="auto" w:fill="FFFFFF"/>
        <w:spacing w:before="0" w:beforeAutospacing="0" w:after="0" w:afterAutospacing="0"/>
        <w:ind w:firstLine="227"/>
        <w:jc w:val="both"/>
      </w:pPr>
      <w:r>
        <w:t>Деепричастия совершенного и несовершенного вида.</w:t>
      </w:r>
    </w:p>
    <w:p w:rsidR="00B830E9" w:rsidRDefault="00B830E9" w:rsidP="00B830E9">
      <w:pPr>
        <w:pStyle w:val="aff2"/>
        <w:shd w:val="clear" w:color="auto" w:fill="FFFFFF"/>
        <w:spacing w:before="0" w:beforeAutospacing="0" w:after="0" w:afterAutospacing="0"/>
        <w:ind w:firstLine="227"/>
        <w:jc w:val="both"/>
      </w:pPr>
      <w:r>
        <w:t>Деепричастие в составе словосочетаний. Деепричастный оборот.</w:t>
      </w:r>
    </w:p>
    <w:p w:rsidR="00B830E9" w:rsidRDefault="00B830E9" w:rsidP="00B830E9">
      <w:pPr>
        <w:pStyle w:val="aff2"/>
        <w:shd w:val="clear" w:color="auto" w:fill="FFFFFF"/>
        <w:spacing w:before="0" w:beforeAutospacing="0" w:after="0" w:afterAutospacing="0"/>
        <w:ind w:firstLine="227"/>
        <w:jc w:val="both"/>
      </w:pPr>
      <w:r>
        <w:t>Морфологический анализ деепричастий.</w:t>
      </w:r>
    </w:p>
    <w:p w:rsidR="00B830E9" w:rsidRDefault="00B830E9" w:rsidP="00B830E9">
      <w:pPr>
        <w:pStyle w:val="aff2"/>
        <w:shd w:val="clear" w:color="auto" w:fill="FFFFFF"/>
        <w:spacing w:before="0" w:beforeAutospacing="0" w:after="0" w:afterAutospacing="0"/>
        <w:ind w:firstLine="227"/>
        <w:jc w:val="both"/>
      </w:pPr>
      <w:r>
        <w:t>Постановка ударения в деепричастиях.</w:t>
      </w:r>
    </w:p>
    <w:p w:rsidR="00B830E9" w:rsidRDefault="00B830E9" w:rsidP="00B830E9">
      <w:pPr>
        <w:pStyle w:val="aff2"/>
        <w:shd w:val="clear" w:color="auto" w:fill="FFFFFF"/>
        <w:spacing w:before="0" w:beforeAutospacing="0" w:after="0" w:afterAutospacing="0"/>
        <w:ind w:firstLine="227"/>
        <w:jc w:val="both"/>
      </w:pPr>
      <w:r>
        <w:t>Правописание гласных в суффиксах деепричастий. Слитное и раздельное написание </w:t>
      </w:r>
      <w:r>
        <w:rPr>
          <w:b/>
          <w:bCs/>
          <w:i/>
          <w:iCs/>
        </w:rPr>
        <w:t>не</w:t>
      </w:r>
      <w:r>
        <w:t> с деепричастиями.</w:t>
      </w:r>
    </w:p>
    <w:p w:rsidR="00B830E9" w:rsidRDefault="00B830E9" w:rsidP="00B830E9">
      <w:pPr>
        <w:pStyle w:val="aff2"/>
        <w:shd w:val="clear" w:color="auto" w:fill="FFFFFF"/>
        <w:spacing w:before="0" w:beforeAutospacing="0" w:after="0" w:afterAutospacing="0"/>
        <w:ind w:firstLine="227"/>
        <w:jc w:val="both"/>
      </w:pPr>
      <w:r>
        <w:t>Правильное построение предложений с одиночными деепричастиями и деепричастными оборотами.</w:t>
      </w:r>
    </w:p>
    <w:p w:rsidR="00B830E9" w:rsidRDefault="00B830E9" w:rsidP="00B830E9">
      <w:pPr>
        <w:pStyle w:val="aff2"/>
        <w:shd w:val="clear" w:color="auto" w:fill="FFFFFF"/>
        <w:spacing w:before="0" w:beforeAutospacing="0" w:after="0" w:afterAutospacing="0"/>
        <w:ind w:firstLine="227"/>
        <w:jc w:val="both"/>
      </w:pPr>
      <w:r>
        <w:t>Знаки препинания в предложениях с одиночным деепричастием и деепричастным оборотом.</w:t>
      </w:r>
    </w:p>
    <w:p w:rsidR="00B830E9" w:rsidRDefault="00B830E9" w:rsidP="00B830E9">
      <w:pPr>
        <w:pStyle w:val="aff2"/>
        <w:shd w:val="clear" w:color="auto" w:fill="FFFFFF"/>
        <w:spacing w:before="0" w:beforeAutospacing="0" w:after="0" w:afterAutospacing="0"/>
        <w:ind w:firstLine="227"/>
        <w:jc w:val="both"/>
      </w:pPr>
      <w:r>
        <w:rPr>
          <w:b/>
          <w:bCs/>
        </w:rPr>
        <w:t>Наречие</w:t>
      </w:r>
    </w:p>
    <w:p w:rsidR="00B830E9" w:rsidRDefault="00B830E9" w:rsidP="00B830E9">
      <w:pPr>
        <w:pStyle w:val="aff2"/>
        <w:shd w:val="clear" w:color="auto" w:fill="FFFFFF"/>
        <w:spacing w:before="0" w:beforeAutospacing="0" w:after="0" w:afterAutospacing="0"/>
        <w:ind w:firstLine="227"/>
        <w:jc w:val="both"/>
      </w:pPr>
      <w:r>
        <w:t>Общее грамматическое значение наречий.</w:t>
      </w:r>
    </w:p>
    <w:p w:rsidR="00B830E9" w:rsidRDefault="00B830E9" w:rsidP="00B830E9">
      <w:pPr>
        <w:pStyle w:val="aff2"/>
        <w:shd w:val="clear" w:color="auto" w:fill="FFFFFF"/>
        <w:spacing w:before="0" w:beforeAutospacing="0" w:after="0" w:afterAutospacing="0"/>
        <w:ind w:firstLine="227"/>
        <w:jc w:val="both"/>
      </w:pPr>
      <w:r>
        <w:t>Разряды наречий по значению. Простая и составная формы сравнительной и превосходной степеней сравнения наречий.</w:t>
      </w:r>
    </w:p>
    <w:p w:rsidR="00B830E9" w:rsidRDefault="00B830E9" w:rsidP="00B830E9">
      <w:pPr>
        <w:pStyle w:val="aff2"/>
        <w:shd w:val="clear" w:color="auto" w:fill="FFFFFF"/>
        <w:spacing w:before="0" w:beforeAutospacing="0" w:after="0" w:afterAutospacing="0"/>
        <w:ind w:firstLine="227"/>
        <w:jc w:val="both"/>
      </w:pPr>
      <w:r>
        <w:t>Словообразование наречий.</w:t>
      </w:r>
    </w:p>
    <w:p w:rsidR="00B830E9" w:rsidRDefault="00B830E9" w:rsidP="00B830E9">
      <w:pPr>
        <w:pStyle w:val="aff2"/>
        <w:shd w:val="clear" w:color="auto" w:fill="FFFFFF"/>
        <w:spacing w:before="0" w:beforeAutospacing="0" w:after="0" w:afterAutospacing="0"/>
        <w:ind w:firstLine="227"/>
        <w:jc w:val="both"/>
      </w:pPr>
      <w:r>
        <w:t>Синтаксические свойства наречий.</w:t>
      </w:r>
    </w:p>
    <w:p w:rsidR="00B830E9" w:rsidRDefault="00B830E9" w:rsidP="00B830E9">
      <w:pPr>
        <w:pStyle w:val="aff2"/>
        <w:shd w:val="clear" w:color="auto" w:fill="FFFFFF"/>
        <w:spacing w:before="0" w:beforeAutospacing="0" w:after="0" w:afterAutospacing="0"/>
        <w:ind w:firstLine="227"/>
        <w:jc w:val="both"/>
      </w:pPr>
      <w:r>
        <w:t>Морфологический анализ наречий.</w:t>
      </w:r>
    </w:p>
    <w:p w:rsidR="00B830E9" w:rsidRDefault="00B830E9" w:rsidP="00B830E9">
      <w:pPr>
        <w:pStyle w:val="aff2"/>
        <w:shd w:val="clear" w:color="auto" w:fill="FFFFFF"/>
        <w:spacing w:before="0" w:beforeAutospacing="0" w:after="0" w:afterAutospacing="0"/>
        <w:ind w:firstLine="227"/>
        <w:jc w:val="both"/>
      </w:pPr>
      <w:r>
        <w:t>Нормы постановки ударения в наречиях, нормы произношения наречий. Нормы образования степеней сравнения наречий.</w:t>
      </w:r>
    </w:p>
    <w:p w:rsidR="00B830E9" w:rsidRDefault="00B830E9" w:rsidP="00B830E9">
      <w:pPr>
        <w:pStyle w:val="aff2"/>
        <w:shd w:val="clear" w:color="auto" w:fill="FFFFFF"/>
        <w:spacing w:before="0" w:beforeAutospacing="0" w:after="0" w:afterAutospacing="0"/>
        <w:ind w:firstLine="227"/>
        <w:jc w:val="both"/>
      </w:pPr>
      <w:r>
        <w:t>Роль наречий в тексте.</w:t>
      </w:r>
    </w:p>
    <w:p w:rsidR="00B830E9" w:rsidRDefault="00B830E9" w:rsidP="00B830E9">
      <w:pPr>
        <w:pStyle w:val="aff2"/>
        <w:shd w:val="clear" w:color="auto" w:fill="FFFFFF"/>
        <w:spacing w:before="0" w:beforeAutospacing="0" w:after="0" w:afterAutospacing="0"/>
        <w:ind w:firstLine="227"/>
        <w:jc w:val="both"/>
      </w:pPr>
      <w:r>
        <w:t>Правописание наречий: слитное, раздельное, дефисное написание; слитное и раздельное написание </w:t>
      </w:r>
      <w:r>
        <w:rPr>
          <w:b/>
          <w:bCs/>
          <w:i/>
          <w:iCs/>
        </w:rPr>
        <w:t>не</w:t>
      </w:r>
      <w:r>
        <w:t> с наречиями; </w:t>
      </w:r>
      <w:proofErr w:type="spellStart"/>
      <w:r>
        <w:rPr>
          <w:b/>
          <w:bCs/>
          <w:i/>
          <w:iCs/>
        </w:rPr>
        <w:t>н</w:t>
      </w:r>
      <w:proofErr w:type="spellEnd"/>
      <w:r>
        <w:t> и </w:t>
      </w:r>
      <w:proofErr w:type="spellStart"/>
      <w:r>
        <w:rPr>
          <w:b/>
          <w:bCs/>
          <w:i/>
          <w:iCs/>
        </w:rPr>
        <w:t>нн</w:t>
      </w:r>
      <w:proofErr w:type="spellEnd"/>
      <w:r>
        <w:t> в наречиях на -</w:t>
      </w:r>
      <w:r>
        <w:rPr>
          <w:b/>
          <w:bCs/>
          <w:i/>
          <w:iCs/>
        </w:rPr>
        <w:t>о </w:t>
      </w:r>
      <w:r>
        <w:t>(-</w:t>
      </w:r>
      <w:r>
        <w:rPr>
          <w:b/>
          <w:bCs/>
          <w:i/>
          <w:iCs/>
        </w:rPr>
        <w:t>е</w:t>
      </w:r>
      <w:r>
        <w:t>); правописание суффиксов -</w:t>
      </w:r>
      <w:r>
        <w:rPr>
          <w:b/>
          <w:bCs/>
          <w:i/>
          <w:iCs/>
        </w:rPr>
        <w:t>а</w:t>
      </w:r>
      <w:r>
        <w:t> и -</w:t>
      </w:r>
      <w:r>
        <w:rPr>
          <w:b/>
          <w:bCs/>
          <w:i/>
          <w:iCs/>
        </w:rPr>
        <w:t>о</w:t>
      </w:r>
      <w:r>
        <w:t> наречий с приставками </w:t>
      </w:r>
      <w:r>
        <w:rPr>
          <w:b/>
          <w:bCs/>
          <w:i/>
          <w:iCs/>
        </w:rPr>
        <w:t>из-</w:t>
      </w:r>
      <w:r>
        <w:t>,</w:t>
      </w:r>
      <w:r>
        <w:rPr>
          <w:b/>
          <w:bCs/>
          <w:i/>
          <w:iCs/>
        </w:rPr>
        <w:t> до-</w:t>
      </w:r>
      <w:r>
        <w:t>,</w:t>
      </w:r>
      <w:r>
        <w:rPr>
          <w:b/>
          <w:bCs/>
          <w:i/>
          <w:iCs/>
        </w:rPr>
        <w:t> с-</w:t>
      </w:r>
      <w:r>
        <w:t>,</w:t>
      </w:r>
      <w:r>
        <w:rPr>
          <w:b/>
          <w:bCs/>
          <w:i/>
          <w:iCs/>
        </w:rPr>
        <w:t> в-</w:t>
      </w:r>
      <w:r>
        <w:t>,</w:t>
      </w:r>
      <w:r>
        <w:rPr>
          <w:b/>
          <w:bCs/>
          <w:i/>
          <w:iCs/>
        </w:rPr>
        <w:t> на-</w:t>
      </w:r>
      <w:r>
        <w:t>,</w:t>
      </w:r>
      <w:r>
        <w:rPr>
          <w:b/>
          <w:bCs/>
          <w:i/>
          <w:iCs/>
        </w:rPr>
        <w:t> за-</w:t>
      </w:r>
      <w:r>
        <w:t>; употребление </w:t>
      </w:r>
      <w:r>
        <w:rPr>
          <w:b/>
          <w:bCs/>
          <w:i/>
          <w:iCs/>
        </w:rPr>
        <w:t>ь</w:t>
      </w:r>
      <w:r>
        <w:t> после шипящих на конце наречий; правописание суффиксов наречий -</w:t>
      </w:r>
      <w:r>
        <w:rPr>
          <w:b/>
          <w:bCs/>
          <w:i/>
          <w:iCs/>
        </w:rPr>
        <w:t>о</w:t>
      </w:r>
      <w:r>
        <w:t> и -</w:t>
      </w:r>
      <w:r>
        <w:rPr>
          <w:b/>
          <w:bCs/>
          <w:i/>
          <w:iCs/>
        </w:rPr>
        <w:t>е</w:t>
      </w:r>
      <w:r>
        <w:t> после шипящих.</w:t>
      </w:r>
    </w:p>
    <w:p w:rsidR="00B830E9" w:rsidRDefault="00B830E9" w:rsidP="00B830E9">
      <w:pPr>
        <w:pStyle w:val="aff2"/>
        <w:shd w:val="clear" w:color="auto" w:fill="FFFFFF"/>
        <w:spacing w:before="0" w:beforeAutospacing="0" w:after="0" w:afterAutospacing="0"/>
        <w:ind w:firstLine="227"/>
        <w:jc w:val="both"/>
      </w:pPr>
      <w:r>
        <w:t>Слова категории состояния</w:t>
      </w:r>
    </w:p>
    <w:p w:rsidR="00B830E9" w:rsidRDefault="00B830E9" w:rsidP="00B830E9">
      <w:pPr>
        <w:pStyle w:val="aff2"/>
        <w:shd w:val="clear" w:color="auto" w:fill="FFFFFF"/>
        <w:spacing w:before="0" w:beforeAutospacing="0" w:after="0" w:afterAutospacing="0"/>
        <w:ind w:firstLine="227"/>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B830E9" w:rsidRDefault="00B830E9" w:rsidP="00B830E9">
      <w:pPr>
        <w:pStyle w:val="aff2"/>
        <w:shd w:val="clear" w:color="auto" w:fill="FFFFFF"/>
        <w:spacing w:before="0" w:beforeAutospacing="0" w:after="0" w:afterAutospacing="0"/>
        <w:ind w:firstLine="227"/>
        <w:jc w:val="both"/>
      </w:pPr>
      <w:r>
        <w:rPr>
          <w:b/>
          <w:bCs/>
        </w:rPr>
        <w:t>Служебные части речи</w:t>
      </w:r>
    </w:p>
    <w:p w:rsidR="00B830E9" w:rsidRDefault="00B830E9" w:rsidP="00B830E9">
      <w:pPr>
        <w:pStyle w:val="aff2"/>
        <w:shd w:val="clear" w:color="auto" w:fill="FFFFFF"/>
        <w:spacing w:before="0" w:beforeAutospacing="0" w:after="0" w:afterAutospacing="0"/>
        <w:ind w:firstLine="227"/>
        <w:jc w:val="both"/>
      </w:pPr>
      <w:r>
        <w:t>Общая характеристика служебных частей речи. Отличие самостоятельных частей речи от служебных.</w:t>
      </w:r>
    </w:p>
    <w:p w:rsidR="00B830E9" w:rsidRDefault="00B830E9" w:rsidP="00B830E9">
      <w:pPr>
        <w:pStyle w:val="aff2"/>
        <w:shd w:val="clear" w:color="auto" w:fill="FFFFFF"/>
        <w:spacing w:before="0" w:beforeAutospacing="0" w:after="0" w:afterAutospacing="0"/>
        <w:ind w:firstLine="227"/>
        <w:jc w:val="both"/>
      </w:pPr>
      <w:r>
        <w:rPr>
          <w:b/>
          <w:bCs/>
        </w:rPr>
        <w:t>Предлог</w:t>
      </w:r>
    </w:p>
    <w:p w:rsidR="00B830E9" w:rsidRDefault="00B830E9" w:rsidP="00B830E9">
      <w:pPr>
        <w:pStyle w:val="aff2"/>
        <w:shd w:val="clear" w:color="auto" w:fill="FFFFFF"/>
        <w:spacing w:before="0" w:beforeAutospacing="0" w:after="0" w:afterAutospacing="0"/>
        <w:ind w:firstLine="227"/>
        <w:jc w:val="both"/>
      </w:pPr>
      <w:r>
        <w:t>Предлог как служебная часть речи. Грамматические функции предлогов.</w:t>
      </w:r>
    </w:p>
    <w:p w:rsidR="00B830E9" w:rsidRDefault="00B830E9" w:rsidP="00B830E9">
      <w:pPr>
        <w:pStyle w:val="aff2"/>
        <w:shd w:val="clear" w:color="auto" w:fill="FFFFFF"/>
        <w:spacing w:before="0" w:beforeAutospacing="0" w:after="0" w:afterAutospacing="0"/>
        <w:ind w:firstLine="227"/>
        <w:jc w:val="both"/>
      </w:pPr>
      <w:r>
        <w:t>Разряды предлогов по происхождению: предлоги производ</w:t>
      </w:r>
      <w:r>
        <w:softHyphen/>
        <w:t>ные и непроизводные. Разряды предлогов по строению: предлоги простые и составные.</w:t>
      </w:r>
    </w:p>
    <w:p w:rsidR="00B830E9" w:rsidRDefault="00B830E9" w:rsidP="00B830E9">
      <w:pPr>
        <w:pStyle w:val="aff2"/>
        <w:shd w:val="clear" w:color="auto" w:fill="FFFFFF"/>
        <w:spacing w:before="0" w:beforeAutospacing="0" w:after="0" w:afterAutospacing="0"/>
        <w:ind w:firstLine="227"/>
        <w:jc w:val="both"/>
      </w:pPr>
      <w:r>
        <w:t>Морфологический анализ предлогов.</w:t>
      </w:r>
    </w:p>
    <w:p w:rsidR="00B830E9" w:rsidRDefault="00B830E9" w:rsidP="00B830E9">
      <w:pPr>
        <w:pStyle w:val="aff2"/>
        <w:shd w:val="clear" w:color="auto" w:fill="FFFFFF"/>
        <w:spacing w:before="0" w:beforeAutospacing="0" w:after="0" w:afterAutospacing="0"/>
        <w:ind w:firstLine="227"/>
        <w:jc w:val="both"/>
      </w:pPr>
      <w:r>
        <w:t>Употребление предлогов в речи в соответствии с их значением и стилистическими особенностями.</w:t>
      </w:r>
    </w:p>
    <w:p w:rsidR="00B830E9" w:rsidRDefault="00B830E9" w:rsidP="00B830E9">
      <w:pPr>
        <w:pStyle w:val="aff2"/>
        <w:shd w:val="clear" w:color="auto" w:fill="FFFFFF"/>
        <w:spacing w:before="0" w:beforeAutospacing="0" w:after="0" w:afterAutospacing="0"/>
        <w:ind w:firstLine="227"/>
        <w:jc w:val="both"/>
      </w:pPr>
      <w:r>
        <w:t>Нормы употребления имён существительных и местоимений с предлогами. Правильное использование предлогов </w:t>
      </w:r>
      <w:r>
        <w:rPr>
          <w:b/>
          <w:bCs/>
          <w:i/>
          <w:iCs/>
        </w:rPr>
        <w:t>из</w:t>
      </w:r>
      <w:r>
        <w:t> — </w:t>
      </w:r>
      <w:r>
        <w:rPr>
          <w:b/>
          <w:bCs/>
          <w:i/>
          <w:iCs/>
        </w:rPr>
        <w:t>с</w:t>
      </w:r>
      <w:r>
        <w:t>, </w:t>
      </w:r>
      <w:r>
        <w:rPr>
          <w:b/>
          <w:bCs/>
          <w:i/>
          <w:iCs/>
        </w:rPr>
        <w:t>в</w:t>
      </w:r>
      <w:r>
        <w:t> — </w:t>
      </w:r>
      <w:r>
        <w:rPr>
          <w:b/>
          <w:bCs/>
          <w:i/>
          <w:iCs/>
        </w:rPr>
        <w:t>на</w:t>
      </w:r>
      <w:r>
        <w:t>. Правильное образование предложно-падежных форм с предлогами </w:t>
      </w:r>
      <w:r>
        <w:rPr>
          <w:b/>
          <w:bCs/>
          <w:i/>
          <w:iCs/>
        </w:rPr>
        <w:t>по</w:t>
      </w:r>
      <w:r>
        <w:t>, </w:t>
      </w:r>
      <w:r>
        <w:rPr>
          <w:b/>
          <w:bCs/>
          <w:i/>
          <w:iCs/>
        </w:rPr>
        <w:t>благодаря</w:t>
      </w:r>
      <w:r>
        <w:t>, </w:t>
      </w:r>
      <w:r>
        <w:rPr>
          <w:b/>
          <w:bCs/>
          <w:i/>
          <w:iCs/>
        </w:rPr>
        <w:t>согласно</w:t>
      </w:r>
      <w:r>
        <w:t>, </w:t>
      </w:r>
      <w:r>
        <w:rPr>
          <w:b/>
          <w:bCs/>
          <w:i/>
          <w:iCs/>
        </w:rPr>
        <w:t>вопреки</w:t>
      </w:r>
      <w:r>
        <w:t>, </w:t>
      </w:r>
      <w:r>
        <w:rPr>
          <w:b/>
          <w:bCs/>
          <w:i/>
          <w:iCs/>
        </w:rPr>
        <w:t>наперерез</w:t>
      </w:r>
      <w:r>
        <w:t>.</w:t>
      </w:r>
    </w:p>
    <w:p w:rsidR="00B830E9" w:rsidRDefault="00B830E9" w:rsidP="00B830E9">
      <w:pPr>
        <w:pStyle w:val="aff2"/>
        <w:shd w:val="clear" w:color="auto" w:fill="FFFFFF"/>
        <w:spacing w:before="0" w:beforeAutospacing="0" w:after="0" w:afterAutospacing="0"/>
        <w:ind w:firstLine="227"/>
        <w:jc w:val="both"/>
      </w:pPr>
      <w:r>
        <w:t>Правописание производных предлогов.</w:t>
      </w:r>
    </w:p>
    <w:p w:rsidR="00B830E9" w:rsidRDefault="00B830E9" w:rsidP="00B830E9">
      <w:pPr>
        <w:pStyle w:val="aff2"/>
        <w:shd w:val="clear" w:color="auto" w:fill="FFFFFF"/>
        <w:spacing w:before="0" w:beforeAutospacing="0" w:after="0" w:afterAutospacing="0"/>
        <w:ind w:firstLine="227"/>
        <w:jc w:val="both"/>
      </w:pPr>
      <w:r>
        <w:rPr>
          <w:b/>
          <w:bCs/>
        </w:rPr>
        <w:t>Союз</w:t>
      </w:r>
    </w:p>
    <w:p w:rsidR="00B830E9" w:rsidRDefault="00B830E9" w:rsidP="00B830E9">
      <w:pPr>
        <w:pStyle w:val="aff2"/>
        <w:shd w:val="clear" w:color="auto" w:fill="FFFFFF"/>
        <w:spacing w:before="0" w:beforeAutospacing="0" w:after="0" w:afterAutospacing="0"/>
        <w:ind w:firstLine="227"/>
        <w:jc w:val="both"/>
      </w:pPr>
      <w:r>
        <w:t>Союз как служебная часть речи. Союз как средство связи однородных членов предложения и частей сложного предложения.</w:t>
      </w:r>
    </w:p>
    <w:p w:rsidR="00B830E9" w:rsidRDefault="00B830E9" w:rsidP="00B830E9">
      <w:pPr>
        <w:pStyle w:val="aff2"/>
        <w:shd w:val="clear" w:color="auto" w:fill="FFFFFF"/>
        <w:spacing w:before="0" w:beforeAutospacing="0" w:after="0" w:afterAutospacing="0"/>
        <w:ind w:firstLine="227"/>
        <w:jc w:val="both"/>
      </w:pPr>
      <w:r>
        <w:lastRenderedPageBreak/>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B830E9" w:rsidRDefault="00B830E9" w:rsidP="00B830E9">
      <w:pPr>
        <w:pStyle w:val="aff2"/>
        <w:shd w:val="clear" w:color="auto" w:fill="FFFFFF"/>
        <w:spacing w:before="0" w:beforeAutospacing="0" w:after="0" w:afterAutospacing="0"/>
        <w:ind w:firstLine="227"/>
        <w:jc w:val="both"/>
      </w:pPr>
      <w:r>
        <w:t>Морфологический анализ союзов.</w:t>
      </w:r>
    </w:p>
    <w:p w:rsidR="00B830E9" w:rsidRDefault="00B830E9" w:rsidP="00B830E9">
      <w:pPr>
        <w:pStyle w:val="aff2"/>
        <w:shd w:val="clear" w:color="auto" w:fill="FFFFFF"/>
        <w:spacing w:before="0" w:beforeAutospacing="0" w:after="0" w:afterAutospacing="0"/>
        <w:ind w:firstLine="227"/>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B830E9" w:rsidRDefault="00B830E9" w:rsidP="00B830E9">
      <w:pPr>
        <w:pStyle w:val="aff2"/>
        <w:shd w:val="clear" w:color="auto" w:fill="FFFFFF"/>
        <w:spacing w:before="0" w:beforeAutospacing="0" w:after="0" w:afterAutospacing="0"/>
        <w:ind w:firstLine="227"/>
        <w:jc w:val="both"/>
      </w:pPr>
      <w:r>
        <w:t>Правописание союзов.</w:t>
      </w:r>
    </w:p>
    <w:p w:rsidR="00B830E9" w:rsidRDefault="00B830E9" w:rsidP="00B830E9">
      <w:pPr>
        <w:pStyle w:val="aff2"/>
        <w:shd w:val="clear" w:color="auto" w:fill="FFFFFF"/>
        <w:spacing w:before="0" w:beforeAutospacing="0" w:after="0" w:afterAutospacing="0"/>
        <w:ind w:firstLine="227"/>
        <w:jc w:val="both"/>
      </w:pPr>
      <w:r>
        <w:t>Знаки препинания в сложных союзных предложениях. Знаки препинания в предложениях с союзом </w:t>
      </w:r>
      <w:r>
        <w:rPr>
          <w:b/>
          <w:bCs/>
          <w:i/>
          <w:iCs/>
        </w:rPr>
        <w:t>и</w:t>
      </w:r>
      <w:r>
        <w:t>, связывающим однородные члены и части сложного предложения.</w:t>
      </w:r>
    </w:p>
    <w:p w:rsidR="00B830E9" w:rsidRDefault="00B830E9" w:rsidP="00B830E9">
      <w:pPr>
        <w:pStyle w:val="aff2"/>
        <w:shd w:val="clear" w:color="auto" w:fill="FFFFFF"/>
        <w:spacing w:before="0" w:beforeAutospacing="0" w:after="0" w:afterAutospacing="0"/>
        <w:ind w:firstLine="227"/>
        <w:jc w:val="both"/>
      </w:pPr>
      <w:r>
        <w:rPr>
          <w:b/>
          <w:bCs/>
        </w:rPr>
        <w:t>Частица</w:t>
      </w:r>
    </w:p>
    <w:p w:rsidR="00B830E9" w:rsidRDefault="00B830E9" w:rsidP="00B830E9">
      <w:pPr>
        <w:pStyle w:val="aff2"/>
        <w:shd w:val="clear" w:color="auto" w:fill="FFFFFF"/>
        <w:spacing w:before="0" w:beforeAutospacing="0" w:after="0" w:afterAutospacing="0"/>
        <w:ind w:firstLine="227"/>
        <w:jc w:val="both"/>
      </w:pPr>
      <w:r>
        <w:t>Частица как служебная часть речи.</w:t>
      </w:r>
    </w:p>
    <w:p w:rsidR="00B830E9" w:rsidRDefault="00B830E9" w:rsidP="00B830E9">
      <w:pPr>
        <w:pStyle w:val="aff2"/>
        <w:shd w:val="clear" w:color="auto" w:fill="FFFFFF"/>
        <w:spacing w:before="0" w:beforeAutospacing="0" w:after="0" w:afterAutospacing="0"/>
        <w:ind w:firstLine="227"/>
        <w:jc w:val="both"/>
      </w:pPr>
      <w:r>
        <w:t>Разряды частиц по значению и употреблению: формообразующие, отрицательные, модальные.</w:t>
      </w:r>
    </w:p>
    <w:p w:rsidR="00B830E9" w:rsidRDefault="00B830E9" w:rsidP="00B830E9">
      <w:pPr>
        <w:pStyle w:val="aff2"/>
        <w:shd w:val="clear" w:color="auto" w:fill="FFFFFF"/>
        <w:spacing w:before="0" w:beforeAutospacing="0" w:after="0" w:afterAutospacing="0"/>
        <w:ind w:firstLine="227"/>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B830E9" w:rsidRDefault="00B830E9" w:rsidP="00B830E9">
      <w:pPr>
        <w:pStyle w:val="aff2"/>
        <w:shd w:val="clear" w:color="auto" w:fill="FFFFFF"/>
        <w:spacing w:before="0" w:beforeAutospacing="0" w:after="0" w:afterAutospacing="0"/>
        <w:ind w:firstLine="227"/>
        <w:jc w:val="both"/>
      </w:pPr>
      <w:r>
        <w:t>Морфологический анализ частиц.</w:t>
      </w:r>
    </w:p>
    <w:p w:rsidR="00B830E9" w:rsidRDefault="00B830E9" w:rsidP="00B830E9">
      <w:pPr>
        <w:pStyle w:val="aff2"/>
        <w:shd w:val="clear" w:color="auto" w:fill="FFFFFF"/>
        <w:spacing w:before="0" w:beforeAutospacing="0" w:after="0" w:afterAutospacing="0"/>
        <w:ind w:firstLine="227"/>
        <w:jc w:val="both"/>
      </w:pPr>
      <w:r>
        <w:t>Смысловые различия частиц </w:t>
      </w:r>
      <w:r>
        <w:rPr>
          <w:b/>
          <w:bCs/>
          <w:i/>
          <w:iCs/>
        </w:rPr>
        <w:t>не</w:t>
      </w:r>
      <w:r>
        <w:t> и </w:t>
      </w:r>
      <w:r>
        <w:rPr>
          <w:b/>
          <w:bCs/>
          <w:i/>
          <w:iCs/>
        </w:rPr>
        <w:t>ни</w:t>
      </w:r>
      <w:r>
        <w:t>. Использование частиц </w:t>
      </w:r>
      <w:r>
        <w:rPr>
          <w:b/>
          <w:bCs/>
          <w:i/>
          <w:iCs/>
        </w:rPr>
        <w:t>не</w:t>
      </w:r>
      <w:r>
        <w:t> и </w:t>
      </w:r>
      <w:r>
        <w:rPr>
          <w:b/>
          <w:bCs/>
          <w:i/>
          <w:iCs/>
        </w:rPr>
        <w:t>ни</w:t>
      </w:r>
      <w:r>
        <w:t> в письменной речи. Различение приставки </w:t>
      </w:r>
      <w:r>
        <w:rPr>
          <w:b/>
          <w:bCs/>
          <w:i/>
          <w:iCs/>
        </w:rPr>
        <w:t>не</w:t>
      </w:r>
      <w:r>
        <w:t>- и частицы </w:t>
      </w:r>
      <w:r>
        <w:rPr>
          <w:b/>
          <w:bCs/>
          <w:i/>
          <w:iCs/>
        </w:rPr>
        <w:t>не</w:t>
      </w:r>
      <w:r>
        <w:t>. Слитное и раздельное написание </w:t>
      </w:r>
      <w:r>
        <w:rPr>
          <w:b/>
          <w:bCs/>
          <w:i/>
          <w:iCs/>
        </w:rPr>
        <w:t>не</w:t>
      </w:r>
      <w:r>
        <w:t> с разными частями речи (обобщение). Правописание частиц </w:t>
      </w:r>
      <w:proofErr w:type="gramStart"/>
      <w:r>
        <w:rPr>
          <w:b/>
          <w:bCs/>
          <w:i/>
          <w:iCs/>
        </w:rPr>
        <w:t>бы</w:t>
      </w:r>
      <w:r>
        <w:t>, </w:t>
      </w:r>
      <w:r>
        <w:rPr>
          <w:b/>
          <w:bCs/>
          <w:i/>
          <w:iCs/>
        </w:rPr>
        <w:t>ли</w:t>
      </w:r>
      <w:proofErr w:type="gramEnd"/>
      <w:r>
        <w:t>, </w:t>
      </w:r>
      <w:r>
        <w:rPr>
          <w:b/>
          <w:bCs/>
          <w:i/>
          <w:iCs/>
        </w:rPr>
        <w:t>же</w:t>
      </w:r>
      <w:r>
        <w:t> с другими словами. Дефисное написание частиц -</w:t>
      </w:r>
      <w:r>
        <w:rPr>
          <w:b/>
          <w:bCs/>
          <w:i/>
          <w:iCs/>
        </w:rPr>
        <w:t>то</w:t>
      </w:r>
      <w:r>
        <w:t>, -</w:t>
      </w:r>
      <w:r>
        <w:rPr>
          <w:b/>
          <w:bCs/>
          <w:i/>
          <w:iCs/>
        </w:rPr>
        <w:t>таки</w:t>
      </w:r>
      <w:r>
        <w:t>, -</w:t>
      </w:r>
      <w:r>
        <w:rPr>
          <w:b/>
          <w:bCs/>
          <w:i/>
          <w:iCs/>
        </w:rPr>
        <w:t>ка</w:t>
      </w:r>
      <w:r>
        <w:t>.</w:t>
      </w:r>
    </w:p>
    <w:p w:rsidR="00B830E9" w:rsidRDefault="00B830E9" w:rsidP="00B830E9">
      <w:pPr>
        <w:pStyle w:val="aff2"/>
        <w:shd w:val="clear" w:color="auto" w:fill="FFFFFF"/>
        <w:spacing w:before="0" w:beforeAutospacing="0" w:after="0" w:afterAutospacing="0"/>
        <w:ind w:firstLine="227"/>
        <w:jc w:val="both"/>
      </w:pPr>
      <w:r>
        <w:rPr>
          <w:b/>
          <w:bCs/>
        </w:rPr>
        <w:t>Междометия и звукоподражательные слова</w:t>
      </w:r>
    </w:p>
    <w:p w:rsidR="00B830E9" w:rsidRDefault="00B830E9" w:rsidP="00B830E9">
      <w:pPr>
        <w:pStyle w:val="aff2"/>
        <w:shd w:val="clear" w:color="auto" w:fill="FFFFFF"/>
        <w:spacing w:before="0" w:beforeAutospacing="0" w:after="0" w:afterAutospacing="0"/>
        <w:ind w:firstLine="227"/>
        <w:jc w:val="both"/>
      </w:pPr>
      <w:r>
        <w:t>Междометия как особая группа слов.</w:t>
      </w:r>
    </w:p>
    <w:p w:rsidR="00B830E9" w:rsidRDefault="00B830E9" w:rsidP="00B830E9">
      <w:pPr>
        <w:pStyle w:val="aff2"/>
        <w:shd w:val="clear" w:color="auto" w:fill="FFFFFF"/>
        <w:spacing w:before="0" w:beforeAutospacing="0" w:after="0" w:afterAutospacing="0"/>
        <w:ind w:firstLine="227"/>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B830E9" w:rsidRDefault="00B830E9" w:rsidP="00B830E9">
      <w:pPr>
        <w:pStyle w:val="aff2"/>
        <w:shd w:val="clear" w:color="auto" w:fill="FFFFFF"/>
        <w:spacing w:before="0" w:beforeAutospacing="0" w:after="0" w:afterAutospacing="0"/>
        <w:ind w:firstLine="227"/>
        <w:jc w:val="both"/>
      </w:pPr>
      <w:r>
        <w:t>Морфологический анализ междометий.</w:t>
      </w:r>
    </w:p>
    <w:p w:rsidR="00B830E9" w:rsidRDefault="00B830E9" w:rsidP="00B830E9">
      <w:pPr>
        <w:pStyle w:val="aff2"/>
        <w:shd w:val="clear" w:color="auto" w:fill="FFFFFF"/>
        <w:spacing w:before="0" w:beforeAutospacing="0" w:after="0" w:afterAutospacing="0"/>
        <w:ind w:firstLine="227"/>
        <w:jc w:val="both"/>
      </w:pPr>
      <w:r>
        <w:t>Звукоподражательные слова.</w:t>
      </w:r>
    </w:p>
    <w:p w:rsidR="00B830E9" w:rsidRDefault="00B830E9" w:rsidP="00B830E9">
      <w:pPr>
        <w:pStyle w:val="aff2"/>
        <w:shd w:val="clear" w:color="auto" w:fill="FFFFFF"/>
        <w:spacing w:before="0" w:beforeAutospacing="0" w:after="0" w:afterAutospacing="0"/>
        <w:ind w:firstLine="227"/>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B830E9" w:rsidRDefault="00B830E9" w:rsidP="00B830E9">
      <w:pPr>
        <w:pStyle w:val="aff2"/>
        <w:shd w:val="clear" w:color="auto" w:fill="FFFFFF"/>
        <w:spacing w:before="0" w:beforeAutospacing="0" w:after="0" w:afterAutospacing="0"/>
        <w:ind w:firstLine="227"/>
        <w:jc w:val="both"/>
      </w:pPr>
      <w:r>
        <w:t>Омонимия слов разных частей речи. Грамматическая омонимия. Использование грамматических омонимов в речи.</w:t>
      </w:r>
    </w:p>
    <w:p w:rsidR="00B830E9" w:rsidRPr="00A95066" w:rsidRDefault="00B830E9" w:rsidP="00B830E9">
      <w:pPr>
        <w:pStyle w:val="21"/>
        <w:shd w:val="clear" w:color="auto" w:fill="FFFFFF"/>
        <w:spacing w:before="240" w:after="120" w:line="240" w:lineRule="atLeast"/>
        <w:rPr>
          <w:rFonts w:ascii="LiberationSerif" w:hAnsi="LiberationSerif"/>
          <w:caps/>
          <w:sz w:val="22"/>
          <w:szCs w:val="22"/>
          <w:lang w:val="ru-RU"/>
        </w:rPr>
      </w:pPr>
      <w:r w:rsidRPr="00A95066">
        <w:rPr>
          <w:rFonts w:ascii="LiberationSerif" w:hAnsi="LiberationSerif"/>
          <w:caps/>
          <w:sz w:val="22"/>
          <w:szCs w:val="22"/>
          <w:lang w:val="ru-RU"/>
        </w:rPr>
        <w:t>8 КЛАСС</w:t>
      </w:r>
    </w:p>
    <w:p w:rsidR="00B830E9" w:rsidRDefault="00B830E9" w:rsidP="00B830E9">
      <w:pPr>
        <w:pStyle w:val="aff2"/>
        <w:shd w:val="clear" w:color="auto" w:fill="FFFFFF"/>
        <w:spacing w:before="0" w:beforeAutospacing="0" w:after="0" w:afterAutospacing="0"/>
        <w:ind w:firstLine="227"/>
        <w:jc w:val="both"/>
      </w:pPr>
      <w:r>
        <w:rPr>
          <w:b/>
          <w:bCs/>
        </w:rPr>
        <w:t>Общие сведения о языке</w:t>
      </w:r>
    </w:p>
    <w:p w:rsidR="00B830E9" w:rsidRDefault="00B830E9" w:rsidP="00B830E9">
      <w:pPr>
        <w:pStyle w:val="aff2"/>
        <w:shd w:val="clear" w:color="auto" w:fill="FFFFFF"/>
        <w:spacing w:before="0" w:beforeAutospacing="0" w:after="0" w:afterAutospacing="0"/>
        <w:ind w:firstLine="227"/>
        <w:jc w:val="both"/>
      </w:pPr>
      <w:r>
        <w:t>Русский язык в кругу других славянских языков.</w:t>
      </w:r>
    </w:p>
    <w:p w:rsidR="00B830E9" w:rsidRDefault="00B830E9" w:rsidP="00B830E9">
      <w:pPr>
        <w:pStyle w:val="aff2"/>
        <w:shd w:val="clear" w:color="auto" w:fill="FFFFFF"/>
        <w:spacing w:before="0" w:beforeAutospacing="0" w:after="0" w:afterAutospacing="0"/>
        <w:ind w:firstLine="227"/>
        <w:jc w:val="both"/>
      </w:pPr>
      <w:r>
        <w:t>Язык и речь</w:t>
      </w:r>
    </w:p>
    <w:p w:rsidR="00B830E9" w:rsidRDefault="00B830E9" w:rsidP="00B830E9">
      <w:pPr>
        <w:pStyle w:val="aff2"/>
        <w:shd w:val="clear" w:color="auto" w:fill="FFFFFF"/>
        <w:spacing w:before="0" w:beforeAutospacing="0" w:after="0" w:afterAutospacing="0"/>
        <w:ind w:firstLine="227"/>
        <w:jc w:val="both"/>
      </w:pPr>
      <w:r>
        <w:t>Монолог-описание, монолог-рассуждение, монолог-повествование; выступление с научным сообщением.</w:t>
      </w:r>
    </w:p>
    <w:p w:rsidR="00B830E9" w:rsidRDefault="00B830E9" w:rsidP="00B830E9">
      <w:pPr>
        <w:pStyle w:val="aff2"/>
        <w:shd w:val="clear" w:color="auto" w:fill="FFFFFF"/>
        <w:spacing w:before="0" w:beforeAutospacing="0" w:after="0" w:afterAutospacing="0"/>
        <w:ind w:firstLine="227"/>
        <w:jc w:val="both"/>
      </w:pPr>
      <w:r>
        <w:t>Диалог.</w:t>
      </w:r>
    </w:p>
    <w:p w:rsidR="00B830E9" w:rsidRDefault="00B830E9" w:rsidP="00B830E9">
      <w:pPr>
        <w:pStyle w:val="aff2"/>
        <w:shd w:val="clear" w:color="auto" w:fill="FFFFFF"/>
        <w:spacing w:before="0" w:beforeAutospacing="0" w:after="0" w:afterAutospacing="0"/>
        <w:ind w:firstLine="227"/>
        <w:jc w:val="both"/>
      </w:pPr>
      <w:r>
        <w:rPr>
          <w:b/>
          <w:bCs/>
        </w:rPr>
        <w:t>Текст</w:t>
      </w:r>
    </w:p>
    <w:p w:rsidR="00B830E9" w:rsidRDefault="00B830E9" w:rsidP="00B830E9">
      <w:pPr>
        <w:pStyle w:val="aff2"/>
        <w:shd w:val="clear" w:color="auto" w:fill="FFFFFF"/>
        <w:spacing w:before="0" w:beforeAutospacing="0" w:after="0" w:afterAutospacing="0"/>
        <w:ind w:firstLine="227"/>
        <w:jc w:val="both"/>
      </w:pPr>
      <w:r>
        <w:t>Текст и его основные признаки.</w:t>
      </w:r>
    </w:p>
    <w:p w:rsidR="00B830E9" w:rsidRDefault="00B830E9" w:rsidP="00B830E9">
      <w:pPr>
        <w:pStyle w:val="aff2"/>
        <w:shd w:val="clear" w:color="auto" w:fill="FFFFFF"/>
        <w:spacing w:before="0" w:beforeAutospacing="0" w:after="0" w:afterAutospacing="0"/>
        <w:ind w:firstLine="227"/>
        <w:jc w:val="both"/>
      </w:pPr>
      <w:r>
        <w:t>Особенности функционально-смысловых типов речи (повествование, описание, рассуждение).</w:t>
      </w:r>
    </w:p>
    <w:p w:rsidR="00B830E9" w:rsidRDefault="00B830E9" w:rsidP="00B830E9">
      <w:pPr>
        <w:pStyle w:val="aff2"/>
        <w:shd w:val="clear" w:color="auto" w:fill="FFFFFF"/>
        <w:spacing w:before="0" w:beforeAutospacing="0" w:after="0" w:afterAutospacing="0"/>
        <w:ind w:firstLine="227"/>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B830E9" w:rsidRDefault="00B830E9" w:rsidP="00B830E9">
      <w:pPr>
        <w:pStyle w:val="aff2"/>
        <w:shd w:val="clear" w:color="auto" w:fill="FFFFFF"/>
        <w:spacing w:before="0" w:beforeAutospacing="0" w:after="0" w:afterAutospacing="0"/>
        <w:ind w:firstLine="227"/>
        <w:jc w:val="both"/>
      </w:pPr>
      <w:r>
        <w:t>Функциональные разновидности языка</w:t>
      </w:r>
    </w:p>
    <w:p w:rsidR="00B830E9" w:rsidRDefault="00B830E9" w:rsidP="00B830E9">
      <w:pPr>
        <w:pStyle w:val="aff2"/>
        <w:shd w:val="clear" w:color="auto" w:fill="FFFFFF"/>
        <w:spacing w:before="0" w:beforeAutospacing="0" w:after="0" w:afterAutospacing="0"/>
        <w:ind w:firstLine="227"/>
        <w:jc w:val="both"/>
      </w:pPr>
      <w:r>
        <w:t>Официально-деловой стиль. Сфера употребления, функции, языковые особенности.</w:t>
      </w:r>
    </w:p>
    <w:p w:rsidR="00B830E9" w:rsidRDefault="00B830E9" w:rsidP="00B830E9">
      <w:pPr>
        <w:pStyle w:val="aff2"/>
        <w:shd w:val="clear" w:color="auto" w:fill="FFFFFF"/>
        <w:spacing w:before="0" w:beforeAutospacing="0" w:after="0" w:afterAutospacing="0"/>
        <w:ind w:firstLine="227"/>
        <w:jc w:val="both"/>
      </w:pPr>
      <w:r>
        <w:t>Жанры официально-делового стиля (заявление, объяснительная записка, автобиография, характеристика).</w:t>
      </w:r>
    </w:p>
    <w:p w:rsidR="00B830E9" w:rsidRDefault="00B830E9" w:rsidP="00B830E9">
      <w:pPr>
        <w:pStyle w:val="aff2"/>
        <w:shd w:val="clear" w:color="auto" w:fill="FFFFFF"/>
        <w:spacing w:before="0" w:beforeAutospacing="0" w:after="0" w:afterAutospacing="0"/>
        <w:ind w:firstLine="227"/>
        <w:jc w:val="both"/>
      </w:pPr>
      <w:r>
        <w:t>Научный стиль. Сфера употребления, функции, языковые особенности.</w:t>
      </w:r>
    </w:p>
    <w:p w:rsidR="00B830E9" w:rsidRDefault="00B830E9" w:rsidP="00B830E9">
      <w:pPr>
        <w:pStyle w:val="aff2"/>
        <w:shd w:val="clear" w:color="auto" w:fill="FFFFFF"/>
        <w:spacing w:before="0" w:beforeAutospacing="0" w:after="0" w:afterAutospacing="0"/>
        <w:ind w:firstLine="227"/>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B830E9" w:rsidRDefault="00B830E9" w:rsidP="00B830E9">
      <w:pPr>
        <w:pStyle w:val="aff2"/>
        <w:shd w:val="clear" w:color="auto" w:fill="FFFFFF"/>
        <w:spacing w:before="0" w:beforeAutospacing="0" w:after="0" w:afterAutospacing="0"/>
        <w:ind w:firstLine="227"/>
        <w:jc w:val="both"/>
      </w:pPr>
      <w:r>
        <w:rPr>
          <w:b/>
          <w:bCs/>
        </w:rPr>
        <w:t>Система языка</w:t>
      </w:r>
    </w:p>
    <w:p w:rsidR="00B830E9" w:rsidRDefault="00B830E9" w:rsidP="00B830E9">
      <w:pPr>
        <w:pStyle w:val="aff2"/>
        <w:shd w:val="clear" w:color="auto" w:fill="FFFFFF"/>
        <w:spacing w:before="0" w:beforeAutospacing="0" w:after="0" w:afterAutospacing="0"/>
        <w:ind w:firstLine="227"/>
        <w:jc w:val="both"/>
      </w:pPr>
      <w:r>
        <w:rPr>
          <w:b/>
          <w:bCs/>
        </w:rPr>
        <w:t>Синтаксис. Культура речи. Пунктуация</w:t>
      </w:r>
    </w:p>
    <w:p w:rsidR="00B830E9" w:rsidRDefault="00B830E9" w:rsidP="00B830E9">
      <w:pPr>
        <w:pStyle w:val="aff2"/>
        <w:shd w:val="clear" w:color="auto" w:fill="FFFFFF"/>
        <w:spacing w:before="0" w:beforeAutospacing="0" w:after="0" w:afterAutospacing="0"/>
        <w:ind w:firstLine="227"/>
        <w:jc w:val="both"/>
      </w:pPr>
      <w:r>
        <w:t>Синтаксис как раздел лингвистики.</w:t>
      </w:r>
    </w:p>
    <w:p w:rsidR="00B830E9" w:rsidRDefault="00B830E9" w:rsidP="00B830E9">
      <w:pPr>
        <w:pStyle w:val="aff2"/>
        <w:shd w:val="clear" w:color="auto" w:fill="FFFFFF"/>
        <w:spacing w:before="0" w:beforeAutospacing="0" w:after="0" w:afterAutospacing="0"/>
        <w:ind w:firstLine="227"/>
        <w:jc w:val="both"/>
      </w:pPr>
      <w:r>
        <w:lastRenderedPageBreak/>
        <w:t>Словосочетание и предложение как единицы синтаксиса.</w:t>
      </w:r>
    </w:p>
    <w:p w:rsidR="00B830E9" w:rsidRDefault="00B830E9" w:rsidP="00B830E9">
      <w:pPr>
        <w:pStyle w:val="aff2"/>
        <w:shd w:val="clear" w:color="auto" w:fill="FFFFFF"/>
        <w:spacing w:before="0" w:beforeAutospacing="0" w:after="0" w:afterAutospacing="0"/>
        <w:ind w:firstLine="227"/>
        <w:jc w:val="both"/>
      </w:pPr>
      <w:r>
        <w:t>Пунктуация. Функции знаков препинания.</w:t>
      </w:r>
    </w:p>
    <w:p w:rsidR="00B830E9" w:rsidRDefault="00B830E9" w:rsidP="00B830E9">
      <w:pPr>
        <w:pStyle w:val="aff2"/>
        <w:shd w:val="clear" w:color="auto" w:fill="FFFFFF"/>
        <w:spacing w:before="0" w:beforeAutospacing="0" w:after="0" w:afterAutospacing="0"/>
        <w:ind w:firstLine="227"/>
        <w:jc w:val="both"/>
      </w:pPr>
      <w:r>
        <w:rPr>
          <w:b/>
          <w:bCs/>
        </w:rPr>
        <w:t>Словосочетание</w:t>
      </w:r>
    </w:p>
    <w:p w:rsidR="00B830E9" w:rsidRDefault="00B830E9" w:rsidP="00B830E9">
      <w:pPr>
        <w:pStyle w:val="aff2"/>
        <w:shd w:val="clear" w:color="auto" w:fill="FFFFFF"/>
        <w:spacing w:before="0" w:beforeAutospacing="0" w:after="0" w:afterAutospacing="0"/>
        <w:ind w:firstLine="227"/>
        <w:jc w:val="both"/>
      </w:pPr>
      <w:r>
        <w:t>Основные признаки словосочетания.</w:t>
      </w:r>
    </w:p>
    <w:p w:rsidR="00B830E9" w:rsidRDefault="00B830E9" w:rsidP="00B830E9">
      <w:pPr>
        <w:pStyle w:val="aff2"/>
        <w:shd w:val="clear" w:color="auto" w:fill="FFFFFF"/>
        <w:spacing w:before="0" w:beforeAutospacing="0" w:after="0" w:afterAutospacing="0"/>
        <w:ind w:firstLine="227"/>
        <w:jc w:val="both"/>
      </w:pPr>
      <w:r>
        <w:t>Виды словосочетаний по морфологическим свойствам главного слова: глагольные, именные, наречные.</w:t>
      </w:r>
    </w:p>
    <w:p w:rsidR="00B830E9" w:rsidRDefault="00B830E9" w:rsidP="00B830E9">
      <w:pPr>
        <w:pStyle w:val="aff2"/>
        <w:shd w:val="clear" w:color="auto" w:fill="FFFFFF"/>
        <w:spacing w:before="0" w:beforeAutospacing="0" w:after="0" w:afterAutospacing="0"/>
        <w:ind w:firstLine="227"/>
        <w:jc w:val="both"/>
      </w:pPr>
      <w:r>
        <w:t>Типы подчинительной связи слов в словосочетании: согласование, управление, примыкание.</w:t>
      </w:r>
    </w:p>
    <w:p w:rsidR="00B830E9" w:rsidRDefault="00B830E9" w:rsidP="00B830E9">
      <w:pPr>
        <w:pStyle w:val="aff2"/>
        <w:shd w:val="clear" w:color="auto" w:fill="FFFFFF"/>
        <w:spacing w:before="0" w:beforeAutospacing="0" w:after="0" w:afterAutospacing="0"/>
        <w:ind w:firstLine="227"/>
        <w:jc w:val="both"/>
      </w:pPr>
      <w:r>
        <w:t>Синтаксический анализ словосочетаний.</w:t>
      </w:r>
    </w:p>
    <w:p w:rsidR="00B830E9" w:rsidRDefault="00B830E9" w:rsidP="00B830E9">
      <w:pPr>
        <w:pStyle w:val="aff2"/>
        <w:shd w:val="clear" w:color="auto" w:fill="FFFFFF"/>
        <w:spacing w:before="0" w:beforeAutospacing="0" w:after="0" w:afterAutospacing="0"/>
        <w:ind w:firstLine="227"/>
        <w:jc w:val="both"/>
      </w:pPr>
      <w:r>
        <w:t>Грамматическая синонимия словосочетаний.</w:t>
      </w:r>
    </w:p>
    <w:p w:rsidR="00B830E9" w:rsidRDefault="00B830E9" w:rsidP="00B830E9">
      <w:pPr>
        <w:pStyle w:val="aff2"/>
        <w:shd w:val="clear" w:color="auto" w:fill="FFFFFF"/>
        <w:spacing w:before="0" w:beforeAutospacing="0" w:after="0" w:afterAutospacing="0"/>
        <w:ind w:firstLine="227"/>
        <w:jc w:val="both"/>
      </w:pPr>
      <w:r>
        <w:t>Нормы построения словосочетаний.</w:t>
      </w:r>
    </w:p>
    <w:p w:rsidR="00B830E9" w:rsidRDefault="00B830E9" w:rsidP="00B830E9">
      <w:pPr>
        <w:pStyle w:val="aff2"/>
        <w:shd w:val="clear" w:color="auto" w:fill="FFFFFF"/>
        <w:spacing w:before="0" w:beforeAutospacing="0" w:after="0" w:afterAutospacing="0"/>
        <w:ind w:firstLine="227"/>
        <w:jc w:val="both"/>
      </w:pPr>
      <w:r>
        <w:rPr>
          <w:b/>
          <w:bCs/>
        </w:rPr>
        <w:t>Предложение</w:t>
      </w:r>
    </w:p>
    <w:p w:rsidR="00B830E9" w:rsidRDefault="00B830E9" w:rsidP="00B830E9">
      <w:pPr>
        <w:pStyle w:val="aff2"/>
        <w:shd w:val="clear" w:color="auto" w:fill="FFFFFF"/>
        <w:spacing w:before="0" w:beforeAutospacing="0" w:after="0" w:afterAutospacing="0"/>
        <w:ind w:firstLine="227"/>
        <w:jc w:val="both"/>
      </w:pPr>
      <w:r>
        <w:t xml:space="preserve">Предложение. Основные признаки предложения: смысловая и интонационная законченность, грамматическая </w:t>
      </w:r>
      <w:proofErr w:type="spellStart"/>
      <w:r>
        <w:t>оформленность</w:t>
      </w:r>
      <w:proofErr w:type="spellEnd"/>
      <w:r>
        <w:t>.</w:t>
      </w:r>
    </w:p>
    <w:p w:rsidR="00B830E9" w:rsidRDefault="00B830E9" w:rsidP="00B830E9">
      <w:pPr>
        <w:pStyle w:val="aff2"/>
        <w:shd w:val="clear" w:color="auto" w:fill="FFFFFF"/>
        <w:spacing w:before="0" w:beforeAutospacing="0" w:after="0" w:afterAutospacing="0"/>
        <w:ind w:firstLine="227"/>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B830E9" w:rsidRDefault="00B830E9" w:rsidP="00B830E9">
      <w:pPr>
        <w:pStyle w:val="aff2"/>
        <w:shd w:val="clear" w:color="auto" w:fill="FFFFFF"/>
        <w:spacing w:before="0" w:beforeAutospacing="0" w:after="0" w:afterAutospacing="0"/>
        <w:ind w:firstLine="227"/>
        <w:jc w:val="both"/>
      </w:pPr>
      <w:r>
        <w:t>Употребление языковых форм выражения побуждения в побудительных предложениях.</w:t>
      </w:r>
    </w:p>
    <w:p w:rsidR="00B830E9" w:rsidRDefault="00B830E9" w:rsidP="00B830E9">
      <w:pPr>
        <w:pStyle w:val="aff2"/>
        <w:shd w:val="clear" w:color="auto" w:fill="FFFFFF"/>
        <w:spacing w:before="0" w:beforeAutospacing="0" w:after="0" w:afterAutospacing="0"/>
        <w:ind w:firstLine="227"/>
        <w:jc w:val="both"/>
      </w:pPr>
      <w:r>
        <w:t>Средства оформления предложения в устной и письменной речи (интонация, логическое ударение, знаки препинания).</w:t>
      </w:r>
    </w:p>
    <w:p w:rsidR="00B830E9" w:rsidRDefault="00B830E9" w:rsidP="00B830E9">
      <w:pPr>
        <w:pStyle w:val="aff2"/>
        <w:shd w:val="clear" w:color="auto" w:fill="FFFFFF"/>
        <w:spacing w:before="0" w:beforeAutospacing="0" w:after="0" w:afterAutospacing="0"/>
        <w:ind w:firstLine="227"/>
        <w:jc w:val="both"/>
      </w:pPr>
      <w:r>
        <w:t>Виды предложений по количеству грамматических основ (простые, сложные).</w:t>
      </w:r>
    </w:p>
    <w:p w:rsidR="00B830E9" w:rsidRDefault="00B830E9" w:rsidP="00B830E9">
      <w:pPr>
        <w:pStyle w:val="aff2"/>
        <w:shd w:val="clear" w:color="auto" w:fill="FFFFFF"/>
        <w:spacing w:before="0" w:beforeAutospacing="0" w:after="0" w:afterAutospacing="0"/>
        <w:ind w:firstLine="227"/>
        <w:jc w:val="both"/>
      </w:pPr>
      <w:r>
        <w:t>Виды простых предложений по наличию главных членов (двусоставные, односоставные).</w:t>
      </w:r>
    </w:p>
    <w:p w:rsidR="00B830E9" w:rsidRDefault="00B830E9" w:rsidP="00B830E9">
      <w:pPr>
        <w:pStyle w:val="aff2"/>
        <w:shd w:val="clear" w:color="auto" w:fill="FFFFFF"/>
        <w:spacing w:before="0" w:beforeAutospacing="0" w:after="0" w:afterAutospacing="0"/>
        <w:ind w:firstLine="227"/>
        <w:jc w:val="both"/>
      </w:pPr>
      <w:r>
        <w:t>Виды предложений по наличию второстепенных членов (распространённые, нераспространённые).</w:t>
      </w:r>
    </w:p>
    <w:p w:rsidR="00B830E9" w:rsidRDefault="00B830E9" w:rsidP="00B830E9">
      <w:pPr>
        <w:pStyle w:val="aff2"/>
        <w:shd w:val="clear" w:color="auto" w:fill="FFFFFF"/>
        <w:spacing w:before="0" w:beforeAutospacing="0" w:after="0" w:afterAutospacing="0"/>
        <w:ind w:firstLine="227"/>
        <w:jc w:val="both"/>
      </w:pPr>
      <w:r>
        <w:t>Предложения полные и неполные.</w:t>
      </w:r>
    </w:p>
    <w:p w:rsidR="00B830E9" w:rsidRDefault="00B830E9" w:rsidP="00B830E9">
      <w:pPr>
        <w:pStyle w:val="aff2"/>
        <w:shd w:val="clear" w:color="auto" w:fill="FFFFFF"/>
        <w:spacing w:before="0" w:beforeAutospacing="0" w:after="0" w:afterAutospacing="0"/>
        <w:ind w:firstLine="227"/>
        <w:jc w:val="both"/>
      </w:pPr>
      <w:r>
        <w:t>Употребление неполных предложений в диалогической речи, соблюдение в устной речи интонации неполного предложения.</w:t>
      </w:r>
    </w:p>
    <w:p w:rsidR="00B830E9" w:rsidRDefault="00B830E9" w:rsidP="00B830E9">
      <w:pPr>
        <w:pStyle w:val="aff2"/>
        <w:shd w:val="clear" w:color="auto" w:fill="FFFFFF"/>
        <w:spacing w:before="0" w:beforeAutospacing="0" w:after="0" w:afterAutospacing="0"/>
        <w:ind w:firstLine="227"/>
        <w:jc w:val="both"/>
      </w:pPr>
      <w:r>
        <w:t>Грамматические, интонационные и пунктуационные особенности предложений со словами </w:t>
      </w:r>
      <w:r>
        <w:rPr>
          <w:b/>
          <w:bCs/>
          <w:i/>
          <w:iCs/>
        </w:rPr>
        <w:t>да</w:t>
      </w:r>
      <w:r>
        <w:t>, </w:t>
      </w:r>
      <w:r>
        <w:rPr>
          <w:b/>
          <w:bCs/>
          <w:i/>
          <w:iCs/>
        </w:rPr>
        <w:t>нет</w:t>
      </w:r>
      <w:r>
        <w:t>.</w:t>
      </w:r>
    </w:p>
    <w:p w:rsidR="00B830E9" w:rsidRDefault="00B830E9" w:rsidP="00B830E9">
      <w:pPr>
        <w:pStyle w:val="aff2"/>
        <w:shd w:val="clear" w:color="auto" w:fill="FFFFFF"/>
        <w:spacing w:before="0" w:beforeAutospacing="0" w:after="0" w:afterAutospacing="0"/>
        <w:ind w:firstLine="227"/>
        <w:jc w:val="both"/>
      </w:pPr>
      <w:r>
        <w:t>Нормы построения простого предложения, использования инверсии.</w:t>
      </w:r>
    </w:p>
    <w:p w:rsidR="00B830E9" w:rsidRDefault="00B830E9" w:rsidP="00B830E9">
      <w:pPr>
        <w:pStyle w:val="aff2"/>
        <w:shd w:val="clear" w:color="auto" w:fill="FFFFFF"/>
        <w:spacing w:before="0" w:beforeAutospacing="0" w:after="0" w:afterAutospacing="0"/>
        <w:ind w:firstLine="227"/>
        <w:jc w:val="both"/>
      </w:pPr>
      <w:r>
        <w:rPr>
          <w:b/>
          <w:bCs/>
        </w:rPr>
        <w:t>Двусоставное предложение</w:t>
      </w:r>
    </w:p>
    <w:p w:rsidR="00B830E9" w:rsidRDefault="00B830E9" w:rsidP="00B830E9">
      <w:pPr>
        <w:pStyle w:val="aff2"/>
        <w:shd w:val="clear" w:color="auto" w:fill="FFFFFF"/>
        <w:spacing w:before="0" w:beforeAutospacing="0" w:after="0" w:afterAutospacing="0"/>
        <w:ind w:firstLine="227"/>
        <w:jc w:val="both"/>
      </w:pPr>
      <w:r>
        <w:rPr>
          <w:b/>
          <w:bCs/>
          <w:i/>
          <w:iCs/>
        </w:rPr>
        <w:t>Главные члены предложения</w:t>
      </w:r>
    </w:p>
    <w:p w:rsidR="00B830E9" w:rsidRDefault="00B830E9" w:rsidP="00B830E9">
      <w:pPr>
        <w:pStyle w:val="aff2"/>
        <w:shd w:val="clear" w:color="auto" w:fill="FFFFFF"/>
        <w:spacing w:before="0" w:beforeAutospacing="0" w:after="0" w:afterAutospacing="0"/>
        <w:ind w:firstLine="227"/>
        <w:jc w:val="both"/>
      </w:pPr>
      <w:r>
        <w:t>Подлежащее и сказуемое как главные члены предложения.</w:t>
      </w:r>
    </w:p>
    <w:p w:rsidR="00B830E9" w:rsidRDefault="00B830E9" w:rsidP="00B830E9">
      <w:pPr>
        <w:pStyle w:val="aff2"/>
        <w:shd w:val="clear" w:color="auto" w:fill="FFFFFF"/>
        <w:spacing w:before="0" w:beforeAutospacing="0" w:after="0" w:afterAutospacing="0"/>
        <w:ind w:firstLine="227"/>
        <w:jc w:val="both"/>
      </w:pPr>
      <w:r>
        <w:t>Способы выражения подлежащего.</w:t>
      </w:r>
    </w:p>
    <w:p w:rsidR="00B830E9" w:rsidRDefault="00B830E9" w:rsidP="00B830E9">
      <w:pPr>
        <w:pStyle w:val="aff2"/>
        <w:shd w:val="clear" w:color="auto" w:fill="FFFFFF"/>
        <w:spacing w:before="0" w:beforeAutospacing="0" w:after="0" w:afterAutospacing="0"/>
        <w:ind w:firstLine="227"/>
        <w:jc w:val="both"/>
      </w:pPr>
      <w:r>
        <w:t>Виды сказуемого (простое глагольное, составное глагольное, составное именное) и способы его выражения.</w:t>
      </w:r>
    </w:p>
    <w:p w:rsidR="00B830E9" w:rsidRDefault="00B830E9" w:rsidP="00B830E9">
      <w:pPr>
        <w:pStyle w:val="aff2"/>
        <w:shd w:val="clear" w:color="auto" w:fill="FFFFFF"/>
        <w:spacing w:before="0" w:beforeAutospacing="0" w:after="0" w:afterAutospacing="0"/>
        <w:ind w:firstLine="227"/>
        <w:jc w:val="both"/>
      </w:pPr>
      <w:r>
        <w:t>Тире между подлежащим и сказуемым.</w:t>
      </w:r>
    </w:p>
    <w:p w:rsidR="00B830E9" w:rsidRDefault="00B830E9" w:rsidP="00B830E9">
      <w:pPr>
        <w:pStyle w:val="aff2"/>
        <w:shd w:val="clear" w:color="auto" w:fill="FFFFFF"/>
        <w:spacing w:before="0" w:beforeAutospacing="0" w:after="0" w:afterAutospacing="0"/>
        <w:ind w:firstLine="227"/>
        <w:jc w:val="both"/>
      </w:pPr>
      <w:r>
        <w:t>Нормы согласования сказуемого с подлежащим, выраженным словосочетанием, сложносокращёнными словами, словами </w:t>
      </w:r>
      <w:r>
        <w:rPr>
          <w:b/>
          <w:bCs/>
          <w:i/>
          <w:iCs/>
        </w:rPr>
        <w:t>большинство</w:t>
      </w:r>
      <w:r>
        <w:t> — </w:t>
      </w:r>
      <w:r>
        <w:rPr>
          <w:b/>
          <w:bCs/>
          <w:i/>
          <w:iCs/>
        </w:rPr>
        <w:t>меньшинство</w:t>
      </w:r>
      <w:r>
        <w:t>, количественными сочетаниями.</w:t>
      </w:r>
    </w:p>
    <w:p w:rsidR="00B830E9" w:rsidRDefault="00B830E9" w:rsidP="00B830E9">
      <w:pPr>
        <w:pStyle w:val="aff2"/>
        <w:shd w:val="clear" w:color="auto" w:fill="FFFFFF"/>
        <w:spacing w:before="0" w:beforeAutospacing="0" w:after="0" w:afterAutospacing="0"/>
        <w:ind w:firstLine="227"/>
        <w:jc w:val="both"/>
      </w:pPr>
      <w:r>
        <w:rPr>
          <w:b/>
          <w:bCs/>
          <w:i/>
          <w:iCs/>
        </w:rPr>
        <w:t>Второстепенные члены предложения</w:t>
      </w:r>
    </w:p>
    <w:p w:rsidR="00B830E9" w:rsidRDefault="00B830E9" w:rsidP="00B830E9">
      <w:pPr>
        <w:pStyle w:val="aff2"/>
        <w:shd w:val="clear" w:color="auto" w:fill="FFFFFF"/>
        <w:spacing w:before="0" w:beforeAutospacing="0" w:after="0" w:afterAutospacing="0"/>
        <w:ind w:firstLine="227"/>
        <w:jc w:val="both"/>
      </w:pPr>
      <w:r>
        <w:t>Второстепенные члены предложения, их виды.</w:t>
      </w:r>
    </w:p>
    <w:p w:rsidR="00B830E9" w:rsidRDefault="00B830E9" w:rsidP="00B830E9">
      <w:pPr>
        <w:pStyle w:val="aff2"/>
        <w:shd w:val="clear" w:color="auto" w:fill="FFFFFF"/>
        <w:spacing w:before="0" w:beforeAutospacing="0" w:after="0" w:afterAutospacing="0"/>
        <w:ind w:firstLine="227"/>
        <w:jc w:val="both"/>
      </w:pPr>
      <w:r>
        <w:t>Определение как второстепенный член предложения. Определения согласованные и несогласованные.</w:t>
      </w:r>
    </w:p>
    <w:p w:rsidR="00B830E9" w:rsidRDefault="00B830E9" w:rsidP="00B830E9">
      <w:pPr>
        <w:pStyle w:val="aff2"/>
        <w:shd w:val="clear" w:color="auto" w:fill="FFFFFF"/>
        <w:spacing w:before="0" w:beforeAutospacing="0" w:after="0" w:afterAutospacing="0"/>
        <w:ind w:firstLine="227"/>
        <w:jc w:val="both"/>
      </w:pPr>
      <w:r>
        <w:t>Приложение как особый вид определения.</w:t>
      </w:r>
    </w:p>
    <w:p w:rsidR="00B830E9" w:rsidRDefault="00B830E9" w:rsidP="00B830E9">
      <w:pPr>
        <w:pStyle w:val="aff2"/>
        <w:shd w:val="clear" w:color="auto" w:fill="FFFFFF"/>
        <w:spacing w:before="0" w:beforeAutospacing="0" w:after="0" w:afterAutospacing="0"/>
        <w:ind w:firstLine="227"/>
        <w:jc w:val="both"/>
      </w:pPr>
      <w:r>
        <w:t>Дополнение как второстепенный член предложения.</w:t>
      </w:r>
    </w:p>
    <w:p w:rsidR="00B830E9" w:rsidRDefault="00B830E9" w:rsidP="00B830E9">
      <w:pPr>
        <w:pStyle w:val="aff2"/>
        <w:shd w:val="clear" w:color="auto" w:fill="FFFFFF"/>
        <w:spacing w:before="0" w:beforeAutospacing="0" w:after="0" w:afterAutospacing="0"/>
        <w:ind w:firstLine="227"/>
        <w:jc w:val="both"/>
      </w:pPr>
      <w:r>
        <w:t>Дополнения прямые и косвенные.</w:t>
      </w:r>
    </w:p>
    <w:p w:rsidR="00B830E9" w:rsidRDefault="00B830E9" w:rsidP="00B830E9">
      <w:pPr>
        <w:pStyle w:val="aff2"/>
        <w:shd w:val="clear" w:color="auto" w:fill="FFFFFF"/>
        <w:spacing w:before="0" w:beforeAutospacing="0" w:after="0" w:afterAutospacing="0"/>
        <w:ind w:firstLine="227"/>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B830E9" w:rsidRDefault="00B830E9" w:rsidP="00B830E9">
      <w:pPr>
        <w:pStyle w:val="aff2"/>
        <w:shd w:val="clear" w:color="auto" w:fill="FFFFFF"/>
        <w:spacing w:before="0" w:beforeAutospacing="0" w:after="0" w:afterAutospacing="0"/>
        <w:ind w:firstLine="227"/>
        <w:jc w:val="both"/>
      </w:pPr>
      <w:r>
        <w:t>Односоставные предложения</w:t>
      </w:r>
    </w:p>
    <w:p w:rsidR="00B830E9" w:rsidRDefault="00B830E9" w:rsidP="00B830E9">
      <w:pPr>
        <w:pStyle w:val="aff2"/>
        <w:shd w:val="clear" w:color="auto" w:fill="FFFFFF"/>
        <w:spacing w:before="0" w:beforeAutospacing="0" w:after="0" w:afterAutospacing="0"/>
        <w:ind w:firstLine="227"/>
        <w:jc w:val="both"/>
      </w:pPr>
      <w:r>
        <w:t>Односоставные предложения, их грамматические признаки.</w:t>
      </w:r>
    </w:p>
    <w:p w:rsidR="00B830E9" w:rsidRDefault="00B830E9" w:rsidP="00B830E9">
      <w:pPr>
        <w:pStyle w:val="aff2"/>
        <w:shd w:val="clear" w:color="auto" w:fill="FFFFFF"/>
        <w:spacing w:before="0" w:beforeAutospacing="0" w:after="0" w:afterAutospacing="0"/>
        <w:ind w:firstLine="227"/>
        <w:jc w:val="both"/>
      </w:pPr>
      <w:r>
        <w:t>Грамматические различия односоставных предложений и двусоставных неполных предложений.</w:t>
      </w:r>
    </w:p>
    <w:p w:rsidR="00B830E9" w:rsidRDefault="00B830E9" w:rsidP="00B830E9">
      <w:pPr>
        <w:pStyle w:val="aff2"/>
        <w:shd w:val="clear" w:color="auto" w:fill="FFFFFF"/>
        <w:spacing w:before="0" w:beforeAutospacing="0" w:after="0" w:afterAutospacing="0"/>
        <w:ind w:firstLine="227"/>
        <w:jc w:val="both"/>
      </w:pPr>
      <w:r>
        <w:t>Виды односоставных предложений: назывные, определённо-личные, неопределённо-личные, обобщённо-личные, безличные предложения.</w:t>
      </w:r>
    </w:p>
    <w:p w:rsidR="00B830E9" w:rsidRDefault="00B830E9" w:rsidP="00B830E9">
      <w:pPr>
        <w:pStyle w:val="aff2"/>
        <w:shd w:val="clear" w:color="auto" w:fill="FFFFFF"/>
        <w:spacing w:before="0" w:beforeAutospacing="0" w:after="0" w:afterAutospacing="0"/>
        <w:ind w:firstLine="227"/>
        <w:jc w:val="both"/>
      </w:pPr>
      <w:r>
        <w:t>Синтаксическая синонимия односоставных и двусоставных предложений.</w:t>
      </w:r>
    </w:p>
    <w:p w:rsidR="00B830E9" w:rsidRDefault="00B830E9" w:rsidP="00B830E9">
      <w:pPr>
        <w:pStyle w:val="aff2"/>
        <w:shd w:val="clear" w:color="auto" w:fill="FFFFFF"/>
        <w:spacing w:before="0" w:beforeAutospacing="0" w:after="0" w:afterAutospacing="0"/>
        <w:ind w:firstLine="227"/>
        <w:jc w:val="both"/>
      </w:pPr>
      <w:r>
        <w:t>Употребление односоставных предложений в речи.</w:t>
      </w:r>
    </w:p>
    <w:p w:rsidR="00B830E9" w:rsidRDefault="00B830E9" w:rsidP="00B830E9">
      <w:pPr>
        <w:pStyle w:val="aff2"/>
        <w:shd w:val="clear" w:color="auto" w:fill="FFFFFF"/>
        <w:spacing w:before="0" w:beforeAutospacing="0" w:after="0" w:afterAutospacing="0"/>
        <w:ind w:firstLine="227"/>
        <w:jc w:val="both"/>
      </w:pPr>
      <w:r>
        <w:t>Простое осложнённое предложение</w:t>
      </w:r>
    </w:p>
    <w:p w:rsidR="00B830E9" w:rsidRDefault="00B830E9" w:rsidP="00B830E9">
      <w:pPr>
        <w:pStyle w:val="aff2"/>
        <w:shd w:val="clear" w:color="auto" w:fill="FFFFFF"/>
        <w:spacing w:before="0" w:beforeAutospacing="0" w:after="0" w:afterAutospacing="0"/>
        <w:ind w:firstLine="227"/>
        <w:jc w:val="both"/>
      </w:pPr>
      <w:r>
        <w:rPr>
          <w:b/>
          <w:bCs/>
          <w:i/>
          <w:iCs/>
        </w:rPr>
        <w:lastRenderedPageBreak/>
        <w:t>Предложения с однородными членами</w:t>
      </w:r>
    </w:p>
    <w:p w:rsidR="00B830E9" w:rsidRDefault="00B830E9" w:rsidP="00B830E9">
      <w:pPr>
        <w:pStyle w:val="aff2"/>
        <w:shd w:val="clear" w:color="auto" w:fill="FFFFFF"/>
        <w:spacing w:before="0" w:beforeAutospacing="0" w:after="0" w:afterAutospacing="0"/>
        <w:ind w:firstLine="227"/>
        <w:jc w:val="both"/>
      </w:pPr>
      <w:r>
        <w:t>Однородные члены предложения, их признаки, средства связи. Союзная и бессоюзная связь однородных членов предложения.</w:t>
      </w:r>
    </w:p>
    <w:p w:rsidR="00B830E9" w:rsidRDefault="00B830E9" w:rsidP="00B830E9">
      <w:pPr>
        <w:pStyle w:val="aff2"/>
        <w:shd w:val="clear" w:color="auto" w:fill="FFFFFF"/>
        <w:spacing w:before="0" w:beforeAutospacing="0" w:after="0" w:afterAutospacing="0"/>
        <w:ind w:firstLine="227"/>
        <w:jc w:val="both"/>
      </w:pPr>
      <w:r>
        <w:t>Однородные и неоднородные определения.</w:t>
      </w:r>
    </w:p>
    <w:p w:rsidR="00B830E9" w:rsidRDefault="00B830E9" w:rsidP="00B830E9">
      <w:pPr>
        <w:pStyle w:val="aff2"/>
        <w:shd w:val="clear" w:color="auto" w:fill="FFFFFF"/>
        <w:spacing w:before="0" w:beforeAutospacing="0" w:after="0" w:afterAutospacing="0"/>
        <w:ind w:firstLine="227"/>
        <w:jc w:val="both"/>
      </w:pPr>
      <w:r>
        <w:t>Предложения с обобщающими словами при однородных членах.</w:t>
      </w:r>
    </w:p>
    <w:p w:rsidR="00B830E9" w:rsidRDefault="00B830E9" w:rsidP="00B830E9">
      <w:pPr>
        <w:pStyle w:val="aff2"/>
        <w:shd w:val="clear" w:color="auto" w:fill="FFFFFF"/>
        <w:spacing w:before="0" w:beforeAutospacing="0" w:after="0" w:afterAutospacing="0"/>
        <w:ind w:firstLine="227"/>
        <w:jc w:val="both"/>
      </w:pPr>
      <w:r>
        <w:t>Нормы построения предложений с однородными членами, связанными двойными союзами </w:t>
      </w:r>
      <w:r>
        <w:rPr>
          <w:b/>
          <w:bCs/>
          <w:i/>
          <w:iCs/>
        </w:rPr>
        <w:t>не только…</w:t>
      </w:r>
      <w:r>
        <w:rPr>
          <w:b/>
          <w:bCs/>
        </w:rPr>
        <w:t> </w:t>
      </w:r>
      <w:r>
        <w:rPr>
          <w:b/>
          <w:bCs/>
          <w:i/>
          <w:iCs/>
        </w:rPr>
        <w:t>но и</w:t>
      </w:r>
      <w:r>
        <w:t>, </w:t>
      </w:r>
      <w:r>
        <w:rPr>
          <w:b/>
          <w:bCs/>
          <w:i/>
          <w:iCs/>
        </w:rPr>
        <w:t>как… так и.</w:t>
      </w:r>
    </w:p>
    <w:p w:rsidR="00B830E9" w:rsidRDefault="00B830E9" w:rsidP="00B830E9">
      <w:pPr>
        <w:pStyle w:val="aff2"/>
        <w:shd w:val="clear" w:color="auto" w:fill="FFFFFF"/>
        <w:spacing w:before="0" w:beforeAutospacing="0" w:after="0" w:afterAutospacing="0"/>
        <w:ind w:firstLine="227"/>
        <w:jc w:val="both"/>
      </w:pPr>
      <w:r>
        <w:t>Нормы постановки знаков препинания в предложениях с однородными членами, связанными попарно, с помощью повторяющихся союзов (</w:t>
      </w:r>
      <w:r>
        <w:rPr>
          <w:b/>
          <w:bCs/>
          <w:i/>
          <w:iCs/>
        </w:rPr>
        <w:t>и... и</w:t>
      </w:r>
      <w:r>
        <w:t>, </w:t>
      </w:r>
      <w:r>
        <w:rPr>
          <w:b/>
          <w:bCs/>
          <w:i/>
          <w:iCs/>
        </w:rPr>
        <w:t>или... или</w:t>
      </w:r>
      <w:r>
        <w:t>, </w:t>
      </w:r>
      <w:proofErr w:type="spellStart"/>
      <w:r>
        <w:rPr>
          <w:b/>
          <w:bCs/>
          <w:i/>
          <w:iCs/>
        </w:rPr>
        <w:t>либ</w:t>
      </w:r>
      <w:proofErr w:type="gramStart"/>
      <w:r>
        <w:rPr>
          <w:b/>
          <w:bCs/>
          <w:i/>
          <w:iCs/>
        </w:rPr>
        <w:t>o</w:t>
      </w:r>
      <w:proofErr w:type="spellEnd"/>
      <w:proofErr w:type="gramEnd"/>
      <w:r>
        <w:rPr>
          <w:b/>
          <w:bCs/>
          <w:i/>
          <w:iCs/>
        </w:rPr>
        <w:t xml:space="preserve">... </w:t>
      </w:r>
      <w:proofErr w:type="spellStart"/>
      <w:r>
        <w:rPr>
          <w:b/>
          <w:bCs/>
          <w:i/>
          <w:iCs/>
        </w:rPr>
        <w:t>либo</w:t>
      </w:r>
      <w:proofErr w:type="spellEnd"/>
      <w:r>
        <w:t>, </w:t>
      </w:r>
      <w:r>
        <w:rPr>
          <w:b/>
          <w:bCs/>
          <w:i/>
          <w:iCs/>
        </w:rPr>
        <w:t>ни... ни</w:t>
      </w:r>
      <w:r>
        <w:t>, </w:t>
      </w:r>
      <w:proofErr w:type="spellStart"/>
      <w:r>
        <w:rPr>
          <w:b/>
          <w:bCs/>
          <w:i/>
          <w:iCs/>
        </w:rPr>
        <w:t>тo</w:t>
      </w:r>
      <w:proofErr w:type="spellEnd"/>
      <w:r>
        <w:rPr>
          <w:b/>
          <w:bCs/>
          <w:i/>
          <w:iCs/>
        </w:rPr>
        <w:t xml:space="preserve">... </w:t>
      </w:r>
      <w:proofErr w:type="spellStart"/>
      <w:r>
        <w:rPr>
          <w:b/>
          <w:bCs/>
          <w:i/>
          <w:iCs/>
        </w:rPr>
        <w:t>тo</w:t>
      </w:r>
      <w:proofErr w:type="spellEnd"/>
      <w:r>
        <w:t>).</w:t>
      </w:r>
    </w:p>
    <w:p w:rsidR="00B830E9" w:rsidRDefault="00B830E9" w:rsidP="00B830E9">
      <w:pPr>
        <w:pStyle w:val="aff2"/>
        <w:shd w:val="clear" w:color="auto" w:fill="FFFFFF"/>
        <w:spacing w:before="0" w:beforeAutospacing="0" w:after="0" w:afterAutospacing="0"/>
        <w:ind w:firstLine="227"/>
        <w:jc w:val="both"/>
      </w:pPr>
      <w:r>
        <w:t>Нормы постановки знаков препинания в предложениях с обобщающими словами при однородных членах.</w:t>
      </w:r>
    </w:p>
    <w:p w:rsidR="00B830E9" w:rsidRDefault="00B830E9" w:rsidP="00B830E9">
      <w:pPr>
        <w:pStyle w:val="aff2"/>
        <w:shd w:val="clear" w:color="auto" w:fill="FFFFFF"/>
        <w:spacing w:before="0" w:beforeAutospacing="0" w:after="0" w:afterAutospacing="0"/>
        <w:ind w:firstLine="227"/>
        <w:jc w:val="both"/>
      </w:pPr>
      <w:r>
        <w:t>Нормы постановки знаков препинания в простом и сложном предложениях с союзом </w:t>
      </w:r>
      <w:r>
        <w:rPr>
          <w:b/>
          <w:bCs/>
          <w:i/>
          <w:iCs/>
        </w:rPr>
        <w:t>и</w:t>
      </w:r>
      <w:r>
        <w:t>.</w:t>
      </w:r>
    </w:p>
    <w:p w:rsidR="00B830E9" w:rsidRDefault="00B830E9" w:rsidP="00B830E9">
      <w:pPr>
        <w:pStyle w:val="aff2"/>
        <w:shd w:val="clear" w:color="auto" w:fill="FFFFFF"/>
        <w:spacing w:before="0" w:beforeAutospacing="0" w:after="0" w:afterAutospacing="0"/>
        <w:ind w:firstLine="227"/>
        <w:jc w:val="both"/>
      </w:pPr>
      <w:r>
        <w:rPr>
          <w:b/>
          <w:bCs/>
          <w:i/>
          <w:iCs/>
        </w:rPr>
        <w:t>Предложения с обособленными членами</w:t>
      </w:r>
    </w:p>
    <w:p w:rsidR="00B830E9" w:rsidRDefault="00B830E9" w:rsidP="00B830E9">
      <w:pPr>
        <w:pStyle w:val="aff2"/>
        <w:shd w:val="clear" w:color="auto" w:fill="FFFFFF"/>
        <w:spacing w:before="0" w:beforeAutospacing="0" w:after="0" w:afterAutospacing="0"/>
        <w:ind w:firstLine="227"/>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B830E9" w:rsidRDefault="00B830E9" w:rsidP="00B830E9">
      <w:pPr>
        <w:pStyle w:val="aff2"/>
        <w:shd w:val="clear" w:color="auto" w:fill="FFFFFF"/>
        <w:spacing w:before="0" w:beforeAutospacing="0" w:after="0" w:afterAutospacing="0"/>
        <w:ind w:firstLine="227"/>
        <w:jc w:val="both"/>
      </w:pPr>
      <w:r>
        <w:t>Уточняющие члены предложения, пояснительные и при</w:t>
      </w:r>
      <w:r>
        <w:softHyphen/>
        <w:t>соединительные конструкции. </w:t>
      </w:r>
    </w:p>
    <w:p w:rsidR="00B830E9" w:rsidRDefault="00B830E9" w:rsidP="00B830E9">
      <w:pPr>
        <w:pStyle w:val="aff2"/>
        <w:shd w:val="clear" w:color="auto" w:fill="FFFFFF"/>
        <w:spacing w:before="0" w:beforeAutospacing="0" w:after="0" w:afterAutospacing="0"/>
        <w:ind w:firstLine="227"/>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B830E9" w:rsidRDefault="00B830E9" w:rsidP="00B830E9">
      <w:pPr>
        <w:pStyle w:val="aff2"/>
        <w:shd w:val="clear" w:color="auto" w:fill="FFFFFF"/>
        <w:spacing w:before="0" w:beforeAutospacing="0" w:after="0" w:afterAutospacing="0"/>
        <w:ind w:firstLine="227"/>
        <w:jc w:val="both"/>
      </w:pPr>
      <w:r>
        <w:rPr>
          <w:b/>
          <w:bCs/>
          <w:i/>
          <w:iCs/>
        </w:rPr>
        <w:t>Предложения с обращениями, вводными и вставными конструкциями</w:t>
      </w:r>
    </w:p>
    <w:p w:rsidR="00B830E9" w:rsidRDefault="00B830E9" w:rsidP="00B830E9">
      <w:pPr>
        <w:pStyle w:val="aff2"/>
        <w:shd w:val="clear" w:color="auto" w:fill="FFFFFF"/>
        <w:spacing w:before="0" w:beforeAutospacing="0" w:after="0" w:afterAutospacing="0"/>
        <w:ind w:firstLine="227"/>
        <w:jc w:val="both"/>
      </w:pPr>
      <w:r>
        <w:t>Обращение. Основные функции обращения. Распространённое и нераспространённое обращение.</w:t>
      </w:r>
    </w:p>
    <w:p w:rsidR="00B830E9" w:rsidRDefault="00B830E9" w:rsidP="00B830E9">
      <w:pPr>
        <w:pStyle w:val="aff2"/>
        <w:shd w:val="clear" w:color="auto" w:fill="FFFFFF"/>
        <w:spacing w:before="0" w:beforeAutospacing="0" w:after="0" w:afterAutospacing="0"/>
        <w:ind w:firstLine="227"/>
        <w:jc w:val="both"/>
      </w:pPr>
      <w:r>
        <w:t>Вводные конструкции.</w:t>
      </w:r>
    </w:p>
    <w:p w:rsidR="00B830E9" w:rsidRDefault="00B830E9" w:rsidP="00B830E9">
      <w:pPr>
        <w:pStyle w:val="aff2"/>
        <w:shd w:val="clear" w:color="auto" w:fill="FFFFFF"/>
        <w:spacing w:before="0" w:beforeAutospacing="0" w:after="0" w:afterAutospacing="0"/>
        <w:ind w:firstLine="227"/>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B830E9" w:rsidRDefault="00B830E9" w:rsidP="00B830E9">
      <w:pPr>
        <w:pStyle w:val="aff2"/>
        <w:shd w:val="clear" w:color="auto" w:fill="FFFFFF"/>
        <w:spacing w:before="0" w:beforeAutospacing="0" w:after="0" w:afterAutospacing="0"/>
        <w:ind w:firstLine="227"/>
        <w:jc w:val="both"/>
      </w:pPr>
      <w:r>
        <w:t>Вставные конструкции.</w:t>
      </w:r>
    </w:p>
    <w:p w:rsidR="00B830E9" w:rsidRDefault="00B830E9" w:rsidP="00B830E9">
      <w:pPr>
        <w:pStyle w:val="aff2"/>
        <w:shd w:val="clear" w:color="auto" w:fill="FFFFFF"/>
        <w:spacing w:before="0" w:beforeAutospacing="0" w:after="0" w:afterAutospacing="0"/>
        <w:ind w:firstLine="227"/>
        <w:jc w:val="both"/>
      </w:pPr>
      <w:r>
        <w:t>Омонимия членов предложения и вводных слов, словосочетаний и предложений.</w:t>
      </w:r>
    </w:p>
    <w:p w:rsidR="00B830E9" w:rsidRDefault="00B830E9" w:rsidP="00B830E9">
      <w:pPr>
        <w:pStyle w:val="aff2"/>
        <w:shd w:val="clear" w:color="auto" w:fill="FFFFFF"/>
        <w:spacing w:before="0" w:beforeAutospacing="0" w:after="0" w:afterAutospacing="0"/>
        <w:ind w:firstLine="227"/>
        <w:jc w:val="both"/>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B830E9" w:rsidRDefault="00B830E9" w:rsidP="00B830E9">
      <w:pPr>
        <w:pStyle w:val="aff2"/>
        <w:shd w:val="clear" w:color="auto" w:fill="FFFFFF"/>
        <w:spacing w:before="0" w:beforeAutospacing="0" w:after="0" w:afterAutospacing="0"/>
        <w:ind w:firstLine="227"/>
        <w:jc w:val="both"/>
      </w:pPr>
      <w:r>
        <w:t>Нормы постановки знаков препинания в предложениях с вводными и вставными конструкциями, обращениями и междометиями.</w:t>
      </w:r>
    </w:p>
    <w:p w:rsidR="00B830E9" w:rsidRPr="00A95066" w:rsidRDefault="00B830E9" w:rsidP="00B830E9">
      <w:pPr>
        <w:pStyle w:val="21"/>
        <w:shd w:val="clear" w:color="auto" w:fill="FFFFFF"/>
        <w:spacing w:before="240" w:after="120" w:line="240" w:lineRule="atLeast"/>
        <w:rPr>
          <w:rFonts w:ascii="LiberationSerif" w:hAnsi="LiberationSerif"/>
          <w:caps/>
          <w:sz w:val="22"/>
          <w:szCs w:val="22"/>
          <w:lang w:val="ru-RU"/>
        </w:rPr>
      </w:pPr>
      <w:r w:rsidRPr="00A95066">
        <w:rPr>
          <w:rFonts w:ascii="LiberationSerif" w:hAnsi="LiberationSerif"/>
          <w:caps/>
          <w:sz w:val="22"/>
          <w:szCs w:val="22"/>
          <w:lang w:val="ru-RU"/>
        </w:rPr>
        <w:t>9 КЛАСС</w:t>
      </w:r>
    </w:p>
    <w:p w:rsidR="00B830E9" w:rsidRDefault="00B830E9" w:rsidP="00B830E9">
      <w:pPr>
        <w:pStyle w:val="aff2"/>
        <w:shd w:val="clear" w:color="auto" w:fill="FFFFFF"/>
        <w:spacing w:before="0" w:beforeAutospacing="0" w:after="0" w:afterAutospacing="0"/>
        <w:ind w:firstLine="227"/>
        <w:jc w:val="both"/>
      </w:pPr>
      <w:r>
        <w:rPr>
          <w:b/>
          <w:bCs/>
        </w:rPr>
        <w:t>Общие сведения о языке</w:t>
      </w:r>
    </w:p>
    <w:p w:rsidR="00B830E9" w:rsidRDefault="00B830E9" w:rsidP="00B830E9">
      <w:pPr>
        <w:pStyle w:val="aff2"/>
        <w:shd w:val="clear" w:color="auto" w:fill="FFFFFF"/>
        <w:spacing w:before="0" w:beforeAutospacing="0" w:after="0" w:afterAutospacing="0"/>
        <w:ind w:firstLine="227"/>
        <w:jc w:val="both"/>
      </w:pPr>
      <w:r>
        <w:t>Роль русского языка в Российской Федерации.</w:t>
      </w:r>
    </w:p>
    <w:p w:rsidR="00B830E9" w:rsidRDefault="00B830E9" w:rsidP="00B830E9">
      <w:pPr>
        <w:pStyle w:val="aff2"/>
        <w:shd w:val="clear" w:color="auto" w:fill="FFFFFF"/>
        <w:spacing w:before="0" w:beforeAutospacing="0" w:after="0" w:afterAutospacing="0"/>
        <w:ind w:firstLine="227"/>
        <w:jc w:val="both"/>
      </w:pPr>
      <w:r>
        <w:t>Русский язык в современном мире.</w:t>
      </w:r>
    </w:p>
    <w:p w:rsidR="00B830E9" w:rsidRDefault="00B830E9" w:rsidP="00B830E9">
      <w:pPr>
        <w:pStyle w:val="aff2"/>
        <w:shd w:val="clear" w:color="auto" w:fill="FFFFFF"/>
        <w:spacing w:before="0" w:beforeAutospacing="0" w:after="0" w:afterAutospacing="0"/>
        <w:ind w:firstLine="227"/>
        <w:jc w:val="both"/>
      </w:pPr>
      <w:r>
        <w:rPr>
          <w:b/>
          <w:bCs/>
        </w:rPr>
        <w:t>Язык и речь</w:t>
      </w:r>
    </w:p>
    <w:p w:rsidR="00B830E9" w:rsidRDefault="00B830E9" w:rsidP="00B830E9">
      <w:pPr>
        <w:pStyle w:val="aff2"/>
        <w:shd w:val="clear" w:color="auto" w:fill="FFFFFF"/>
        <w:spacing w:before="0" w:beforeAutospacing="0" w:after="0" w:afterAutospacing="0"/>
        <w:ind w:firstLine="227"/>
        <w:jc w:val="both"/>
      </w:pPr>
      <w:r>
        <w:t>Речь устная и письменная, монологическая и диалогическая, полилог (повторение).</w:t>
      </w:r>
    </w:p>
    <w:p w:rsidR="00B830E9" w:rsidRDefault="00B830E9" w:rsidP="00B830E9">
      <w:pPr>
        <w:pStyle w:val="aff2"/>
        <w:shd w:val="clear" w:color="auto" w:fill="FFFFFF"/>
        <w:spacing w:before="0" w:beforeAutospacing="0" w:after="0" w:afterAutospacing="0"/>
        <w:ind w:firstLine="227"/>
        <w:jc w:val="both"/>
      </w:pPr>
      <w:r>
        <w:t>Виды речевой деятельности: говорение, письмо, аудирование, чтение (повторение).</w:t>
      </w:r>
    </w:p>
    <w:p w:rsidR="00B830E9" w:rsidRDefault="00B830E9" w:rsidP="00B830E9">
      <w:pPr>
        <w:pStyle w:val="aff2"/>
        <w:shd w:val="clear" w:color="auto" w:fill="FFFFFF"/>
        <w:spacing w:before="0" w:beforeAutospacing="0" w:after="0" w:afterAutospacing="0"/>
        <w:ind w:firstLine="227"/>
        <w:jc w:val="both"/>
      </w:pPr>
      <w:r>
        <w:t>Виды аудирования: выборочное, ознакомительное, детальное.</w:t>
      </w:r>
    </w:p>
    <w:p w:rsidR="00B830E9" w:rsidRDefault="00B830E9" w:rsidP="00B830E9">
      <w:pPr>
        <w:pStyle w:val="aff2"/>
        <w:shd w:val="clear" w:color="auto" w:fill="FFFFFF"/>
        <w:spacing w:before="0" w:beforeAutospacing="0" w:after="0" w:afterAutospacing="0"/>
        <w:ind w:firstLine="227"/>
        <w:jc w:val="both"/>
      </w:pPr>
      <w:r>
        <w:t>Виды чтения: изучающее, ознакомительное, просмотровое, поисковое.</w:t>
      </w:r>
    </w:p>
    <w:p w:rsidR="00B830E9" w:rsidRDefault="00B830E9" w:rsidP="00B830E9">
      <w:pPr>
        <w:pStyle w:val="aff2"/>
        <w:shd w:val="clear" w:color="auto" w:fill="FFFFFF"/>
        <w:spacing w:before="0" w:beforeAutospacing="0" w:after="0" w:afterAutospacing="0"/>
        <w:ind w:firstLine="227"/>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B830E9" w:rsidRDefault="00B830E9" w:rsidP="00B830E9">
      <w:pPr>
        <w:pStyle w:val="aff2"/>
        <w:shd w:val="clear" w:color="auto" w:fill="FFFFFF"/>
        <w:spacing w:before="0" w:beforeAutospacing="0" w:after="0" w:afterAutospacing="0"/>
        <w:ind w:firstLine="227"/>
        <w:jc w:val="both"/>
      </w:pPr>
      <w:r>
        <w:t>Подробное, сжатое, выборочное изложение прочитанного или прослушанного текста.</w:t>
      </w:r>
    </w:p>
    <w:p w:rsidR="00B830E9" w:rsidRDefault="00B830E9" w:rsidP="00B830E9">
      <w:pPr>
        <w:pStyle w:val="aff2"/>
        <w:shd w:val="clear" w:color="auto" w:fill="FFFFFF"/>
        <w:spacing w:before="0" w:beforeAutospacing="0" w:after="0" w:afterAutospacing="0"/>
        <w:ind w:firstLine="227"/>
        <w:jc w:val="both"/>
      </w:pPr>
      <w:r>
        <w:t>Соблюдение языковых норм (орфоэпических, лексических, грамматических, стилистических, орфографических, пунктуа</w:t>
      </w:r>
      <w:r>
        <w:softHyphen/>
        <w:t>ционных) русского литературного языка в речевой практике при создании устных и письменных высказываний.</w:t>
      </w:r>
    </w:p>
    <w:p w:rsidR="00B830E9" w:rsidRDefault="00B830E9" w:rsidP="00B830E9">
      <w:pPr>
        <w:pStyle w:val="aff2"/>
        <w:shd w:val="clear" w:color="auto" w:fill="FFFFFF"/>
        <w:spacing w:before="0" w:beforeAutospacing="0" w:after="0" w:afterAutospacing="0"/>
        <w:ind w:firstLine="227"/>
        <w:jc w:val="both"/>
      </w:pPr>
      <w:r>
        <w:t>Приёмы работы с учебной книгой, лингвистическими словарями, справочной литературой.</w:t>
      </w:r>
    </w:p>
    <w:p w:rsidR="00B830E9" w:rsidRDefault="00B830E9" w:rsidP="00B830E9">
      <w:pPr>
        <w:pStyle w:val="aff2"/>
        <w:shd w:val="clear" w:color="auto" w:fill="FFFFFF"/>
        <w:spacing w:before="0" w:beforeAutospacing="0" w:after="0" w:afterAutospacing="0"/>
        <w:ind w:firstLine="227"/>
        <w:jc w:val="both"/>
      </w:pPr>
      <w:r>
        <w:rPr>
          <w:b/>
          <w:bCs/>
        </w:rPr>
        <w:t>Текст</w:t>
      </w:r>
    </w:p>
    <w:p w:rsidR="00B830E9" w:rsidRDefault="00B830E9" w:rsidP="00B830E9">
      <w:pPr>
        <w:pStyle w:val="aff2"/>
        <w:shd w:val="clear" w:color="auto" w:fill="FFFFFF"/>
        <w:spacing w:before="0" w:beforeAutospacing="0" w:after="0" w:afterAutospacing="0"/>
        <w:ind w:firstLine="227"/>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B830E9" w:rsidRDefault="00B830E9" w:rsidP="00B830E9">
      <w:pPr>
        <w:pStyle w:val="aff2"/>
        <w:shd w:val="clear" w:color="auto" w:fill="FFFFFF"/>
        <w:spacing w:before="0" w:beforeAutospacing="0" w:after="0" w:afterAutospacing="0"/>
        <w:ind w:firstLine="227"/>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B830E9" w:rsidRDefault="00B830E9" w:rsidP="00B830E9">
      <w:pPr>
        <w:pStyle w:val="aff2"/>
        <w:shd w:val="clear" w:color="auto" w:fill="FFFFFF"/>
        <w:spacing w:before="0" w:beforeAutospacing="0" w:after="0" w:afterAutospacing="0"/>
        <w:ind w:firstLine="227"/>
        <w:jc w:val="both"/>
      </w:pPr>
      <w:r>
        <w:t>Информационная переработка текста.</w:t>
      </w:r>
    </w:p>
    <w:p w:rsidR="00B830E9" w:rsidRDefault="00B830E9" w:rsidP="00B830E9">
      <w:pPr>
        <w:pStyle w:val="aff2"/>
        <w:shd w:val="clear" w:color="auto" w:fill="FFFFFF"/>
        <w:spacing w:before="0" w:beforeAutospacing="0" w:after="0" w:afterAutospacing="0"/>
        <w:ind w:firstLine="227"/>
        <w:jc w:val="both"/>
      </w:pPr>
      <w:r>
        <w:lastRenderedPageBreak/>
        <w:t>Функциональные разновидности языка</w:t>
      </w:r>
    </w:p>
    <w:p w:rsidR="00B830E9" w:rsidRDefault="00B830E9" w:rsidP="00B830E9">
      <w:pPr>
        <w:pStyle w:val="aff2"/>
        <w:shd w:val="clear" w:color="auto" w:fill="FFFFFF"/>
        <w:spacing w:before="0" w:beforeAutospacing="0" w:after="0" w:afterAutospacing="0"/>
        <w:ind w:firstLine="227"/>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B830E9" w:rsidRDefault="00B830E9" w:rsidP="00B830E9">
      <w:pPr>
        <w:pStyle w:val="aff2"/>
        <w:shd w:val="clear" w:color="auto" w:fill="FFFFFF"/>
        <w:spacing w:before="0" w:beforeAutospacing="0" w:after="0" w:afterAutospacing="0"/>
        <w:ind w:firstLine="227"/>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B830E9" w:rsidRDefault="00B830E9" w:rsidP="00B830E9">
      <w:pPr>
        <w:pStyle w:val="aff2"/>
        <w:shd w:val="clear" w:color="auto" w:fill="FFFFFF"/>
        <w:spacing w:before="0" w:beforeAutospacing="0" w:after="0" w:afterAutospacing="0"/>
        <w:ind w:firstLine="227"/>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B830E9" w:rsidRDefault="00B830E9" w:rsidP="00B830E9">
      <w:pPr>
        <w:pStyle w:val="aff2"/>
        <w:shd w:val="clear" w:color="auto" w:fill="FFFFFF"/>
        <w:spacing w:before="0" w:beforeAutospacing="0" w:after="0" w:afterAutospacing="0"/>
        <w:ind w:firstLine="227"/>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B830E9" w:rsidRDefault="00B830E9" w:rsidP="00B830E9">
      <w:pPr>
        <w:pStyle w:val="aff2"/>
        <w:shd w:val="clear" w:color="auto" w:fill="FFFFFF"/>
        <w:spacing w:before="0" w:beforeAutospacing="0" w:after="0" w:afterAutospacing="0"/>
        <w:ind w:firstLine="227"/>
        <w:jc w:val="both"/>
      </w:pPr>
      <w:r>
        <w:rPr>
          <w:b/>
          <w:bCs/>
        </w:rPr>
        <w:t>Синтаксис. Культура речи. Пунктуация</w:t>
      </w:r>
    </w:p>
    <w:p w:rsidR="00B830E9" w:rsidRDefault="00B830E9" w:rsidP="00B830E9">
      <w:pPr>
        <w:pStyle w:val="aff2"/>
        <w:shd w:val="clear" w:color="auto" w:fill="FFFFFF"/>
        <w:spacing w:before="0" w:beforeAutospacing="0" w:after="0" w:afterAutospacing="0"/>
        <w:ind w:firstLine="227"/>
        <w:jc w:val="both"/>
      </w:pPr>
      <w:r>
        <w:rPr>
          <w:b/>
          <w:bCs/>
        </w:rPr>
        <w:t>Сложное предложение</w:t>
      </w:r>
    </w:p>
    <w:p w:rsidR="00B830E9" w:rsidRDefault="00B830E9" w:rsidP="00B830E9">
      <w:pPr>
        <w:pStyle w:val="aff2"/>
        <w:shd w:val="clear" w:color="auto" w:fill="FFFFFF"/>
        <w:spacing w:before="0" w:beforeAutospacing="0" w:after="0" w:afterAutospacing="0"/>
        <w:ind w:firstLine="227"/>
        <w:jc w:val="both"/>
      </w:pPr>
      <w:r>
        <w:t>Понятие о сложном предложении (повторение).</w:t>
      </w:r>
    </w:p>
    <w:p w:rsidR="00B830E9" w:rsidRDefault="00B830E9" w:rsidP="00B830E9">
      <w:pPr>
        <w:pStyle w:val="aff2"/>
        <w:shd w:val="clear" w:color="auto" w:fill="FFFFFF"/>
        <w:spacing w:before="0" w:beforeAutospacing="0" w:after="0" w:afterAutospacing="0"/>
        <w:ind w:firstLine="227"/>
        <w:jc w:val="both"/>
      </w:pPr>
      <w:r>
        <w:t>Классификация сложных предложений. </w:t>
      </w:r>
    </w:p>
    <w:p w:rsidR="00B830E9" w:rsidRDefault="00B830E9" w:rsidP="00B830E9">
      <w:pPr>
        <w:pStyle w:val="aff2"/>
        <w:shd w:val="clear" w:color="auto" w:fill="FFFFFF"/>
        <w:spacing w:before="0" w:beforeAutospacing="0" w:after="0" w:afterAutospacing="0"/>
        <w:ind w:firstLine="227"/>
        <w:jc w:val="both"/>
      </w:pPr>
      <w:r>
        <w:t>Смысловое, структурное и интонационное единство частей сложного предложения.</w:t>
      </w:r>
    </w:p>
    <w:p w:rsidR="00B830E9" w:rsidRDefault="00B830E9" w:rsidP="00B830E9">
      <w:pPr>
        <w:pStyle w:val="aff2"/>
        <w:shd w:val="clear" w:color="auto" w:fill="FFFFFF"/>
        <w:spacing w:before="0" w:beforeAutospacing="0" w:after="0" w:afterAutospacing="0"/>
        <w:ind w:firstLine="227"/>
        <w:jc w:val="both"/>
      </w:pPr>
      <w:r>
        <w:rPr>
          <w:b/>
          <w:bCs/>
        </w:rPr>
        <w:t>Сложносочинённое предложение</w:t>
      </w:r>
    </w:p>
    <w:p w:rsidR="00B830E9" w:rsidRDefault="00B830E9" w:rsidP="00B830E9">
      <w:pPr>
        <w:pStyle w:val="aff2"/>
        <w:shd w:val="clear" w:color="auto" w:fill="FFFFFF"/>
        <w:spacing w:before="0" w:beforeAutospacing="0" w:after="0" w:afterAutospacing="0"/>
        <w:ind w:firstLine="227"/>
        <w:jc w:val="both"/>
      </w:pPr>
      <w:r>
        <w:t>Понятие о сложносочинённом предложении, его строении.</w:t>
      </w:r>
    </w:p>
    <w:p w:rsidR="00B830E9" w:rsidRDefault="00B830E9" w:rsidP="00B830E9">
      <w:pPr>
        <w:pStyle w:val="aff2"/>
        <w:shd w:val="clear" w:color="auto" w:fill="FFFFFF"/>
        <w:spacing w:before="0" w:beforeAutospacing="0" w:after="0" w:afterAutospacing="0"/>
        <w:ind w:firstLine="227"/>
        <w:jc w:val="both"/>
      </w:pPr>
      <w:r>
        <w:t>Виды сложносочинённых предложений. Средства связи частей сложносочинённого предложения.  </w:t>
      </w:r>
    </w:p>
    <w:p w:rsidR="00B830E9" w:rsidRDefault="00B830E9" w:rsidP="00B830E9">
      <w:pPr>
        <w:pStyle w:val="aff2"/>
        <w:shd w:val="clear" w:color="auto" w:fill="FFFFFF"/>
        <w:spacing w:before="0" w:beforeAutospacing="0" w:after="0" w:afterAutospacing="0"/>
        <w:ind w:firstLine="227"/>
        <w:jc w:val="both"/>
      </w:pPr>
      <w:r>
        <w:t>Интонационные особенности сложносочинённых предложений с разными смысловыми отношениями между частями.</w:t>
      </w:r>
    </w:p>
    <w:p w:rsidR="00B830E9" w:rsidRDefault="00B830E9" w:rsidP="00B830E9">
      <w:pPr>
        <w:pStyle w:val="aff2"/>
        <w:shd w:val="clear" w:color="auto" w:fill="FFFFFF"/>
        <w:spacing w:before="0" w:beforeAutospacing="0" w:after="0" w:afterAutospacing="0"/>
        <w:ind w:firstLine="227"/>
        <w:jc w:val="both"/>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B830E9" w:rsidRDefault="00B830E9" w:rsidP="00B830E9">
      <w:pPr>
        <w:pStyle w:val="aff2"/>
        <w:shd w:val="clear" w:color="auto" w:fill="FFFFFF"/>
        <w:spacing w:before="0" w:beforeAutospacing="0" w:after="0" w:afterAutospacing="0"/>
        <w:ind w:firstLine="227"/>
        <w:jc w:val="both"/>
      </w:pPr>
      <w:r>
        <w:t>Нормы построения сложносочинённого предложения; нормы постановки знаков препинания в сложных предложениях (обобщение).</w:t>
      </w:r>
    </w:p>
    <w:p w:rsidR="00B830E9" w:rsidRDefault="00B830E9" w:rsidP="00B830E9">
      <w:pPr>
        <w:pStyle w:val="aff2"/>
        <w:shd w:val="clear" w:color="auto" w:fill="FFFFFF"/>
        <w:spacing w:before="0" w:beforeAutospacing="0" w:after="0" w:afterAutospacing="0"/>
        <w:ind w:firstLine="227"/>
        <w:jc w:val="both"/>
      </w:pPr>
      <w:r>
        <w:t>Синтаксический и пунктуационный анализ сложносочинённых предложений.</w:t>
      </w:r>
    </w:p>
    <w:p w:rsidR="00B830E9" w:rsidRDefault="00B830E9" w:rsidP="00B830E9">
      <w:pPr>
        <w:pStyle w:val="aff2"/>
        <w:shd w:val="clear" w:color="auto" w:fill="FFFFFF"/>
        <w:spacing w:before="0" w:beforeAutospacing="0" w:after="0" w:afterAutospacing="0"/>
        <w:ind w:firstLine="227"/>
        <w:jc w:val="both"/>
      </w:pPr>
      <w:r>
        <w:rPr>
          <w:b/>
          <w:bCs/>
        </w:rPr>
        <w:t>Сложноподчинённое предложение</w:t>
      </w:r>
    </w:p>
    <w:p w:rsidR="00B830E9" w:rsidRDefault="00B830E9" w:rsidP="00B830E9">
      <w:pPr>
        <w:pStyle w:val="aff2"/>
        <w:shd w:val="clear" w:color="auto" w:fill="FFFFFF"/>
        <w:spacing w:before="0" w:beforeAutospacing="0" w:after="0" w:afterAutospacing="0"/>
        <w:ind w:firstLine="227"/>
        <w:jc w:val="both"/>
      </w:pPr>
      <w:r>
        <w:t>Понятие о сложноподчинённом предложении. Главная и придаточная части предложения.</w:t>
      </w:r>
    </w:p>
    <w:p w:rsidR="00B830E9" w:rsidRDefault="00B830E9" w:rsidP="00B830E9">
      <w:pPr>
        <w:pStyle w:val="aff2"/>
        <w:shd w:val="clear" w:color="auto" w:fill="FFFFFF"/>
        <w:spacing w:before="0" w:beforeAutospacing="0" w:after="0" w:afterAutospacing="0"/>
        <w:ind w:firstLine="227"/>
        <w:jc w:val="both"/>
      </w:pPr>
      <w:r>
        <w:t>Союзы и союзные слова. Различия подчинительных союзов и союзных слов.</w:t>
      </w:r>
    </w:p>
    <w:p w:rsidR="00B830E9" w:rsidRDefault="00B830E9" w:rsidP="00B830E9">
      <w:pPr>
        <w:pStyle w:val="aff2"/>
        <w:shd w:val="clear" w:color="auto" w:fill="FFFFFF"/>
        <w:spacing w:before="0" w:beforeAutospacing="0" w:after="0" w:afterAutospacing="0"/>
        <w:ind w:firstLine="227"/>
        <w:jc w:val="both"/>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B830E9" w:rsidRDefault="00B830E9" w:rsidP="00B830E9">
      <w:pPr>
        <w:pStyle w:val="aff2"/>
        <w:shd w:val="clear" w:color="auto" w:fill="FFFFFF"/>
        <w:spacing w:before="0" w:beforeAutospacing="0" w:after="0" w:afterAutospacing="0"/>
        <w:ind w:firstLine="227"/>
        <w:jc w:val="both"/>
      </w:pPr>
      <w:r>
        <w:t>Грамматическая синонимия сложноподчинённых предложений и простых предложений с обособленными членами.</w:t>
      </w:r>
    </w:p>
    <w:p w:rsidR="00B830E9" w:rsidRDefault="00B830E9" w:rsidP="00B830E9">
      <w:pPr>
        <w:pStyle w:val="aff2"/>
        <w:shd w:val="clear" w:color="auto" w:fill="FFFFFF"/>
        <w:spacing w:before="0" w:beforeAutospacing="0" w:after="0" w:afterAutospacing="0"/>
        <w:ind w:firstLine="227"/>
        <w:jc w:val="both"/>
      </w:pPr>
      <w: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w:t>
      </w:r>
      <w:proofErr w:type="gramStart"/>
      <w:r>
        <w:t>придаточными</w:t>
      </w:r>
      <w:proofErr w:type="gramEnd"/>
      <w:r>
        <w:t xml:space="preserve">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w:t>
      </w:r>
      <w:r>
        <w:softHyphen/>
        <w:t>ными.</w:t>
      </w:r>
    </w:p>
    <w:p w:rsidR="00B830E9" w:rsidRDefault="00B830E9" w:rsidP="00B830E9">
      <w:pPr>
        <w:pStyle w:val="aff2"/>
        <w:shd w:val="clear" w:color="auto" w:fill="FFFFFF"/>
        <w:spacing w:before="0" w:beforeAutospacing="0" w:after="0" w:afterAutospacing="0"/>
        <w:ind w:firstLine="227"/>
        <w:jc w:val="both"/>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b/>
          <w:bCs/>
          <w:i/>
          <w:iCs/>
        </w:rPr>
        <w:t>чтобы</w:t>
      </w:r>
      <w:r>
        <w:t>, союзными словами </w:t>
      </w:r>
      <w:r>
        <w:rPr>
          <w:b/>
          <w:bCs/>
          <w:i/>
          <w:iCs/>
        </w:rPr>
        <w:t>какой</w:t>
      </w:r>
      <w:r>
        <w:t>, </w:t>
      </w:r>
      <w:r>
        <w:rPr>
          <w:b/>
          <w:bCs/>
          <w:i/>
          <w:iCs/>
        </w:rPr>
        <w:t>который</w:t>
      </w:r>
      <w:r>
        <w:t>. Типичные грамматические ошибки при построении сложноподчинённых предложений.</w:t>
      </w:r>
    </w:p>
    <w:p w:rsidR="00B830E9" w:rsidRDefault="00B830E9" w:rsidP="00B830E9">
      <w:pPr>
        <w:pStyle w:val="aff2"/>
        <w:shd w:val="clear" w:color="auto" w:fill="FFFFFF"/>
        <w:spacing w:before="0" w:beforeAutospacing="0" w:after="0" w:afterAutospacing="0"/>
        <w:ind w:firstLine="227"/>
        <w:jc w:val="both"/>
      </w:pPr>
      <w:r>
        <w:t>Сложноподчинённые предложения с несколькими придаточными. Однородное, неоднородное и последовательное подчинение придаточных частей.</w:t>
      </w:r>
    </w:p>
    <w:p w:rsidR="00B830E9" w:rsidRDefault="00B830E9" w:rsidP="00B830E9">
      <w:pPr>
        <w:pStyle w:val="aff2"/>
        <w:shd w:val="clear" w:color="auto" w:fill="FFFFFF"/>
        <w:spacing w:before="0" w:beforeAutospacing="0" w:after="0" w:afterAutospacing="0"/>
        <w:ind w:firstLine="227"/>
        <w:jc w:val="both"/>
      </w:pPr>
      <w:r>
        <w:t>Нормы постановки знаков препинания в сложноподчинённых предложениях.</w:t>
      </w:r>
    </w:p>
    <w:p w:rsidR="00B830E9" w:rsidRDefault="00B830E9" w:rsidP="00B830E9">
      <w:pPr>
        <w:pStyle w:val="aff2"/>
        <w:shd w:val="clear" w:color="auto" w:fill="FFFFFF"/>
        <w:spacing w:before="0" w:beforeAutospacing="0" w:after="0" w:afterAutospacing="0"/>
        <w:ind w:firstLine="227"/>
        <w:jc w:val="both"/>
      </w:pPr>
      <w:r>
        <w:t>Синтаксический и пунктуационный анализ сложноподчинённых предложений.</w:t>
      </w:r>
    </w:p>
    <w:p w:rsidR="00B830E9" w:rsidRDefault="00B830E9" w:rsidP="00B830E9">
      <w:pPr>
        <w:pStyle w:val="aff2"/>
        <w:shd w:val="clear" w:color="auto" w:fill="FFFFFF"/>
        <w:spacing w:before="0" w:beforeAutospacing="0" w:after="0" w:afterAutospacing="0"/>
        <w:ind w:firstLine="227"/>
        <w:jc w:val="both"/>
      </w:pPr>
      <w:r>
        <w:rPr>
          <w:b/>
          <w:bCs/>
        </w:rPr>
        <w:t>Бессоюзное сложное предложение</w:t>
      </w:r>
    </w:p>
    <w:p w:rsidR="00B830E9" w:rsidRDefault="00B830E9" w:rsidP="00B830E9">
      <w:pPr>
        <w:pStyle w:val="aff2"/>
        <w:shd w:val="clear" w:color="auto" w:fill="FFFFFF"/>
        <w:spacing w:before="0" w:beforeAutospacing="0" w:after="0" w:afterAutospacing="0"/>
        <w:ind w:firstLine="227"/>
        <w:jc w:val="both"/>
      </w:pPr>
      <w:r>
        <w:t>Понятие о бессоюзном сложном предложении.</w:t>
      </w:r>
    </w:p>
    <w:p w:rsidR="00B830E9" w:rsidRDefault="00B830E9" w:rsidP="00B830E9">
      <w:pPr>
        <w:pStyle w:val="aff2"/>
        <w:shd w:val="clear" w:color="auto" w:fill="FFFFFF"/>
        <w:spacing w:before="0" w:beforeAutospacing="0" w:after="0" w:afterAutospacing="0"/>
        <w:ind w:firstLine="227"/>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B830E9" w:rsidRDefault="00B830E9" w:rsidP="00B830E9">
      <w:pPr>
        <w:pStyle w:val="aff2"/>
        <w:shd w:val="clear" w:color="auto" w:fill="FFFFFF"/>
        <w:spacing w:before="0" w:beforeAutospacing="0" w:after="0" w:afterAutospacing="0"/>
        <w:ind w:firstLine="227"/>
        <w:jc w:val="both"/>
      </w:pPr>
      <w:r>
        <w:lastRenderedPageBreak/>
        <w:t>Бессоюзные сложные предложения со значением перечисления. Запятая и точка с запятой в бессоюзном сложном предложении.</w:t>
      </w:r>
    </w:p>
    <w:p w:rsidR="00B830E9" w:rsidRDefault="00B830E9" w:rsidP="00B830E9">
      <w:pPr>
        <w:pStyle w:val="aff2"/>
        <w:shd w:val="clear" w:color="auto" w:fill="FFFFFF"/>
        <w:spacing w:before="0" w:beforeAutospacing="0" w:after="0" w:afterAutospacing="0"/>
        <w:ind w:firstLine="227"/>
        <w:jc w:val="both"/>
      </w:pPr>
      <w:r>
        <w:t>Бессоюзные сложные предложения со значением причины, пояснения, дополнения. Двоеточие в бессоюзном сложном предложении.</w:t>
      </w:r>
    </w:p>
    <w:p w:rsidR="00B830E9" w:rsidRDefault="00B830E9" w:rsidP="00B830E9">
      <w:pPr>
        <w:pStyle w:val="aff2"/>
        <w:shd w:val="clear" w:color="auto" w:fill="FFFFFF"/>
        <w:spacing w:before="0" w:beforeAutospacing="0" w:after="0" w:afterAutospacing="0"/>
        <w:ind w:firstLine="227"/>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B830E9" w:rsidRDefault="00B830E9" w:rsidP="00B830E9">
      <w:pPr>
        <w:pStyle w:val="aff2"/>
        <w:shd w:val="clear" w:color="auto" w:fill="FFFFFF"/>
        <w:spacing w:before="0" w:beforeAutospacing="0" w:after="0" w:afterAutospacing="0"/>
        <w:ind w:firstLine="227"/>
        <w:jc w:val="both"/>
      </w:pPr>
      <w:r>
        <w:t>Синтаксический и пунктуационный анализ бессоюзных сложных предложений.</w:t>
      </w:r>
    </w:p>
    <w:p w:rsidR="00B830E9" w:rsidRDefault="00B830E9" w:rsidP="00B830E9">
      <w:pPr>
        <w:pStyle w:val="aff2"/>
        <w:shd w:val="clear" w:color="auto" w:fill="FFFFFF"/>
        <w:spacing w:before="0" w:beforeAutospacing="0" w:after="0" w:afterAutospacing="0"/>
        <w:ind w:firstLine="227"/>
        <w:jc w:val="both"/>
      </w:pPr>
      <w:r>
        <w:rPr>
          <w:b/>
          <w:bCs/>
        </w:rPr>
        <w:t>Сложные предложения с разными видами союзной и бессоюзной связи</w:t>
      </w:r>
    </w:p>
    <w:p w:rsidR="00B830E9" w:rsidRDefault="00B830E9" w:rsidP="00B830E9">
      <w:pPr>
        <w:pStyle w:val="aff2"/>
        <w:shd w:val="clear" w:color="auto" w:fill="FFFFFF"/>
        <w:spacing w:before="0" w:beforeAutospacing="0" w:after="0" w:afterAutospacing="0"/>
        <w:ind w:firstLine="227"/>
        <w:jc w:val="both"/>
      </w:pPr>
      <w:r>
        <w:t>Типы сложных предложений с разными видами связи.</w:t>
      </w:r>
    </w:p>
    <w:p w:rsidR="00B830E9" w:rsidRDefault="00B830E9" w:rsidP="00B830E9">
      <w:pPr>
        <w:pStyle w:val="aff2"/>
        <w:shd w:val="clear" w:color="auto" w:fill="FFFFFF"/>
        <w:spacing w:before="0" w:beforeAutospacing="0" w:after="0" w:afterAutospacing="0"/>
        <w:ind w:firstLine="227"/>
        <w:jc w:val="both"/>
      </w:pPr>
      <w:r>
        <w:t>Синтаксический и пунктуационный анализ сложных предложений с разными видами союзной и бессоюзной связи.</w:t>
      </w:r>
    </w:p>
    <w:p w:rsidR="00B830E9" w:rsidRDefault="00B830E9" w:rsidP="00B830E9">
      <w:pPr>
        <w:pStyle w:val="aff2"/>
        <w:shd w:val="clear" w:color="auto" w:fill="FFFFFF"/>
        <w:spacing w:before="0" w:beforeAutospacing="0" w:after="0" w:afterAutospacing="0"/>
        <w:ind w:firstLine="227"/>
        <w:jc w:val="both"/>
      </w:pPr>
      <w:r>
        <w:rPr>
          <w:b/>
          <w:bCs/>
        </w:rPr>
        <w:t>Прямая и косвенная речь</w:t>
      </w:r>
    </w:p>
    <w:p w:rsidR="00B830E9" w:rsidRDefault="00B830E9" w:rsidP="00B830E9">
      <w:pPr>
        <w:pStyle w:val="aff2"/>
        <w:shd w:val="clear" w:color="auto" w:fill="FFFFFF"/>
        <w:spacing w:before="0" w:beforeAutospacing="0" w:after="0" w:afterAutospacing="0"/>
        <w:ind w:firstLine="227"/>
        <w:jc w:val="both"/>
      </w:pPr>
      <w:r>
        <w:t>Прямая и косвенная речь. Синонимия предложений с прямой и косвенной речью.</w:t>
      </w:r>
    </w:p>
    <w:p w:rsidR="00B830E9" w:rsidRDefault="00B830E9" w:rsidP="00B830E9">
      <w:pPr>
        <w:pStyle w:val="aff2"/>
        <w:shd w:val="clear" w:color="auto" w:fill="FFFFFF"/>
        <w:spacing w:before="0" w:beforeAutospacing="0" w:after="0" w:afterAutospacing="0"/>
        <w:ind w:firstLine="227"/>
        <w:jc w:val="both"/>
      </w:pPr>
      <w:r>
        <w:t>Цитирование. Способы включения цитат в высказывание.</w:t>
      </w:r>
    </w:p>
    <w:p w:rsidR="00B830E9" w:rsidRDefault="00B830E9" w:rsidP="00B830E9">
      <w:pPr>
        <w:pStyle w:val="aff2"/>
        <w:shd w:val="clear" w:color="auto" w:fill="FFFFFF"/>
        <w:spacing w:before="0" w:beforeAutospacing="0" w:after="0" w:afterAutospacing="0"/>
        <w:ind w:firstLine="227"/>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B830E9" w:rsidRDefault="00B830E9" w:rsidP="00B830E9">
      <w:pPr>
        <w:pStyle w:val="aff2"/>
        <w:shd w:val="clear" w:color="auto" w:fill="FFFFFF"/>
        <w:spacing w:before="0" w:beforeAutospacing="0" w:after="0" w:afterAutospacing="0"/>
        <w:ind w:firstLine="227"/>
        <w:jc w:val="both"/>
      </w:pPr>
      <w:r>
        <w:t>Применение знаний по синтаксису и пунктуации в практике правописания.</w:t>
      </w:r>
    </w:p>
    <w:p w:rsidR="00B830E9" w:rsidRPr="00A95066" w:rsidRDefault="00B830E9" w:rsidP="00B830E9">
      <w:pPr>
        <w:pStyle w:val="1"/>
        <w:pBdr>
          <w:bottom w:val="single" w:sz="6" w:space="5" w:color="000000"/>
        </w:pBdr>
        <w:shd w:val="clear" w:color="auto" w:fill="FFFFFF"/>
        <w:spacing w:after="240" w:line="240" w:lineRule="atLeast"/>
        <w:rPr>
          <w:rFonts w:ascii="LiberationSerif" w:hAnsi="LiberationSerif"/>
          <w:caps/>
          <w:color w:val="000000"/>
          <w:sz w:val="24"/>
          <w:szCs w:val="24"/>
          <w:lang w:val="ru-RU"/>
        </w:rPr>
      </w:pPr>
      <w:r w:rsidRPr="00A95066">
        <w:rPr>
          <w:rFonts w:ascii="LiberationSerif" w:hAnsi="LiberationSerif"/>
          <w:caps/>
          <w:color w:val="000000"/>
          <w:sz w:val="24"/>
          <w:szCs w:val="24"/>
          <w:lang w:val="ru-RU"/>
        </w:rPr>
        <w:t>ПЛАНИРУЕМЫЕ ОБРАЗОВАТЕЛЬНЫЕ РЕЗУЛЬТАТЫ</w:t>
      </w:r>
    </w:p>
    <w:p w:rsidR="00B830E9" w:rsidRPr="00A95066" w:rsidRDefault="00B830E9" w:rsidP="00B830E9">
      <w:pPr>
        <w:pStyle w:val="21"/>
        <w:shd w:val="clear" w:color="auto" w:fill="FFFFFF"/>
        <w:spacing w:before="240" w:after="120" w:line="240" w:lineRule="atLeast"/>
        <w:rPr>
          <w:rFonts w:ascii="LiberationSerif" w:hAnsi="LiberationSerif"/>
          <w:caps/>
          <w:color w:val="000000"/>
          <w:sz w:val="22"/>
          <w:szCs w:val="22"/>
          <w:lang w:val="ru-RU"/>
        </w:rPr>
      </w:pPr>
      <w:r w:rsidRPr="00A95066">
        <w:rPr>
          <w:rFonts w:ascii="LiberationSerif" w:hAnsi="LiberationSerif"/>
          <w:caps/>
          <w:color w:val="000000"/>
          <w:sz w:val="22"/>
          <w:szCs w:val="22"/>
          <w:lang w:val="ru-RU"/>
        </w:rPr>
        <w:t>ЛИЧНОСТНЫЕ РЕЗУЛЬТАТЫ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Гражданского воспитания: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готовность к выполнению обязанностей гражданина и реализации его прав, уважение прав, свобод и законных интересов других людей;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неприятие любых форм экстремизма, дискриминации;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понимание роли различных социальных институтов в жизни человека;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готовность к разнообразной совместной деятельности, стремление к взаимопониманию и взаимопомощи;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активное участие в школьном самоуправлении;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готовность к участию в гуманитарной деятельности (помощь людям, нуждающимся в ней; </w:t>
      </w:r>
      <w:proofErr w:type="spellStart"/>
      <w:r>
        <w:rPr>
          <w:rFonts w:ascii="LiberationSerif" w:hAnsi="LiberationSerif"/>
          <w:color w:val="000000"/>
          <w:sz w:val="22"/>
          <w:szCs w:val="22"/>
        </w:rPr>
        <w:t>волонтёрство</w:t>
      </w:r>
      <w:proofErr w:type="spellEnd"/>
      <w:r>
        <w:rPr>
          <w:rFonts w:ascii="LiberationSerif" w:hAnsi="LiberationSerif"/>
          <w:color w:val="000000"/>
          <w:sz w:val="22"/>
          <w:szCs w:val="22"/>
        </w:rPr>
        <w:t>).</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Патриотического воспитания: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Духовно-нравственного воспитания: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ориентация на моральные ценности и нормы в ситуациях нравственного выбора;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активное неприятие асоциальных поступков;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свобода и ответственность личности в условиях индивидуального и общественного пространства.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Эстетического воспитания: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восприимчивость к разным видам искусства, традициям и творчеству своего и других народов;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понимание эмоционального воздействия искусства;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осознание важности художественной культуры как средства коммуникации и самовыражения;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осознание важности русского языка как средства коммуникации и самовыражения;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понимание ценности отечественного и мирового искусства, роли этнических культурных традиций и народного творчества;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стремление к самовыражению в разных видах искусства.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Физического воспитания, формирования культуры здоровья и эмоционального благополучия: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осознание ценности жизни с опорой на собственный жизненный и читательский опыт;</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осознание последствий и неприятие вредных привычек (употреб</w:t>
      </w:r>
      <w:r>
        <w:rPr>
          <w:rFonts w:ascii="LiberationSerif" w:hAnsi="LiberationSerif"/>
          <w:color w:val="000000"/>
          <w:sz w:val="22"/>
          <w:szCs w:val="22"/>
        </w:rPr>
        <w:softHyphen/>
        <w:t>ление алкоголя, наркотиков, курение) и иных форм вреда для физического и психического здоровья;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соблюдение правил безопасности, в том числе навыки безопасного поведения в интернет-среде в процессе школьного языкового образования;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умение принимать себя и других, не осуждая;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сформированность навыков рефлексии, признание своего права на ошибку и такого же права другого человека.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Трудового воспитания: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интерес к практическому изучению профессий и труда </w:t>
      </w:r>
      <w:r>
        <w:rPr>
          <w:rFonts w:ascii="LiberationSerif" w:hAnsi="LiberationSerif"/>
          <w:color w:val="000000"/>
          <w:sz w:val="22"/>
          <w:szCs w:val="22"/>
        </w:rPr>
        <w:softHyphen/>
        <w:t>раз</w:t>
      </w:r>
      <w:r>
        <w:rPr>
          <w:rFonts w:ascii="LiberationSerif" w:hAnsi="LiberationSerif"/>
          <w:color w:val="000000"/>
          <w:sz w:val="22"/>
          <w:szCs w:val="22"/>
        </w:rPr>
        <w:softHyphen/>
        <w:t>личного рода, в том числе на основе применения изучае</w:t>
      </w:r>
      <w:r>
        <w:rPr>
          <w:rFonts w:ascii="LiberationSerif" w:hAnsi="LiberationSerif"/>
          <w:color w:val="000000"/>
          <w:sz w:val="22"/>
          <w:szCs w:val="22"/>
        </w:rPr>
        <w:softHyphen/>
        <w:t>мого предметного знания и ознакомления с деятельностью филологов, журналистов, писателей;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умение рассказать о своих планах на будущее.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Экологического воспитания: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умение точно, логично выражать свою точку зрения на экологические проблемы;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повышение уровня экологической культуры, осознание глобального характера экологических проблем и путей их решения;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активное неприятие действий, приносящих вред окружающей среде;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Ценности научного познания: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ориентация в деятельности на современную систему научных представлений об основных закономерностях развития чело</w:t>
      </w:r>
      <w:r>
        <w:rPr>
          <w:rFonts w:ascii="LiberationSerif" w:hAnsi="LiberationSerif"/>
          <w:color w:val="000000"/>
          <w:sz w:val="22"/>
          <w:szCs w:val="22"/>
        </w:rPr>
        <w:softHyphen/>
        <w:t>века, природы и общества, взаимосвязях человека с природной и социальной средой;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закономерностях развития языка; овладение языковой и читательской культурой, навыками </w:t>
      </w:r>
      <w:r>
        <w:rPr>
          <w:rFonts w:ascii="LiberationSerif" w:hAnsi="LiberationSerif"/>
          <w:color w:val="000000"/>
          <w:sz w:val="22"/>
          <w:szCs w:val="22"/>
        </w:rPr>
        <w:softHyphen/>
        <w:t>чтения как средства познания мира; овладение основными навыками исследовательской деятельности с учётом специфики школьного языкового образования;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установка на осмысление опыта, наблюдений, поступков и стремление совершенствовать пути достижения индивидуального и коллективного благо</w:t>
      </w:r>
      <w:r>
        <w:rPr>
          <w:rFonts w:ascii="LiberationSerif" w:hAnsi="LiberationSerif"/>
          <w:color w:val="000000"/>
          <w:sz w:val="22"/>
          <w:szCs w:val="22"/>
        </w:rPr>
        <w:softHyphen/>
        <w:t>получия.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Адаптации обучающегося к изменяющимся условиям социальной и природной среды: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w:t>
      </w:r>
      <w:r>
        <w:rPr>
          <w:rFonts w:ascii="LiberationSerif" w:hAnsi="LiberationSerif"/>
          <w:color w:val="000000"/>
          <w:sz w:val="22"/>
          <w:szCs w:val="22"/>
        </w:rPr>
        <w:lastRenderedPageBreak/>
        <w:t>профессиональной деятельности, а также в рамках социального взаимодействия с людьми из другой культурной среды;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потребность во взаимодействии в условиях неопределённости, открытость опыту и знаниям других;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воспринимать стрессовую ситуацию как вызов, требующий контрмер;</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оценивать ситуацию стресса, корректировать принимаемые решения и действия;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формулировать и оценивать риски и последствия, формировать опыт, уметь находить позитивное в сложившейся ситуации;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быть готовым действовать в отсутствие гарантий успеха.</w:t>
      </w:r>
    </w:p>
    <w:p w:rsidR="00B830E9" w:rsidRPr="00A95066" w:rsidRDefault="00B830E9" w:rsidP="00B830E9">
      <w:pPr>
        <w:pStyle w:val="21"/>
        <w:shd w:val="clear" w:color="auto" w:fill="FFFFFF"/>
        <w:spacing w:before="240" w:after="120" w:line="240" w:lineRule="atLeast"/>
        <w:rPr>
          <w:rFonts w:ascii="LiberationSerif" w:hAnsi="LiberationSerif"/>
          <w:caps/>
          <w:color w:val="000000"/>
          <w:sz w:val="22"/>
          <w:szCs w:val="22"/>
          <w:lang w:val="ru-RU"/>
        </w:rPr>
      </w:pPr>
      <w:r w:rsidRPr="00A95066">
        <w:rPr>
          <w:rFonts w:ascii="LiberationSerif" w:hAnsi="LiberationSerif"/>
          <w:caps/>
          <w:color w:val="000000"/>
          <w:sz w:val="22"/>
          <w:szCs w:val="22"/>
          <w:lang w:val="ru-RU"/>
        </w:rPr>
        <w:t>МЕТАПРЕДМЕТНЫЕ РЕЗУЛЬТАТЫ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1. Овладение универсальными учебными познавательными действиями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Базовые логические действия: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и характеризовать существенные признаки языковых единиц, языковых явлений и процессов;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устанавливать существенный признак классификации языковых единиц (явлений), основания для обобщения и сравнения, критерии проводимого анализа;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классифицировать языковые единицы по существенному признаку;</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закономерности и противоречия в рассматриваемых фактах, данных и наблюдениях;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предлагать критерии для выявления закономерностей и противоречий;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дефицит информации текста, необходимой для решения поставленной учебной задачи;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причинно-следственные связи при изучении языковых процессов;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w:t>
      </w:r>
      <w:r>
        <w:rPr>
          <w:rFonts w:ascii="LiberationSerif" w:hAnsi="LiberationSerif"/>
          <w:color w:val="000000"/>
          <w:sz w:val="22"/>
          <w:szCs w:val="22"/>
        </w:rPr>
        <w:softHyphen/>
        <w:t>ный вариант с учётом самостоятельно выделенных критериев.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Базовые исследовательские действия: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использовать вопросы как исследовательский инструмент познания в языковом образовании;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формировать гипотезу об истинности собственных суждений и суждений других, аргументировать свою позицию, мнение;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составлять алгоритм действий и использовать его для решения учебных задач;</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оценивать на применимость и достоверность информацию, полученную в ходе лингвистического исследования (эксперимента);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самостоятельно формулировать обобщения и выводы по результатам проведённого наблюдения, исследования;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инструментами оценки достоверности полученных выводов и обобщений;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Работа с информацией: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выбирать, анализировать, интерпретировать, обобщать и систематизировать информацию, представленную в текстах, таб</w:t>
      </w:r>
      <w:r>
        <w:rPr>
          <w:rFonts w:ascii="LiberationSerif" w:hAnsi="LiberationSerif"/>
          <w:color w:val="000000"/>
          <w:sz w:val="22"/>
          <w:szCs w:val="22"/>
        </w:rPr>
        <w:softHyphen/>
        <w:t>лицах, схемах;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оценивать надёжность информации по критериям, пред</w:t>
      </w:r>
      <w:r>
        <w:rPr>
          <w:rFonts w:ascii="LiberationSerif" w:hAnsi="LiberationSerif"/>
          <w:color w:val="000000"/>
          <w:sz w:val="22"/>
          <w:szCs w:val="22"/>
        </w:rPr>
        <w:softHyphen/>
        <w:t>ложенным учителем или сформулированным самостоятельно;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эффективно запоминать и систематизировать информацию.</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2. Овладение универсальными учебными коммуникативными действиями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Общение: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воспринимать и формулировать суждения, выражать эмоции в соответствии с условиями и целями общения;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выражать себя (свою точку зрения) в диалогах и дискуссиях, в устной монологической речи и в письменных текстах;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невербальные средства общения, понимать значение социальных знаков;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знать и распознавать предпосылки конфликтных ситуаций и смягчать конфликты, вести переговоры;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сопоставлять свои суждения с суждениями других участников диалога, обнаруживать различие и сходство позиций;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публично представлять результаты проведённого языкового анализа, выполненного лингвистического эксперимента, исследования, проекта;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Совместная деятельность: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и использовать преимущества командной и ин</w:t>
      </w:r>
      <w:r>
        <w:rPr>
          <w:rFonts w:ascii="LiberationSerif" w:hAnsi="LiberationSerif"/>
          <w:color w:val="000000"/>
          <w:sz w:val="22"/>
          <w:szCs w:val="22"/>
        </w:rPr>
        <w:softHyphen/>
        <w:t>дивидуальной работы при решении конкретной проблемы;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обосновывать необходимость применения групповых форм </w:t>
      </w:r>
      <w:r>
        <w:rPr>
          <w:rFonts w:ascii="LiberationSerif" w:hAnsi="LiberationSerif"/>
          <w:color w:val="000000"/>
          <w:sz w:val="22"/>
          <w:szCs w:val="22"/>
        </w:rPr>
        <w:softHyphen/>
        <w:t>взаимодействия при решении поставленной задачи;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w:t>
      </w:r>
      <w:r>
        <w:rPr>
          <w:rFonts w:ascii="LiberationSerif" w:hAnsi="LiberationSerif"/>
          <w:color w:val="000000"/>
          <w:sz w:val="22"/>
          <w:szCs w:val="22"/>
        </w:rPr>
        <w:softHyphen/>
        <w:t>ной работы;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уметь обобщать мнения нескольких людей, проявлять готовность руководить, выполнять поручения, подчиняться;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3. Овладение универсальными учебными регулятивными действиями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Самоорганизация: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проблемы для решения в учебных и жизненных ситуациях;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ориентироваться в различных подходах к принятию решений (индивидуальное, принятие решения в группе, принятие решения группой);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самостоятельно составлять план действий, вносить необходимые коррективы в ходе его реализации;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делать выбор и брать ответственность за решение.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Самоконтроль: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 xml:space="preserve">владеть разными способами самоконтроля (в том числе речевого), </w:t>
      </w:r>
      <w:proofErr w:type="spellStart"/>
      <w:r>
        <w:rPr>
          <w:rFonts w:ascii="LiberationSerif" w:hAnsi="LiberationSerif"/>
          <w:color w:val="000000"/>
          <w:sz w:val="22"/>
          <w:szCs w:val="22"/>
        </w:rPr>
        <w:t>самомотивации</w:t>
      </w:r>
      <w:proofErr w:type="spellEnd"/>
      <w:r>
        <w:rPr>
          <w:rFonts w:ascii="LiberationSerif" w:hAnsi="LiberationSerif"/>
          <w:color w:val="000000"/>
          <w:sz w:val="22"/>
          <w:szCs w:val="22"/>
        </w:rPr>
        <w:t xml:space="preserve"> и рефлексии;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давать адекватную оценку учебной ситуации и предлагать план её изменения;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предвидеть трудности, которые могут возникнуть при решении учебной задачи, и адаптировать решение к меняющимся обстоятельствам;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объяснять причины достижения (недостижения) результата дея</w:t>
      </w:r>
      <w:r>
        <w:rPr>
          <w:rFonts w:ascii="LiberationSerif" w:hAnsi="LiberationSerif"/>
          <w:color w:val="000000"/>
          <w:sz w:val="22"/>
          <w:szCs w:val="22"/>
        </w:rPr>
        <w:softHyphen/>
        <w:t>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Эмоциональный интеллект:</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развивать способность управлять собственными эмоциями и эмоциями других;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и анализировать причины эмоций;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мотивы и намерения другого человека, анализируя речевую ситуацию;</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регулировать способ выражения собственных эмоций.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i/>
          <w:iCs/>
          <w:color w:val="000000"/>
          <w:sz w:val="22"/>
          <w:szCs w:val="22"/>
        </w:rPr>
        <w:t>Принятие себя и других: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осознанно относиться к другому человеку и его мнению;</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признавать своё и чужое право на ошибку;</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принимать себя и других, не осуждая;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проявлять открытость;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осознавать невозможность контролировать всё вокруг.</w:t>
      </w:r>
    </w:p>
    <w:p w:rsidR="00B830E9" w:rsidRPr="00A95066" w:rsidRDefault="00B830E9" w:rsidP="00B830E9">
      <w:pPr>
        <w:pStyle w:val="21"/>
        <w:shd w:val="clear" w:color="auto" w:fill="FFFFFF"/>
        <w:spacing w:before="240" w:after="120" w:line="240" w:lineRule="atLeast"/>
        <w:rPr>
          <w:rFonts w:ascii="LiberationSerif" w:hAnsi="LiberationSerif"/>
          <w:caps/>
          <w:color w:val="000000"/>
          <w:sz w:val="22"/>
          <w:szCs w:val="22"/>
          <w:lang w:val="ru-RU"/>
        </w:rPr>
      </w:pPr>
      <w:r w:rsidRPr="00A95066">
        <w:rPr>
          <w:rFonts w:ascii="LiberationSerif" w:hAnsi="LiberationSerif"/>
          <w:caps/>
          <w:color w:val="000000"/>
          <w:sz w:val="22"/>
          <w:szCs w:val="22"/>
          <w:lang w:val="ru-RU"/>
        </w:rPr>
        <w:t>ПРЕДМЕТНЫЕ РЕЗУЛЬТАТЫ</w:t>
      </w:r>
    </w:p>
    <w:p w:rsidR="00B830E9" w:rsidRPr="00A95066" w:rsidRDefault="00B830E9" w:rsidP="00B830E9">
      <w:pPr>
        <w:pStyle w:val="21"/>
        <w:shd w:val="clear" w:color="auto" w:fill="FFFFFF"/>
        <w:spacing w:before="240" w:after="120" w:line="240" w:lineRule="atLeast"/>
        <w:rPr>
          <w:rFonts w:ascii="LiberationSerif" w:hAnsi="LiberationSerif"/>
          <w:caps/>
          <w:color w:val="000000"/>
          <w:sz w:val="22"/>
          <w:szCs w:val="22"/>
          <w:lang w:val="ru-RU"/>
        </w:rPr>
      </w:pPr>
      <w:r w:rsidRPr="00A95066">
        <w:rPr>
          <w:rFonts w:ascii="LiberationSerif" w:hAnsi="LiberationSerif"/>
          <w:caps/>
          <w:color w:val="000000"/>
          <w:sz w:val="22"/>
          <w:szCs w:val="22"/>
          <w:lang w:val="ru-RU"/>
        </w:rPr>
        <w:t>5 КЛАСС</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Общие сведения о языке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Осознавать богатство и выразительность русского языка, приводить примеры, свидетельствующие об этом.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Знать основные разделы лингвистики, основные единицы языка и речи (звук, морфема, слово, словосочетание, предложение).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Язык и речь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Владеть различными видами аудирования: выборочным, </w:t>
      </w:r>
      <w:r>
        <w:rPr>
          <w:rFonts w:ascii="LiberationSerif" w:hAnsi="LiberationSerif"/>
          <w:color w:val="000000"/>
          <w:sz w:val="22"/>
          <w:szCs w:val="22"/>
        </w:rPr>
        <w:softHyphen/>
        <w:t>ознакомительным, детальным — научно-учебных и художественных текстов различных функционально-смысловых типов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различными видами чтения: просмотровым, ознакомительным, изучающим, поисковым.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Устно пересказывать прочитанный или прослушанный текст объёмом не менее 100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Осуществлять выбор языковых средств для создания высказывания в соответствии с целью, темой и коммуникативным замыслом.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Pr>
          <w:rFonts w:ascii="LiberationSerif" w:hAnsi="LiberationSerif"/>
          <w:color w:val="000000"/>
          <w:sz w:val="22"/>
          <w:szCs w:val="22"/>
        </w:rPr>
        <w:t>пунктограммы</w:t>
      </w:r>
      <w:proofErr w:type="spellEnd"/>
      <w:r>
        <w:rPr>
          <w:rFonts w:ascii="LiberationSerif" w:hAnsi="LiberationSerif"/>
          <w:color w:val="000000"/>
          <w:sz w:val="22"/>
          <w:szCs w:val="22"/>
        </w:rP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Текст</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Проводить смысловой анализ текста, его композиционных особенностей, определять количество </w:t>
      </w:r>
      <w:proofErr w:type="spellStart"/>
      <w:r>
        <w:rPr>
          <w:rFonts w:ascii="LiberationSerif" w:hAnsi="LiberationSerif"/>
          <w:color w:val="000000"/>
          <w:sz w:val="22"/>
          <w:szCs w:val="22"/>
        </w:rPr>
        <w:t>микротем</w:t>
      </w:r>
      <w:proofErr w:type="spellEnd"/>
      <w:r>
        <w:rPr>
          <w:rFonts w:ascii="LiberationSerif" w:hAnsi="LiberationSerif"/>
          <w:color w:val="000000"/>
          <w:sz w:val="22"/>
          <w:szCs w:val="22"/>
        </w:rPr>
        <w:t xml:space="preserve"> и абзацев.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Pr>
          <w:rFonts w:ascii="LiberationSerif" w:hAnsi="LiberationSerif"/>
          <w:color w:val="000000"/>
          <w:sz w:val="22"/>
          <w:szCs w:val="22"/>
        </w:rPr>
        <w:softHyphen/>
        <w:t>ционально-смысловому типу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знание основных признаков текста (повествование) в практике его создания.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Восстанавливать деформированный текст; осуществлять корректировку восстановленного текста с опорой на образец. </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Представлять сообщение на заданную тему в виде презентации.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Функциональные разновидности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Иметь общее представление об особенностях разговорной речи, функциональных стилей, языка художественной литературы.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Система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Фонетика. Графика. Орфоэпия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звуки; понимать различие между звуком и буквой, характеризовать систему звуков.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фонетический анализ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Использовать знания по фонетике, графике и орфоэпии в практике произношения и правописания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Орфография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Оперировать понятием «орфограмма» и различать буквенные и небуквенные орфограммы при проведении орфографического анализа слова.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изученные орфограммы.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знания по орфографии в практике правописания (в том числе применять знание о правописании разделительных </w:t>
      </w:r>
      <w:r>
        <w:rPr>
          <w:rFonts w:ascii="LiberationSerif" w:hAnsi="LiberationSerif"/>
          <w:b/>
          <w:bCs/>
          <w:i/>
          <w:iCs/>
          <w:color w:val="000000"/>
          <w:sz w:val="22"/>
          <w:szCs w:val="22"/>
        </w:rPr>
        <w:t>ъ</w:t>
      </w:r>
      <w:r>
        <w:rPr>
          <w:rFonts w:ascii="LiberationSerif" w:hAnsi="LiberationSerif"/>
          <w:color w:val="000000"/>
          <w:sz w:val="22"/>
          <w:szCs w:val="22"/>
        </w:rPr>
        <w:t> и </w:t>
      </w:r>
      <w:r>
        <w:rPr>
          <w:rFonts w:ascii="LiberationSerif" w:hAnsi="LiberationSerif"/>
          <w:b/>
          <w:bCs/>
          <w:i/>
          <w:iCs/>
          <w:color w:val="000000"/>
          <w:sz w:val="22"/>
          <w:szCs w:val="22"/>
        </w:rPr>
        <w:t>ь</w:t>
      </w:r>
      <w:r>
        <w:rPr>
          <w:rFonts w:ascii="LiberationSerif" w:hAnsi="LiberationSerif"/>
          <w:color w:val="000000"/>
          <w:sz w:val="22"/>
          <w:szCs w:val="22"/>
        </w:rPr>
        <w:t>).</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Лексикология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однозначные и многозначные слова, различать прямое и переносное значения слова.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синонимы, антонимы, омонимы; различать многозначные слова и омонимы; уметь правильно употреблять слова-паронимы.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тематические группы слов, родовые и видовые понятия.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лексический анализ слов (в рамках изученного).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Уметь пользоваться лексическими словарями (толковым словарём, словарями синонимов, антонимов, омонимов, паро</w:t>
      </w:r>
      <w:r>
        <w:rPr>
          <w:rFonts w:ascii="LiberationSerif" w:hAnsi="LiberationSerif"/>
          <w:color w:val="000000"/>
          <w:sz w:val="22"/>
          <w:szCs w:val="22"/>
        </w:rPr>
        <w:softHyphen/>
        <w:t>нимов).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proofErr w:type="spellStart"/>
      <w:r>
        <w:rPr>
          <w:rFonts w:ascii="LiberationSerif" w:hAnsi="LiberationSerif"/>
          <w:b/>
          <w:bCs/>
          <w:color w:val="000000"/>
          <w:sz w:val="22"/>
          <w:szCs w:val="22"/>
        </w:rPr>
        <w:t>Морфемика</w:t>
      </w:r>
      <w:proofErr w:type="spellEnd"/>
      <w:r>
        <w:rPr>
          <w:rFonts w:ascii="LiberationSerif" w:hAnsi="LiberationSerif"/>
          <w:b/>
          <w:bCs/>
          <w:color w:val="000000"/>
          <w:sz w:val="22"/>
          <w:szCs w:val="22"/>
        </w:rPr>
        <w:t>. Орфография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морфему как минимальную значимую единицу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морфемы в слове (корень, приставку, суффикс, окончание), выделять основу слова.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Находить чередование звуков в морфемах (в том числе чередование гласных с нулём звука).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морфемный анализ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Применять знания по </w:t>
      </w:r>
      <w:proofErr w:type="spellStart"/>
      <w:r>
        <w:rPr>
          <w:rFonts w:ascii="LiberationSerif" w:hAnsi="LiberationSerif"/>
          <w:color w:val="000000"/>
          <w:sz w:val="22"/>
          <w:szCs w:val="22"/>
        </w:rPr>
        <w:t>морфемике</w:t>
      </w:r>
      <w:proofErr w:type="spellEnd"/>
      <w:r>
        <w:rPr>
          <w:rFonts w:ascii="LiberationSerif" w:hAnsi="LiberationSerif"/>
          <w:color w:val="000000"/>
          <w:sz w:val="22"/>
          <w:szCs w:val="22"/>
        </w:rPr>
        <w:t xml:space="preserve">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Pr>
          <w:rFonts w:ascii="LiberationSerif" w:hAnsi="LiberationSerif"/>
          <w:b/>
          <w:bCs/>
          <w:i/>
          <w:iCs/>
          <w:color w:val="000000"/>
          <w:sz w:val="22"/>
          <w:szCs w:val="22"/>
        </w:rPr>
        <w:t>ы</w:t>
      </w:r>
      <w:r>
        <w:rPr>
          <w:rFonts w:ascii="LiberationSerif" w:hAnsi="LiberationSerif"/>
          <w:color w:val="000000"/>
          <w:sz w:val="22"/>
          <w:szCs w:val="22"/>
        </w:rPr>
        <w:t> — </w:t>
      </w:r>
      <w:r>
        <w:rPr>
          <w:rFonts w:ascii="LiberationSerif" w:hAnsi="LiberationSerif"/>
          <w:b/>
          <w:bCs/>
          <w:i/>
          <w:iCs/>
          <w:color w:val="000000"/>
          <w:sz w:val="22"/>
          <w:szCs w:val="22"/>
        </w:rPr>
        <w:t>и</w:t>
      </w:r>
      <w:r>
        <w:rPr>
          <w:rFonts w:ascii="LiberationSerif" w:hAnsi="LiberationSerif"/>
          <w:color w:val="000000"/>
          <w:sz w:val="22"/>
          <w:szCs w:val="22"/>
        </w:rPr>
        <w:t> после </w:t>
      </w:r>
      <w:r>
        <w:rPr>
          <w:rFonts w:ascii="LiberationSerif" w:hAnsi="LiberationSerif"/>
          <w:b/>
          <w:bCs/>
          <w:i/>
          <w:iCs/>
          <w:color w:val="000000"/>
          <w:sz w:val="22"/>
          <w:szCs w:val="22"/>
        </w:rPr>
        <w:t>ц</w:t>
      </w:r>
      <w:r>
        <w:rPr>
          <w:rFonts w:ascii="LiberationSerif" w:hAnsi="LiberationSerif"/>
          <w:color w:val="000000"/>
          <w:sz w:val="22"/>
          <w:szCs w:val="22"/>
        </w:rPr>
        <w:t>.</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Уместно использовать слова с суффиксами оценки в собственной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Морфология. Культура речи. Орфография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знания о частях речи как лексико-грамматических разрядах слов, о грамматическом значении слова, о сис</w:t>
      </w:r>
      <w:r>
        <w:rPr>
          <w:rFonts w:ascii="LiberationSerif" w:hAnsi="LiberationSerif"/>
          <w:color w:val="000000"/>
          <w:sz w:val="22"/>
          <w:szCs w:val="22"/>
        </w:rPr>
        <w:softHyphen/>
        <w:t>теме частей речи в русском языке для решения практико-ориентированных учебных задач.</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имена существительные, имена прилагательные, глаголы.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Проводить морфологический анализ имён существительных, частичный морфологический анализ имён прилагательных, глаголов.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знания по морфологии при выполнении языкового анализа различных видов и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Имя существительное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Определять лексико-грамматические разряды имён существительных.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типы склонения имён существительных, выявлять разносклоняемые и несклоняемые имена существительные.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морфологический анализ имён существительных.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правописания имён существительных: безударных окончаний; </w:t>
      </w:r>
      <w:r>
        <w:rPr>
          <w:rFonts w:ascii="LiberationSerif" w:hAnsi="LiberationSerif"/>
          <w:b/>
          <w:bCs/>
          <w:i/>
          <w:iCs/>
          <w:color w:val="000000"/>
          <w:sz w:val="22"/>
          <w:szCs w:val="22"/>
        </w:rPr>
        <w:t>о</w:t>
      </w:r>
      <w:r>
        <w:rPr>
          <w:rFonts w:ascii="LiberationSerif" w:hAnsi="LiberationSerif"/>
          <w:color w:val="000000"/>
          <w:sz w:val="22"/>
          <w:szCs w:val="22"/>
        </w:rPr>
        <w:t> — </w:t>
      </w:r>
      <w:r>
        <w:rPr>
          <w:rFonts w:ascii="LiberationSerif" w:hAnsi="LiberationSerif"/>
          <w:b/>
          <w:bCs/>
          <w:i/>
          <w:iCs/>
          <w:color w:val="000000"/>
          <w:sz w:val="22"/>
          <w:szCs w:val="22"/>
        </w:rPr>
        <w:t>е</w:t>
      </w:r>
      <w:r>
        <w:rPr>
          <w:rFonts w:ascii="LiberationSerif" w:hAnsi="LiberationSerif"/>
          <w:color w:val="000000"/>
          <w:sz w:val="22"/>
          <w:szCs w:val="22"/>
        </w:rPr>
        <w:t> (</w:t>
      </w:r>
      <w:r>
        <w:rPr>
          <w:rFonts w:ascii="LiberationSerif" w:hAnsi="LiberationSerif"/>
          <w:b/>
          <w:bCs/>
          <w:i/>
          <w:iCs/>
          <w:color w:val="000000"/>
          <w:sz w:val="22"/>
          <w:szCs w:val="22"/>
        </w:rPr>
        <w:t>ё</w:t>
      </w:r>
      <w:r>
        <w:rPr>
          <w:rFonts w:ascii="LiberationSerif" w:hAnsi="LiberationSerif"/>
          <w:color w:val="000000"/>
          <w:sz w:val="22"/>
          <w:szCs w:val="22"/>
        </w:rPr>
        <w:t>) после шипящих и </w:t>
      </w:r>
      <w:r>
        <w:rPr>
          <w:rFonts w:ascii="LiberationSerif" w:hAnsi="LiberationSerif"/>
          <w:b/>
          <w:bCs/>
          <w:i/>
          <w:iCs/>
          <w:color w:val="000000"/>
          <w:sz w:val="22"/>
          <w:szCs w:val="22"/>
        </w:rPr>
        <w:t>ц</w:t>
      </w:r>
      <w:r>
        <w:rPr>
          <w:rFonts w:ascii="LiberationSerif" w:hAnsi="LiberationSerif"/>
          <w:color w:val="000000"/>
          <w:sz w:val="22"/>
          <w:szCs w:val="22"/>
        </w:rPr>
        <w:t> в суффиксах и окончаниях; суффиксов </w:t>
      </w:r>
      <w:r>
        <w:rPr>
          <w:rFonts w:ascii="LiberationSerif" w:hAnsi="LiberationSerif"/>
          <w:b/>
          <w:bCs/>
          <w:color w:val="000000"/>
          <w:sz w:val="22"/>
          <w:szCs w:val="22"/>
        </w:rPr>
        <w:t>-</w:t>
      </w:r>
      <w:r>
        <w:rPr>
          <w:rFonts w:ascii="LiberationSerif" w:hAnsi="LiberationSerif"/>
          <w:b/>
          <w:bCs/>
          <w:i/>
          <w:iCs/>
          <w:color w:val="000000"/>
          <w:sz w:val="22"/>
          <w:szCs w:val="22"/>
        </w:rPr>
        <w:t>чик</w:t>
      </w:r>
      <w:r>
        <w:rPr>
          <w:rFonts w:ascii="LiberationSerif" w:hAnsi="LiberationSerif"/>
          <w:b/>
          <w:bCs/>
          <w:color w:val="000000"/>
          <w:sz w:val="22"/>
          <w:szCs w:val="22"/>
        </w:rPr>
        <w:t>-</w:t>
      </w:r>
      <w:r>
        <w:rPr>
          <w:rFonts w:ascii="LiberationSerif" w:hAnsi="LiberationSerif"/>
          <w:color w:val="000000"/>
          <w:sz w:val="22"/>
          <w:szCs w:val="22"/>
        </w:rPr>
        <w:t> — </w:t>
      </w:r>
      <w:r>
        <w:rPr>
          <w:rFonts w:ascii="LiberationSerif" w:hAnsi="LiberationSerif"/>
          <w:b/>
          <w:bCs/>
          <w:color w:val="000000"/>
          <w:sz w:val="22"/>
          <w:szCs w:val="22"/>
        </w:rPr>
        <w:t>-</w:t>
      </w:r>
      <w:proofErr w:type="spellStart"/>
      <w:r>
        <w:rPr>
          <w:rFonts w:ascii="LiberationSerif" w:hAnsi="LiberationSerif"/>
          <w:b/>
          <w:bCs/>
          <w:i/>
          <w:iCs/>
          <w:color w:val="000000"/>
          <w:sz w:val="22"/>
          <w:szCs w:val="22"/>
        </w:rPr>
        <w:t>щик</w:t>
      </w:r>
      <w:proofErr w:type="spellEnd"/>
      <w:r>
        <w:rPr>
          <w:rFonts w:ascii="LiberationSerif" w:hAnsi="LiberationSerif"/>
          <w:b/>
          <w:bCs/>
          <w:color w:val="000000"/>
          <w:sz w:val="22"/>
          <w:szCs w:val="22"/>
        </w:rPr>
        <w:t>-</w:t>
      </w:r>
      <w:r>
        <w:rPr>
          <w:rFonts w:ascii="LiberationSerif" w:hAnsi="LiberationSerif"/>
          <w:color w:val="000000"/>
          <w:sz w:val="22"/>
          <w:szCs w:val="22"/>
        </w:rPr>
        <w:t>, </w:t>
      </w:r>
      <w:r>
        <w:rPr>
          <w:rFonts w:ascii="LiberationSerif" w:hAnsi="LiberationSerif"/>
          <w:b/>
          <w:bCs/>
          <w:color w:val="000000"/>
          <w:sz w:val="22"/>
          <w:szCs w:val="22"/>
        </w:rPr>
        <w:t>-</w:t>
      </w:r>
      <w:proofErr w:type="spellStart"/>
      <w:r>
        <w:rPr>
          <w:rFonts w:ascii="LiberationSerif" w:hAnsi="LiberationSerif"/>
          <w:b/>
          <w:bCs/>
          <w:i/>
          <w:iCs/>
          <w:color w:val="000000"/>
          <w:sz w:val="22"/>
          <w:szCs w:val="22"/>
        </w:rPr>
        <w:t>ек</w:t>
      </w:r>
      <w:proofErr w:type="spellEnd"/>
      <w:r>
        <w:rPr>
          <w:rFonts w:ascii="LiberationSerif" w:hAnsi="LiberationSerif"/>
          <w:b/>
          <w:bCs/>
          <w:color w:val="000000"/>
          <w:sz w:val="22"/>
          <w:szCs w:val="22"/>
        </w:rPr>
        <w:t>-</w:t>
      </w:r>
      <w:r>
        <w:rPr>
          <w:rFonts w:ascii="LiberationSerif" w:hAnsi="LiberationSerif"/>
          <w:color w:val="000000"/>
          <w:sz w:val="22"/>
          <w:szCs w:val="22"/>
        </w:rPr>
        <w:t> — </w:t>
      </w:r>
      <w:r>
        <w:rPr>
          <w:rFonts w:ascii="LiberationSerif" w:hAnsi="LiberationSerif"/>
          <w:b/>
          <w:bCs/>
          <w:color w:val="000000"/>
          <w:sz w:val="22"/>
          <w:szCs w:val="22"/>
        </w:rPr>
        <w:t>-</w:t>
      </w:r>
      <w:proofErr w:type="spellStart"/>
      <w:r>
        <w:rPr>
          <w:rFonts w:ascii="LiberationSerif" w:hAnsi="LiberationSerif"/>
          <w:b/>
          <w:bCs/>
          <w:i/>
          <w:iCs/>
          <w:color w:val="000000"/>
          <w:sz w:val="22"/>
          <w:szCs w:val="22"/>
        </w:rPr>
        <w:t>ик</w:t>
      </w:r>
      <w:proofErr w:type="spellEnd"/>
      <w:r>
        <w:rPr>
          <w:rFonts w:ascii="LiberationSerif" w:hAnsi="LiberationSerif"/>
          <w:b/>
          <w:bCs/>
          <w:color w:val="000000"/>
          <w:sz w:val="22"/>
          <w:szCs w:val="22"/>
        </w:rPr>
        <w:t>- (-</w:t>
      </w:r>
      <w:r>
        <w:rPr>
          <w:rFonts w:ascii="LiberationSerif" w:hAnsi="LiberationSerif"/>
          <w:b/>
          <w:bCs/>
          <w:i/>
          <w:iCs/>
          <w:color w:val="000000"/>
          <w:sz w:val="22"/>
          <w:szCs w:val="22"/>
        </w:rPr>
        <w:t>чик</w:t>
      </w:r>
      <w:r>
        <w:rPr>
          <w:rFonts w:ascii="LiberationSerif" w:hAnsi="LiberationSerif"/>
          <w:b/>
          <w:bCs/>
          <w:color w:val="000000"/>
          <w:sz w:val="22"/>
          <w:szCs w:val="22"/>
        </w:rPr>
        <w:t>-);</w:t>
      </w:r>
      <w:r>
        <w:rPr>
          <w:rFonts w:ascii="LiberationSerif" w:hAnsi="LiberationSerif"/>
          <w:color w:val="000000"/>
          <w:sz w:val="22"/>
          <w:szCs w:val="22"/>
        </w:rPr>
        <w:t> корней с чередованием </w:t>
      </w:r>
      <w:r>
        <w:rPr>
          <w:rFonts w:ascii="LiberationSerif" w:hAnsi="LiberationSerif"/>
          <w:b/>
          <w:bCs/>
          <w:i/>
          <w:iCs/>
          <w:color w:val="000000"/>
          <w:sz w:val="22"/>
          <w:szCs w:val="22"/>
        </w:rPr>
        <w:t>а </w:t>
      </w:r>
      <w:r>
        <w:rPr>
          <w:rFonts w:ascii="LiberationSerif" w:hAnsi="LiberationSerif"/>
          <w:color w:val="000000"/>
          <w:sz w:val="22"/>
          <w:szCs w:val="22"/>
        </w:rPr>
        <w:t>//</w:t>
      </w:r>
      <w:r>
        <w:rPr>
          <w:rFonts w:ascii="LiberationSerif" w:hAnsi="LiberationSerif"/>
          <w:b/>
          <w:bCs/>
          <w:i/>
          <w:iCs/>
          <w:color w:val="000000"/>
          <w:sz w:val="22"/>
          <w:szCs w:val="22"/>
        </w:rPr>
        <w:t> о</w:t>
      </w:r>
      <w:r>
        <w:rPr>
          <w:rFonts w:ascii="LiberationSerif" w:hAnsi="LiberationSerif"/>
          <w:color w:val="000000"/>
          <w:sz w:val="22"/>
          <w:szCs w:val="22"/>
        </w:rPr>
        <w:t>: </w:t>
      </w:r>
      <w:r>
        <w:rPr>
          <w:rFonts w:ascii="LiberationSerif" w:hAnsi="LiberationSerif"/>
          <w:b/>
          <w:bCs/>
          <w:color w:val="000000"/>
          <w:sz w:val="22"/>
          <w:szCs w:val="22"/>
        </w:rPr>
        <w:t>-</w:t>
      </w:r>
      <w:r>
        <w:rPr>
          <w:rFonts w:ascii="LiberationSerif" w:hAnsi="LiberationSerif"/>
          <w:b/>
          <w:bCs/>
          <w:i/>
          <w:iCs/>
          <w:color w:val="000000"/>
          <w:sz w:val="22"/>
          <w:szCs w:val="22"/>
        </w:rPr>
        <w:t>лаг</w:t>
      </w:r>
      <w:r>
        <w:rPr>
          <w:rFonts w:ascii="LiberationSerif" w:hAnsi="LiberationSerif"/>
          <w:b/>
          <w:bCs/>
          <w:color w:val="000000"/>
          <w:sz w:val="22"/>
          <w:szCs w:val="22"/>
        </w:rPr>
        <w:t>-</w:t>
      </w:r>
      <w:r>
        <w:rPr>
          <w:rFonts w:ascii="LiberationSerif" w:hAnsi="LiberationSerif"/>
          <w:b/>
          <w:bCs/>
          <w:i/>
          <w:iCs/>
          <w:color w:val="000000"/>
          <w:sz w:val="22"/>
          <w:szCs w:val="22"/>
        </w:rPr>
        <w:t> </w:t>
      </w:r>
      <w:r>
        <w:rPr>
          <w:rFonts w:ascii="LiberationSerif" w:hAnsi="LiberationSerif"/>
          <w:color w:val="000000"/>
          <w:sz w:val="22"/>
          <w:szCs w:val="22"/>
        </w:rPr>
        <w:t>—</w:t>
      </w:r>
      <w:r>
        <w:rPr>
          <w:rFonts w:ascii="LiberationSerif" w:hAnsi="LiberationSerif"/>
          <w:b/>
          <w:bCs/>
          <w:i/>
          <w:iCs/>
          <w:color w:val="000000"/>
          <w:sz w:val="22"/>
          <w:szCs w:val="22"/>
        </w:rPr>
        <w:t> </w:t>
      </w:r>
      <w:r>
        <w:rPr>
          <w:rFonts w:ascii="LiberationSerif" w:hAnsi="LiberationSerif"/>
          <w:b/>
          <w:bCs/>
          <w:color w:val="000000"/>
          <w:sz w:val="22"/>
          <w:szCs w:val="22"/>
        </w:rPr>
        <w:t>-</w:t>
      </w:r>
      <w:r>
        <w:rPr>
          <w:rFonts w:ascii="LiberationSerif" w:hAnsi="LiberationSerif"/>
          <w:b/>
          <w:bCs/>
          <w:i/>
          <w:iCs/>
          <w:color w:val="000000"/>
          <w:sz w:val="22"/>
          <w:szCs w:val="22"/>
        </w:rPr>
        <w:t>лож</w:t>
      </w:r>
      <w:r>
        <w:rPr>
          <w:rFonts w:ascii="LiberationSerif" w:hAnsi="LiberationSerif"/>
          <w:b/>
          <w:bCs/>
          <w:color w:val="000000"/>
          <w:sz w:val="22"/>
          <w:szCs w:val="22"/>
        </w:rPr>
        <w:t>-</w:t>
      </w:r>
      <w:r>
        <w:rPr>
          <w:rFonts w:ascii="LiberationSerif" w:hAnsi="LiberationSerif"/>
          <w:color w:val="000000"/>
          <w:sz w:val="22"/>
          <w:szCs w:val="22"/>
        </w:rPr>
        <w:t>; </w:t>
      </w:r>
      <w:r>
        <w:rPr>
          <w:rFonts w:ascii="LiberationSerif" w:hAnsi="LiberationSerif"/>
          <w:b/>
          <w:bCs/>
          <w:color w:val="000000"/>
          <w:sz w:val="22"/>
          <w:szCs w:val="22"/>
        </w:rPr>
        <w:t>-</w:t>
      </w:r>
      <w:r>
        <w:rPr>
          <w:rFonts w:ascii="LiberationSerif" w:hAnsi="LiberationSerif"/>
          <w:b/>
          <w:bCs/>
          <w:i/>
          <w:iCs/>
          <w:color w:val="000000"/>
          <w:sz w:val="22"/>
          <w:szCs w:val="22"/>
        </w:rPr>
        <w:t>раст</w:t>
      </w:r>
      <w:r>
        <w:rPr>
          <w:rFonts w:ascii="LiberationSerif" w:hAnsi="LiberationSerif"/>
          <w:b/>
          <w:bCs/>
          <w:color w:val="000000"/>
          <w:sz w:val="22"/>
          <w:szCs w:val="22"/>
        </w:rPr>
        <w:t>-</w:t>
      </w:r>
      <w:r>
        <w:rPr>
          <w:rFonts w:ascii="LiberationSerif" w:hAnsi="LiberationSerif"/>
          <w:b/>
          <w:bCs/>
          <w:i/>
          <w:iCs/>
          <w:color w:val="000000"/>
          <w:sz w:val="22"/>
          <w:szCs w:val="22"/>
        </w:rPr>
        <w:t> </w:t>
      </w:r>
      <w:r>
        <w:rPr>
          <w:rFonts w:ascii="LiberationSerif" w:hAnsi="LiberationSerif"/>
          <w:color w:val="000000"/>
          <w:sz w:val="22"/>
          <w:szCs w:val="22"/>
        </w:rPr>
        <w:t>—</w:t>
      </w:r>
      <w:r>
        <w:rPr>
          <w:rFonts w:ascii="LiberationSerif" w:hAnsi="LiberationSerif"/>
          <w:b/>
          <w:bCs/>
          <w:i/>
          <w:iCs/>
          <w:color w:val="000000"/>
          <w:sz w:val="22"/>
          <w:szCs w:val="22"/>
        </w:rPr>
        <w:t> </w:t>
      </w:r>
      <w:r>
        <w:rPr>
          <w:rFonts w:ascii="LiberationSerif" w:hAnsi="LiberationSerif"/>
          <w:b/>
          <w:bCs/>
          <w:color w:val="000000"/>
          <w:sz w:val="22"/>
          <w:szCs w:val="22"/>
        </w:rPr>
        <w:t>-</w:t>
      </w:r>
      <w:r>
        <w:rPr>
          <w:rFonts w:ascii="LiberationSerif" w:hAnsi="LiberationSerif"/>
          <w:b/>
          <w:bCs/>
          <w:i/>
          <w:iCs/>
          <w:color w:val="000000"/>
          <w:sz w:val="22"/>
          <w:szCs w:val="22"/>
        </w:rPr>
        <w:t>ращ</w:t>
      </w:r>
      <w:r>
        <w:rPr>
          <w:rFonts w:ascii="LiberationSerif" w:hAnsi="LiberationSerif"/>
          <w:b/>
          <w:bCs/>
          <w:color w:val="000000"/>
          <w:sz w:val="22"/>
          <w:szCs w:val="22"/>
        </w:rPr>
        <w:t>-</w:t>
      </w:r>
      <w:r>
        <w:rPr>
          <w:rFonts w:ascii="LiberationSerif" w:hAnsi="LiberationSerif"/>
          <w:b/>
          <w:bCs/>
          <w:i/>
          <w:iCs/>
          <w:color w:val="000000"/>
          <w:sz w:val="22"/>
          <w:szCs w:val="22"/>
        </w:rPr>
        <w:t> </w:t>
      </w:r>
      <w:r>
        <w:rPr>
          <w:rFonts w:ascii="LiberationSerif" w:hAnsi="LiberationSerif"/>
          <w:color w:val="000000"/>
          <w:sz w:val="22"/>
          <w:szCs w:val="22"/>
        </w:rPr>
        <w:t>—</w:t>
      </w:r>
      <w:r>
        <w:rPr>
          <w:rFonts w:ascii="LiberationSerif" w:hAnsi="LiberationSerif"/>
          <w:b/>
          <w:bCs/>
          <w:i/>
          <w:iCs/>
          <w:color w:val="000000"/>
          <w:sz w:val="22"/>
          <w:szCs w:val="22"/>
        </w:rPr>
        <w:t> </w:t>
      </w:r>
      <w:r>
        <w:rPr>
          <w:rFonts w:ascii="LiberationSerif" w:hAnsi="LiberationSerif"/>
          <w:b/>
          <w:bCs/>
          <w:color w:val="000000"/>
          <w:sz w:val="22"/>
          <w:szCs w:val="22"/>
        </w:rPr>
        <w:t>-</w:t>
      </w:r>
      <w:r>
        <w:rPr>
          <w:rFonts w:ascii="LiberationSerif" w:hAnsi="LiberationSerif"/>
          <w:b/>
          <w:bCs/>
          <w:i/>
          <w:iCs/>
          <w:color w:val="000000"/>
          <w:sz w:val="22"/>
          <w:szCs w:val="22"/>
        </w:rPr>
        <w:t>рос</w:t>
      </w:r>
      <w:r>
        <w:rPr>
          <w:rFonts w:ascii="LiberationSerif" w:hAnsi="LiberationSerif"/>
          <w:b/>
          <w:bCs/>
          <w:color w:val="000000"/>
          <w:sz w:val="22"/>
          <w:szCs w:val="22"/>
        </w:rPr>
        <w:t>-</w:t>
      </w:r>
      <w:r>
        <w:rPr>
          <w:rFonts w:ascii="LiberationSerif" w:hAnsi="LiberationSerif"/>
          <w:color w:val="000000"/>
          <w:sz w:val="22"/>
          <w:szCs w:val="22"/>
        </w:rPr>
        <w:t>; </w:t>
      </w:r>
      <w:r>
        <w:rPr>
          <w:rFonts w:ascii="LiberationSerif" w:hAnsi="LiberationSerif"/>
          <w:b/>
          <w:bCs/>
          <w:color w:val="000000"/>
          <w:sz w:val="22"/>
          <w:szCs w:val="22"/>
        </w:rPr>
        <w:t>-</w:t>
      </w:r>
      <w:r>
        <w:rPr>
          <w:rFonts w:ascii="LiberationSerif" w:hAnsi="LiberationSerif"/>
          <w:b/>
          <w:bCs/>
          <w:i/>
          <w:iCs/>
          <w:color w:val="000000"/>
          <w:sz w:val="22"/>
          <w:szCs w:val="22"/>
        </w:rPr>
        <w:t>гар</w:t>
      </w:r>
      <w:r>
        <w:rPr>
          <w:rFonts w:ascii="LiberationSerif" w:hAnsi="LiberationSerif"/>
          <w:b/>
          <w:bCs/>
          <w:color w:val="000000"/>
          <w:sz w:val="22"/>
          <w:szCs w:val="22"/>
        </w:rPr>
        <w:t>-</w:t>
      </w:r>
      <w:r>
        <w:rPr>
          <w:rFonts w:ascii="LiberationSerif" w:hAnsi="LiberationSerif"/>
          <w:b/>
          <w:bCs/>
          <w:i/>
          <w:iCs/>
          <w:color w:val="000000"/>
          <w:sz w:val="22"/>
          <w:szCs w:val="22"/>
        </w:rPr>
        <w:t> </w:t>
      </w:r>
      <w:r>
        <w:rPr>
          <w:rFonts w:ascii="LiberationSerif" w:hAnsi="LiberationSerif"/>
          <w:color w:val="000000"/>
          <w:sz w:val="22"/>
          <w:szCs w:val="22"/>
        </w:rPr>
        <w:t>—</w:t>
      </w:r>
      <w:r>
        <w:rPr>
          <w:rFonts w:ascii="LiberationSerif" w:hAnsi="LiberationSerif"/>
          <w:b/>
          <w:bCs/>
          <w:i/>
          <w:iCs/>
          <w:color w:val="000000"/>
          <w:sz w:val="22"/>
          <w:szCs w:val="22"/>
        </w:rPr>
        <w:t> </w:t>
      </w:r>
      <w:r>
        <w:rPr>
          <w:rFonts w:ascii="LiberationSerif" w:hAnsi="LiberationSerif"/>
          <w:b/>
          <w:bCs/>
          <w:color w:val="000000"/>
          <w:sz w:val="22"/>
          <w:szCs w:val="22"/>
        </w:rPr>
        <w:t>-</w:t>
      </w:r>
      <w:r>
        <w:rPr>
          <w:rFonts w:ascii="LiberationSerif" w:hAnsi="LiberationSerif"/>
          <w:b/>
          <w:bCs/>
          <w:i/>
          <w:iCs/>
          <w:color w:val="000000"/>
          <w:sz w:val="22"/>
          <w:szCs w:val="22"/>
        </w:rPr>
        <w:t>гор</w:t>
      </w:r>
      <w:r>
        <w:rPr>
          <w:rFonts w:ascii="LiberationSerif" w:hAnsi="LiberationSerif"/>
          <w:b/>
          <w:bCs/>
          <w:color w:val="000000"/>
          <w:sz w:val="22"/>
          <w:szCs w:val="22"/>
        </w:rPr>
        <w:t>-</w:t>
      </w:r>
      <w:r>
        <w:rPr>
          <w:rFonts w:ascii="LiberationSerif" w:hAnsi="LiberationSerif"/>
          <w:color w:val="000000"/>
          <w:sz w:val="22"/>
          <w:szCs w:val="22"/>
        </w:rPr>
        <w:t>, </w:t>
      </w:r>
      <w:r>
        <w:rPr>
          <w:rFonts w:ascii="LiberationSerif" w:hAnsi="LiberationSerif"/>
          <w:b/>
          <w:bCs/>
          <w:color w:val="000000"/>
          <w:sz w:val="22"/>
          <w:szCs w:val="22"/>
        </w:rPr>
        <w:t>-</w:t>
      </w:r>
      <w:r>
        <w:rPr>
          <w:rFonts w:ascii="LiberationSerif" w:hAnsi="LiberationSerif"/>
          <w:b/>
          <w:bCs/>
          <w:i/>
          <w:iCs/>
          <w:color w:val="000000"/>
          <w:sz w:val="22"/>
          <w:szCs w:val="22"/>
        </w:rPr>
        <w:t>зар</w:t>
      </w:r>
      <w:r>
        <w:rPr>
          <w:rFonts w:ascii="LiberationSerif" w:hAnsi="LiberationSerif"/>
          <w:b/>
          <w:bCs/>
          <w:color w:val="000000"/>
          <w:sz w:val="22"/>
          <w:szCs w:val="22"/>
        </w:rPr>
        <w:t>-</w:t>
      </w:r>
      <w:r>
        <w:rPr>
          <w:rFonts w:ascii="LiberationSerif" w:hAnsi="LiberationSerif"/>
          <w:b/>
          <w:bCs/>
          <w:i/>
          <w:iCs/>
          <w:color w:val="000000"/>
          <w:sz w:val="22"/>
          <w:szCs w:val="22"/>
        </w:rPr>
        <w:t> </w:t>
      </w:r>
      <w:r>
        <w:rPr>
          <w:rFonts w:ascii="LiberationSerif" w:hAnsi="LiberationSerif"/>
          <w:color w:val="000000"/>
          <w:sz w:val="22"/>
          <w:szCs w:val="22"/>
        </w:rPr>
        <w:t>—</w:t>
      </w:r>
      <w:r>
        <w:rPr>
          <w:rFonts w:ascii="LiberationSerif" w:hAnsi="LiberationSerif"/>
          <w:b/>
          <w:bCs/>
          <w:i/>
          <w:iCs/>
          <w:color w:val="000000"/>
          <w:sz w:val="22"/>
          <w:szCs w:val="22"/>
        </w:rPr>
        <w:t> </w:t>
      </w:r>
      <w:r>
        <w:rPr>
          <w:rFonts w:ascii="LiberationSerif" w:hAnsi="LiberationSerif"/>
          <w:b/>
          <w:bCs/>
          <w:color w:val="000000"/>
          <w:sz w:val="22"/>
          <w:szCs w:val="22"/>
        </w:rPr>
        <w:t>-</w:t>
      </w:r>
      <w:r>
        <w:rPr>
          <w:rFonts w:ascii="LiberationSerif" w:hAnsi="LiberationSerif"/>
          <w:b/>
          <w:bCs/>
          <w:i/>
          <w:iCs/>
          <w:color w:val="000000"/>
          <w:sz w:val="22"/>
          <w:szCs w:val="22"/>
        </w:rPr>
        <w:t>зор</w:t>
      </w:r>
      <w:r>
        <w:rPr>
          <w:rFonts w:ascii="LiberationSerif" w:hAnsi="LiberationSerif"/>
          <w:b/>
          <w:bCs/>
          <w:color w:val="000000"/>
          <w:sz w:val="22"/>
          <w:szCs w:val="22"/>
        </w:rPr>
        <w:t>-</w:t>
      </w:r>
      <w:r>
        <w:rPr>
          <w:rFonts w:ascii="LiberationSerif" w:hAnsi="LiberationSerif"/>
          <w:color w:val="000000"/>
          <w:sz w:val="22"/>
          <w:szCs w:val="22"/>
        </w:rPr>
        <w:t>; </w:t>
      </w:r>
      <w:r>
        <w:rPr>
          <w:rFonts w:ascii="LiberationSerif" w:hAnsi="LiberationSerif"/>
          <w:b/>
          <w:bCs/>
          <w:i/>
          <w:iCs/>
          <w:color w:val="000000"/>
          <w:sz w:val="22"/>
          <w:szCs w:val="22"/>
        </w:rPr>
        <w:t>-клан- </w:t>
      </w:r>
      <w:r>
        <w:rPr>
          <w:rFonts w:ascii="LiberationSerif" w:hAnsi="LiberationSerif"/>
          <w:color w:val="000000"/>
          <w:sz w:val="22"/>
          <w:szCs w:val="22"/>
        </w:rPr>
        <w:t>—</w:t>
      </w:r>
      <w:r>
        <w:rPr>
          <w:rFonts w:ascii="LiberationSerif" w:hAnsi="LiberationSerif"/>
          <w:b/>
          <w:bCs/>
          <w:i/>
          <w:iCs/>
          <w:color w:val="000000"/>
          <w:sz w:val="22"/>
          <w:szCs w:val="22"/>
        </w:rPr>
        <w:t> -клон-</w:t>
      </w:r>
      <w:r>
        <w:rPr>
          <w:rFonts w:ascii="LiberationSerif" w:hAnsi="LiberationSerif"/>
          <w:color w:val="000000"/>
          <w:sz w:val="22"/>
          <w:szCs w:val="22"/>
        </w:rPr>
        <w:t>, </w:t>
      </w:r>
      <w:r>
        <w:rPr>
          <w:rFonts w:ascii="LiberationSerif" w:hAnsi="LiberationSerif"/>
          <w:b/>
          <w:bCs/>
          <w:i/>
          <w:iCs/>
          <w:color w:val="000000"/>
          <w:sz w:val="22"/>
          <w:szCs w:val="22"/>
        </w:rPr>
        <w:t>-скак- </w:t>
      </w:r>
      <w:r>
        <w:rPr>
          <w:rFonts w:ascii="LiberationSerif" w:hAnsi="LiberationSerif"/>
          <w:color w:val="000000"/>
          <w:sz w:val="22"/>
          <w:szCs w:val="22"/>
        </w:rPr>
        <w:t>—</w:t>
      </w:r>
      <w:r>
        <w:rPr>
          <w:rFonts w:ascii="LiberationSerif" w:hAnsi="LiberationSerif"/>
          <w:b/>
          <w:bCs/>
          <w:i/>
          <w:iCs/>
          <w:color w:val="000000"/>
          <w:sz w:val="22"/>
          <w:szCs w:val="22"/>
        </w:rPr>
        <w:t> -скоч-</w:t>
      </w:r>
      <w:r>
        <w:rPr>
          <w:rFonts w:ascii="LiberationSerif" w:hAnsi="LiberationSerif"/>
          <w:color w:val="000000"/>
          <w:sz w:val="22"/>
          <w:szCs w:val="22"/>
        </w:rPr>
        <w:t>; употребления/неупотребления </w:t>
      </w:r>
      <w:proofErr w:type="spellStart"/>
      <w:r>
        <w:rPr>
          <w:rFonts w:ascii="LiberationSerif" w:hAnsi="LiberationSerif"/>
          <w:b/>
          <w:bCs/>
          <w:i/>
          <w:iCs/>
          <w:color w:val="000000"/>
          <w:sz w:val="22"/>
          <w:szCs w:val="22"/>
        </w:rPr>
        <w:t>ь</w:t>
      </w:r>
      <w:proofErr w:type="spellEnd"/>
      <w:r>
        <w:rPr>
          <w:rFonts w:ascii="LiberationSerif" w:hAnsi="LiberationSerif"/>
          <w:b/>
          <w:bCs/>
          <w:i/>
          <w:iCs/>
          <w:color w:val="000000"/>
          <w:sz w:val="22"/>
          <w:szCs w:val="22"/>
        </w:rPr>
        <w:t> </w:t>
      </w:r>
      <w:r>
        <w:rPr>
          <w:rFonts w:ascii="LiberationSerif" w:hAnsi="LiberationSerif"/>
          <w:color w:val="000000"/>
          <w:sz w:val="22"/>
          <w:szCs w:val="22"/>
        </w:rPr>
        <w:t>на конце имён существительных после шипящих; слитное и раздельное написание </w:t>
      </w:r>
      <w:r>
        <w:rPr>
          <w:rFonts w:ascii="LiberationSerif" w:hAnsi="LiberationSerif"/>
          <w:b/>
          <w:bCs/>
          <w:i/>
          <w:iCs/>
          <w:color w:val="000000"/>
          <w:sz w:val="22"/>
          <w:szCs w:val="22"/>
        </w:rPr>
        <w:t>не</w:t>
      </w:r>
      <w:r>
        <w:rPr>
          <w:rFonts w:ascii="LiberationSerif" w:hAnsi="LiberationSerif"/>
          <w:color w:val="000000"/>
          <w:sz w:val="22"/>
          <w:szCs w:val="22"/>
        </w:rPr>
        <w:t> с именами существительными; правописание собственных имён существительных.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Имя прилагательное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частичный морфологический анализ имён прилагательных (в рамках изученного).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словоизменения, произношения имён прилагательных, постановки в них ударения (в рамках изучен</w:t>
      </w:r>
      <w:r>
        <w:rPr>
          <w:rFonts w:ascii="LiberationSerif" w:hAnsi="LiberationSerif"/>
          <w:color w:val="000000"/>
          <w:sz w:val="22"/>
          <w:szCs w:val="22"/>
        </w:rPr>
        <w:softHyphen/>
        <w:t>ного).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правописания имён прилагательных: безударных окончаний; </w:t>
      </w:r>
      <w:r>
        <w:rPr>
          <w:rFonts w:ascii="LiberationSerif" w:hAnsi="LiberationSerif"/>
          <w:b/>
          <w:bCs/>
          <w:i/>
          <w:iCs/>
          <w:color w:val="000000"/>
          <w:sz w:val="22"/>
          <w:szCs w:val="22"/>
        </w:rPr>
        <w:t>о</w:t>
      </w:r>
      <w:r>
        <w:rPr>
          <w:rFonts w:ascii="LiberationSerif" w:hAnsi="LiberationSerif"/>
          <w:color w:val="000000"/>
          <w:sz w:val="22"/>
          <w:szCs w:val="22"/>
        </w:rPr>
        <w:t> — </w:t>
      </w:r>
      <w:r>
        <w:rPr>
          <w:rFonts w:ascii="LiberationSerif" w:hAnsi="LiberationSerif"/>
          <w:b/>
          <w:bCs/>
          <w:i/>
          <w:iCs/>
          <w:color w:val="000000"/>
          <w:sz w:val="22"/>
          <w:szCs w:val="22"/>
        </w:rPr>
        <w:t>е</w:t>
      </w:r>
      <w:r>
        <w:rPr>
          <w:rFonts w:ascii="LiberationSerif" w:hAnsi="LiberationSerif"/>
          <w:color w:val="000000"/>
          <w:sz w:val="22"/>
          <w:szCs w:val="22"/>
        </w:rPr>
        <w:t> после шипящих и </w:t>
      </w:r>
      <w:r>
        <w:rPr>
          <w:rFonts w:ascii="LiberationSerif" w:hAnsi="LiberationSerif"/>
          <w:b/>
          <w:bCs/>
          <w:i/>
          <w:iCs/>
          <w:color w:val="000000"/>
          <w:sz w:val="22"/>
          <w:szCs w:val="22"/>
        </w:rPr>
        <w:t>ц</w:t>
      </w:r>
      <w:r>
        <w:rPr>
          <w:rFonts w:ascii="LiberationSerif" w:hAnsi="LiberationSerif"/>
          <w:color w:val="000000"/>
          <w:sz w:val="22"/>
          <w:szCs w:val="22"/>
        </w:rPr>
        <w:t> в суффиксах и окончаниях; кратких форм имён прилагательных с основой на шипящие; нормы слитного и раздельного написания </w:t>
      </w:r>
      <w:r>
        <w:rPr>
          <w:rFonts w:ascii="LiberationSerif" w:hAnsi="LiberationSerif"/>
          <w:b/>
          <w:bCs/>
          <w:i/>
          <w:iCs/>
          <w:color w:val="000000"/>
          <w:sz w:val="22"/>
          <w:szCs w:val="22"/>
        </w:rPr>
        <w:t>не</w:t>
      </w:r>
      <w:r>
        <w:rPr>
          <w:rFonts w:ascii="LiberationSerif" w:hAnsi="LiberationSerif"/>
          <w:color w:val="000000"/>
          <w:sz w:val="22"/>
          <w:szCs w:val="22"/>
        </w:rPr>
        <w:t> с именами прилагательными.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Глагол</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глаголы совершенного и несовершенного вида, возвратные и невозвратные.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Определять спряжение глагола, уметь спрягать глаголы.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частичный морфологический анализ глаголов (в рамках изученного).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словоизменения глаголов, постановки ударения в глагольных формах (в рамках изученного).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правописания глаголов: корней с чередованием </w:t>
      </w:r>
      <w:r>
        <w:rPr>
          <w:rFonts w:ascii="LiberationSerif" w:hAnsi="LiberationSerif"/>
          <w:b/>
          <w:bCs/>
          <w:i/>
          <w:iCs/>
          <w:color w:val="000000"/>
          <w:sz w:val="22"/>
          <w:szCs w:val="22"/>
        </w:rPr>
        <w:t>е</w:t>
      </w:r>
      <w:r>
        <w:rPr>
          <w:rFonts w:ascii="LiberationSerif" w:hAnsi="LiberationSerif"/>
          <w:b/>
          <w:bCs/>
          <w:color w:val="000000"/>
          <w:sz w:val="22"/>
          <w:szCs w:val="22"/>
        </w:rPr>
        <w:t> </w:t>
      </w:r>
      <w:r>
        <w:rPr>
          <w:rFonts w:ascii="LiberationSerif" w:hAnsi="LiberationSerif"/>
          <w:color w:val="000000"/>
          <w:sz w:val="22"/>
          <w:szCs w:val="22"/>
        </w:rPr>
        <w:t>// </w:t>
      </w:r>
      <w:r>
        <w:rPr>
          <w:rFonts w:ascii="LiberationSerif" w:hAnsi="LiberationSerif"/>
          <w:b/>
          <w:bCs/>
          <w:i/>
          <w:iCs/>
          <w:color w:val="000000"/>
          <w:sz w:val="22"/>
          <w:szCs w:val="22"/>
        </w:rPr>
        <w:t>и</w:t>
      </w:r>
      <w:r>
        <w:rPr>
          <w:rFonts w:ascii="LiberationSerif" w:hAnsi="LiberationSerif"/>
          <w:color w:val="000000"/>
          <w:sz w:val="22"/>
          <w:szCs w:val="22"/>
        </w:rPr>
        <w:t>; использования </w:t>
      </w:r>
      <w:r>
        <w:rPr>
          <w:rFonts w:ascii="LiberationSerif" w:hAnsi="LiberationSerif"/>
          <w:b/>
          <w:bCs/>
          <w:i/>
          <w:iCs/>
          <w:color w:val="000000"/>
          <w:sz w:val="22"/>
          <w:szCs w:val="22"/>
        </w:rPr>
        <w:t>ь </w:t>
      </w:r>
      <w:r>
        <w:rPr>
          <w:rFonts w:ascii="LiberationSerif" w:hAnsi="LiberationSerif"/>
          <w:color w:val="000000"/>
          <w:sz w:val="22"/>
          <w:szCs w:val="22"/>
        </w:rPr>
        <w:t>после шипящих как показателя грамматической формы в инфинитиве, в форме 2-го лица единственного числа; </w:t>
      </w:r>
      <w:r>
        <w:rPr>
          <w:rFonts w:ascii="LiberationSerif" w:hAnsi="LiberationSerif"/>
          <w:b/>
          <w:bCs/>
          <w:i/>
          <w:iCs/>
          <w:color w:val="000000"/>
          <w:sz w:val="22"/>
          <w:szCs w:val="22"/>
        </w:rPr>
        <w:t>-</w:t>
      </w:r>
      <w:proofErr w:type="spellStart"/>
      <w:r>
        <w:rPr>
          <w:rFonts w:ascii="LiberationSerif" w:hAnsi="LiberationSerif"/>
          <w:b/>
          <w:bCs/>
          <w:i/>
          <w:iCs/>
          <w:color w:val="000000"/>
          <w:sz w:val="22"/>
          <w:szCs w:val="22"/>
        </w:rPr>
        <w:t>тся</w:t>
      </w:r>
      <w:proofErr w:type="spellEnd"/>
      <w:r>
        <w:rPr>
          <w:rFonts w:ascii="LiberationSerif" w:hAnsi="LiberationSerif"/>
          <w:color w:val="000000"/>
          <w:sz w:val="22"/>
          <w:szCs w:val="22"/>
        </w:rPr>
        <w:t> и </w:t>
      </w:r>
      <w:r>
        <w:rPr>
          <w:rFonts w:ascii="LiberationSerif" w:hAnsi="LiberationSerif"/>
          <w:b/>
          <w:bCs/>
          <w:i/>
          <w:iCs/>
          <w:color w:val="000000"/>
          <w:sz w:val="22"/>
          <w:szCs w:val="22"/>
        </w:rPr>
        <w:t>-</w:t>
      </w:r>
      <w:proofErr w:type="spellStart"/>
      <w:r>
        <w:rPr>
          <w:rFonts w:ascii="LiberationSerif" w:hAnsi="LiberationSerif"/>
          <w:b/>
          <w:bCs/>
          <w:i/>
          <w:iCs/>
          <w:color w:val="000000"/>
          <w:sz w:val="22"/>
          <w:szCs w:val="22"/>
        </w:rPr>
        <w:t>ться</w:t>
      </w:r>
      <w:proofErr w:type="spellEnd"/>
      <w:r>
        <w:rPr>
          <w:rFonts w:ascii="LiberationSerif" w:hAnsi="LiberationSerif"/>
          <w:color w:val="000000"/>
          <w:sz w:val="22"/>
          <w:szCs w:val="22"/>
        </w:rPr>
        <w:t> в глаголах; суффиксов </w:t>
      </w:r>
      <w:r>
        <w:rPr>
          <w:rFonts w:ascii="LiberationSerif" w:hAnsi="LiberationSerif"/>
          <w:b/>
          <w:bCs/>
          <w:i/>
          <w:iCs/>
          <w:color w:val="000000"/>
          <w:sz w:val="22"/>
          <w:szCs w:val="22"/>
        </w:rPr>
        <w:t>-</w:t>
      </w:r>
      <w:proofErr w:type="spellStart"/>
      <w:r>
        <w:rPr>
          <w:rFonts w:ascii="LiberationSerif" w:hAnsi="LiberationSerif"/>
          <w:b/>
          <w:bCs/>
          <w:i/>
          <w:iCs/>
          <w:color w:val="000000"/>
          <w:sz w:val="22"/>
          <w:szCs w:val="22"/>
        </w:rPr>
        <w:t>ова</w:t>
      </w:r>
      <w:proofErr w:type="spellEnd"/>
      <w:r>
        <w:rPr>
          <w:rFonts w:ascii="LiberationSerif" w:hAnsi="LiberationSerif"/>
          <w:color w:val="000000"/>
          <w:sz w:val="22"/>
          <w:szCs w:val="22"/>
        </w:rPr>
        <w:t>-</w:t>
      </w:r>
      <w:r>
        <w:rPr>
          <w:rFonts w:ascii="LiberationSerif" w:hAnsi="LiberationSerif"/>
          <w:b/>
          <w:bCs/>
          <w:color w:val="000000"/>
          <w:sz w:val="22"/>
          <w:szCs w:val="22"/>
        </w:rPr>
        <w:t> </w:t>
      </w:r>
      <w:r>
        <w:rPr>
          <w:rFonts w:ascii="LiberationSerif" w:hAnsi="LiberationSerif"/>
          <w:color w:val="000000"/>
          <w:sz w:val="22"/>
          <w:szCs w:val="22"/>
        </w:rPr>
        <w:t>— -</w:t>
      </w:r>
      <w:proofErr w:type="spellStart"/>
      <w:r>
        <w:rPr>
          <w:rFonts w:ascii="LiberationSerif" w:hAnsi="LiberationSerif"/>
          <w:b/>
          <w:bCs/>
          <w:i/>
          <w:iCs/>
          <w:color w:val="000000"/>
          <w:sz w:val="22"/>
          <w:szCs w:val="22"/>
        </w:rPr>
        <w:t>ева</w:t>
      </w:r>
      <w:proofErr w:type="spellEnd"/>
      <w:r>
        <w:rPr>
          <w:rFonts w:ascii="LiberationSerif" w:hAnsi="LiberationSerif"/>
          <w:color w:val="000000"/>
          <w:sz w:val="22"/>
          <w:szCs w:val="22"/>
        </w:rPr>
        <w:t>-, </w:t>
      </w:r>
      <w:r>
        <w:rPr>
          <w:rFonts w:ascii="LiberationSerif" w:hAnsi="LiberationSerif"/>
          <w:b/>
          <w:bCs/>
          <w:i/>
          <w:iCs/>
          <w:color w:val="000000"/>
          <w:sz w:val="22"/>
          <w:szCs w:val="22"/>
        </w:rPr>
        <w:t>-</w:t>
      </w:r>
      <w:proofErr w:type="spellStart"/>
      <w:r>
        <w:rPr>
          <w:rFonts w:ascii="LiberationSerif" w:hAnsi="LiberationSerif"/>
          <w:b/>
          <w:bCs/>
          <w:i/>
          <w:iCs/>
          <w:color w:val="000000"/>
          <w:sz w:val="22"/>
          <w:szCs w:val="22"/>
        </w:rPr>
        <w:t>ыва</w:t>
      </w:r>
      <w:proofErr w:type="spellEnd"/>
      <w:r>
        <w:rPr>
          <w:rFonts w:ascii="LiberationSerif" w:hAnsi="LiberationSerif"/>
          <w:b/>
          <w:bCs/>
          <w:i/>
          <w:iCs/>
          <w:color w:val="000000"/>
          <w:sz w:val="22"/>
          <w:szCs w:val="22"/>
        </w:rPr>
        <w:t>-</w:t>
      </w:r>
      <w:r>
        <w:rPr>
          <w:rFonts w:ascii="LiberationSerif" w:hAnsi="LiberationSerif"/>
          <w:b/>
          <w:bCs/>
          <w:color w:val="000000"/>
          <w:sz w:val="22"/>
          <w:szCs w:val="22"/>
        </w:rPr>
        <w:t> </w:t>
      </w:r>
      <w:r>
        <w:rPr>
          <w:rFonts w:ascii="LiberationSerif" w:hAnsi="LiberationSerif"/>
          <w:color w:val="000000"/>
          <w:sz w:val="22"/>
          <w:szCs w:val="22"/>
        </w:rPr>
        <w:t>— </w:t>
      </w:r>
      <w:r>
        <w:rPr>
          <w:rFonts w:ascii="LiberationSerif" w:hAnsi="LiberationSerif"/>
          <w:b/>
          <w:bCs/>
          <w:i/>
          <w:iCs/>
          <w:color w:val="000000"/>
          <w:sz w:val="22"/>
          <w:szCs w:val="22"/>
        </w:rPr>
        <w:t>-ива-</w:t>
      </w:r>
      <w:r>
        <w:rPr>
          <w:rFonts w:ascii="LiberationSerif" w:hAnsi="LiberationSerif"/>
          <w:color w:val="000000"/>
          <w:sz w:val="22"/>
          <w:szCs w:val="22"/>
        </w:rPr>
        <w:t>; личных окончаний глагола, гласной перед суффиксом </w:t>
      </w:r>
      <w:r>
        <w:rPr>
          <w:rFonts w:ascii="LiberationSerif" w:hAnsi="LiberationSerif"/>
          <w:b/>
          <w:bCs/>
          <w:i/>
          <w:iCs/>
          <w:color w:val="000000"/>
          <w:sz w:val="22"/>
          <w:szCs w:val="22"/>
        </w:rPr>
        <w:t>-л-</w:t>
      </w:r>
      <w:r>
        <w:rPr>
          <w:rFonts w:ascii="LiberationSerif" w:hAnsi="LiberationSerif"/>
          <w:color w:val="000000"/>
          <w:sz w:val="22"/>
          <w:szCs w:val="22"/>
        </w:rPr>
        <w:t> в формах прошедшего времени глагола; слитного и раздельного написания </w:t>
      </w:r>
      <w:r>
        <w:rPr>
          <w:rFonts w:ascii="LiberationSerif" w:hAnsi="LiberationSerif"/>
          <w:b/>
          <w:bCs/>
          <w:i/>
          <w:iCs/>
          <w:color w:val="000000"/>
          <w:sz w:val="22"/>
          <w:szCs w:val="22"/>
        </w:rPr>
        <w:t>не</w:t>
      </w:r>
      <w:r>
        <w:rPr>
          <w:rFonts w:ascii="LiberationSerif" w:hAnsi="LiberationSerif"/>
          <w:color w:val="000000"/>
          <w:sz w:val="22"/>
          <w:szCs w:val="22"/>
        </w:rPr>
        <w:t> с глаголами.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Синтаксис. Культура речи. Пунктуация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словосочетания по морфологическим свойствам главного слова (именные, глагольные, наречные); простые нео</w:t>
      </w:r>
      <w:r>
        <w:rPr>
          <w:rFonts w:ascii="LiberationSerif" w:hAnsi="LiberationSerif"/>
          <w:color w:val="000000"/>
          <w:sz w:val="22"/>
          <w:szCs w:val="22"/>
        </w:rPr>
        <w:softHyphen/>
        <w:t>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rFonts w:ascii="LiberationSerif" w:hAnsi="LiberationSerif"/>
          <w:b/>
          <w:bCs/>
          <w:i/>
          <w:iCs/>
          <w:color w:val="000000"/>
          <w:sz w:val="22"/>
          <w:szCs w:val="22"/>
        </w:rPr>
        <w:t>и</w:t>
      </w:r>
      <w:r>
        <w:rPr>
          <w:rFonts w:ascii="LiberationSerif" w:hAnsi="LiberationSerif"/>
          <w:color w:val="000000"/>
          <w:sz w:val="22"/>
          <w:szCs w:val="22"/>
        </w:rPr>
        <w:t>, союзами </w:t>
      </w:r>
      <w:r>
        <w:rPr>
          <w:rFonts w:ascii="LiberationSerif" w:hAnsi="LiberationSerif"/>
          <w:b/>
          <w:bCs/>
          <w:i/>
          <w:iCs/>
          <w:color w:val="000000"/>
          <w:sz w:val="22"/>
          <w:szCs w:val="22"/>
        </w:rPr>
        <w:t>а</w:t>
      </w:r>
      <w:r>
        <w:rPr>
          <w:rFonts w:ascii="LiberationSerif" w:hAnsi="LiberationSerif"/>
          <w:color w:val="000000"/>
          <w:sz w:val="22"/>
          <w:szCs w:val="22"/>
        </w:rPr>
        <w:t>, </w:t>
      </w:r>
      <w:r>
        <w:rPr>
          <w:rFonts w:ascii="LiberationSerif" w:hAnsi="LiberationSerif"/>
          <w:b/>
          <w:bCs/>
          <w:i/>
          <w:iCs/>
          <w:color w:val="000000"/>
          <w:sz w:val="22"/>
          <w:szCs w:val="22"/>
        </w:rPr>
        <w:t>но</w:t>
      </w:r>
      <w:r>
        <w:rPr>
          <w:rFonts w:ascii="LiberationSerif" w:hAnsi="LiberationSerif"/>
          <w:color w:val="000000"/>
          <w:sz w:val="22"/>
          <w:szCs w:val="22"/>
        </w:rPr>
        <w:t>, </w:t>
      </w:r>
      <w:r>
        <w:rPr>
          <w:rFonts w:ascii="LiberationSerif" w:hAnsi="LiberationSerif"/>
          <w:b/>
          <w:bCs/>
          <w:i/>
          <w:iCs/>
          <w:color w:val="000000"/>
          <w:sz w:val="22"/>
          <w:szCs w:val="22"/>
        </w:rPr>
        <w:t>однако</w:t>
      </w:r>
      <w:r>
        <w:rPr>
          <w:rFonts w:ascii="LiberationSerif" w:hAnsi="LiberationSerif"/>
          <w:color w:val="000000"/>
          <w:sz w:val="22"/>
          <w:szCs w:val="22"/>
        </w:rPr>
        <w:t>, </w:t>
      </w:r>
      <w:r>
        <w:rPr>
          <w:rFonts w:ascii="LiberationSerif" w:hAnsi="LiberationSerif"/>
          <w:b/>
          <w:bCs/>
          <w:i/>
          <w:iCs/>
          <w:color w:val="000000"/>
          <w:sz w:val="22"/>
          <w:szCs w:val="22"/>
        </w:rPr>
        <w:t>зато</w:t>
      </w:r>
      <w:r>
        <w:rPr>
          <w:rFonts w:ascii="LiberationSerif" w:hAnsi="LiberationSerif"/>
          <w:color w:val="000000"/>
          <w:sz w:val="22"/>
          <w:szCs w:val="22"/>
        </w:rPr>
        <w:t>, </w:t>
      </w:r>
      <w:r>
        <w:rPr>
          <w:rFonts w:ascii="LiberationSerif" w:hAnsi="LiberationSerif"/>
          <w:b/>
          <w:bCs/>
          <w:i/>
          <w:iCs/>
          <w:color w:val="000000"/>
          <w:sz w:val="22"/>
          <w:szCs w:val="22"/>
        </w:rPr>
        <w:t>да</w:t>
      </w:r>
      <w:r>
        <w:rPr>
          <w:rFonts w:ascii="LiberationSerif" w:hAnsi="LiberationSerif"/>
          <w:color w:val="000000"/>
          <w:sz w:val="22"/>
          <w:szCs w:val="22"/>
        </w:rPr>
        <w:t> (в значении </w:t>
      </w:r>
      <w:r>
        <w:rPr>
          <w:rFonts w:ascii="LiberationSerif" w:hAnsi="LiberationSerif"/>
          <w:b/>
          <w:bCs/>
          <w:i/>
          <w:iCs/>
          <w:color w:val="000000"/>
          <w:sz w:val="22"/>
          <w:szCs w:val="22"/>
        </w:rPr>
        <w:t>и</w:t>
      </w:r>
      <w:r>
        <w:rPr>
          <w:rFonts w:ascii="LiberationSerif" w:hAnsi="LiberationSerif"/>
          <w:color w:val="000000"/>
          <w:sz w:val="22"/>
          <w:szCs w:val="22"/>
        </w:rPr>
        <w:t>), </w:t>
      </w:r>
      <w:r>
        <w:rPr>
          <w:rFonts w:ascii="LiberationSerif" w:hAnsi="LiberationSerif"/>
          <w:b/>
          <w:bCs/>
          <w:i/>
          <w:iCs/>
          <w:color w:val="000000"/>
          <w:sz w:val="22"/>
          <w:szCs w:val="22"/>
        </w:rPr>
        <w:t>да</w:t>
      </w:r>
      <w:r>
        <w:rPr>
          <w:rFonts w:ascii="LiberationSerif" w:hAnsi="LiberationSerif"/>
          <w:color w:val="000000"/>
          <w:sz w:val="22"/>
          <w:szCs w:val="22"/>
        </w:rPr>
        <w:t> (в значении </w:t>
      </w:r>
      <w:r>
        <w:rPr>
          <w:rFonts w:ascii="LiberationSerif" w:hAnsi="LiberationSerif"/>
          <w:b/>
          <w:bCs/>
          <w:i/>
          <w:iCs/>
          <w:color w:val="000000"/>
          <w:sz w:val="22"/>
          <w:szCs w:val="22"/>
        </w:rPr>
        <w:t>но</w:t>
      </w:r>
      <w:r>
        <w:rPr>
          <w:rFonts w:ascii="LiberationSerif" w:hAnsi="LiberationSerif"/>
          <w:color w:val="000000"/>
          <w:sz w:val="22"/>
          <w:szCs w:val="22"/>
        </w:rPr>
        <w:t>);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rFonts w:ascii="LiberationSerif" w:hAnsi="LiberationSerif"/>
          <w:b/>
          <w:bCs/>
          <w:i/>
          <w:iCs/>
          <w:color w:val="000000"/>
          <w:sz w:val="22"/>
          <w:szCs w:val="22"/>
        </w:rPr>
        <w:t>и</w:t>
      </w:r>
      <w:r>
        <w:rPr>
          <w:rFonts w:ascii="LiberationSerif" w:hAnsi="LiberationSerif"/>
          <w:color w:val="000000"/>
          <w:sz w:val="22"/>
          <w:szCs w:val="22"/>
        </w:rPr>
        <w:t>, </w:t>
      </w:r>
      <w:r>
        <w:rPr>
          <w:rFonts w:ascii="LiberationSerif" w:hAnsi="LiberationSerif"/>
          <w:b/>
          <w:bCs/>
          <w:i/>
          <w:iCs/>
          <w:color w:val="000000"/>
          <w:sz w:val="22"/>
          <w:szCs w:val="22"/>
        </w:rPr>
        <w:t>но</w:t>
      </w:r>
      <w:r>
        <w:rPr>
          <w:rFonts w:ascii="LiberationSerif" w:hAnsi="LiberationSerif"/>
          <w:color w:val="000000"/>
          <w:sz w:val="22"/>
          <w:szCs w:val="22"/>
        </w:rPr>
        <w:t>, </w:t>
      </w:r>
      <w:r>
        <w:rPr>
          <w:rFonts w:ascii="LiberationSerif" w:hAnsi="LiberationSerif"/>
          <w:b/>
          <w:bCs/>
          <w:i/>
          <w:iCs/>
          <w:color w:val="000000"/>
          <w:sz w:val="22"/>
          <w:szCs w:val="22"/>
        </w:rPr>
        <w:t>а</w:t>
      </w:r>
      <w:r>
        <w:rPr>
          <w:rFonts w:ascii="LiberationSerif" w:hAnsi="LiberationSerif"/>
          <w:color w:val="000000"/>
          <w:sz w:val="22"/>
          <w:szCs w:val="22"/>
        </w:rPr>
        <w:t>, </w:t>
      </w:r>
      <w:r>
        <w:rPr>
          <w:rFonts w:ascii="LiberationSerif" w:hAnsi="LiberationSerif"/>
          <w:b/>
          <w:bCs/>
          <w:i/>
          <w:iCs/>
          <w:color w:val="000000"/>
          <w:sz w:val="22"/>
          <w:szCs w:val="22"/>
        </w:rPr>
        <w:t>однако</w:t>
      </w:r>
      <w:r>
        <w:rPr>
          <w:rFonts w:ascii="LiberationSerif" w:hAnsi="LiberationSerif"/>
          <w:color w:val="000000"/>
          <w:sz w:val="22"/>
          <w:szCs w:val="22"/>
        </w:rPr>
        <w:t>, </w:t>
      </w:r>
      <w:r>
        <w:rPr>
          <w:rFonts w:ascii="LiberationSerif" w:hAnsi="LiberationSerif"/>
          <w:b/>
          <w:bCs/>
          <w:i/>
          <w:iCs/>
          <w:color w:val="000000"/>
          <w:sz w:val="22"/>
          <w:szCs w:val="22"/>
        </w:rPr>
        <w:t>зато</w:t>
      </w:r>
      <w:r>
        <w:rPr>
          <w:rFonts w:ascii="LiberationSerif" w:hAnsi="LiberationSerif"/>
          <w:color w:val="000000"/>
          <w:sz w:val="22"/>
          <w:szCs w:val="22"/>
        </w:rPr>
        <w:t>, </w:t>
      </w:r>
      <w:r>
        <w:rPr>
          <w:rFonts w:ascii="LiberationSerif" w:hAnsi="LiberationSerif"/>
          <w:b/>
          <w:bCs/>
          <w:i/>
          <w:iCs/>
          <w:color w:val="000000"/>
          <w:sz w:val="22"/>
          <w:szCs w:val="22"/>
        </w:rPr>
        <w:t>да</w:t>
      </w:r>
      <w:r>
        <w:rPr>
          <w:rFonts w:ascii="LiberationSerif" w:hAnsi="LiberationSerif"/>
          <w:color w:val="000000"/>
          <w:sz w:val="22"/>
          <w:szCs w:val="22"/>
        </w:rPr>
        <w:t>; оформлять на письме диалог.</w:t>
      </w:r>
    </w:p>
    <w:p w:rsidR="00B830E9" w:rsidRPr="00A95066" w:rsidRDefault="00B830E9" w:rsidP="00B830E9">
      <w:pPr>
        <w:pStyle w:val="21"/>
        <w:shd w:val="clear" w:color="auto" w:fill="FFFFFF"/>
        <w:spacing w:before="240" w:after="120" w:line="240" w:lineRule="atLeast"/>
        <w:rPr>
          <w:rFonts w:ascii="LiberationSerif" w:hAnsi="LiberationSerif"/>
          <w:caps/>
          <w:color w:val="000000"/>
          <w:sz w:val="22"/>
          <w:szCs w:val="22"/>
          <w:lang w:val="ru-RU"/>
        </w:rPr>
      </w:pPr>
      <w:r w:rsidRPr="00A95066">
        <w:rPr>
          <w:rFonts w:ascii="LiberationSerif" w:hAnsi="LiberationSerif"/>
          <w:caps/>
          <w:color w:val="000000"/>
          <w:sz w:val="22"/>
          <w:szCs w:val="22"/>
          <w:lang w:val="ru-RU"/>
        </w:rPr>
        <w:t>6 КЛАСС</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Общие сведения о языке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Иметь представление о русском литературном языке.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Язык и речь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Участвовать в диалоге (побуждение к действию, обмен мнениями) объёмом не менее 4 реплик.</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различными видами чтения: просмотровым, ознакомительным, изучающим, поисковым.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Устно пересказывать прочитанный или прослушанный текст объёмом не менее 110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Pr>
          <w:rFonts w:ascii="LiberationSerif" w:hAnsi="LiberationSerif"/>
          <w:color w:val="000000"/>
          <w:sz w:val="22"/>
          <w:szCs w:val="22"/>
        </w:rPr>
        <w:t>пунктограммы</w:t>
      </w:r>
      <w:proofErr w:type="spellEnd"/>
      <w:r>
        <w:rPr>
          <w:rFonts w:ascii="LiberationSerif" w:hAnsi="LiberationSerif"/>
          <w:color w:val="000000"/>
          <w:sz w:val="22"/>
          <w:szCs w:val="22"/>
        </w:rPr>
        <w:t xml:space="preserve"> и слова с непроверяемыми написаниями); соблюдать в устной речи и на письме правила речевого этикета.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Текст</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Анализировать текст с точки зрения его соответствия основным признакам; с точки зрения его принадлежности к функ</w:t>
      </w:r>
      <w:r>
        <w:rPr>
          <w:rFonts w:ascii="LiberationSerif" w:hAnsi="LiberationSerif"/>
          <w:color w:val="000000"/>
          <w:sz w:val="22"/>
          <w:szCs w:val="22"/>
        </w:rPr>
        <w:softHyphen/>
        <w:t>ционально-смысловому типу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Выявлять средства связи предложений в тексте, в том числе притяжательные и указательные местоимения, </w:t>
      </w:r>
      <w:proofErr w:type="spellStart"/>
      <w:proofErr w:type="gramStart"/>
      <w:r>
        <w:rPr>
          <w:rFonts w:ascii="LiberationSerif" w:hAnsi="LiberationSerif"/>
          <w:color w:val="000000"/>
          <w:sz w:val="22"/>
          <w:szCs w:val="22"/>
        </w:rPr>
        <w:t>видо-временную</w:t>
      </w:r>
      <w:proofErr w:type="spellEnd"/>
      <w:proofErr w:type="gramEnd"/>
      <w:r>
        <w:rPr>
          <w:rFonts w:ascii="LiberationSerif" w:hAnsi="LiberationSerif"/>
          <w:color w:val="000000"/>
          <w:sz w:val="22"/>
          <w:szCs w:val="22"/>
        </w:rPr>
        <w:t xml:space="preserve"> соотнесённость глагольных форм.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Проводить смысловой анализ текста, его композиционных особенностей, определять количество </w:t>
      </w:r>
      <w:proofErr w:type="spellStart"/>
      <w:r>
        <w:rPr>
          <w:rFonts w:ascii="LiberationSerif" w:hAnsi="LiberationSerif"/>
          <w:color w:val="000000"/>
          <w:sz w:val="22"/>
          <w:szCs w:val="22"/>
        </w:rPr>
        <w:t>микротем</w:t>
      </w:r>
      <w:proofErr w:type="spellEnd"/>
      <w:r>
        <w:rPr>
          <w:rFonts w:ascii="LiberationSerif" w:hAnsi="LiberationSerif"/>
          <w:color w:val="000000"/>
          <w:sz w:val="22"/>
          <w:szCs w:val="22"/>
        </w:rPr>
        <w:t xml:space="preserve"> и абзацев.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Представлять сообщение на заданную тему в виде презентации.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Редактировать собственные тексты с опорой на знание норм современного русского литературного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Функциональные разновидности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знания об официально-деловом и научном стиле при выполнении языкового анализа различных видов и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СИСТЕМА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Лексикология. Культура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в тексте фразеологизмы, уметь определять их значения; характеризовать ситуацию употреб</w:t>
      </w:r>
      <w:r>
        <w:rPr>
          <w:rFonts w:ascii="LiberationSerif" w:hAnsi="LiberationSerif"/>
          <w:color w:val="000000"/>
          <w:sz w:val="22"/>
          <w:szCs w:val="22"/>
        </w:rPr>
        <w:softHyphen/>
        <w:t>ления фра</w:t>
      </w:r>
      <w:r>
        <w:rPr>
          <w:rFonts w:ascii="LiberationSerif" w:hAnsi="LiberationSerif"/>
          <w:color w:val="000000"/>
          <w:sz w:val="22"/>
          <w:szCs w:val="22"/>
        </w:rPr>
        <w:softHyphen/>
        <w:t>зеологизма.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Словообразование. Культура речи. Орфография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формообразующие и словообразующие морфемы в слове; выделять производящую основу.</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Определять способы словообразования (приставочный, суффиксальный, приставочно-суффиксальный, </w:t>
      </w:r>
      <w:proofErr w:type="spellStart"/>
      <w:r>
        <w:rPr>
          <w:rFonts w:ascii="LiberationSerif" w:hAnsi="LiberationSerif"/>
          <w:color w:val="000000"/>
          <w:sz w:val="22"/>
          <w:szCs w:val="22"/>
        </w:rPr>
        <w:t>бессуффиксный</w:t>
      </w:r>
      <w:proofErr w:type="spellEnd"/>
      <w:r>
        <w:rPr>
          <w:rFonts w:ascii="LiberationSerif" w:hAnsi="LiberationSerif"/>
          <w:color w:val="000000"/>
          <w:sz w:val="22"/>
          <w:szCs w:val="22"/>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Pr>
          <w:rFonts w:ascii="LiberationSerif" w:hAnsi="LiberationSerif"/>
          <w:color w:val="000000"/>
          <w:sz w:val="22"/>
          <w:szCs w:val="22"/>
        </w:rPr>
        <w:t>морфемике</w:t>
      </w:r>
      <w:proofErr w:type="spellEnd"/>
      <w:r>
        <w:rPr>
          <w:rFonts w:ascii="LiberationSerif" w:hAnsi="LiberationSerif"/>
          <w:color w:val="000000"/>
          <w:sz w:val="22"/>
          <w:szCs w:val="22"/>
        </w:rPr>
        <w:t xml:space="preserve"> и словообразованию при выполнении языкового анализа различных видов.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словообразования имён прилагательных.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правописания сложных и сложносокращённых слов; нормы правописания корня </w:t>
      </w:r>
      <w:r>
        <w:rPr>
          <w:rFonts w:ascii="LiberationSerif" w:hAnsi="LiberationSerif"/>
          <w:b/>
          <w:bCs/>
          <w:i/>
          <w:iCs/>
          <w:color w:val="000000"/>
          <w:sz w:val="22"/>
          <w:szCs w:val="22"/>
        </w:rPr>
        <w:t>-</w:t>
      </w:r>
      <w:proofErr w:type="spellStart"/>
      <w:r>
        <w:rPr>
          <w:rFonts w:ascii="LiberationSerif" w:hAnsi="LiberationSerif"/>
          <w:b/>
          <w:bCs/>
          <w:i/>
          <w:iCs/>
          <w:color w:val="000000"/>
          <w:sz w:val="22"/>
          <w:szCs w:val="22"/>
        </w:rPr>
        <w:t>кас</w:t>
      </w:r>
      <w:proofErr w:type="spellEnd"/>
      <w:r>
        <w:rPr>
          <w:rFonts w:ascii="LiberationSerif" w:hAnsi="LiberationSerif"/>
          <w:b/>
          <w:bCs/>
          <w:i/>
          <w:iCs/>
          <w:color w:val="000000"/>
          <w:sz w:val="22"/>
          <w:szCs w:val="22"/>
        </w:rPr>
        <w:t>-</w:t>
      </w:r>
      <w:r>
        <w:rPr>
          <w:rFonts w:ascii="LiberationSerif" w:hAnsi="LiberationSerif"/>
          <w:color w:val="000000"/>
          <w:sz w:val="22"/>
          <w:szCs w:val="22"/>
        </w:rPr>
        <w:t> — </w:t>
      </w:r>
      <w:r>
        <w:rPr>
          <w:rFonts w:ascii="LiberationSerif" w:hAnsi="LiberationSerif"/>
          <w:b/>
          <w:bCs/>
          <w:i/>
          <w:iCs/>
          <w:color w:val="000000"/>
          <w:sz w:val="22"/>
          <w:szCs w:val="22"/>
        </w:rPr>
        <w:t>-кос- </w:t>
      </w:r>
      <w:r>
        <w:rPr>
          <w:rFonts w:ascii="LiberationSerif" w:hAnsi="LiberationSerif"/>
          <w:color w:val="000000"/>
          <w:sz w:val="22"/>
          <w:szCs w:val="22"/>
        </w:rPr>
        <w:t>с чередованием </w:t>
      </w:r>
      <w:r>
        <w:rPr>
          <w:rFonts w:ascii="LiberationSerif" w:hAnsi="LiberationSerif"/>
          <w:b/>
          <w:bCs/>
          <w:i/>
          <w:iCs/>
          <w:color w:val="000000"/>
          <w:sz w:val="22"/>
          <w:szCs w:val="22"/>
        </w:rPr>
        <w:t>а</w:t>
      </w:r>
      <w:r>
        <w:rPr>
          <w:rFonts w:ascii="LiberationSerif" w:hAnsi="LiberationSerif"/>
          <w:color w:val="000000"/>
          <w:sz w:val="22"/>
          <w:szCs w:val="22"/>
        </w:rPr>
        <w:t> // </w:t>
      </w:r>
      <w:r>
        <w:rPr>
          <w:rFonts w:ascii="LiberationSerif" w:hAnsi="LiberationSerif"/>
          <w:b/>
          <w:bCs/>
          <w:i/>
          <w:iCs/>
          <w:color w:val="000000"/>
          <w:sz w:val="22"/>
          <w:szCs w:val="22"/>
        </w:rPr>
        <w:t>о</w:t>
      </w:r>
      <w:r>
        <w:rPr>
          <w:rFonts w:ascii="LiberationSerif" w:hAnsi="LiberationSerif"/>
          <w:color w:val="000000"/>
          <w:sz w:val="22"/>
          <w:szCs w:val="22"/>
        </w:rPr>
        <w:t>, гласных в приставках </w:t>
      </w:r>
      <w:r>
        <w:rPr>
          <w:rFonts w:ascii="LiberationSerif" w:hAnsi="LiberationSerif"/>
          <w:b/>
          <w:bCs/>
          <w:i/>
          <w:iCs/>
          <w:color w:val="000000"/>
          <w:sz w:val="22"/>
          <w:szCs w:val="22"/>
        </w:rPr>
        <w:t>пре-</w:t>
      </w:r>
      <w:r>
        <w:rPr>
          <w:rFonts w:ascii="LiberationSerif" w:hAnsi="LiberationSerif"/>
          <w:color w:val="000000"/>
          <w:sz w:val="22"/>
          <w:szCs w:val="22"/>
        </w:rPr>
        <w:t> и </w:t>
      </w:r>
      <w:r>
        <w:rPr>
          <w:rFonts w:ascii="LiberationSerif" w:hAnsi="LiberationSerif"/>
          <w:b/>
          <w:bCs/>
          <w:i/>
          <w:iCs/>
          <w:color w:val="000000"/>
          <w:sz w:val="22"/>
          <w:szCs w:val="22"/>
        </w:rPr>
        <w:t>при-</w:t>
      </w:r>
      <w:r>
        <w:rPr>
          <w:rFonts w:ascii="LiberationSerif" w:hAnsi="LiberationSerif"/>
          <w:color w:val="000000"/>
          <w:sz w:val="22"/>
          <w:szCs w:val="22"/>
        </w:rPr>
        <w:t>.</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Морфология. Культура речи. Орфография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особенности словообразования имён существительных.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слитного и дефисного написания </w:t>
      </w:r>
      <w:r>
        <w:rPr>
          <w:rFonts w:ascii="LiberationSerif" w:hAnsi="LiberationSerif"/>
          <w:b/>
          <w:bCs/>
          <w:i/>
          <w:iCs/>
          <w:color w:val="000000"/>
          <w:sz w:val="22"/>
          <w:szCs w:val="22"/>
        </w:rPr>
        <w:t>пол-</w:t>
      </w:r>
      <w:r>
        <w:rPr>
          <w:rFonts w:ascii="LiberationSerif" w:hAnsi="LiberationSerif"/>
          <w:color w:val="000000"/>
          <w:sz w:val="22"/>
          <w:szCs w:val="22"/>
        </w:rPr>
        <w:t> и </w:t>
      </w:r>
      <w:r>
        <w:rPr>
          <w:rFonts w:ascii="LiberationSerif" w:hAnsi="LiberationSerif"/>
          <w:b/>
          <w:bCs/>
          <w:i/>
          <w:iCs/>
          <w:color w:val="000000"/>
          <w:sz w:val="22"/>
          <w:szCs w:val="22"/>
        </w:rPr>
        <w:t>полу-</w:t>
      </w:r>
      <w:r>
        <w:rPr>
          <w:rFonts w:ascii="LiberationSerif" w:hAnsi="LiberationSerif"/>
          <w:color w:val="000000"/>
          <w:sz w:val="22"/>
          <w:szCs w:val="22"/>
        </w:rPr>
        <w:t> со словами.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произношения, постановки ударения (в рамках изученного), словоизменения имён существительных.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качественные, относительные и притяжательные имена прилагательные, степени сравнения качественных имён прилагательных.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proofErr w:type="spellStart"/>
      <w:r>
        <w:rPr>
          <w:rFonts w:ascii="LiberationSerif" w:hAnsi="LiberationSerif"/>
          <w:b/>
          <w:bCs/>
          <w:i/>
          <w:iCs/>
          <w:color w:val="000000"/>
          <w:sz w:val="22"/>
          <w:szCs w:val="22"/>
        </w:rPr>
        <w:t>н</w:t>
      </w:r>
      <w:proofErr w:type="spellEnd"/>
      <w:r>
        <w:rPr>
          <w:rFonts w:ascii="LiberationSerif" w:hAnsi="LiberationSerif"/>
          <w:color w:val="000000"/>
          <w:sz w:val="22"/>
          <w:szCs w:val="22"/>
        </w:rPr>
        <w:t> и </w:t>
      </w:r>
      <w:proofErr w:type="spellStart"/>
      <w:r>
        <w:rPr>
          <w:rFonts w:ascii="LiberationSerif" w:hAnsi="LiberationSerif"/>
          <w:b/>
          <w:bCs/>
          <w:i/>
          <w:iCs/>
          <w:color w:val="000000"/>
          <w:sz w:val="22"/>
          <w:szCs w:val="22"/>
        </w:rPr>
        <w:t>нн</w:t>
      </w:r>
      <w:proofErr w:type="spellEnd"/>
      <w:r>
        <w:rPr>
          <w:rFonts w:ascii="LiberationSerif" w:hAnsi="LiberationSerif"/>
          <w:color w:val="000000"/>
          <w:sz w:val="22"/>
          <w:szCs w:val="22"/>
        </w:rPr>
        <w:t> в именах прилагательных, суффиксов </w:t>
      </w:r>
      <w:r>
        <w:rPr>
          <w:rFonts w:ascii="LiberationSerif" w:hAnsi="LiberationSerif"/>
          <w:b/>
          <w:bCs/>
          <w:i/>
          <w:iCs/>
          <w:color w:val="000000"/>
          <w:sz w:val="22"/>
          <w:szCs w:val="22"/>
        </w:rPr>
        <w:t>-к-</w:t>
      </w:r>
      <w:r>
        <w:rPr>
          <w:rFonts w:ascii="LiberationSerif" w:hAnsi="LiberationSerif"/>
          <w:color w:val="000000"/>
          <w:sz w:val="22"/>
          <w:szCs w:val="22"/>
        </w:rPr>
        <w:t> и </w:t>
      </w:r>
      <w:r>
        <w:rPr>
          <w:rFonts w:ascii="LiberationSerif" w:hAnsi="LiberationSerif"/>
          <w:b/>
          <w:bCs/>
          <w:i/>
          <w:iCs/>
          <w:color w:val="000000"/>
          <w:sz w:val="22"/>
          <w:szCs w:val="22"/>
        </w:rPr>
        <w:t>-</w:t>
      </w:r>
      <w:proofErr w:type="spellStart"/>
      <w:r>
        <w:rPr>
          <w:rFonts w:ascii="LiberationSerif" w:hAnsi="LiberationSerif"/>
          <w:b/>
          <w:bCs/>
          <w:i/>
          <w:iCs/>
          <w:color w:val="000000"/>
          <w:sz w:val="22"/>
          <w:szCs w:val="22"/>
        </w:rPr>
        <w:t>ск</w:t>
      </w:r>
      <w:proofErr w:type="spellEnd"/>
      <w:r>
        <w:rPr>
          <w:rFonts w:ascii="LiberationSerif" w:hAnsi="LiberationSerif"/>
          <w:b/>
          <w:bCs/>
          <w:i/>
          <w:iCs/>
          <w:color w:val="000000"/>
          <w:sz w:val="22"/>
          <w:szCs w:val="22"/>
        </w:rPr>
        <w:t>-</w:t>
      </w:r>
      <w:r>
        <w:rPr>
          <w:rFonts w:ascii="LiberationSerif" w:hAnsi="LiberationSerif"/>
          <w:color w:val="000000"/>
          <w:sz w:val="22"/>
          <w:szCs w:val="22"/>
        </w:rPr>
        <w:t> имён прилагательных, сложных имён прилагательных.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Правильно употреблять собирательные имена числительные; соблюдать нормы правописания имён числительных, в том числе написание </w:t>
      </w:r>
      <w:r>
        <w:rPr>
          <w:rFonts w:ascii="LiberationSerif" w:hAnsi="LiberationSerif"/>
          <w:b/>
          <w:bCs/>
          <w:i/>
          <w:iCs/>
          <w:color w:val="000000"/>
          <w:sz w:val="22"/>
          <w:szCs w:val="22"/>
        </w:rPr>
        <w:t>ь</w:t>
      </w:r>
      <w:r>
        <w:rPr>
          <w:rFonts w:ascii="LiberationSerif" w:hAnsi="LiberationSerif"/>
          <w:color w:val="000000"/>
          <w:sz w:val="22"/>
          <w:szCs w:val="22"/>
        </w:rPr>
        <w:t>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rFonts w:ascii="LiberationSerif" w:hAnsi="LiberationSerif"/>
          <w:b/>
          <w:bCs/>
          <w:i/>
          <w:iCs/>
          <w:color w:val="000000"/>
          <w:sz w:val="22"/>
          <w:szCs w:val="22"/>
        </w:rPr>
        <w:t>не</w:t>
      </w:r>
      <w:r>
        <w:rPr>
          <w:rFonts w:ascii="LiberationSerif" w:hAnsi="LiberationSerif"/>
          <w:color w:val="000000"/>
          <w:sz w:val="22"/>
          <w:szCs w:val="22"/>
        </w:rPr>
        <w:t> и </w:t>
      </w:r>
      <w:r>
        <w:rPr>
          <w:rFonts w:ascii="LiberationSerif" w:hAnsi="LiberationSerif"/>
          <w:b/>
          <w:bCs/>
          <w:i/>
          <w:iCs/>
          <w:color w:val="000000"/>
          <w:sz w:val="22"/>
          <w:szCs w:val="22"/>
        </w:rPr>
        <w:t>ни</w:t>
      </w:r>
      <w:r>
        <w:rPr>
          <w:rFonts w:ascii="LiberationSerif" w:hAnsi="LiberationSerif"/>
          <w:color w:val="000000"/>
          <w:sz w:val="22"/>
          <w:szCs w:val="22"/>
        </w:rPr>
        <w:t>, слитного, раздельного и дефисного написания местоимений.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правописания </w:t>
      </w:r>
      <w:r>
        <w:rPr>
          <w:rFonts w:ascii="LiberationSerif" w:hAnsi="LiberationSerif"/>
          <w:b/>
          <w:bCs/>
          <w:i/>
          <w:iCs/>
          <w:color w:val="000000"/>
          <w:sz w:val="22"/>
          <w:szCs w:val="22"/>
        </w:rPr>
        <w:t>ь</w:t>
      </w:r>
      <w:r>
        <w:rPr>
          <w:rFonts w:ascii="LiberationSerif" w:hAnsi="LiberationSerif"/>
          <w:color w:val="000000"/>
          <w:sz w:val="22"/>
          <w:szCs w:val="22"/>
        </w:rPr>
        <w:t> в формах глагола повелительного наклонения.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фонетический анализ слов; использовать знания по фонетике и графике в практике произношения и правописания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B830E9" w:rsidRPr="00A95066" w:rsidRDefault="00B830E9" w:rsidP="00B830E9">
      <w:pPr>
        <w:pStyle w:val="21"/>
        <w:shd w:val="clear" w:color="auto" w:fill="FFFFFF"/>
        <w:spacing w:before="240" w:after="120" w:line="240" w:lineRule="atLeast"/>
        <w:rPr>
          <w:rFonts w:ascii="LiberationSerif" w:hAnsi="LiberationSerif"/>
          <w:caps/>
          <w:color w:val="000000"/>
          <w:sz w:val="22"/>
          <w:szCs w:val="22"/>
          <w:lang w:val="ru-RU"/>
        </w:rPr>
      </w:pPr>
      <w:r w:rsidRPr="00A95066">
        <w:rPr>
          <w:rFonts w:ascii="LiberationSerif" w:hAnsi="LiberationSerif"/>
          <w:caps/>
          <w:color w:val="000000"/>
          <w:sz w:val="22"/>
          <w:szCs w:val="22"/>
          <w:lang w:val="ru-RU"/>
        </w:rPr>
        <w:t>7 КЛАСС</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Общие сведения о языке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Иметь представление о языке как развивающемся явлении.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Осознавать взаимосвязь языка, культуры и истории народа (приводить примеры).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Язык и речь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w:t>
      </w:r>
      <w:r>
        <w:rPr>
          <w:rFonts w:ascii="LiberationSerif" w:hAnsi="LiberationSerif"/>
          <w:color w:val="000000"/>
          <w:sz w:val="22"/>
          <w:szCs w:val="22"/>
        </w:rPr>
        <w:softHyphen/>
        <w:t xml:space="preserve"> по</w:t>
      </w:r>
      <w:r>
        <w:rPr>
          <w:rFonts w:ascii="LiberationSerif" w:hAnsi="LiberationSerif"/>
          <w:color w:val="000000"/>
          <w:sz w:val="22"/>
          <w:szCs w:val="22"/>
        </w:rPr>
        <w:softHyphen/>
        <w:t>пулярной литературы (монолог-описание, монолог-рассуждение, монолог-повествование); выступать с научным сообщением.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Участвовать в диалоге на лингвистические темы (в рамках изученного) и темы на основе жизненных наблюдений объёмом не менее 5 реплик.</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различными видами диалога: диалог — запрос информации, диалог — сообщение информации.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различными видами чтения: просмотровым, ознакомительным, изучающим, поисковым.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Устно пересказывать прослушанный или прочитанный текст объёмом не менее 120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Осуществлять адекватный выбор языковых средств для со</w:t>
      </w:r>
      <w:r>
        <w:rPr>
          <w:rFonts w:ascii="LiberationSerif" w:hAnsi="LiberationSerif"/>
          <w:color w:val="000000"/>
          <w:sz w:val="22"/>
          <w:szCs w:val="22"/>
        </w:rPr>
        <w:softHyphen/>
        <w:t>здания высказывания в соответствии с целью, темой и коммуникативным замыслом.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Pr>
          <w:rFonts w:ascii="LiberationSerif" w:hAnsi="LiberationSerif"/>
          <w:color w:val="000000"/>
          <w:sz w:val="22"/>
          <w:szCs w:val="22"/>
        </w:rPr>
        <w:t>пунктограммы</w:t>
      </w:r>
      <w:proofErr w:type="spellEnd"/>
      <w:r>
        <w:rPr>
          <w:rFonts w:ascii="LiberationSerif" w:hAnsi="LiberationSerif"/>
          <w:color w:val="000000"/>
          <w:sz w:val="22"/>
          <w:szCs w:val="22"/>
        </w:rPr>
        <w:t xml:space="preserve"> и слова с непроверяемыми написаниями); соблюдать на письме пра</w:t>
      </w:r>
      <w:r>
        <w:rPr>
          <w:rFonts w:ascii="LiberationSerif" w:hAnsi="LiberationSerif"/>
          <w:color w:val="000000"/>
          <w:sz w:val="22"/>
          <w:szCs w:val="22"/>
        </w:rPr>
        <w:softHyphen/>
        <w:t>вила речевого этикета.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Текст</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Анализировать текст с точки зрения его соответствия ос</w:t>
      </w:r>
      <w:r>
        <w:rPr>
          <w:rFonts w:ascii="LiberationSerif" w:hAnsi="LiberationSerif"/>
          <w:color w:val="000000"/>
          <w:sz w:val="22"/>
          <w:szCs w:val="22"/>
        </w:rPr>
        <w:softHyphen/>
        <w:t>новным признакам; выявлять его структуру, особенности абзац</w:t>
      </w:r>
      <w:r>
        <w:rPr>
          <w:rFonts w:ascii="LiberationSerif" w:hAnsi="LiberationSerif"/>
          <w:color w:val="000000"/>
          <w:sz w:val="22"/>
          <w:szCs w:val="22"/>
        </w:rPr>
        <w:softHyphen/>
        <w:t>ного членения, языковые средства выразительности в тексте: фонетические (звукопись), словообразовательные, лексические.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Проводить смысловой анализ текста, его композиционных особенностей, определять количество </w:t>
      </w:r>
      <w:proofErr w:type="spellStart"/>
      <w:r>
        <w:rPr>
          <w:rFonts w:ascii="LiberationSerif" w:hAnsi="LiberationSerif"/>
          <w:color w:val="000000"/>
          <w:sz w:val="22"/>
          <w:szCs w:val="22"/>
        </w:rPr>
        <w:t>микротем</w:t>
      </w:r>
      <w:proofErr w:type="spellEnd"/>
      <w:r>
        <w:rPr>
          <w:rFonts w:ascii="LiberationSerif" w:hAnsi="LiberationSerif"/>
          <w:color w:val="000000"/>
          <w:sz w:val="22"/>
          <w:szCs w:val="22"/>
        </w:rPr>
        <w:t xml:space="preserve"> и абзацев.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лексические и грамматические средства связи предложений и частей текста.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Создавать тексты различных функционально-смысловых </w:t>
      </w:r>
      <w:r>
        <w:rPr>
          <w:rFonts w:ascii="LiberationSerif" w:hAnsi="LiberationSerif"/>
          <w:color w:val="000000"/>
          <w:sz w:val="22"/>
          <w:szCs w:val="22"/>
        </w:rPr>
        <w:softHyphen/>
        <w:t>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Представлять сообщение на заданную тему в виде презентации.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Представлять содержание научно-учебного текста в виде таблицы, схемы; представлять содержание таблицы, схемы в виде текста.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Функциональные разновидности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тексты публицистического стиля в жанре репортажа, заметки, интервью; оформлять деловые бумаги (инструкция).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нормами построения текстов публицистического стиля.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знания о функциональных разновидностях языка при выполнении языкового анализа различных видов и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Система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Использовать знания по </w:t>
      </w:r>
      <w:proofErr w:type="spellStart"/>
      <w:r>
        <w:rPr>
          <w:rFonts w:ascii="LiberationSerif" w:hAnsi="LiberationSerif"/>
          <w:color w:val="000000"/>
          <w:sz w:val="22"/>
          <w:szCs w:val="22"/>
        </w:rPr>
        <w:t>морфемике</w:t>
      </w:r>
      <w:proofErr w:type="spellEnd"/>
      <w:r>
        <w:rPr>
          <w:rFonts w:ascii="LiberationSerif" w:hAnsi="LiberationSerif"/>
          <w:color w:val="000000"/>
          <w:sz w:val="22"/>
          <w:szCs w:val="22"/>
        </w:rPr>
        <w:t xml:space="preserve"> и словообразованию при выполнении языкового анализа различных видов и в практике правописания.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слово с точки зрения сферы его употреб</w:t>
      </w:r>
      <w:r>
        <w:rPr>
          <w:rFonts w:ascii="LiberationSerif" w:hAnsi="LiberationSerif"/>
          <w:color w:val="000000"/>
          <w:sz w:val="22"/>
          <w:szCs w:val="22"/>
        </w:rPr>
        <w:softHyphen/>
        <w:t>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Использовать грамматические словари и справочники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Морфология. Культура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Причастие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причастия как особую группу слов. Опре</w:t>
      </w:r>
      <w:r>
        <w:rPr>
          <w:rFonts w:ascii="LiberationSerif" w:hAnsi="LiberationSerif"/>
          <w:color w:val="000000"/>
          <w:sz w:val="22"/>
          <w:szCs w:val="22"/>
        </w:rPr>
        <w:softHyphen/>
        <w:t>делять признаки глагола и имени прилагательного в причас</w:t>
      </w:r>
      <w:r>
        <w:rPr>
          <w:rFonts w:ascii="LiberationSerif" w:hAnsi="LiberationSerif"/>
          <w:color w:val="000000"/>
          <w:sz w:val="22"/>
          <w:szCs w:val="22"/>
        </w:rPr>
        <w:softHyphen/>
        <w:t>тии.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морфологический анализ причастий, применять это умение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Уместно использовать причастия в речи. Различать созвучные причастия и имена прилагательные (</w:t>
      </w:r>
      <w:r>
        <w:rPr>
          <w:rFonts w:ascii="LiberationSerif" w:hAnsi="LiberationSerif"/>
          <w:b/>
          <w:bCs/>
          <w:i/>
          <w:iCs/>
          <w:color w:val="000000"/>
          <w:sz w:val="22"/>
          <w:szCs w:val="22"/>
        </w:rPr>
        <w:t>висящий</w:t>
      </w:r>
      <w:r>
        <w:rPr>
          <w:rFonts w:ascii="LiberationSerif" w:hAnsi="LiberationSerif"/>
          <w:i/>
          <w:iCs/>
          <w:color w:val="000000"/>
          <w:sz w:val="22"/>
          <w:szCs w:val="22"/>
        </w:rPr>
        <w:t> — </w:t>
      </w:r>
      <w:r>
        <w:rPr>
          <w:rFonts w:ascii="LiberationSerif" w:hAnsi="LiberationSerif"/>
          <w:b/>
          <w:bCs/>
          <w:i/>
          <w:iCs/>
          <w:color w:val="000000"/>
          <w:sz w:val="22"/>
          <w:szCs w:val="22"/>
        </w:rPr>
        <w:t>висячий</w:t>
      </w:r>
      <w:r>
        <w:rPr>
          <w:rFonts w:ascii="LiberationSerif" w:hAnsi="LiberationSerif"/>
          <w:i/>
          <w:iCs/>
          <w:color w:val="000000"/>
          <w:sz w:val="22"/>
          <w:szCs w:val="22"/>
        </w:rPr>
        <w:t>, </w:t>
      </w:r>
      <w:r>
        <w:rPr>
          <w:rFonts w:ascii="LiberationSerif" w:hAnsi="LiberationSerif"/>
          <w:b/>
          <w:bCs/>
          <w:i/>
          <w:iCs/>
          <w:color w:val="000000"/>
          <w:sz w:val="22"/>
          <w:szCs w:val="22"/>
        </w:rPr>
        <w:t>горящий</w:t>
      </w:r>
      <w:r>
        <w:rPr>
          <w:rFonts w:ascii="LiberationSerif" w:hAnsi="LiberationSerif"/>
          <w:i/>
          <w:iCs/>
          <w:color w:val="000000"/>
          <w:sz w:val="22"/>
          <w:szCs w:val="22"/>
        </w:rPr>
        <w:t> — </w:t>
      </w:r>
      <w:r>
        <w:rPr>
          <w:rFonts w:ascii="LiberationSerif" w:hAnsi="LiberationSerif"/>
          <w:b/>
          <w:bCs/>
          <w:i/>
          <w:iCs/>
          <w:color w:val="000000"/>
          <w:sz w:val="22"/>
          <w:szCs w:val="22"/>
        </w:rPr>
        <w:t>горячий</w:t>
      </w:r>
      <w:r>
        <w:rPr>
          <w:rFonts w:ascii="LiberationSerif" w:hAnsi="LiberationSerif"/>
          <w:color w:val="000000"/>
          <w:sz w:val="22"/>
          <w:szCs w:val="22"/>
        </w:rPr>
        <w:t>). Правильно употреблять причастия с суффиксом </w:t>
      </w:r>
      <w:r>
        <w:rPr>
          <w:rFonts w:ascii="LiberationSerif" w:hAnsi="LiberationSerif"/>
          <w:b/>
          <w:bCs/>
          <w:i/>
          <w:iCs/>
          <w:color w:val="000000"/>
          <w:sz w:val="22"/>
          <w:szCs w:val="22"/>
        </w:rPr>
        <w:t>-</w:t>
      </w:r>
      <w:proofErr w:type="spellStart"/>
      <w:r>
        <w:rPr>
          <w:rFonts w:ascii="LiberationSerif" w:hAnsi="LiberationSerif"/>
          <w:b/>
          <w:bCs/>
          <w:i/>
          <w:iCs/>
          <w:color w:val="000000"/>
          <w:sz w:val="22"/>
          <w:szCs w:val="22"/>
        </w:rPr>
        <w:t>ся</w:t>
      </w:r>
      <w:proofErr w:type="spellEnd"/>
      <w:r>
        <w:rPr>
          <w:rFonts w:ascii="LiberationSerif" w:hAnsi="LiberationSerif"/>
          <w:color w:val="000000"/>
          <w:sz w:val="22"/>
          <w:szCs w:val="22"/>
        </w:rPr>
        <w:t>. Правильно устанавливать согласование в словосочетаниях типа </w:t>
      </w:r>
      <w:r>
        <w:rPr>
          <w:rFonts w:ascii="LiberationSerif" w:hAnsi="LiberationSerif"/>
          <w:i/>
          <w:iCs/>
          <w:color w:val="000000"/>
          <w:sz w:val="22"/>
          <w:szCs w:val="22"/>
        </w:rPr>
        <w:t>прич. + сущ</w:t>
      </w:r>
      <w:r>
        <w:rPr>
          <w:rFonts w:ascii="LiberationSerif" w:hAnsi="LiberationSerif"/>
          <w:color w:val="000000"/>
          <w:sz w:val="22"/>
          <w:szCs w:val="22"/>
        </w:rPr>
        <w:t>.</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Правильно ставить ударение в некоторых формах причастий.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правила правописания падежных окончаний и суффиксов причастий;</w:t>
      </w:r>
      <w:r>
        <w:rPr>
          <w:rFonts w:ascii="LiberationSerif" w:hAnsi="LiberationSerif"/>
          <w:i/>
          <w:iCs/>
          <w:color w:val="000000"/>
          <w:sz w:val="22"/>
          <w:szCs w:val="22"/>
        </w:rPr>
        <w:t> </w:t>
      </w:r>
      <w:proofErr w:type="spellStart"/>
      <w:r>
        <w:rPr>
          <w:rFonts w:ascii="LiberationSerif" w:hAnsi="LiberationSerif"/>
          <w:b/>
          <w:bCs/>
          <w:i/>
          <w:iCs/>
          <w:color w:val="000000"/>
          <w:sz w:val="22"/>
          <w:szCs w:val="22"/>
        </w:rPr>
        <w:t>н</w:t>
      </w:r>
      <w:proofErr w:type="spellEnd"/>
      <w:r>
        <w:rPr>
          <w:rFonts w:ascii="LiberationSerif" w:hAnsi="LiberationSerif"/>
          <w:color w:val="000000"/>
          <w:sz w:val="22"/>
          <w:szCs w:val="22"/>
        </w:rPr>
        <w:t> и</w:t>
      </w:r>
      <w:r>
        <w:rPr>
          <w:rFonts w:ascii="LiberationSerif" w:hAnsi="LiberationSerif"/>
          <w:i/>
          <w:iCs/>
          <w:color w:val="000000"/>
          <w:sz w:val="22"/>
          <w:szCs w:val="22"/>
        </w:rPr>
        <w:t> </w:t>
      </w:r>
      <w:proofErr w:type="spellStart"/>
      <w:r>
        <w:rPr>
          <w:rFonts w:ascii="LiberationSerif" w:hAnsi="LiberationSerif"/>
          <w:b/>
          <w:bCs/>
          <w:i/>
          <w:iCs/>
          <w:color w:val="000000"/>
          <w:sz w:val="22"/>
          <w:szCs w:val="22"/>
        </w:rPr>
        <w:t>нн</w:t>
      </w:r>
      <w:proofErr w:type="spellEnd"/>
      <w:r>
        <w:rPr>
          <w:rFonts w:ascii="LiberationSerif" w:hAnsi="LiberationSerif"/>
          <w:b/>
          <w:bCs/>
          <w:color w:val="000000"/>
          <w:sz w:val="22"/>
          <w:szCs w:val="22"/>
        </w:rPr>
        <w:t> </w:t>
      </w:r>
      <w:r>
        <w:rPr>
          <w:rFonts w:ascii="LiberationSerif" w:hAnsi="LiberationSerif"/>
          <w:color w:val="000000"/>
          <w:sz w:val="22"/>
          <w:szCs w:val="22"/>
        </w:rPr>
        <w:t>в причастиях и отглагольных именах прилагательных; написания гласной перед суффиксом </w:t>
      </w:r>
      <w:r>
        <w:rPr>
          <w:rFonts w:ascii="LiberationSerif" w:hAnsi="LiberationSerif"/>
          <w:b/>
          <w:bCs/>
          <w:i/>
          <w:iCs/>
          <w:color w:val="000000"/>
          <w:sz w:val="22"/>
          <w:szCs w:val="22"/>
        </w:rPr>
        <w:t>-</w:t>
      </w:r>
      <w:proofErr w:type="spellStart"/>
      <w:r>
        <w:rPr>
          <w:rFonts w:ascii="LiberationSerif" w:hAnsi="LiberationSerif"/>
          <w:b/>
          <w:bCs/>
          <w:i/>
          <w:iCs/>
          <w:color w:val="000000"/>
          <w:sz w:val="22"/>
          <w:szCs w:val="22"/>
        </w:rPr>
        <w:t>вш</w:t>
      </w:r>
      <w:proofErr w:type="spellEnd"/>
      <w:r>
        <w:rPr>
          <w:rFonts w:ascii="LiberationSerif" w:hAnsi="LiberationSerif"/>
          <w:b/>
          <w:bCs/>
          <w:i/>
          <w:iCs/>
          <w:color w:val="000000"/>
          <w:sz w:val="22"/>
          <w:szCs w:val="22"/>
        </w:rPr>
        <w:t>-</w:t>
      </w:r>
      <w:r>
        <w:rPr>
          <w:rFonts w:ascii="LiberationSerif" w:hAnsi="LiberationSerif"/>
          <w:color w:val="000000"/>
          <w:sz w:val="22"/>
          <w:szCs w:val="22"/>
        </w:rPr>
        <w:t> действительных причастий прошедшего времени, перед суффиксом </w:t>
      </w:r>
      <w:r>
        <w:rPr>
          <w:rFonts w:ascii="LiberationSerif" w:hAnsi="LiberationSerif"/>
          <w:b/>
          <w:bCs/>
          <w:i/>
          <w:iCs/>
          <w:color w:val="000000"/>
          <w:sz w:val="22"/>
          <w:szCs w:val="22"/>
        </w:rPr>
        <w:t>-</w:t>
      </w:r>
      <w:proofErr w:type="spellStart"/>
      <w:r>
        <w:rPr>
          <w:rFonts w:ascii="LiberationSerif" w:hAnsi="LiberationSerif"/>
          <w:b/>
          <w:bCs/>
          <w:i/>
          <w:iCs/>
          <w:color w:val="000000"/>
          <w:sz w:val="22"/>
          <w:szCs w:val="22"/>
        </w:rPr>
        <w:t>нн</w:t>
      </w:r>
      <w:proofErr w:type="spellEnd"/>
      <w:r>
        <w:rPr>
          <w:rFonts w:ascii="LiberationSerif" w:hAnsi="LiberationSerif"/>
          <w:b/>
          <w:bCs/>
          <w:i/>
          <w:iCs/>
          <w:color w:val="000000"/>
          <w:sz w:val="22"/>
          <w:szCs w:val="22"/>
        </w:rPr>
        <w:t>-</w:t>
      </w:r>
      <w:r>
        <w:rPr>
          <w:rFonts w:ascii="LiberationSerif" w:hAnsi="LiberationSerif"/>
          <w:color w:val="000000"/>
          <w:sz w:val="22"/>
          <w:szCs w:val="22"/>
        </w:rPr>
        <w:t> страдательных причастий прошедшего времени; написания </w:t>
      </w:r>
      <w:r>
        <w:rPr>
          <w:rFonts w:ascii="LiberationSerif" w:hAnsi="LiberationSerif"/>
          <w:b/>
          <w:bCs/>
          <w:i/>
          <w:iCs/>
          <w:color w:val="000000"/>
          <w:sz w:val="22"/>
          <w:szCs w:val="22"/>
        </w:rPr>
        <w:t>не</w:t>
      </w:r>
      <w:r>
        <w:rPr>
          <w:rFonts w:ascii="LiberationSerif" w:hAnsi="LiberationSerif"/>
          <w:b/>
          <w:bCs/>
          <w:color w:val="000000"/>
          <w:sz w:val="22"/>
          <w:szCs w:val="22"/>
        </w:rPr>
        <w:t> </w:t>
      </w:r>
      <w:r>
        <w:rPr>
          <w:rFonts w:ascii="LiberationSerif" w:hAnsi="LiberationSerif"/>
          <w:color w:val="000000"/>
          <w:sz w:val="22"/>
          <w:szCs w:val="22"/>
        </w:rPr>
        <w:t>с причастиями.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Правильно расставлять знаки препинания в предложениях с причастным оборотом.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Деепричастие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деепричастия как особую группу слов. Определять признаки глагола и наречия в деепричастии.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деепричастия совершенного и несовершенного вида.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морфологический анализ деепричастий, применять это умение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Конструировать деепричастный оборот. Определять роль дее</w:t>
      </w:r>
      <w:r>
        <w:rPr>
          <w:rFonts w:ascii="LiberationSerif" w:hAnsi="LiberationSerif"/>
          <w:color w:val="000000"/>
          <w:sz w:val="22"/>
          <w:szCs w:val="22"/>
        </w:rPr>
        <w:softHyphen/>
        <w:t>причастия в предложении.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Уместно использовать деепричастия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Правильно ставить ударение в деепричастиях.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правила написания гласных в суффиксах деепричастий; правила слитного и раздельного написания </w:t>
      </w:r>
      <w:r>
        <w:rPr>
          <w:rFonts w:ascii="LiberationSerif" w:hAnsi="LiberationSerif"/>
          <w:b/>
          <w:bCs/>
          <w:i/>
          <w:iCs/>
          <w:color w:val="000000"/>
          <w:sz w:val="22"/>
          <w:szCs w:val="22"/>
        </w:rPr>
        <w:t>не</w:t>
      </w:r>
      <w:r>
        <w:rPr>
          <w:rFonts w:ascii="LiberationSerif" w:hAnsi="LiberationSerif"/>
          <w:color w:val="000000"/>
          <w:sz w:val="22"/>
          <w:szCs w:val="22"/>
        </w:rPr>
        <w:t> с деепричастиями.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Правильно строить предложения с одиночными деепричастиями и деепричастными оборотами.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Правильно расставлять знаки препинания в предложениях с одиночным деепричастием и деепричастным оборотом.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Наречие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морфологический анализ наречий, применять это умение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образования степеней сравнения наречий, произношения наречий, постановки в них ударения.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правила слитного, раздельного и дефисного написания наречий; написания </w:t>
      </w:r>
      <w:proofErr w:type="spellStart"/>
      <w:r>
        <w:rPr>
          <w:rFonts w:ascii="LiberationSerif" w:hAnsi="LiberationSerif"/>
          <w:b/>
          <w:bCs/>
          <w:i/>
          <w:iCs/>
          <w:color w:val="000000"/>
          <w:sz w:val="22"/>
          <w:szCs w:val="22"/>
        </w:rPr>
        <w:t>н</w:t>
      </w:r>
      <w:proofErr w:type="spellEnd"/>
      <w:r>
        <w:rPr>
          <w:rFonts w:ascii="LiberationSerif" w:hAnsi="LiberationSerif"/>
          <w:b/>
          <w:bCs/>
          <w:color w:val="000000"/>
          <w:sz w:val="22"/>
          <w:szCs w:val="22"/>
        </w:rPr>
        <w:t> </w:t>
      </w:r>
      <w:r>
        <w:rPr>
          <w:rFonts w:ascii="LiberationSerif" w:hAnsi="LiberationSerif"/>
          <w:color w:val="000000"/>
          <w:sz w:val="22"/>
          <w:szCs w:val="22"/>
        </w:rPr>
        <w:t>и </w:t>
      </w:r>
      <w:proofErr w:type="spellStart"/>
      <w:r>
        <w:rPr>
          <w:rFonts w:ascii="LiberationSerif" w:hAnsi="LiberationSerif"/>
          <w:b/>
          <w:bCs/>
          <w:i/>
          <w:iCs/>
          <w:color w:val="000000"/>
          <w:sz w:val="22"/>
          <w:szCs w:val="22"/>
        </w:rPr>
        <w:t>нн</w:t>
      </w:r>
      <w:proofErr w:type="spellEnd"/>
      <w:r>
        <w:rPr>
          <w:rFonts w:ascii="LiberationSerif" w:hAnsi="LiberationSerif"/>
          <w:color w:val="000000"/>
          <w:sz w:val="22"/>
          <w:szCs w:val="22"/>
        </w:rPr>
        <w:t> в наречиях на </w:t>
      </w:r>
      <w:r>
        <w:rPr>
          <w:rFonts w:ascii="LiberationSerif" w:hAnsi="LiberationSerif"/>
          <w:b/>
          <w:bCs/>
          <w:i/>
          <w:iCs/>
          <w:color w:val="000000"/>
          <w:sz w:val="22"/>
          <w:szCs w:val="22"/>
        </w:rPr>
        <w:t>-о</w:t>
      </w:r>
      <w:r>
        <w:rPr>
          <w:rFonts w:ascii="LiberationSerif" w:hAnsi="LiberationSerif"/>
          <w:color w:val="000000"/>
          <w:sz w:val="22"/>
          <w:szCs w:val="22"/>
        </w:rPr>
        <w:t> и </w:t>
      </w:r>
      <w:r>
        <w:rPr>
          <w:rFonts w:ascii="LiberationSerif" w:hAnsi="LiberationSerif"/>
          <w:b/>
          <w:bCs/>
          <w:i/>
          <w:iCs/>
          <w:color w:val="000000"/>
          <w:sz w:val="22"/>
          <w:szCs w:val="22"/>
        </w:rPr>
        <w:t>-е</w:t>
      </w:r>
      <w:r>
        <w:rPr>
          <w:rFonts w:ascii="LiberationSerif" w:hAnsi="LiberationSerif"/>
          <w:color w:val="000000"/>
          <w:sz w:val="22"/>
          <w:szCs w:val="22"/>
        </w:rPr>
        <w:t>; написания суффиксов </w:t>
      </w:r>
      <w:r>
        <w:rPr>
          <w:rFonts w:ascii="LiberationSerif" w:hAnsi="LiberationSerif"/>
          <w:b/>
          <w:bCs/>
          <w:color w:val="000000"/>
          <w:sz w:val="22"/>
          <w:szCs w:val="22"/>
        </w:rPr>
        <w:t>-</w:t>
      </w:r>
      <w:r>
        <w:rPr>
          <w:rFonts w:ascii="LiberationSerif" w:hAnsi="LiberationSerif"/>
          <w:b/>
          <w:bCs/>
          <w:i/>
          <w:iCs/>
          <w:color w:val="000000"/>
          <w:sz w:val="22"/>
          <w:szCs w:val="22"/>
        </w:rPr>
        <w:t>а </w:t>
      </w:r>
      <w:r>
        <w:rPr>
          <w:rFonts w:ascii="LiberationSerif" w:hAnsi="LiberationSerif"/>
          <w:color w:val="000000"/>
          <w:sz w:val="22"/>
          <w:szCs w:val="22"/>
        </w:rPr>
        <w:t>и</w:t>
      </w:r>
      <w:r>
        <w:rPr>
          <w:rFonts w:ascii="LiberationSerif" w:hAnsi="LiberationSerif"/>
          <w:b/>
          <w:bCs/>
          <w:i/>
          <w:iCs/>
          <w:color w:val="000000"/>
          <w:sz w:val="22"/>
          <w:szCs w:val="22"/>
        </w:rPr>
        <w:t> -о</w:t>
      </w:r>
      <w:r>
        <w:rPr>
          <w:rFonts w:ascii="LiberationSerif" w:hAnsi="LiberationSerif"/>
          <w:color w:val="000000"/>
          <w:sz w:val="22"/>
          <w:szCs w:val="22"/>
        </w:rPr>
        <w:t> наречий с приставками </w:t>
      </w:r>
      <w:r>
        <w:rPr>
          <w:rFonts w:ascii="LiberationSerif" w:hAnsi="LiberationSerif"/>
          <w:b/>
          <w:bCs/>
          <w:i/>
          <w:iCs/>
          <w:color w:val="000000"/>
          <w:sz w:val="22"/>
          <w:szCs w:val="22"/>
        </w:rPr>
        <w:t>из-</w:t>
      </w:r>
      <w:r>
        <w:rPr>
          <w:rFonts w:ascii="LiberationSerif" w:hAnsi="LiberationSerif"/>
          <w:i/>
          <w:iCs/>
          <w:color w:val="000000"/>
          <w:sz w:val="22"/>
          <w:szCs w:val="22"/>
        </w:rPr>
        <w:t>, </w:t>
      </w:r>
      <w:r>
        <w:rPr>
          <w:rFonts w:ascii="LiberationSerif" w:hAnsi="LiberationSerif"/>
          <w:b/>
          <w:bCs/>
          <w:i/>
          <w:iCs/>
          <w:color w:val="000000"/>
          <w:sz w:val="22"/>
          <w:szCs w:val="22"/>
        </w:rPr>
        <w:t>до-</w:t>
      </w:r>
      <w:r>
        <w:rPr>
          <w:rFonts w:ascii="LiberationSerif" w:hAnsi="LiberationSerif"/>
          <w:i/>
          <w:iCs/>
          <w:color w:val="000000"/>
          <w:sz w:val="22"/>
          <w:szCs w:val="22"/>
        </w:rPr>
        <w:t>, </w:t>
      </w:r>
      <w:r>
        <w:rPr>
          <w:rFonts w:ascii="LiberationSerif" w:hAnsi="LiberationSerif"/>
          <w:b/>
          <w:bCs/>
          <w:i/>
          <w:iCs/>
          <w:color w:val="000000"/>
          <w:sz w:val="22"/>
          <w:szCs w:val="22"/>
        </w:rPr>
        <w:t>с-</w:t>
      </w:r>
      <w:r>
        <w:rPr>
          <w:rFonts w:ascii="LiberationSerif" w:hAnsi="LiberationSerif"/>
          <w:i/>
          <w:iCs/>
          <w:color w:val="000000"/>
          <w:sz w:val="22"/>
          <w:szCs w:val="22"/>
        </w:rPr>
        <w:t>, </w:t>
      </w:r>
      <w:r>
        <w:rPr>
          <w:rFonts w:ascii="LiberationSerif" w:hAnsi="LiberationSerif"/>
          <w:b/>
          <w:bCs/>
          <w:i/>
          <w:iCs/>
          <w:color w:val="000000"/>
          <w:sz w:val="22"/>
          <w:szCs w:val="22"/>
        </w:rPr>
        <w:t>в-</w:t>
      </w:r>
      <w:r>
        <w:rPr>
          <w:rFonts w:ascii="LiberationSerif" w:hAnsi="LiberationSerif"/>
          <w:i/>
          <w:iCs/>
          <w:color w:val="000000"/>
          <w:sz w:val="22"/>
          <w:szCs w:val="22"/>
        </w:rPr>
        <w:t>, </w:t>
      </w:r>
      <w:r>
        <w:rPr>
          <w:rFonts w:ascii="LiberationSerif" w:hAnsi="LiberationSerif"/>
          <w:b/>
          <w:bCs/>
          <w:i/>
          <w:iCs/>
          <w:color w:val="000000"/>
          <w:sz w:val="22"/>
          <w:szCs w:val="22"/>
        </w:rPr>
        <w:t>на-</w:t>
      </w:r>
      <w:r>
        <w:rPr>
          <w:rFonts w:ascii="LiberationSerif" w:hAnsi="LiberationSerif"/>
          <w:i/>
          <w:iCs/>
          <w:color w:val="000000"/>
          <w:sz w:val="22"/>
          <w:szCs w:val="22"/>
        </w:rPr>
        <w:t>, </w:t>
      </w:r>
      <w:r>
        <w:rPr>
          <w:rFonts w:ascii="LiberationSerif" w:hAnsi="LiberationSerif"/>
          <w:b/>
          <w:bCs/>
          <w:i/>
          <w:iCs/>
          <w:color w:val="000000"/>
          <w:sz w:val="22"/>
          <w:szCs w:val="22"/>
        </w:rPr>
        <w:t>за-</w:t>
      </w:r>
      <w:r>
        <w:rPr>
          <w:rFonts w:ascii="LiberationSerif" w:hAnsi="LiberationSerif"/>
          <w:color w:val="000000"/>
          <w:sz w:val="22"/>
          <w:szCs w:val="22"/>
        </w:rPr>
        <w:t>; употребления </w:t>
      </w:r>
      <w:r>
        <w:rPr>
          <w:rFonts w:ascii="LiberationSerif" w:hAnsi="LiberationSerif"/>
          <w:b/>
          <w:bCs/>
          <w:i/>
          <w:iCs/>
          <w:color w:val="000000"/>
          <w:sz w:val="22"/>
          <w:szCs w:val="22"/>
        </w:rPr>
        <w:t>ь</w:t>
      </w:r>
      <w:r>
        <w:rPr>
          <w:rFonts w:ascii="LiberationSerif" w:hAnsi="LiberationSerif"/>
          <w:b/>
          <w:bCs/>
          <w:color w:val="000000"/>
          <w:sz w:val="22"/>
          <w:szCs w:val="22"/>
        </w:rPr>
        <w:t> </w:t>
      </w:r>
      <w:r>
        <w:rPr>
          <w:rFonts w:ascii="LiberationSerif" w:hAnsi="LiberationSerif"/>
          <w:color w:val="000000"/>
          <w:sz w:val="22"/>
          <w:szCs w:val="22"/>
        </w:rPr>
        <w:t>на конце наречий после шипящих; написания суффиксов наречий -</w:t>
      </w:r>
      <w:r>
        <w:rPr>
          <w:rFonts w:ascii="LiberationSerif" w:hAnsi="LiberationSerif"/>
          <w:b/>
          <w:bCs/>
          <w:i/>
          <w:iCs/>
          <w:color w:val="000000"/>
          <w:sz w:val="22"/>
          <w:szCs w:val="22"/>
        </w:rPr>
        <w:t>о</w:t>
      </w:r>
      <w:r>
        <w:rPr>
          <w:rFonts w:ascii="LiberationSerif" w:hAnsi="LiberationSerif"/>
          <w:i/>
          <w:iCs/>
          <w:color w:val="000000"/>
          <w:sz w:val="22"/>
          <w:szCs w:val="22"/>
        </w:rPr>
        <w:t> </w:t>
      </w:r>
      <w:r>
        <w:rPr>
          <w:rFonts w:ascii="LiberationSerif" w:hAnsi="LiberationSerif"/>
          <w:color w:val="000000"/>
          <w:sz w:val="22"/>
          <w:szCs w:val="22"/>
        </w:rPr>
        <w:t>и</w:t>
      </w:r>
      <w:r>
        <w:rPr>
          <w:rFonts w:ascii="LiberationSerif" w:hAnsi="LiberationSerif"/>
          <w:i/>
          <w:iCs/>
          <w:color w:val="000000"/>
          <w:sz w:val="22"/>
          <w:szCs w:val="22"/>
        </w:rPr>
        <w:t> -</w:t>
      </w:r>
      <w:r>
        <w:rPr>
          <w:rFonts w:ascii="LiberationSerif" w:hAnsi="LiberationSerif"/>
          <w:b/>
          <w:bCs/>
          <w:i/>
          <w:iCs/>
          <w:color w:val="000000"/>
          <w:sz w:val="22"/>
          <w:szCs w:val="22"/>
        </w:rPr>
        <w:t>е</w:t>
      </w:r>
      <w:r>
        <w:rPr>
          <w:rFonts w:ascii="LiberationSerif" w:hAnsi="LiberationSerif"/>
          <w:color w:val="000000"/>
          <w:sz w:val="22"/>
          <w:szCs w:val="22"/>
        </w:rPr>
        <w:t> после шипящих; написания </w:t>
      </w:r>
      <w:r>
        <w:rPr>
          <w:rFonts w:ascii="LiberationSerif" w:hAnsi="LiberationSerif"/>
          <w:b/>
          <w:bCs/>
          <w:i/>
          <w:iCs/>
          <w:color w:val="000000"/>
          <w:sz w:val="22"/>
          <w:szCs w:val="22"/>
        </w:rPr>
        <w:t>е</w:t>
      </w:r>
      <w:r>
        <w:rPr>
          <w:rFonts w:ascii="LiberationSerif" w:hAnsi="LiberationSerif"/>
          <w:color w:val="000000"/>
          <w:sz w:val="22"/>
          <w:szCs w:val="22"/>
        </w:rPr>
        <w:t> и </w:t>
      </w:r>
      <w:r>
        <w:rPr>
          <w:rFonts w:ascii="LiberationSerif" w:hAnsi="LiberationSerif"/>
          <w:b/>
          <w:bCs/>
          <w:i/>
          <w:iCs/>
          <w:color w:val="000000"/>
          <w:sz w:val="22"/>
          <w:szCs w:val="22"/>
        </w:rPr>
        <w:t>и</w:t>
      </w:r>
      <w:r>
        <w:rPr>
          <w:rFonts w:ascii="LiberationSerif" w:hAnsi="LiberationSerif"/>
          <w:color w:val="000000"/>
          <w:sz w:val="22"/>
          <w:szCs w:val="22"/>
        </w:rPr>
        <w:t> в приставках </w:t>
      </w:r>
      <w:r>
        <w:rPr>
          <w:rFonts w:ascii="LiberationSerif" w:hAnsi="LiberationSerif"/>
          <w:b/>
          <w:bCs/>
          <w:i/>
          <w:iCs/>
          <w:color w:val="000000"/>
          <w:sz w:val="22"/>
          <w:szCs w:val="22"/>
        </w:rPr>
        <w:t>не-</w:t>
      </w:r>
      <w:r>
        <w:rPr>
          <w:rFonts w:ascii="LiberationSerif" w:hAnsi="LiberationSerif"/>
          <w:color w:val="000000"/>
          <w:sz w:val="22"/>
          <w:szCs w:val="22"/>
        </w:rPr>
        <w:t> и </w:t>
      </w:r>
      <w:r>
        <w:rPr>
          <w:rFonts w:ascii="LiberationSerif" w:hAnsi="LiberationSerif"/>
          <w:b/>
          <w:bCs/>
          <w:i/>
          <w:iCs/>
          <w:color w:val="000000"/>
          <w:sz w:val="22"/>
          <w:szCs w:val="22"/>
        </w:rPr>
        <w:t>ни- </w:t>
      </w:r>
      <w:r>
        <w:rPr>
          <w:rFonts w:ascii="LiberationSerif" w:hAnsi="LiberationSerif"/>
          <w:color w:val="000000"/>
          <w:sz w:val="22"/>
          <w:szCs w:val="22"/>
        </w:rPr>
        <w:t>наречий; слитного и раздельного написания </w:t>
      </w:r>
      <w:r>
        <w:rPr>
          <w:rFonts w:ascii="LiberationSerif" w:hAnsi="LiberationSerif"/>
          <w:b/>
          <w:bCs/>
          <w:i/>
          <w:iCs/>
          <w:color w:val="000000"/>
          <w:sz w:val="22"/>
          <w:szCs w:val="22"/>
        </w:rPr>
        <w:t>не</w:t>
      </w:r>
      <w:r>
        <w:rPr>
          <w:rFonts w:ascii="LiberationSerif" w:hAnsi="LiberationSerif"/>
          <w:b/>
          <w:bCs/>
          <w:color w:val="000000"/>
          <w:sz w:val="22"/>
          <w:szCs w:val="22"/>
        </w:rPr>
        <w:t> </w:t>
      </w:r>
      <w:r>
        <w:rPr>
          <w:rFonts w:ascii="LiberationSerif" w:hAnsi="LiberationSerif"/>
          <w:color w:val="000000"/>
          <w:sz w:val="22"/>
          <w:szCs w:val="22"/>
        </w:rPr>
        <w:t>с наречиями.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Слова категории состояния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Служебные части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Давать общую характеристику служебных частей речи; объяснять их отличия от самостоятельных частей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Предлог</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предлог как служебную часть речи; различать производные и непроизводные предлоги, простые и составные предлоги.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нормы употребления имён существительных и местоимений с предлогами, предлогов </w:t>
      </w:r>
      <w:r>
        <w:rPr>
          <w:rFonts w:ascii="LiberationSerif" w:hAnsi="LiberationSerif"/>
          <w:b/>
          <w:bCs/>
          <w:i/>
          <w:iCs/>
          <w:color w:val="000000"/>
          <w:sz w:val="22"/>
          <w:szCs w:val="22"/>
        </w:rPr>
        <w:t>из</w:t>
      </w:r>
      <w:r>
        <w:rPr>
          <w:rFonts w:ascii="LiberationSerif" w:hAnsi="LiberationSerif"/>
          <w:i/>
          <w:iCs/>
          <w:color w:val="000000"/>
          <w:sz w:val="22"/>
          <w:szCs w:val="22"/>
        </w:rPr>
        <w:t> — </w:t>
      </w:r>
      <w:r>
        <w:rPr>
          <w:rFonts w:ascii="LiberationSerif" w:hAnsi="LiberationSerif"/>
          <w:b/>
          <w:bCs/>
          <w:i/>
          <w:iCs/>
          <w:color w:val="000000"/>
          <w:sz w:val="22"/>
          <w:szCs w:val="22"/>
        </w:rPr>
        <w:t>с</w:t>
      </w:r>
      <w:r>
        <w:rPr>
          <w:rFonts w:ascii="LiberationSerif" w:hAnsi="LiberationSerif"/>
          <w:color w:val="000000"/>
          <w:sz w:val="22"/>
          <w:szCs w:val="22"/>
        </w:rPr>
        <w:t>,</w:t>
      </w:r>
      <w:r>
        <w:rPr>
          <w:rFonts w:ascii="LiberationSerif" w:hAnsi="LiberationSerif"/>
          <w:i/>
          <w:iCs/>
          <w:color w:val="000000"/>
          <w:sz w:val="22"/>
          <w:szCs w:val="22"/>
        </w:rPr>
        <w:t> </w:t>
      </w:r>
      <w:r>
        <w:rPr>
          <w:rFonts w:ascii="LiberationSerif" w:hAnsi="LiberationSerif"/>
          <w:b/>
          <w:bCs/>
          <w:i/>
          <w:iCs/>
          <w:color w:val="000000"/>
          <w:sz w:val="22"/>
          <w:szCs w:val="22"/>
        </w:rPr>
        <w:t>в</w:t>
      </w:r>
      <w:r>
        <w:rPr>
          <w:rFonts w:ascii="LiberationSerif" w:hAnsi="LiberationSerif"/>
          <w:i/>
          <w:iCs/>
          <w:color w:val="000000"/>
          <w:sz w:val="22"/>
          <w:szCs w:val="22"/>
        </w:rPr>
        <w:t> — </w:t>
      </w:r>
      <w:r>
        <w:rPr>
          <w:rFonts w:ascii="LiberationSerif" w:hAnsi="LiberationSerif"/>
          <w:b/>
          <w:bCs/>
          <w:i/>
          <w:iCs/>
          <w:color w:val="000000"/>
          <w:sz w:val="22"/>
          <w:szCs w:val="22"/>
        </w:rPr>
        <w:t>на</w:t>
      </w:r>
      <w:r>
        <w:rPr>
          <w:rFonts w:ascii="LiberationSerif" w:hAnsi="LiberationSerif"/>
          <w:color w:val="000000"/>
          <w:sz w:val="22"/>
          <w:szCs w:val="22"/>
        </w:rPr>
        <w:t> в составе словосочетаний; правила правописания производных предлогов.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Проводить морфологический анализ предлогов, применять это умение при выполнении языкового анализа различных </w:t>
      </w:r>
      <w:r>
        <w:rPr>
          <w:rFonts w:ascii="LiberationSerif" w:hAnsi="LiberationSerif"/>
          <w:color w:val="000000"/>
          <w:sz w:val="22"/>
          <w:szCs w:val="22"/>
        </w:rPr>
        <w:softHyphen/>
        <w:t>видов и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Союз</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союз как служебную часть речи; различать разряды союзов по значению, по строению; объяснять роль сою</w:t>
      </w:r>
      <w:r>
        <w:rPr>
          <w:rFonts w:ascii="LiberationSerif" w:hAnsi="LiberationSerif"/>
          <w:color w:val="000000"/>
          <w:sz w:val="22"/>
          <w:szCs w:val="22"/>
        </w:rPr>
        <w:softHyphen/>
        <w:t>зов в тексте, в том числе как средств связи однородных членов предложения и частей сложного предложения.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Pr>
          <w:rFonts w:ascii="LiberationSerif" w:hAnsi="LiberationSerif"/>
          <w:b/>
          <w:bCs/>
          <w:i/>
          <w:iCs/>
          <w:color w:val="000000"/>
          <w:sz w:val="22"/>
          <w:szCs w:val="22"/>
        </w:rPr>
        <w:t>и</w:t>
      </w:r>
      <w:r>
        <w:rPr>
          <w:rFonts w:ascii="LiberationSerif" w:hAnsi="LiberationSerif"/>
          <w:i/>
          <w:iCs/>
          <w:color w:val="000000"/>
          <w:sz w:val="22"/>
          <w:szCs w:val="22"/>
        </w:rPr>
        <w:t>.</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морфологический анализ союзов, применять это умение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Частица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Употреблять частицы в речи в соответствии с их значением и стилистической окраской; соблюдать нормы правописания частиц.</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морфологический анализ частиц, применять это умение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Междометия и звукоподражательные слова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морфологический анализ междометий; применять это умение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Соблюдать пунктуационные нормы оформления предложений с междометиями.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грамматические омонимы.</w:t>
      </w:r>
    </w:p>
    <w:p w:rsidR="00B830E9" w:rsidRPr="00A95066" w:rsidRDefault="00B830E9" w:rsidP="00B830E9">
      <w:pPr>
        <w:pStyle w:val="21"/>
        <w:shd w:val="clear" w:color="auto" w:fill="FFFFFF"/>
        <w:spacing w:before="240" w:after="120" w:line="240" w:lineRule="atLeast"/>
        <w:rPr>
          <w:rFonts w:ascii="LiberationSerif" w:hAnsi="LiberationSerif"/>
          <w:caps/>
          <w:color w:val="000000"/>
          <w:sz w:val="22"/>
          <w:szCs w:val="22"/>
          <w:lang w:val="ru-RU"/>
        </w:rPr>
      </w:pPr>
      <w:r w:rsidRPr="00A95066">
        <w:rPr>
          <w:rFonts w:ascii="LiberationSerif" w:hAnsi="LiberationSerif"/>
          <w:caps/>
          <w:color w:val="000000"/>
          <w:sz w:val="22"/>
          <w:szCs w:val="22"/>
          <w:lang w:val="ru-RU"/>
        </w:rPr>
        <w:t>8 КЛАСС</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Общие сведения о языке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Иметь представление о русском языке как одном из славянских языков.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Язык и речь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Участвовать в диалоге на лингвистические темы (в рамках изученного) и темы на основе жизненных наблюдений (объём не менее 6 реплик).</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различными видами аудирования: выборочным, ознакомительным, детальным — научно-учебных, художест</w:t>
      </w:r>
      <w:r>
        <w:rPr>
          <w:rFonts w:ascii="LiberationSerif" w:hAnsi="LiberationSerif"/>
          <w:color w:val="000000"/>
          <w:sz w:val="22"/>
          <w:szCs w:val="22"/>
        </w:rPr>
        <w:softHyphen/>
        <w:t>венных, публицистических текстов различных функционально-смысловых типов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различными видами чтения: просмотровым, ознакомительным, изучающим, поисковым.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Устно пересказывать прочитанный или прослушанный текст объёмом не менее 140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Осуществлять выбор языковых средств для создания высказывания в соответствии с целью, темой и коммуникативным замыслом.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Pr>
          <w:rFonts w:ascii="LiberationSerif" w:hAnsi="LiberationSerif"/>
          <w:color w:val="000000"/>
          <w:sz w:val="22"/>
          <w:szCs w:val="22"/>
        </w:rPr>
        <w:t>пунктограммы</w:t>
      </w:r>
      <w:proofErr w:type="spellEnd"/>
      <w:r>
        <w:rPr>
          <w:rFonts w:ascii="LiberationSerif" w:hAnsi="LiberationSerif"/>
          <w:color w:val="000000"/>
          <w:sz w:val="22"/>
          <w:szCs w:val="22"/>
        </w:rPr>
        <w:t xml:space="preserve">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Текст</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умениями информационной переработки текста: со</w:t>
      </w:r>
      <w:r>
        <w:rPr>
          <w:rFonts w:ascii="LiberationSerif" w:hAnsi="LiberationSerif"/>
          <w:color w:val="000000"/>
          <w:sz w:val="22"/>
          <w:szCs w:val="22"/>
        </w:rPr>
        <w:softHyphen/>
        <w:t>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Представлять сообщение на заданную тему в виде презентации.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Функциональные разновидности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Осуществлять выбор языковых средств для создания высказывания в соответствии с целью, темой и коммуникативным замыслом.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Система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proofErr w:type="spellStart"/>
      <w:r>
        <w:rPr>
          <w:rFonts w:ascii="LiberationSerif" w:hAnsi="LiberationSerif"/>
          <w:b/>
          <w:bCs/>
          <w:color w:val="000000"/>
          <w:sz w:val="22"/>
          <w:szCs w:val="22"/>
        </w:rPr>
        <w:t>Cинтаксис</w:t>
      </w:r>
      <w:proofErr w:type="spellEnd"/>
      <w:r>
        <w:rPr>
          <w:rFonts w:ascii="LiberationSerif" w:hAnsi="LiberationSerif"/>
          <w:b/>
          <w:bCs/>
          <w:color w:val="000000"/>
          <w:sz w:val="22"/>
          <w:szCs w:val="22"/>
        </w:rPr>
        <w:t>. Культура речи. Пунктуация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Иметь представление о синтаксисе как разделе лингвистики.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словосочетание и предложение как единицы синтаксиса.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функции знаков препинания.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Словосочетание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нормы построения словосочетаний.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Предложение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rFonts w:ascii="LiberationSerif" w:hAnsi="LiberationSerif"/>
          <w:b/>
          <w:bCs/>
          <w:i/>
          <w:iCs/>
          <w:color w:val="000000"/>
          <w:sz w:val="22"/>
          <w:szCs w:val="22"/>
        </w:rPr>
        <w:t>большинство</w:t>
      </w:r>
      <w:r>
        <w:rPr>
          <w:rFonts w:ascii="LiberationSerif" w:hAnsi="LiberationSerif"/>
          <w:i/>
          <w:iCs/>
          <w:color w:val="000000"/>
          <w:sz w:val="22"/>
          <w:szCs w:val="22"/>
        </w:rPr>
        <w:t> </w:t>
      </w:r>
      <w:r>
        <w:rPr>
          <w:rFonts w:ascii="LiberationSerif" w:hAnsi="LiberationSerif"/>
          <w:color w:val="000000"/>
          <w:sz w:val="22"/>
          <w:szCs w:val="22"/>
        </w:rPr>
        <w:t>—</w:t>
      </w:r>
      <w:r>
        <w:rPr>
          <w:rFonts w:ascii="LiberationSerif" w:hAnsi="LiberationSerif"/>
          <w:i/>
          <w:iCs/>
          <w:color w:val="000000"/>
          <w:sz w:val="22"/>
          <w:szCs w:val="22"/>
        </w:rPr>
        <w:t> </w:t>
      </w:r>
      <w:r>
        <w:rPr>
          <w:rFonts w:ascii="LiberationSerif" w:hAnsi="LiberationSerif"/>
          <w:b/>
          <w:bCs/>
          <w:i/>
          <w:iCs/>
          <w:color w:val="000000"/>
          <w:sz w:val="22"/>
          <w:szCs w:val="22"/>
        </w:rPr>
        <w:t>меньшинство</w:t>
      </w:r>
      <w:r>
        <w:rPr>
          <w:rFonts w:ascii="LiberationSerif" w:hAnsi="LiberationSerif"/>
          <w:color w:val="000000"/>
          <w:sz w:val="22"/>
          <w:szCs w:val="22"/>
        </w:rPr>
        <w:t>, количественными сочетаниями. Применять нормы постановки тире между подлежащим и сказуемым.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w:t>
      </w:r>
      <w:proofErr w:type="spellStart"/>
      <w:r>
        <w:rPr>
          <w:rFonts w:ascii="LiberationSerif" w:hAnsi="LiberationSerif"/>
          <w:color w:val="000000"/>
          <w:sz w:val="22"/>
          <w:szCs w:val="22"/>
        </w:rPr>
        <w:t>обощённо-личное</w:t>
      </w:r>
      <w:proofErr w:type="spellEnd"/>
      <w:r>
        <w:rPr>
          <w:rFonts w:ascii="LiberationSerif" w:hAnsi="LiberationSerif"/>
          <w:color w:val="000000"/>
          <w:sz w:val="22"/>
          <w:szCs w:val="22"/>
        </w:rPr>
        <w:t xml:space="preserve">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rFonts w:ascii="LiberationSerif" w:hAnsi="LiberationSerif"/>
          <w:b/>
          <w:bCs/>
          <w:i/>
          <w:iCs/>
          <w:color w:val="000000"/>
          <w:sz w:val="22"/>
          <w:szCs w:val="22"/>
        </w:rPr>
        <w:t>да</w:t>
      </w:r>
      <w:r>
        <w:rPr>
          <w:rFonts w:ascii="LiberationSerif" w:hAnsi="LiberationSerif"/>
          <w:i/>
          <w:iCs/>
          <w:color w:val="000000"/>
          <w:sz w:val="22"/>
          <w:szCs w:val="22"/>
        </w:rPr>
        <w:t>, </w:t>
      </w:r>
      <w:r>
        <w:rPr>
          <w:rFonts w:ascii="LiberationSerif" w:hAnsi="LiberationSerif"/>
          <w:b/>
          <w:bCs/>
          <w:i/>
          <w:iCs/>
          <w:color w:val="000000"/>
          <w:sz w:val="22"/>
          <w:szCs w:val="22"/>
        </w:rPr>
        <w:t>нет</w:t>
      </w:r>
      <w:r>
        <w:rPr>
          <w:rFonts w:ascii="LiberationSerif" w:hAnsi="LiberationSerif"/>
          <w:color w:val="000000"/>
          <w:sz w:val="22"/>
          <w:szCs w:val="22"/>
        </w:rPr>
        <w:t>.</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w:t>
      </w:r>
      <w:r>
        <w:rPr>
          <w:rFonts w:ascii="LiberationSerif" w:hAnsi="LiberationSerif"/>
          <w:color w:val="000000"/>
          <w:sz w:val="22"/>
          <w:szCs w:val="22"/>
        </w:rPr>
        <w:softHyphen/>
        <w:t>ления в речи сочетаний однородных членов разных типов.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нормы построения предложений с однородными членами, связанными двойными союзами </w:t>
      </w:r>
      <w:r>
        <w:rPr>
          <w:rFonts w:ascii="LiberationSerif" w:hAnsi="LiberationSerif"/>
          <w:b/>
          <w:bCs/>
          <w:i/>
          <w:iCs/>
          <w:color w:val="000000"/>
          <w:sz w:val="22"/>
          <w:szCs w:val="22"/>
        </w:rPr>
        <w:t>не только… но и</w:t>
      </w:r>
      <w:r>
        <w:rPr>
          <w:rFonts w:ascii="LiberationSerif" w:hAnsi="LiberationSerif"/>
          <w:i/>
          <w:iCs/>
          <w:color w:val="000000"/>
          <w:sz w:val="22"/>
          <w:szCs w:val="22"/>
        </w:rPr>
        <w:t>, </w:t>
      </w:r>
      <w:r>
        <w:rPr>
          <w:rFonts w:ascii="LiberationSerif" w:hAnsi="LiberationSerif"/>
          <w:b/>
          <w:bCs/>
          <w:i/>
          <w:iCs/>
          <w:color w:val="000000"/>
          <w:sz w:val="22"/>
          <w:szCs w:val="22"/>
        </w:rPr>
        <w:t>как… так и</w:t>
      </w:r>
      <w:r>
        <w:rPr>
          <w:rFonts w:ascii="LiberationSerif" w:hAnsi="LiberationSerif"/>
          <w:color w:val="000000"/>
          <w:sz w:val="22"/>
          <w:szCs w:val="22"/>
        </w:rPr>
        <w:t>.</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нормы постановки знаков препинания в предложениях с однородными членами, связанными попарно, с помощью повторяющихся союзов (</w:t>
      </w:r>
      <w:r>
        <w:rPr>
          <w:rFonts w:ascii="LiberationSerif" w:hAnsi="LiberationSerif"/>
          <w:b/>
          <w:bCs/>
          <w:i/>
          <w:iCs/>
          <w:color w:val="000000"/>
          <w:sz w:val="22"/>
          <w:szCs w:val="22"/>
        </w:rPr>
        <w:t xml:space="preserve">и... и, или... или, </w:t>
      </w:r>
      <w:proofErr w:type="spellStart"/>
      <w:r>
        <w:rPr>
          <w:rFonts w:ascii="LiberationSerif" w:hAnsi="LiberationSerif"/>
          <w:b/>
          <w:bCs/>
          <w:i/>
          <w:iCs/>
          <w:color w:val="000000"/>
          <w:sz w:val="22"/>
          <w:szCs w:val="22"/>
        </w:rPr>
        <w:t>либ</w:t>
      </w:r>
      <w:proofErr w:type="gramStart"/>
      <w:r>
        <w:rPr>
          <w:rFonts w:ascii="LiberationSerif" w:hAnsi="LiberationSerif"/>
          <w:b/>
          <w:bCs/>
          <w:i/>
          <w:iCs/>
          <w:color w:val="000000"/>
          <w:sz w:val="22"/>
          <w:szCs w:val="22"/>
        </w:rPr>
        <w:t>o</w:t>
      </w:r>
      <w:proofErr w:type="spellEnd"/>
      <w:proofErr w:type="gramEnd"/>
      <w:r>
        <w:rPr>
          <w:rFonts w:ascii="LiberationSerif" w:hAnsi="LiberationSerif"/>
          <w:b/>
          <w:bCs/>
          <w:i/>
          <w:iCs/>
          <w:color w:val="000000"/>
          <w:sz w:val="22"/>
          <w:szCs w:val="22"/>
        </w:rPr>
        <w:t xml:space="preserve">... </w:t>
      </w:r>
      <w:proofErr w:type="spellStart"/>
      <w:r>
        <w:rPr>
          <w:rFonts w:ascii="LiberationSerif" w:hAnsi="LiberationSerif"/>
          <w:b/>
          <w:bCs/>
          <w:i/>
          <w:iCs/>
          <w:color w:val="000000"/>
          <w:sz w:val="22"/>
          <w:szCs w:val="22"/>
        </w:rPr>
        <w:t>либo</w:t>
      </w:r>
      <w:proofErr w:type="spellEnd"/>
      <w:r>
        <w:rPr>
          <w:rFonts w:ascii="LiberationSerif" w:hAnsi="LiberationSerif"/>
          <w:b/>
          <w:bCs/>
          <w:i/>
          <w:iCs/>
          <w:color w:val="000000"/>
          <w:sz w:val="22"/>
          <w:szCs w:val="22"/>
        </w:rPr>
        <w:t xml:space="preserve">, ни... ни, </w:t>
      </w:r>
      <w:proofErr w:type="spellStart"/>
      <w:r>
        <w:rPr>
          <w:rFonts w:ascii="LiberationSerif" w:hAnsi="LiberationSerif"/>
          <w:b/>
          <w:bCs/>
          <w:i/>
          <w:iCs/>
          <w:color w:val="000000"/>
          <w:sz w:val="22"/>
          <w:szCs w:val="22"/>
        </w:rPr>
        <w:t>тo</w:t>
      </w:r>
      <w:proofErr w:type="spellEnd"/>
      <w:r>
        <w:rPr>
          <w:rFonts w:ascii="LiberationSerif" w:hAnsi="LiberationSerif"/>
          <w:b/>
          <w:bCs/>
          <w:i/>
          <w:iCs/>
          <w:color w:val="000000"/>
          <w:sz w:val="22"/>
          <w:szCs w:val="22"/>
        </w:rPr>
        <w:t xml:space="preserve">... </w:t>
      </w:r>
      <w:proofErr w:type="spellStart"/>
      <w:r>
        <w:rPr>
          <w:rFonts w:ascii="LiberationSerif" w:hAnsi="LiberationSerif"/>
          <w:b/>
          <w:bCs/>
          <w:i/>
          <w:iCs/>
          <w:color w:val="000000"/>
          <w:sz w:val="22"/>
          <w:szCs w:val="22"/>
        </w:rPr>
        <w:t>тo</w:t>
      </w:r>
      <w:proofErr w:type="spellEnd"/>
      <w:r>
        <w:rPr>
          <w:rFonts w:ascii="LiberationSerif" w:hAnsi="LiberationSerif"/>
          <w:color w:val="000000"/>
          <w:sz w:val="22"/>
          <w:szCs w:val="22"/>
        </w:rPr>
        <w:t>); нормы постановки знаков препинания в предложениях с обобщающим словом при однородных членах.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w:t>
      </w:r>
      <w:r>
        <w:rPr>
          <w:rFonts w:ascii="LiberationSerif" w:hAnsi="LiberationSerif"/>
          <w:color w:val="000000"/>
          <w:sz w:val="22"/>
          <w:szCs w:val="22"/>
        </w:rPr>
        <w:softHyphen/>
        <w:t>ными и вставными конструкциями, обращениями и междометиями.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группы вводных слов по значению, различать ввод</w:t>
      </w:r>
      <w:r>
        <w:rPr>
          <w:rFonts w:ascii="LiberationSerif" w:hAnsi="LiberationSerif"/>
          <w:color w:val="000000"/>
          <w:sz w:val="22"/>
          <w:szCs w:val="22"/>
        </w:rPr>
        <w:softHyphen/>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сложные предложения, конструкции с чужой речью (в рамках изученного).</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B830E9" w:rsidRPr="00A95066" w:rsidRDefault="00B830E9" w:rsidP="00B830E9">
      <w:pPr>
        <w:pStyle w:val="21"/>
        <w:shd w:val="clear" w:color="auto" w:fill="FFFFFF"/>
        <w:spacing w:before="240" w:after="120" w:line="240" w:lineRule="atLeast"/>
        <w:rPr>
          <w:rFonts w:ascii="LiberationSerif" w:hAnsi="LiberationSerif"/>
          <w:caps/>
          <w:color w:val="000000"/>
          <w:sz w:val="22"/>
          <w:szCs w:val="22"/>
          <w:lang w:val="ru-RU"/>
        </w:rPr>
      </w:pPr>
      <w:r w:rsidRPr="00A95066">
        <w:rPr>
          <w:rFonts w:ascii="LiberationSerif" w:hAnsi="LiberationSerif"/>
          <w:caps/>
          <w:color w:val="000000"/>
          <w:sz w:val="22"/>
          <w:szCs w:val="22"/>
          <w:lang w:val="ru-RU"/>
        </w:rPr>
        <w:lastRenderedPageBreak/>
        <w:t>9 КЛАСС</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Общие сведения о языке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Язык и речь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Участвовать в диалогическом и </w:t>
      </w:r>
      <w:proofErr w:type="spellStart"/>
      <w:r>
        <w:rPr>
          <w:rFonts w:ascii="LiberationSerif" w:hAnsi="LiberationSerif"/>
          <w:color w:val="000000"/>
          <w:sz w:val="22"/>
          <w:szCs w:val="22"/>
        </w:rPr>
        <w:t>полилогическом</w:t>
      </w:r>
      <w:proofErr w:type="spellEnd"/>
      <w:r>
        <w:rPr>
          <w:rFonts w:ascii="LiberationSerif" w:hAnsi="LiberationSerif"/>
          <w:color w:val="000000"/>
          <w:sz w:val="22"/>
          <w:szCs w:val="22"/>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различными видами чтения: просмотровым, ознакомительным, изучающим, поисковым.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Устно пересказывать прочитанный или прослушанный текст объёмом не менее 150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Осуществлять выбор языковых средств для создания высказывания в соответствии с целью, темой и коммуникативным замыслом.</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Pr>
          <w:rFonts w:ascii="LiberationSerif" w:hAnsi="LiberationSerif"/>
          <w:color w:val="000000"/>
          <w:sz w:val="22"/>
          <w:szCs w:val="22"/>
        </w:rPr>
        <w:t>пунктограммы</w:t>
      </w:r>
      <w:proofErr w:type="spellEnd"/>
      <w:r>
        <w:rPr>
          <w:rFonts w:ascii="LiberationSerif" w:hAnsi="LiberationSerif"/>
          <w:color w:val="000000"/>
          <w:sz w:val="22"/>
          <w:szCs w:val="22"/>
        </w:rPr>
        <w:t xml:space="preserve"> и слова с непроверяемыми написаниями).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Текст</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Устанавливать принадлежность текста к функционально-смысловому типу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Находить в тексте типовые фрагменты — описание, повествование, рассуждение-доказательство, оценочные высказывания.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Прогнозировать содержание текста по заголовку, ключевым словам, зачину или концовке.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отличительные признаки текстов разных жанров.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высказывание на основе текста: выражать своё отношение к прочитанному или прослушанному в устной и письменной форме.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Представлять сообщение на заданную тему в виде презентации.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Функциональные разновидности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lastRenderedPageBreak/>
        <w:t>Составлять тезисы, конспект, писать рецензию, реферат.</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Система языка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proofErr w:type="spellStart"/>
      <w:r>
        <w:rPr>
          <w:rFonts w:ascii="LiberationSerif" w:hAnsi="LiberationSerif"/>
          <w:b/>
          <w:bCs/>
          <w:color w:val="000000"/>
          <w:sz w:val="22"/>
          <w:szCs w:val="22"/>
        </w:rPr>
        <w:t>Cинтаксис</w:t>
      </w:r>
      <w:proofErr w:type="spellEnd"/>
      <w:r>
        <w:rPr>
          <w:rFonts w:ascii="LiberationSerif" w:hAnsi="LiberationSerif"/>
          <w:b/>
          <w:bCs/>
          <w:color w:val="000000"/>
          <w:sz w:val="22"/>
          <w:szCs w:val="22"/>
        </w:rPr>
        <w:t>. Культура речи. Пунктуация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Сложносочинённое предложение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основные средства синтаксической связи между частями сложного предложения.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сложные предложения с разными видами связи, бессоюзные и союзные предложения (сложносочинённые и сложноподчинённые).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особенности употребления сложносочинённых предложений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основные нормы построения сложносочинённого предложения.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явления грамматической синонимии сложно</w:t>
      </w:r>
      <w:r>
        <w:rPr>
          <w:rFonts w:ascii="LiberationSerif" w:hAnsi="LiberationSerif"/>
          <w:color w:val="000000"/>
          <w:sz w:val="22"/>
          <w:szCs w:val="22"/>
        </w:rPr>
        <w:softHyphen/>
        <w:t>сочинённых предложений и простых предложений с однородными членами; использовать соответствующие конструкции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синтаксический и пунктуационный анализ сложносочинённых предложений.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нормы постановки знаков препинания в сложносочинённых предложениях.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Сложноподчинённое предложение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подчинительные союзы и союзные слова.</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однородное, неоднородное и последовательное подчинение придаточных частей.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основные нормы построения сложноподчинённого предложения, особенности употребления сложноподчинённых предложений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синтаксический и пунктуационный анализ сложноподчинённых предложений.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нормы построения сложноподчинённых предложений и постановки знаков препинания в них.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Бессоюзное сложное предложение</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синтаксический и пунктуационный анализ бессоюзных сложных предложений.</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w:t>
      </w:r>
      <w:r>
        <w:rPr>
          <w:rFonts w:ascii="LiberationSerif" w:hAnsi="LiberationSerif"/>
          <w:color w:val="000000"/>
          <w:sz w:val="22"/>
          <w:szCs w:val="22"/>
        </w:rPr>
        <w:softHyphen/>
        <w:t>ниях.</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Сложные предложения с разными видами союзной и бессоюзной связи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типы сложных предложений с разными видами связи.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Понимать основные нормы построения сложных предложений с разными видами связи.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Употреблять сложные предложения с разными видами связи в речи.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Проводить синтаксический и пунктуационный анализ сложных предложений с разными видами связи.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правила постановки знаков препинания в сложных предложениях с разными видами связи.</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b/>
          <w:bCs/>
          <w:color w:val="000000"/>
          <w:sz w:val="22"/>
          <w:szCs w:val="22"/>
        </w:rPr>
        <w:t>Прямая и косвенная речь</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Распознавать прямую и косвенную речь; выявлять синонимию предложений с прямой и косвенной речью.</w:t>
      </w:r>
    </w:p>
    <w:p w:rsidR="00B830E9" w:rsidRDefault="00B830E9" w:rsidP="00B830E9">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Уметь цитировать и применять разные способы включения цитат в высказывание.</w:t>
      </w:r>
    </w:p>
    <w:p w:rsidR="006868EC" w:rsidRPr="00DA4091" w:rsidRDefault="00B830E9" w:rsidP="00DA4091">
      <w:pPr>
        <w:pStyle w:val="aff2"/>
        <w:shd w:val="clear" w:color="auto" w:fill="FFFFFF"/>
        <w:spacing w:before="0" w:beforeAutospacing="0" w:after="0" w:afterAutospacing="0"/>
        <w:ind w:firstLine="227"/>
        <w:jc w:val="both"/>
        <w:rPr>
          <w:rFonts w:ascii="LiberationSerif" w:hAnsi="LiberationSerif"/>
          <w:color w:val="000000"/>
          <w:sz w:val="22"/>
          <w:szCs w:val="22"/>
        </w:rPr>
      </w:pPr>
      <w:r>
        <w:rPr>
          <w:rFonts w:ascii="LiberationSerif" w:hAnsi="LiberationSerif"/>
          <w:color w:val="000000"/>
          <w:sz w:val="22"/>
          <w:szCs w:val="22"/>
        </w:rPr>
        <w:t>Применять правила построения предложений с прямой и косвенной речью, при цитировании.</w:t>
      </w: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pPr>
    </w:p>
    <w:p w:rsidR="006868EC" w:rsidRPr="001771DF" w:rsidRDefault="006868EC" w:rsidP="006868EC">
      <w:pPr>
        <w:spacing w:after="0"/>
        <w:jc w:val="both"/>
        <w:rPr>
          <w:rFonts w:ascii="Times New Roman" w:hAnsi="Times New Roman" w:cs="Times New Roman"/>
        </w:rPr>
        <w:sectPr w:rsidR="006868EC" w:rsidRPr="001771DF" w:rsidSect="006868EC">
          <w:pgSz w:w="11906" w:h="16838"/>
          <w:pgMar w:top="720" w:right="720" w:bottom="720" w:left="720" w:header="708" w:footer="708" w:gutter="0"/>
          <w:cols w:space="708"/>
          <w:docGrid w:linePitch="360"/>
        </w:sectPr>
      </w:pPr>
    </w:p>
    <w:p w:rsidR="006868EC" w:rsidRPr="00B830E9" w:rsidRDefault="006868EC" w:rsidP="006868EC">
      <w:pPr>
        <w:autoSpaceDE w:val="0"/>
        <w:autoSpaceDN w:val="0"/>
        <w:spacing w:after="0" w:line="240" w:lineRule="auto"/>
        <w:jc w:val="center"/>
        <w:rPr>
          <w:rFonts w:ascii="Times New Roman" w:eastAsia="Times New Roman" w:hAnsi="Times New Roman" w:cs="Times New Roman"/>
          <w:b/>
          <w:color w:val="000000"/>
          <w:w w:val="101"/>
          <w:sz w:val="24"/>
          <w:szCs w:val="24"/>
        </w:rPr>
      </w:pPr>
      <w:r w:rsidRPr="00B830E9">
        <w:rPr>
          <w:rFonts w:ascii="Times New Roman" w:eastAsia="Times New Roman" w:hAnsi="Times New Roman" w:cs="Times New Roman"/>
          <w:b/>
          <w:color w:val="000000"/>
          <w:w w:val="101"/>
          <w:sz w:val="24"/>
          <w:szCs w:val="24"/>
        </w:rPr>
        <w:lastRenderedPageBreak/>
        <w:t>ТЕМАТИЧЕСКОЕ ПЛАНИРОВАНИЕ</w:t>
      </w:r>
    </w:p>
    <w:p w:rsidR="006868EC" w:rsidRPr="00B830E9" w:rsidRDefault="006868EC" w:rsidP="006868EC">
      <w:pPr>
        <w:autoSpaceDE w:val="0"/>
        <w:autoSpaceDN w:val="0"/>
        <w:spacing w:after="0" w:line="240" w:lineRule="auto"/>
        <w:jc w:val="center"/>
        <w:rPr>
          <w:rFonts w:ascii="Times New Roman" w:eastAsia="Times New Roman" w:hAnsi="Times New Roman" w:cs="Times New Roman"/>
          <w:b/>
          <w:color w:val="000000"/>
          <w:w w:val="101"/>
          <w:sz w:val="24"/>
          <w:szCs w:val="24"/>
        </w:rPr>
      </w:pPr>
      <w:r w:rsidRPr="00B830E9">
        <w:rPr>
          <w:rFonts w:ascii="Times New Roman" w:eastAsia="Times New Roman" w:hAnsi="Times New Roman" w:cs="Times New Roman"/>
          <w:b/>
          <w:color w:val="000000"/>
          <w:w w:val="101"/>
          <w:sz w:val="24"/>
          <w:szCs w:val="24"/>
        </w:rPr>
        <w:t>5 класс</w:t>
      </w:r>
    </w:p>
    <w:p w:rsidR="006868EC" w:rsidRPr="00B830E9" w:rsidRDefault="006868EC" w:rsidP="006868EC">
      <w:pPr>
        <w:autoSpaceDE w:val="0"/>
        <w:autoSpaceDN w:val="0"/>
        <w:spacing w:after="0" w:line="240" w:lineRule="auto"/>
        <w:jc w:val="center"/>
        <w:rPr>
          <w:rFonts w:ascii="Times New Roman" w:hAnsi="Times New Roman" w:cs="Times New Roman"/>
          <w:sz w:val="24"/>
          <w:szCs w:val="24"/>
        </w:rPr>
      </w:pPr>
    </w:p>
    <w:tbl>
      <w:tblPr>
        <w:tblW w:w="15502" w:type="dxa"/>
        <w:tblInd w:w="6" w:type="dxa"/>
        <w:tblLayout w:type="fixed"/>
        <w:tblLook w:val="04A0"/>
      </w:tblPr>
      <w:tblGrid>
        <w:gridCol w:w="467"/>
        <w:gridCol w:w="2881"/>
        <w:gridCol w:w="528"/>
        <w:gridCol w:w="1106"/>
        <w:gridCol w:w="1140"/>
        <w:gridCol w:w="6494"/>
        <w:gridCol w:w="2886"/>
      </w:tblGrid>
      <w:tr w:rsidR="00617402" w:rsidRPr="00B830E9" w:rsidTr="004D67BE">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17402" w:rsidRPr="00B830E9" w:rsidRDefault="00617402" w:rsidP="006868EC">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w:t>
            </w:r>
            <w:r w:rsidRPr="00B830E9">
              <w:rPr>
                <w:rFonts w:ascii="Times New Roman" w:hAnsi="Times New Roman" w:cs="Times New Roman"/>
                <w:b/>
                <w:sz w:val="24"/>
                <w:szCs w:val="24"/>
              </w:rPr>
              <w:br/>
              <w:t>п/п</w:t>
            </w:r>
          </w:p>
        </w:tc>
        <w:tc>
          <w:tcPr>
            <w:tcW w:w="28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17402" w:rsidRPr="00B830E9" w:rsidRDefault="00617402" w:rsidP="006868EC">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17402" w:rsidRPr="00B830E9" w:rsidRDefault="00617402" w:rsidP="006868EC">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Количество часов</w:t>
            </w:r>
          </w:p>
        </w:tc>
        <w:tc>
          <w:tcPr>
            <w:tcW w:w="6491" w:type="dxa"/>
            <w:vMerge w:val="restart"/>
            <w:tcBorders>
              <w:top w:val="single" w:sz="4" w:space="0" w:color="000000"/>
              <w:left w:val="single" w:sz="4" w:space="0" w:color="000000"/>
              <w:right w:val="single" w:sz="4" w:space="0" w:color="000000"/>
            </w:tcBorders>
            <w:tcMar>
              <w:left w:w="0" w:type="dxa"/>
              <w:right w:w="0" w:type="dxa"/>
            </w:tcMar>
            <w:vAlign w:val="center"/>
          </w:tcPr>
          <w:p w:rsidR="00617402" w:rsidRPr="00B830E9" w:rsidRDefault="00617402" w:rsidP="006868EC">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 xml:space="preserve">Виды, </w:t>
            </w:r>
            <w:r w:rsidRPr="00B830E9">
              <w:rPr>
                <w:rFonts w:ascii="Times New Roman" w:hAnsi="Times New Roman" w:cs="Times New Roman"/>
                <w:b/>
                <w:sz w:val="24"/>
                <w:szCs w:val="24"/>
              </w:rPr>
              <w:br/>
              <w:t xml:space="preserve">формы </w:t>
            </w:r>
            <w:r w:rsidRPr="00B830E9">
              <w:rPr>
                <w:rFonts w:ascii="Times New Roman" w:hAnsi="Times New Roman" w:cs="Times New Roman"/>
                <w:b/>
                <w:sz w:val="24"/>
                <w:szCs w:val="24"/>
              </w:rPr>
              <w:br/>
              <w:t>контроля</w:t>
            </w:r>
          </w:p>
        </w:tc>
        <w:tc>
          <w:tcPr>
            <w:tcW w:w="288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17402" w:rsidRPr="00B830E9" w:rsidRDefault="00617402" w:rsidP="006868EC">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 xml:space="preserve">Электронные </w:t>
            </w:r>
            <w:r w:rsidRPr="00B830E9">
              <w:rPr>
                <w:rFonts w:ascii="Times New Roman" w:hAnsi="Times New Roman" w:cs="Times New Roman"/>
                <w:b/>
                <w:sz w:val="24"/>
                <w:szCs w:val="24"/>
              </w:rPr>
              <w:br/>
              <w:t xml:space="preserve">(цифровые) </w:t>
            </w:r>
            <w:r w:rsidRPr="00B830E9">
              <w:rPr>
                <w:rFonts w:ascii="Times New Roman" w:hAnsi="Times New Roman" w:cs="Times New Roman"/>
                <w:b/>
                <w:sz w:val="24"/>
                <w:szCs w:val="24"/>
              </w:rPr>
              <w:br/>
              <w:t>образовательные ресурсы</w:t>
            </w:r>
          </w:p>
        </w:tc>
      </w:tr>
      <w:tr w:rsidR="00617402" w:rsidRPr="00B830E9" w:rsidTr="004D67BE">
        <w:trPr>
          <w:trHeight w:hRule="exact" w:val="576"/>
        </w:trPr>
        <w:tc>
          <w:tcPr>
            <w:tcW w:w="468" w:type="dxa"/>
            <w:vMerge/>
            <w:tcBorders>
              <w:top w:val="single" w:sz="4" w:space="0" w:color="000000"/>
              <w:left w:val="single" w:sz="4" w:space="0" w:color="000000"/>
              <w:bottom w:val="single" w:sz="4" w:space="0" w:color="000000"/>
              <w:right w:val="single" w:sz="4" w:space="0" w:color="000000"/>
            </w:tcBorders>
          </w:tcPr>
          <w:p w:rsidR="00617402" w:rsidRPr="00B830E9" w:rsidRDefault="00617402" w:rsidP="006868EC">
            <w:pPr>
              <w:spacing w:after="0" w:line="240" w:lineRule="auto"/>
              <w:rPr>
                <w:rFonts w:ascii="Times New Roman" w:hAnsi="Times New Roman" w:cs="Times New Roman"/>
                <w:sz w:val="24"/>
                <w:szCs w:val="24"/>
              </w:rPr>
            </w:pPr>
          </w:p>
        </w:tc>
        <w:tc>
          <w:tcPr>
            <w:tcW w:w="2882" w:type="dxa"/>
            <w:vMerge/>
            <w:tcBorders>
              <w:top w:val="single" w:sz="4" w:space="0" w:color="000000"/>
              <w:left w:val="single" w:sz="4" w:space="0" w:color="000000"/>
              <w:bottom w:val="single" w:sz="4" w:space="0" w:color="000000"/>
              <w:right w:val="single" w:sz="4" w:space="0" w:color="000000"/>
            </w:tcBorders>
          </w:tcPr>
          <w:p w:rsidR="00617402" w:rsidRPr="00B830E9" w:rsidRDefault="00617402" w:rsidP="006868EC">
            <w:pPr>
              <w:spacing w:after="0" w:line="240" w:lineRule="auto"/>
              <w:rPr>
                <w:rFonts w:ascii="Times New Roman" w:hAnsi="Times New Roman" w:cs="Times New Roman"/>
                <w:sz w:val="24"/>
                <w:szCs w:val="24"/>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17402" w:rsidRPr="00B830E9" w:rsidRDefault="00617402" w:rsidP="006868EC">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всего</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617402" w:rsidRPr="00B830E9" w:rsidRDefault="00617402" w:rsidP="006868EC">
            <w:pPr>
              <w:spacing w:after="0" w:line="240" w:lineRule="auto"/>
              <w:ind w:left="72"/>
              <w:jc w:val="center"/>
              <w:rPr>
                <w:rFonts w:ascii="Times New Roman" w:hAnsi="Times New Roman" w:cs="Times New Roman"/>
                <w:b/>
                <w:sz w:val="24"/>
                <w:szCs w:val="24"/>
              </w:rPr>
            </w:pPr>
            <w:r w:rsidRPr="00B830E9">
              <w:rPr>
                <w:rFonts w:ascii="Times New Roman" w:hAnsi="Times New Roman" w:cs="Times New Roman"/>
                <w:b/>
                <w:sz w:val="24"/>
                <w:szCs w:val="24"/>
              </w:rPr>
              <w:t>контрольные работы</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617402" w:rsidRPr="00B830E9" w:rsidRDefault="00617402" w:rsidP="006868EC">
            <w:pPr>
              <w:spacing w:after="0" w:line="240" w:lineRule="auto"/>
              <w:ind w:left="68"/>
              <w:jc w:val="center"/>
              <w:rPr>
                <w:rFonts w:ascii="Times New Roman" w:hAnsi="Times New Roman" w:cs="Times New Roman"/>
                <w:b/>
                <w:sz w:val="24"/>
                <w:szCs w:val="24"/>
              </w:rPr>
            </w:pPr>
            <w:r w:rsidRPr="00B830E9">
              <w:rPr>
                <w:rFonts w:ascii="Times New Roman" w:hAnsi="Times New Roman" w:cs="Times New Roman"/>
                <w:b/>
                <w:sz w:val="24"/>
                <w:szCs w:val="24"/>
              </w:rPr>
              <w:t>практические работы</w:t>
            </w:r>
          </w:p>
        </w:tc>
        <w:tc>
          <w:tcPr>
            <w:tcW w:w="6491" w:type="dxa"/>
            <w:vMerge/>
            <w:tcBorders>
              <w:left w:val="single" w:sz="4" w:space="0" w:color="000000"/>
              <w:bottom w:val="single" w:sz="4" w:space="0" w:color="000000"/>
              <w:right w:val="single" w:sz="4" w:space="0" w:color="000000"/>
            </w:tcBorders>
          </w:tcPr>
          <w:p w:rsidR="00617402" w:rsidRPr="00B830E9" w:rsidRDefault="00617402" w:rsidP="006868EC">
            <w:pPr>
              <w:spacing w:after="0" w:line="240" w:lineRule="auto"/>
              <w:rPr>
                <w:rFonts w:ascii="Times New Roman" w:hAnsi="Times New Roman" w:cs="Times New Roman"/>
                <w:sz w:val="24"/>
                <w:szCs w:val="24"/>
              </w:rPr>
            </w:pPr>
          </w:p>
        </w:tc>
        <w:tc>
          <w:tcPr>
            <w:tcW w:w="2887" w:type="dxa"/>
            <w:vMerge/>
            <w:tcBorders>
              <w:top w:val="single" w:sz="4" w:space="0" w:color="000000"/>
              <w:left w:val="single" w:sz="4" w:space="0" w:color="000000"/>
              <w:bottom w:val="single" w:sz="4" w:space="0" w:color="000000"/>
              <w:right w:val="single" w:sz="4" w:space="0" w:color="000000"/>
            </w:tcBorders>
          </w:tcPr>
          <w:p w:rsidR="00617402" w:rsidRPr="00B830E9" w:rsidRDefault="00617402" w:rsidP="006868EC">
            <w:pPr>
              <w:spacing w:after="0" w:line="240" w:lineRule="auto"/>
              <w:rPr>
                <w:rFonts w:ascii="Times New Roman" w:hAnsi="Times New Roman" w:cs="Times New Roman"/>
                <w:sz w:val="24"/>
                <w:szCs w:val="24"/>
              </w:rPr>
            </w:pPr>
          </w:p>
        </w:tc>
      </w:tr>
      <w:tr w:rsidR="006868EC" w:rsidRPr="00B830E9" w:rsidTr="0038001F">
        <w:trPr>
          <w:trHeight w:val="284"/>
        </w:trPr>
        <w:tc>
          <w:tcPr>
            <w:tcW w:w="15502" w:type="dxa"/>
            <w:gridSpan w:val="7"/>
            <w:tcBorders>
              <w:top w:val="single" w:sz="4" w:space="0" w:color="000000"/>
              <w:left w:val="single" w:sz="4" w:space="0" w:color="000000"/>
              <w:bottom w:val="single" w:sz="5" w:space="0" w:color="000000"/>
              <w:right w:val="single" w:sz="4" w:space="0" w:color="000000"/>
            </w:tcBorders>
            <w:tcMar>
              <w:left w:w="0" w:type="dxa"/>
              <w:right w:w="0" w:type="dxa"/>
            </w:tcMar>
            <w:vAlign w:val="center"/>
          </w:tcPr>
          <w:p w:rsidR="006868EC" w:rsidRPr="00B830E9" w:rsidRDefault="006868EC" w:rsidP="0038001F">
            <w:pPr>
              <w:autoSpaceDE w:val="0"/>
              <w:autoSpaceDN w:val="0"/>
              <w:spacing w:after="0" w:line="240" w:lineRule="auto"/>
              <w:ind w:left="72"/>
              <w:jc w:val="center"/>
              <w:rPr>
                <w:rFonts w:ascii="Times New Roman" w:hAnsi="Times New Roman" w:cs="Times New Roman"/>
                <w:sz w:val="24"/>
                <w:szCs w:val="24"/>
              </w:rPr>
            </w:pPr>
            <w:r w:rsidRPr="00B830E9">
              <w:rPr>
                <w:rFonts w:ascii="Times New Roman" w:eastAsia="Times New Roman" w:hAnsi="Times New Roman" w:cs="Times New Roman"/>
                <w:b/>
                <w:color w:val="000000"/>
                <w:w w:val="97"/>
                <w:sz w:val="24"/>
                <w:szCs w:val="24"/>
              </w:rPr>
              <w:t>Раздел 1. ПОВТОРЕНИЕ</w:t>
            </w:r>
          </w:p>
        </w:tc>
      </w:tr>
      <w:tr w:rsidR="00617402" w:rsidRPr="00B830E9" w:rsidTr="004D67BE">
        <w:trPr>
          <w:trHeight w:val="28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1.1.</w:t>
            </w:r>
          </w:p>
        </w:tc>
        <w:tc>
          <w:tcPr>
            <w:tcW w:w="2882"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Повторение пройденного материала.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after="0" w:line="24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6</w:t>
            </w:r>
          </w:p>
        </w:tc>
        <w:tc>
          <w:tcPr>
            <w:tcW w:w="1106" w:type="dxa"/>
            <w:tcBorders>
              <w:top w:val="single" w:sz="5"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40" w:type="dxa"/>
            <w:tcBorders>
              <w:top w:val="single" w:sz="5"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6491"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spacing w:after="0"/>
              <w:rPr>
                <w:rFonts w:ascii="Times New Roman" w:hAnsi="Times New Roman" w:cs="Times New Roman"/>
                <w:sz w:val="24"/>
                <w:szCs w:val="24"/>
              </w:rPr>
            </w:pPr>
            <w:r>
              <w:rPr>
                <w:rFonts w:ascii="Times New Roman" w:hAnsi="Times New Roman" w:cs="Times New Roman"/>
                <w:sz w:val="24"/>
                <w:szCs w:val="24"/>
              </w:rPr>
              <w:t>Устный опрос</w:t>
            </w:r>
          </w:p>
        </w:tc>
        <w:tc>
          <w:tcPr>
            <w:tcW w:w="2887"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156CDA"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val="284"/>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17402" w:rsidRPr="00B830E9" w:rsidRDefault="00617402" w:rsidP="006868EC">
            <w:pPr>
              <w:spacing w:after="0"/>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17402" w:rsidRPr="00B830E9" w:rsidRDefault="00257A8A" w:rsidP="006868EC">
            <w:pPr>
              <w:spacing w:after="0"/>
              <w:rPr>
                <w:rFonts w:ascii="Times New Roman" w:hAnsi="Times New Roman" w:cs="Times New Roman"/>
                <w:sz w:val="24"/>
                <w:szCs w:val="24"/>
              </w:rPr>
            </w:pPr>
            <w:r>
              <w:rPr>
                <w:rFonts w:ascii="Times New Roman" w:hAnsi="Times New Roman" w:cs="Times New Roman"/>
                <w:sz w:val="24"/>
                <w:szCs w:val="24"/>
              </w:rPr>
              <w:t>6</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6868EC">
            <w:pPr>
              <w:spacing w:after="0"/>
              <w:rPr>
                <w:rFonts w:ascii="Times New Roman" w:hAnsi="Times New Roman" w:cs="Times New Roman"/>
                <w:sz w:val="24"/>
                <w:szCs w:val="24"/>
              </w:rPr>
            </w:pPr>
            <w:r>
              <w:rPr>
                <w:rFonts w:ascii="Times New Roman" w:hAnsi="Times New Roman" w:cs="Times New Roman"/>
                <w:sz w:val="24"/>
                <w:szCs w:val="24"/>
              </w:rPr>
              <w:t>1</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156CDA"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868EC" w:rsidRPr="00B830E9" w:rsidTr="0038001F">
        <w:trPr>
          <w:trHeight w:val="284"/>
        </w:trPr>
        <w:tc>
          <w:tcPr>
            <w:tcW w:w="15502" w:type="dxa"/>
            <w:gridSpan w:val="7"/>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38001F">
            <w:pPr>
              <w:autoSpaceDE w:val="0"/>
              <w:autoSpaceDN w:val="0"/>
              <w:spacing w:after="0" w:line="240" w:lineRule="auto"/>
              <w:ind w:left="72"/>
              <w:jc w:val="center"/>
              <w:rPr>
                <w:rFonts w:ascii="Times New Roman" w:hAnsi="Times New Roman" w:cs="Times New Roman"/>
                <w:sz w:val="24"/>
                <w:szCs w:val="24"/>
              </w:rPr>
            </w:pPr>
            <w:r w:rsidRPr="00B830E9">
              <w:rPr>
                <w:rFonts w:ascii="Times New Roman" w:eastAsia="Times New Roman" w:hAnsi="Times New Roman" w:cs="Times New Roman"/>
                <w:b/>
                <w:color w:val="000000"/>
                <w:w w:val="97"/>
                <w:sz w:val="24"/>
                <w:szCs w:val="24"/>
              </w:rPr>
              <w:t>Раздел 2. ОБЩИЕ  СВЕДЕНИЯ  О  ЯЗЫКЕ</w:t>
            </w:r>
          </w:p>
        </w:tc>
      </w:tr>
      <w:tr w:rsidR="00617402" w:rsidRPr="00B830E9" w:rsidTr="004D67BE">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2.1.</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Богатство и выразительность русского языка.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rPr>
                <w:rFonts w:ascii="Times New Roman" w:hAnsi="Times New Roman" w:cs="Times New Roman"/>
                <w:sz w:val="24"/>
                <w:szCs w:val="24"/>
              </w:rPr>
            </w:pPr>
            <w:r w:rsidRPr="00B830E9">
              <w:rPr>
                <w:rFonts w:ascii="Times New Roman" w:hAnsi="Times New Roman" w:cs="Times New Roman"/>
                <w:sz w:val="24"/>
                <w:szCs w:val="24"/>
              </w:rPr>
              <w:t>Практическая работа;</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Лингвистика как наука о языке.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spacing w:after="0"/>
              <w:rPr>
                <w:rFonts w:ascii="Times New Roman" w:hAnsi="Times New Roman" w:cs="Times New Roman"/>
                <w:sz w:val="24"/>
                <w:szCs w:val="24"/>
              </w:rPr>
            </w:pPr>
            <w:r>
              <w:rPr>
                <w:rFonts w:ascii="Times New Roman" w:hAnsi="Times New Roman" w:cs="Times New Roman"/>
                <w:sz w:val="24"/>
                <w:szCs w:val="24"/>
              </w:rPr>
              <w:t xml:space="preserve">Устный  </w:t>
            </w:r>
            <w:r w:rsidR="00617402" w:rsidRPr="00B830E9">
              <w:rPr>
                <w:rFonts w:ascii="Times New Roman" w:hAnsi="Times New Roman" w:cs="Times New Roman"/>
                <w:sz w:val="24"/>
                <w:szCs w:val="24"/>
              </w:rPr>
              <w:t>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868EC" w:rsidRPr="00B830E9" w:rsidTr="0038001F">
        <w:trPr>
          <w:trHeight w:val="284"/>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6868EC">
            <w:pPr>
              <w:spacing w:after="0"/>
              <w:rPr>
                <w:rFonts w:ascii="Times New Roman" w:hAnsi="Times New Roman" w:cs="Times New Roman"/>
                <w:sz w:val="24"/>
                <w:szCs w:val="24"/>
              </w:rPr>
            </w:pPr>
            <w:r w:rsidRPr="00B830E9">
              <w:rPr>
                <w:rFonts w:ascii="Times New Roman" w:hAnsi="Times New Roman" w:cs="Times New Roman"/>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6868EC">
            <w:pPr>
              <w:spacing w:after="0"/>
              <w:rPr>
                <w:rFonts w:ascii="Times New Roman" w:hAnsi="Times New Roman" w:cs="Times New Roman"/>
                <w:sz w:val="24"/>
                <w:szCs w:val="24"/>
              </w:rPr>
            </w:pPr>
            <w:r w:rsidRPr="00B830E9">
              <w:rPr>
                <w:rFonts w:ascii="Times New Roman" w:hAnsi="Times New Roman" w:cs="Times New Roman"/>
                <w:sz w:val="24"/>
                <w:szCs w:val="24"/>
              </w:rPr>
              <w:t>2</w:t>
            </w:r>
          </w:p>
        </w:tc>
        <w:tc>
          <w:tcPr>
            <w:tcW w:w="1162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spacing w:after="0"/>
              <w:rPr>
                <w:rFonts w:ascii="Times New Roman" w:hAnsi="Times New Roman" w:cs="Times New Roman"/>
                <w:sz w:val="24"/>
                <w:szCs w:val="24"/>
              </w:rPr>
            </w:pPr>
          </w:p>
        </w:tc>
      </w:tr>
      <w:tr w:rsidR="006868EC" w:rsidRPr="00B830E9" w:rsidTr="0038001F">
        <w:trPr>
          <w:trHeight w:val="284"/>
        </w:trPr>
        <w:tc>
          <w:tcPr>
            <w:tcW w:w="15502" w:type="dxa"/>
            <w:gridSpan w:val="7"/>
            <w:tcBorders>
              <w:top w:val="single" w:sz="4" w:space="0" w:color="000000"/>
              <w:left w:val="single" w:sz="4" w:space="0" w:color="000000"/>
              <w:bottom w:val="single" w:sz="5" w:space="0" w:color="000000"/>
              <w:right w:val="single" w:sz="4" w:space="0" w:color="000000"/>
            </w:tcBorders>
            <w:tcMar>
              <w:left w:w="0" w:type="dxa"/>
              <w:right w:w="0" w:type="dxa"/>
            </w:tcMar>
            <w:vAlign w:val="center"/>
          </w:tcPr>
          <w:p w:rsidR="006868EC" w:rsidRPr="00B830E9" w:rsidRDefault="006868EC"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3. ЯЗЫК И  РЕЧЬ</w:t>
            </w:r>
          </w:p>
        </w:tc>
      </w:tr>
      <w:tr w:rsidR="00617402" w:rsidRPr="00B830E9" w:rsidTr="004D67BE">
        <w:trPr>
          <w:trHeight w:val="28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3.1.</w:t>
            </w:r>
          </w:p>
        </w:tc>
        <w:tc>
          <w:tcPr>
            <w:tcW w:w="2882"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Язык и речь. Монолог. Диалог. Полилог.</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after="0" w:line="24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4</w:t>
            </w:r>
          </w:p>
        </w:tc>
        <w:tc>
          <w:tcPr>
            <w:tcW w:w="1106" w:type="dxa"/>
            <w:tcBorders>
              <w:top w:val="single" w:sz="5"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1140" w:type="dxa"/>
            <w:tcBorders>
              <w:top w:val="single" w:sz="5"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6491"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2887"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Речь как деятельность.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after="0" w:line="24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4</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rPr>
                <w:rFonts w:ascii="Times New Roman" w:hAnsi="Times New Roman" w:cs="Times New Roman"/>
                <w:sz w:val="24"/>
                <w:szCs w:val="24"/>
              </w:rPr>
            </w:pPr>
          </w:p>
          <w:p w:rsidR="00617402" w:rsidRPr="00B830E9" w:rsidRDefault="00617402" w:rsidP="006868EC">
            <w:pPr>
              <w:spacing w:after="0"/>
              <w:rPr>
                <w:rFonts w:ascii="Times New Roman" w:hAnsi="Times New Roman" w:cs="Times New Roman"/>
                <w:sz w:val="24"/>
                <w:szCs w:val="24"/>
              </w:rPr>
            </w:pPr>
            <w:r w:rsidRPr="00B830E9">
              <w:rPr>
                <w:rFonts w:ascii="Times New Roman" w:hAnsi="Times New Roman" w:cs="Times New Roman"/>
                <w:sz w:val="24"/>
                <w:szCs w:val="24"/>
              </w:rPr>
              <w:lastRenderedPageBreak/>
              <w:t>Контрольная работа;</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lastRenderedPageBreak/>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lastRenderedPageBreak/>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868EC" w:rsidRPr="00B830E9" w:rsidTr="0038001F">
        <w:trPr>
          <w:trHeight w:val="284"/>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6868EC">
            <w:pPr>
              <w:spacing w:after="0"/>
              <w:rPr>
                <w:rFonts w:ascii="Times New Roman" w:hAnsi="Times New Roman" w:cs="Times New Roman"/>
                <w:sz w:val="24"/>
                <w:szCs w:val="24"/>
              </w:rPr>
            </w:pPr>
            <w:r w:rsidRPr="00B830E9">
              <w:rPr>
                <w:rFonts w:ascii="Times New Roman" w:hAnsi="Times New Roman" w:cs="Times New Roman"/>
                <w:sz w:val="24"/>
                <w:szCs w:val="24"/>
              </w:rPr>
              <w:lastRenderedPageBreak/>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257A8A" w:rsidP="006868EC">
            <w:pPr>
              <w:spacing w:after="0"/>
              <w:rPr>
                <w:rFonts w:ascii="Times New Roman" w:hAnsi="Times New Roman" w:cs="Times New Roman"/>
                <w:sz w:val="24"/>
                <w:szCs w:val="24"/>
              </w:rPr>
            </w:pPr>
            <w:r>
              <w:rPr>
                <w:rFonts w:ascii="Times New Roman" w:hAnsi="Times New Roman" w:cs="Times New Roman"/>
                <w:sz w:val="24"/>
                <w:szCs w:val="24"/>
              </w:rPr>
              <w:t>8</w:t>
            </w:r>
          </w:p>
        </w:tc>
        <w:tc>
          <w:tcPr>
            <w:tcW w:w="11624"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6868EC">
            <w:pPr>
              <w:spacing w:after="0"/>
              <w:rPr>
                <w:rFonts w:ascii="Times New Roman" w:hAnsi="Times New Roman" w:cs="Times New Roman"/>
                <w:sz w:val="24"/>
                <w:szCs w:val="24"/>
              </w:rPr>
            </w:pPr>
          </w:p>
        </w:tc>
      </w:tr>
      <w:tr w:rsidR="006868EC" w:rsidRPr="00B830E9" w:rsidTr="0038001F">
        <w:trPr>
          <w:trHeight w:val="284"/>
        </w:trPr>
        <w:tc>
          <w:tcPr>
            <w:tcW w:w="15502" w:type="dxa"/>
            <w:gridSpan w:val="7"/>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4. ТЕКСТ</w:t>
            </w:r>
          </w:p>
        </w:tc>
      </w:tr>
      <w:tr w:rsidR="00617402" w:rsidRPr="00B830E9" w:rsidTr="004D67BE">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4.1.</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Текст и его основные признаки.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after="0" w:line="24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3</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rPr>
                <w:rFonts w:ascii="Times New Roman" w:hAnsi="Times New Roman" w:cs="Times New Roman"/>
                <w:sz w:val="24"/>
                <w:szCs w:val="24"/>
              </w:rPr>
            </w:pPr>
            <w:r w:rsidRPr="00B830E9">
              <w:rPr>
                <w:rFonts w:ascii="Times New Roman" w:hAnsi="Times New Roman" w:cs="Times New Roman"/>
                <w:sz w:val="24"/>
                <w:szCs w:val="24"/>
              </w:rPr>
              <w:t xml:space="preserve">Устный </w:t>
            </w:r>
            <w:r w:rsidRPr="00B830E9">
              <w:rPr>
                <w:rFonts w:ascii="Times New Roman" w:hAnsi="Times New Roman" w:cs="Times New Roman"/>
                <w:sz w:val="24"/>
                <w:szCs w:val="24"/>
              </w:rPr>
              <w:br/>
              <w:t>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Композиционная структура текста.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rPr>
                <w:rFonts w:ascii="Times New Roman" w:hAnsi="Times New Roman" w:cs="Times New Roman"/>
                <w:sz w:val="24"/>
                <w:szCs w:val="24"/>
              </w:rPr>
            </w:pP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b/>
                <w:sz w:val="24"/>
                <w:szCs w:val="24"/>
              </w:rPr>
            </w:pPr>
            <w:proofErr w:type="spellStart"/>
            <w:r w:rsidRPr="00B830E9">
              <w:rPr>
                <w:rFonts w:ascii="Times New Roman" w:hAnsi="Times New Roman" w:cs="Times New Roman"/>
                <w:b/>
                <w:sz w:val="24"/>
                <w:szCs w:val="24"/>
              </w:rPr>
              <w:t>Функциональносмысловые</w:t>
            </w:r>
            <w:proofErr w:type="spellEnd"/>
            <w:r w:rsidRPr="00B830E9">
              <w:rPr>
                <w:rFonts w:ascii="Times New Roman" w:hAnsi="Times New Roman" w:cs="Times New Roman"/>
                <w:b/>
                <w:sz w:val="24"/>
                <w:szCs w:val="24"/>
              </w:rPr>
              <w:t xml:space="preserve"> типы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rPr>
                <w:rFonts w:ascii="Times New Roman" w:hAnsi="Times New Roman" w:cs="Times New Roman"/>
                <w:sz w:val="24"/>
                <w:szCs w:val="24"/>
              </w:rPr>
            </w:pPr>
            <w:r w:rsidRPr="00B830E9">
              <w:rPr>
                <w:rFonts w:ascii="Times New Roman" w:hAnsi="Times New Roman" w:cs="Times New Roman"/>
                <w:sz w:val="24"/>
                <w:szCs w:val="24"/>
              </w:rPr>
              <w:t xml:space="preserve">Устный </w:t>
            </w:r>
            <w:r w:rsidRPr="00B830E9">
              <w:rPr>
                <w:rFonts w:ascii="Times New Roman" w:hAnsi="Times New Roman" w:cs="Times New Roman"/>
                <w:sz w:val="24"/>
                <w:szCs w:val="24"/>
              </w:rPr>
              <w:br/>
              <w:t>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4.4.</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Повествование как тип речи. Рассказ.</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after="0" w:line="24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3</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rPr>
                <w:rFonts w:ascii="Times New Roman" w:hAnsi="Times New Roman" w:cs="Times New Roman"/>
                <w:sz w:val="24"/>
                <w:szCs w:val="24"/>
              </w:rPr>
            </w:pPr>
            <w:r w:rsidRPr="00B830E9">
              <w:rPr>
                <w:rFonts w:ascii="Times New Roman" w:hAnsi="Times New Roman" w:cs="Times New Roman"/>
                <w:sz w:val="24"/>
                <w:szCs w:val="24"/>
              </w:rPr>
              <w:t xml:space="preserve">Устный </w:t>
            </w:r>
            <w:r w:rsidRPr="00B830E9">
              <w:rPr>
                <w:rFonts w:ascii="Times New Roman" w:hAnsi="Times New Roman" w:cs="Times New Roman"/>
                <w:sz w:val="24"/>
                <w:szCs w:val="24"/>
              </w:rPr>
              <w:br/>
              <w:t>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4.5.</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Смысловой анализ текста.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rPr>
                <w:rFonts w:ascii="Times New Roman" w:hAnsi="Times New Roman" w:cs="Times New Roman"/>
                <w:sz w:val="24"/>
                <w:szCs w:val="24"/>
              </w:rPr>
            </w:pPr>
            <w:r w:rsidRPr="00B830E9">
              <w:rPr>
                <w:rFonts w:ascii="Times New Roman" w:hAnsi="Times New Roman" w:cs="Times New Roman"/>
                <w:sz w:val="24"/>
                <w:szCs w:val="24"/>
              </w:rPr>
              <w:t xml:space="preserve">Устный </w:t>
            </w:r>
            <w:r w:rsidRPr="00B830E9">
              <w:rPr>
                <w:rFonts w:ascii="Times New Roman" w:hAnsi="Times New Roman" w:cs="Times New Roman"/>
                <w:sz w:val="24"/>
                <w:szCs w:val="24"/>
              </w:rPr>
              <w:br/>
              <w:t>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4.6.</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Информационная переработка текста. Редактирование текста.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after="0" w:line="24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spacing w:after="0" w:line="240" w:lineRule="auto"/>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spacing w:after="0" w:line="240" w:lineRule="auto"/>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868EC" w:rsidRPr="00B830E9" w:rsidTr="0038001F">
        <w:trPr>
          <w:trHeight w:val="284"/>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spacing w:after="0"/>
              <w:rPr>
                <w:rFonts w:ascii="Times New Roman" w:hAnsi="Times New Roman" w:cs="Times New Roman"/>
                <w:sz w:val="24"/>
                <w:szCs w:val="24"/>
              </w:rPr>
            </w:pPr>
            <w:r w:rsidRPr="00B830E9">
              <w:rPr>
                <w:rFonts w:ascii="Times New Roman" w:hAnsi="Times New Roman" w:cs="Times New Roman"/>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257A8A" w:rsidP="006868EC">
            <w:pPr>
              <w:spacing w:after="0"/>
              <w:rPr>
                <w:rFonts w:ascii="Times New Roman" w:hAnsi="Times New Roman" w:cs="Times New Roman"/>
                <w:sz w:val="24"/>
                <w:szCs w:val="24"/>
              </w:rPr>
            </w:pPr>
            <w:r>
              <w:rPr>
                <w:rFonts w:ascii="Times New Roman" w:hAnsi="Times New Roman" w:cs="Times New Roman"/>
                <w:sz w:val="24"/>
                <w:szCs w:val="24"/>
              </w:rPr>
              <w:t>13</w:t>
            </w:r>
          </w:p>
        </w:tc>
        <w:tc>
          <w:tcPr>
            <w:tcW w:w="1162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spacing w:after="0"/>
              <w:rPr>
                <w:rFonts w:ascii="Times New Roman" w:hAnsi="Times New Roman" w:cs="Times New Roman"/>
                <w:sz w:val="24"/>
                <w:szCs w:val="24"/>
              </w:rPr>
            </w:pPr>
          </w:p>
        </w:tc>
      </w:tr>
      <w:tr w:rsidR="006868EC" w:rsidRPr="00B830E9" w:rsidTr="0038001F">
        <w:trPr>
          <w:trHeight w:val="284"/>
        </w:trPr>
        <w:tc>
          <w:tcPr>
            <w:tcW w:w="15502" w:type="dxa"/>
            <w:gridSpan w:val="7"/>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lastRenderedPageBreak/>
              <w:t>Раздел 5. ФУНКЦИОНАЛЬНЫЕ  РАЗНОВИДНОСТИ  ЯЗЫКА</w:t>
            </w:r>
          </w:p>
        </w:tc>
      </w:tr>
      <w:tr w:rsidR="00617402" w:rsidRPr="00B830E9" w:rsidTr="004D67B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5.1.</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Функциональные разновидности языка (общее представление)</w:t>
            </w:r>
          </w:p>
          <w:p w:rsidR="00257A8A" w:rsidRDefault="00257A8A" w:rsidP="0038001F">
            <w:pPr>
              <w:spacing w:after="0" w:line="240" w:lineRule="auto"/>
              <w:rPr>
                <w:rFonts w:ascii="Times New Roman" w:hAnsi="Times New Roman" w:cs="Times New Roman"/>
                <w:b/>
                <w:sz w:val="24"/>
                <w:szCs w:val="24"/>
              </w:rPr>
            </w:pPr>
          </w:p>
          <w:p w:rsidR="00257A8A" w:rsidRPr="00B830E9" w:rsidRDefault="00257A8A" w:rsidP="0038001F">
            <w:pPr>
              <w:spacing w:after="0" w:line="240" w:lineRule="auto"/>
              <w:rPr>
                <w:rFonts w:ascii="Times New Roman" w:hAnsi="Times New Roman" w:cs="Times New Roman"/>
                <w:b/>
                <w:sz w:val="24"/>
                <w:szCs w:val="24"/>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45" w:lineRule="auto"/>
              <w:ind w:left="72" w:right="43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 xml:space="preserve">Устный </w:t>
            </w:r>
            <w:r w:rsidRPr="00B830E9">
              <w:rPr>
                <w:rFonts w:ascii="Times New Roman" w:hAnsi="Times New Roman" w:cs="Times New Roman"/>
                <w:sz w:val="24"/>
                <w:szCs w:val="24"/>
              </w:rPr>
              <w:br/>
            </w:r>
            <w:r w:rsidRPr="00B830E9">
              <w:rPr>
                <w:rFonts w:ascii="Times New Roman" w:eastAsia="Times New Roman" w:hAnsi="Times New Roman" w:cs="Times New Roman"/>
                <w:color w:val="000000"/>
                <w:w w:val="97"/>
                <w:sz w:val="24"/>
                <w:szCs w:val="24"/>
              </w:rPr>
              <w:t>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868EC" w:rsidRPr="00B830E9" w:rsidTr="0038001F">
        <w:trPr>
          <w:trHeight w:hRule="exact" w:val="348"/>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62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rPr>
                <w:rFonts w:ascii="Times New Roman" w:hAnsi="Times New Roman" w:cs="Times New Roman"/>
                <w:sz w:val="24"/>
                <w:szCs w:val="24"/>
              </w:rPr>
            </w:pPr>
          </w:p>
        </w:tc>
      </w:tr>
      <w:tr w:rsidR="006868EC" w:rsidRPr="00B830E9" w:rsidTr="0038001F">
        <w:trPr>
          <w:trHeight w:hRule="exact" w:val="348"/>
        </w:trPr>
        <w:tc>
          <w:tcPr>
            <w:tcW w:w="15502" w:type="dxa"/>
            <w:gridSpan w:val="7"/>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6. СИСТЕМА ЯЗЫКА</w:t>
            </w:r>
          </w:p>
        </w:tc>
      </w:tr>
      <w:tr w:rsidR="00617402" w:rsidRPr="00B830E9" w:rsidTr="004D67BE">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6.1.</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Фонетика. Графика. Орфоэпия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8" w:after="0" w:line="23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8</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1</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45" w:lineRule="auto"/>
              <w:ind w:left="72" w:right="43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Устный 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Орфография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6" w:after="0" w:line="233"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5</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6" w:after="0" w:line="233" w:lineRule="auto"/>
              <w:ind w:left="72"/>
              <w:rPr>
                <w:rFonts w:ascii="Times New Roman" w:hAnsi="Times New Roman" w:cs="Times New Roman"/>
                <w:sz w:val="24"/>
                <w:szCs w:val="24"/>
              </w:rPr>
            </w:pPr>
            <w:r w:rsidRPr="00B830E9">
              <w:rPr>
                <w:rFonts w:ascii="Times New Roman" w:hAnsi="Times New Roman" w:cs="Times New Roman"/>
                <w:sz w:val="24"/>
                <w:szCs w:val="24"/>
              </w:rPr>
              <w:t>Диктант;</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Лексикология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6" w:after="0" w:line="233"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11</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1</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2</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6" w:after="0" w:line="245"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6.4.</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proofErr w:type="spellStart"/>
            <w:r w:rsidRPr="00B830E9">
              <w:rPr>
                <w:rFonts w:ascii="Times New Roman" w:hAnsi="Times New Roman" w:cs="Times New Roman"/>
                <w:b/>
                <w:sz w:val="24"/>
                <w:szCs w:val="24"/>
              </w:rPr>
              <w:t>Морфемика</w:t>
            </w:r>
            <w:proofErr w:type="spellEnd"/>
            <w:r w:rsidRPr="00B830E9">
              <w:rPr>
                <w:rFonts w:ascii="Times New Roman" w:hAnsi="Times New Roman" w:cs="Times New Roman"/>
                <w:b/>
                <w:sz w:val="24"/>
                <w:szCs w:val="24"/>
              </w:rPr>
              <w:t>. Орфография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6" w:after="0" w:line="233"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14</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1</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3</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6" w:after="0" w:line="233" w:lineRule="auto"/>
              <w:ind w:left="72"/>
              <w:rPr>
                <w:rFonts w:ascii="Times New Roman" w:hAnsi="Times New Roman" w:cs="Times New Roman"/>
                <w:sz w:val="24"/>
                <w:szCs w:val="24"/>
              </w:rPr>
            </w:pPr>
            <w:r w:rsidRPr="00B830E9">
              <w:rPr>
                <w:rFonts w:ascii="Times New Roman" w:hAnsi="Times New Roman" w:cs="Times New Roman"/>
                <w:sz w:val="24"/>
                <w:szCs w:val="24"/>
              </w:rPr>
              <w:t>изложение;</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868EC" w:rsidRPr="00B830E9" w:rsidTr="0038001F">
        <w:trPr>
          <w:trHeight w:hRule="exact" w:val="348"/>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257A8A" w:rsidP="006868EC">
            <w:pPr>
              <w:autoSpaceDE w:val="0"/>
              <w:autoSpaceDN w:val="0"/>
              <w:spacing w:before="78" w:after="0" w:line="23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38</w:t>
            </w:r>
          </w:p>
        </w:tc>
        <w:tc>
          <w:tcPr>
            <w:tcW w:w="1162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rPr>
                <w:rFonts w:ascii="Times New Roman" w:hAnsi="Times New Roman" w:cs="Times New Roman"/>
                <w:sz w:val="24"/>
                <w:szCs w:val="24"/>
              </w:rPr>
            </w:pPr>
          </w:p>
        </w:tc>
      </w:tr>
      <w:tr w:rsidR="006868EC" w:rsidRPr="00B830E9" w:rsidTr="0038001F">
        <w:trPr>
          <w:trHeight w:hRule="exact" w:val="348"/>
        </w:trPr>
        <w:tc>
          <w:tcPr>
            <w:tcW w:w="15502" w:type="dxa"/>
            <w:gridSpan w:val="7"/>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7. МОРФОЛОГИЯ. КУЛЬТУРА РЕЧИ. ОРФОГРАФИЯ</w:t>
            </w:r>
          </w:p>
        </w:tc>
      </w:tr>
      <w:tr w:rsidR="00617402" w:rsidRPr="00B830E9" w:rsidTr="004D67B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7.1.</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Морфология как раздел лингвистики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8" w:after="0" w:line="23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3</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Default="00257A8A" w:rsidP="00954580">
            <w:pPr>
              <w:rPr>
                <w:rFonts w:ascii="Times New Roman" w:hAnsi="Times New Roman" w:cs="Times New Roman"/>
                <w:sz w:val="24"/>
                <w:szCs w:val="24"/>
              </w:rPr>
            </w:pPr>
            <w:r>
              <w:rPr>
                <w:rFonts w:ascii="Times New Roman" w:hAnsi="Times New Roman" w:cs="Times New Roman"/>
                <w:sz w:val="24"/>
                <w:szCs w:val="24"/>
              </w:rPr>
              <w:t xml:space="preserve">Устный  </w:t>
            </w:r>
            <w:r w:rsidR="00617402" w:rsidRPr="00B830E9">
              <w:rPr>
                <w:rFonts w:ascii="Times New Roman" w:hAnsi="Times New Roman" w:cs="Times New Roman"/>
                <w:sz w:val="24"/>
                <w:szCs w:val="24"/>
              </w:rPr>
              <w:t>опрос;</w:t>
            </w:r>
          </w:p>
          <w:p w:rsidR="00257A8A" w:rsidRDefault="00257A8A" w:rsidP="00954580">
            <w:pPr>
              <w:rPr>
                <w:rFonts w:ascii="Times New Roman" w:hAnsi="Times New Roman" w:cs="Times New Roman"/>
                <w:sz w:val="24"/>
                <w:szCs w:val="24"/>
              </w:rPr>
            </w:pPr>
          </w:p>
          <w:p w:rsidR="00257A8A" w:rsidRPr="00B830E9" w:rsidRDefault="00257A8A" w:rsidP="00954580">
            <w:pPr>
              <w:rPr>
                <w:rFonts w:ascii="Times New Roman" w:hAnsi="Times New Roman" w:cs="Times New Roman"/>
                <w:sz w:val="24"/>
                <w:szCs w:val="24"/>
              </w:rPr>
            </w:pP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r>
      <w:tr w:rsidR="00617402" w:rsidRPr="00B830E9" w:rsidTr="004D67BE">
        <w:trPr>
          <w:trHeight w:hRule="exact" w:val="5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7.2.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Имя существительное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8" w:after="0" w:line="23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25</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1</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5</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954580">
            <w:pPr>
              <w:ind w:right="144"/>
              <w:rPr>
                <w:rFonts w:ascii="Times New Roman" w:hAnsi="Times New Roman" w:cs="Times New Roman"/>
                <w:sz w:val="24"/>
                <w:szCs w:val="24"/>
              </w:rPr>
            </w:pPr>
            <w:r>
              <w:rPr>
                <w:rFonts w:ascii="Times New Roman" w:hAnsi="Times New Roman" w:cs="Times New Roman"/>
                <w:sz w:val="24"/>
                <w:szCs w:val="24"/>
              </w:rPr>
              <w:t xml:space="preserve">диктант; </w:t>
            </w:r>
            <w:r w:rsidR="00617402" w:rsidRPr="00B830E9">
              <w:rPr>
                <w:rFonts w:ascii="Times New Roman" w:hAnsi="Times New Roman" w:cs="Times New Roman"/>
                <w:sz w:val="24"/>
                <w:szCs w:val="24"/>
              </w:rPr>
              <w:t>сочинение;</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hRule="exact" w:val="3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7.3.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Имя прилагательное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8" w:after="0" w:line="23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17</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1</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3</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r w:rsidRPr="00B830E9">
              <w:rPr>
                <w:rFonts w:ascii="Times New Roman" w:hAnsi="Times New Roman" w:cs="Times New Roman"/>
                <w:sz w:val="24"/>
                <w:szCs w:val="24"/>
              </w:rPr>
              <w:t>сочинение;</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r>
      <w:tr w:rsidR="00617402" w:rsidRPr="00B830E9" w:rsidTr="004D67B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7.4.</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Глагол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6" w:after="0" w:line="233"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33</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1</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4</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954580">
            <w:pPr>
              <w:rPr>
                <w:rFonts w:ascii="Times New Roman" w:hAnsi="Times New Roman" w:cs="Times New Roman"/>
                <w:sz w:val="24"/>
                <w:szCs w:val="24"/>
              </w:rPr>
            </w:pPr>
            <w:r>
              <w:rPr>
                <w:rFonts w:ascii="Times New Roman" w:hAnsi="Times New Roman" w:cs="Times New Roman"/>
                <w:sz w:val="24"/>
                <w:szCs w:val="24"/>
              </w:rPr>
              <w:t xml:space="preserve">Устный </w:t>
            </w:r>
            <w:r w:rsidR="00617402" w:rsidRPr="00B830E9">
              <w:rPr>
                <w:rFonts w:ascii="Times New Roman" w:hAnsi="Times New Roman" w:cs="Times New Roman"/>
                <w:sz w:val="24"/>
                <w:szCs w:val="24"/>
              </w:rPr>
              <w:t>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r>
      <w:tr w:rsidR="006868EC" w:rsidRPr="00B830E9" w:rsidTr="0038001F">
        <w:trPr>
          <w:trHeight w:hRule="exact" w:val="348"/>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257A8A" w:rsidP="006868EC">
            <w:pPr>
              <w:autoSpaceDE w:val="0"/>
              <w:autoSpaceDN w:val="0"/>
              <w:spacing w:before="76" w:after="0" w:line="233"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78</w:t>
            </w:r>
          </w:p>
        </w:tc>
        <w:tc>
          <w:tcPr>
            <w:tcW w:w="1162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rPr>
                <w:rFonts w:ascii="Times New Roman" w:hAnsi="Times New Roman" w:cs="Times New Roman"/>
                <w:sz w:val="24"/>
                <w:szCs w:val="24"/>
              </w:rPr>
            </w:pPr>
          </w:p>
        </w:tc>
      </w:tr>
      <w:tr w:rsidR="006868EC" w:rsidRPr="00B830E9" w:rsidTr="0038001F">
        <w:trPr>
          <w:trHeight w:hRule="exact" w:val="348"/>
        </w:trPr>
        <w:tc>
          <w:tcPr>
            <w:tcW w:w="15502" w:type="dxa"/>
            <w:gridSpan w:val="7"/>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8. СИНТАКСИС. КУЛЬТУРА РЕЧИ. ПУНКТУАЦИЯ</w:t>
            </w:r>
          </w:p>
        </w:tc>
      </w:tr>
      <w:tr w:rsidR="00617402" w:rsidRPr="00B830E9" w:rsidTr="004D67B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8.1.</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 xml:space="preserve">Синтаксис </w:t>
            </w:r>
            <w:r w:rsidRPr="00B830E9">
              <w:rPr>
                <w:rFonts w:ascii="Times New Roman" w:hAnsi="Times New Roman" w:cs="Times New Roman"/>
                <w:b/>
                <w:sz w:val="24"/>
                <w:szCs w:val="24"/>
              </w:rPr>
              <w:br/>
              <w:t xml:space="preserve">и пунктуация как разделы лингвистики. </w:t>
            </w:r>
          </w:p>
          <w:p w:rsidR="00257A8A" w:rsidRPr="00B830E9" w:rsidRDefault="00257A8A" w:rsidP="0038001F">
            <w:pPr>
              <w:spacing w:after="0" w:line="240" w:lineRule="auto"/>
              <w:rPr>
                <w:rFonts w:ascii="Times New Roman" w:hAnsi="Times New Roman" w:cs="Times New Roman"/>
                <w:b/>
                <w:sz w:val="24"/>
                <w:szCs w:val="24"/>
              </w:rPr>
            </w:pPr>
          </w:p>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Словосочетание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8" w:after="0" w:line="23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4</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r w:rsidRPr="00B830E9">
              <w:rPr>
                <w:rFonts w:ascii="Times New Roman" w:hAnsi="Times New Roman" w:cs="Times New Roman"/>
                <w:sz w:val="24"/>
                <w:szCs w:val="24"/>
              </w:rPr>
              <w:t>сочинение;</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Простое двусоставное предложение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8" w:after="0" w:line="23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7</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0</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1</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r w:rsidRPr="00B830E9">
              <w:rPr>
                <w:rFonts w:ascii="Times New Roman" w:hAnsi="Times New Roman" w:cs="Times New Roman"/>
                <w:sz w:val="24"/>
                <w:szCs w:val="24"/>
              </w:rPr>
              <w:t>изложение;</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r>
      <w:tr w:rsidR="00617402" w:rsidRPr="00B830E9" w:rsidTr="004D67BE">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Простое осложнённое предложение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257A8A">
            <w:pPr>
              <w:autoSpaceDE w:val="0"/>
              <w:autoSpaceDN w:val="0"/>
              <w:spacing w:before="78" w:after="0" w:line="230" w:lineRule="auto"/>
              <w:rPr>
                <w:rFonts w:ascii="Times New Roman" w:hAnsi="Times New Roman" w:cs="Times New Roman"/>
                <w:sz w:val="24"/>
                <w:szCs w:val="24"/>
              </w:rPr>
            </w:pPr>
            <w:r>
              <w:rPr>
                <w:rFonts w:ascii="Times New Roman" w:eastAsia="Times New Roman" w:hAnsi="Times New Roman" w:cs="Times New Roman"/>
                <w:color w:val="000000"/>
                <w:w w:val="97"/>
                <w:sz w:val="24"/>
                <w:szCs w:val="24"/>
              </w:rPr>
              <w:t>10</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1</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r w:rsidRPr="00B830E9">
              <w:rPr>
                <w:rFonts w:ascii="Times New Roman" w:hAnsi="Times New Roman" w:cs="Times New Roman"/>
                <w:sz w:val="24"/>
                <w:szCs w:val="24"/>
              </w:rPr>
              <w:t>сочинение;</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r>
      <w:tr w:rsidR="00617402" w:rsidRPr="00B830E9" w:rsidTr="004D67BE">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8.4.</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Сложное предложение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8" w:after="0" w:line="230"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6</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2</w:t>
            </w: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954580">
            <w:pPr>
              <w:ind w:right="432"/>
              <w:rPr>
                <w:rFonts w:ascii="Times New Roman" w:hAnsi="Times New Roman" w:cs="Times New Roman"/>
                <w:sz w:val="24"/>
                <w:szCs w:val="24"/>
              </w:rPr>
            </w:pPr>
            <w:r>
              <w:rPr>
                <w:rFonts w:ascii="Times New Roman" w:hAnsi="Times New Roman" w:cs="Times New Roman"/>
                <w:sz w:val="24"/>
                <w:szCs w:val="24"/>
              </w:rPr>
              <w:t xml:space="preserve">Устный </w:t>
            </w:r>
            <w:r w:rsidR="00617402" w:rsidRPr="00B830E9">
              <w:rPr>
                <w:rFonts w:ascii="Times New Roman" w:hAnsi="Times New Roman" w:cs="Times New Roman"/>
                <w:sz w:val="24"/>
                <w:szCs w:val="24"/>
              </w:rPr>
              <w:t>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r>
      <w:tr w:rsidR="00617402" w:rsidRPr="00B830E9" w:rsidTr="004D67B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8.5.</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Предложения с прямой речью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6868EC">
            <w:pPr>
              <w:autoSpaceDE w:val="0"/>
              <w:autoSpaceDN w:val="0"/>
              <w:spacing w:before="76" w:after="0" w:line="233"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4</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Pr>
                <w:rFonts w:ascii="Times New Roman" w:hAnsi="Times New Roman" w:cs="Times New Roman"/>
                <w:sz w:val="24"/>
                <w:szCs w:val="24"/>
              </w:rPr>
              <w:t>1</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954580">
            <w:pPr>
              <w:rPr>
                <w:rFonts w:ascii="Times New Roman" w:hAnsi="Times New Roman" w:cs="Times New Roman"/>
                <w:sz w:val="24"/>
                <w:szCs w:val="24"/>
              </w:rPr>
            </w:pPr>
            <w:r>
              <w:rPr>
                <w:rFonts w:ascii="Times New Roman" w:hAnsi="Times New Roman" w:cs="Times New Roman"/>
                <w:sz w:val="24"/>
                <w:szCs w:val="24"/>
              </w:rPr>
              <w:t xml:space="preserve">Устный  </w:t>
            </w:r>
            <w:r w:rsidR="00617402" w:rsidRPr="00B830E9">
              <w:rPr>
                <w:rFonts w:ascii="Times New Roman" w:hAnsi="Times New Roman" w:cs="Times New Roman"/>
                <w:sz w:val="24"/>
                <w:szCs w:val="24"/>
              </w:rPr>
              <w:t>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7014B1" w:rsidP="006868EC">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617402" w:rsidRPr="00B830E9" w:rsidTr="004D67B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8.6.</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Диалог</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257A8A" w:rsidP="00954580">
            <w:pPr>
              <w:ind w:right="432"/>
              <w:rPr>
                <w:rFonts w:ascii="Times New Roman" w:hAnsi="Times New Roman" w:cs="Times New Roman"/>
                <w:sz w:val="24"/>
                <w:szCs w:val="24"/>
              </w:rPr>
            </w:pPr>
            <w:r>
              <w:rPr>
                <w:rFonts w:ascii="Times New Roman" w:hAnsi="Times New Roman" w:cs="Times New Roman"/>
                <w:sz w:val="24"/>
                <w:szCs w:val="24"/>
              </w:rPr>
              <w:t xml:space="preserve">Устный </w:t>
            </w:r>
            <w:r w:rsidR="00617402" w:rsidRPr="00B830E9">
              <w:rPr>
                <w:rFonts w:ascii="Times New Roman" w:hAnsi="Times New Roman" w:cs="Times New Roman"/>
                <w:sz w:val="24"/>
                <w:szCs w:val="24"/>
              </w:rPr>
              <w:t>опрос;</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6868EC">
            <w:pPr>
              <w:rPr>
                <w:rFonts w:ascii="Times New Roman" w:hAnsi="Times New Roman" w:cs="Times New Roman"/>
                <w:sz w:val="24"/>
                <w:szCs w:val="24"/>
              </w:rPr>
            </w:pPr>
          </w:p>
        </w:tc>
      </w:tr>
      <w:tr w:rsidR="006868EC" w:rsidRPr="00B830E9" w:rsidTr="0038001F">
        <w:trPr>
          <w:trHeight w:hRule="exact" w:val="348"/>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257A8A" w:rsidP="006868EC">
            <w:pPr>
              <w:autoSpaceDE w:val="0"/>
              <w:autoSpaceDN w:val="0"/>
              <w:spacing w:before="76" w:after="0" w:line="233" w:lineRule="auto"/>
              <w:ind w:left="72"/>
              <w:rPr>
                <w:rFonts w:ascii="Times New Roman" w:hAnsi="Times New Roman" w:cs="Times New Roman"/>
                <w:sz w:val="24"/>
                <w:szCs w:val="24"/>
              </w:rPr>
            </w:pPr>
            <w:r>
              <w:rPr>
                <w:rFonts w:ascii="Times New Roman" w:eastAsia="Times New Roman" w:hAnsi="Times New Roman" w:cs="Times New Roman"/>
                <w:color w:val="000000"/>
                <w:w w:val="97"/>
                <w:sz w:val="24"/>
                <w:szCs w:val="24"/>
              </w:rPr>
              <w:t>33</w:t>
            </w:r>
          </w:p>
        </w:tc>
        <w:tc>
          <w:tcPr>
            <w:tcW w:w="1162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868EC" w:rsidRPr="00B830E9" w:rsidRDefault="006868EC" w:rsidP="006868EC">
            <w:pPr>
              <w:rPr>
                <w:rFonts w:ascii="Times New Roman" w:hAnsi="Times New Roman" w:cs="Times New Roman"/>
                <w:sz w:val="24"/>
                <w:szCs w:val="24"/>
              </w:rPr>
            </w:pPr>
          </w:p>
        </w:tc>
      </w:tr>
      <w:tr w:rsidR="006868EC" w:rsidRPr="00B830E9" w:rsidTr="0038001F">
        <w:trPr>
          <w:trHeight w:hRule="exact" w:val="328"/>
        </w:trPr>
        <w:tc>
          <w:tcPr>
            <w:tcW w:w="15502" w:type="dxa"/>
            <w:gridSpan w:val="7"/>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6868EC" w:rsidRPr="00B830E9" w:rsidRDefault="006868EC"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9. ПОВТОРЕНИЕ</w:t>
            </w:r>
          </w:p>
        </w:tc>
      </w:tr>
      <w:tr w:rsidR="00617402" w:rsidRPr="00B830E9" w:rsidTr="004D67BE">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9.1.</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Повторение пройденного материала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r w:rsidRPr="00B830E9">
              <w:rPr>
                <w:rFonts w:ascii="Times New Roman" w:hAnsi="Times New Roman" w:cs="Times New Roman"/>
                <w:sz w:val="24"/>
                <w:szCs w:val="24"/>
              </w:rPr>
              <w:t>Диктант;</w:t>
            </w: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r>
      <w:tr w:rsidR="0038001F" w:rsidRPr="00B830E9" w:rsidTr="0038001F">
        <w:trPr>
          <w:trHeight w:hRule="exact" w:val="348"/>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w:t>
            </w:r>
          </w:p>
        </w:tc>
        <w:tc>
          <w:tcPr>
            <w:tcW w:w="1162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hRule="exact" w:val="348"/>
        </w:trPr>
        <w:tc>
          <w:tcPr>
            <w:tcW w:w="15502" w:type="dxa"/>
            <w:gridSpan w:val="7"/>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10. ИТОГОВЫЙ КОНТРОЛЬ</w:t>
            </w:r>
          </w:p>
        </w:tc>
      </w:tr>
      <w:tr w:rsidR="00617402" w:rsidRPr="00B830E9" w:rsidTr="004D67BE">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10.1.</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Сочинения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10</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c>
          <w:tcPr>
            <w:tcW w:w="6491"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c>
          <w:tcPr>
            <w:tcW w:w="2887" w:type="dxa"/>
            <w:tcBorders>
              <w:top w:val="single" w:sz="4"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r>
      <w:tr w:rsidR="00617402" w:rsidRPr="00B830E9" w:rsidTr="004D67BE">
        <w:trPr>
          <w:trHeight w:hRule="exact" w:val="348"/>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617402" w:rsidRPr="00B830E9" w:rsidRDefault="00617402"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10.2.</w:t>
            </w:r>
          </w:p>
        </w:tc>
        <w:tc>
          <w:tcPr>
            <w:tcW w:w="2882" w:type="dxa"/>
            <w:tcBorders>
              <w:top w:val="single" w:sz="4" w:space="0" w:color="000000"/>
              <w:left w:val="single" w:sz="4" w:space="0" w:color="000000"/>
              <w:bottom w:val="single" w:sz="5" w:space="0" w:color="000000"/>
              <w:right w:val="single" w:sz="4" w:space="0" w:color="000000"/>
            </w:tcBorders>
            <w:tcMar>
              <w:left w:w="0" w:type="dxa"/>
              <w:right w:w="0" w:type="dxa"/>
            </w:tcMar>
          </w:tcPr>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Изложения</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617402" w:rsidRPr="00B830E9" w:rsidRDefault="00617402"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w:t>
            </w:r>
          </w:p>
        </w:tc>
        <w:tc>
          <w:tcPr>
            <w:tcW w:w="1106" w:type="dxa"/>
            <w:tcBorders>
              <w:top w:val="single" w:sz="4" w:space="0" w:color="000000"/>
              <w:left w:val="single" w:sz="4" w:space="0" w:color="000000"/>
              <w:bottom w:val="single" w:sz="5" w:space="0" w:color="000000"/>
              <w:right w:val="single" w:sz="5"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c>
          <w:tcPr>
            <w:tcW w:w="1140" w:type="dxa"/>
            <w:tcBorders>
              <w:top w:val="single" w:sz="4" w:space="0" w:color="000000"/>
              <w:left w:val="single" w:sz="5" w:space="0" w:color="000000"/>
              <w:bottom w:val="single" w:sz="5"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c>
          <w:tcPr>
            <w:tcW w:w="6491" w:type="dxa"/>
            <w:tcBorders>
              <w:top w:val="single" w:sz="4" w:space="0" w:color="000000"/>
              <w:left w:val="single" w:sz="4" w:space="0" w:color="000000"/>
              <w:bottom w:val="single" w:sz="5"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c>
          <w:tcPr>
            <w:tcW w:w="2887" w:type="dxa"/>
            <w:tcBorders>
              <w:top w:val="single" w:sz="4" w:space="0" w:color="000000"/>
              <w:left w:val="single" w:sz="4" w:space="0" w:color="000000"/>
              <w:bottom w:val="single" w:sz="5"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r>
      <w:tr w:rsidR="00617402" w:rsidRPr="00B830E9" w:rsidTr="004D67BE">
        <w:trPr>
          <w:trHeight w:hRule="exact" w:val="350"/>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autoSpaceDE w:val="0"/>
              <w:autoSpaceDN w:val="0"/>
              <w:spacing w:before="76"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10.3.</w:t>
            </w:r>
          </w:p>
        </w:tc>
        <w:tc>
          <w:tcPr>
            <w:tcW w:w="2882" w:type="dxa"/>
            <w:tcBorders>
              <w:top w:val="single" w:sz="5" w:space="0" w:color="000000"/>
              <w:left w:val="single" w:sz="4" w:space="0" w:color="000000"/>
              <w:bottom w:val="single" w:sz="4" w:space="0" w:color="000000"/>
              <w:right w:val="single" w:sz="4" w:space="0" w:color="000000"/>
            </w:tcBorders>
            <w:tcMar>
              <w:left w:w="0" w:type="dxa"/>
              <w:right w:w="0" w:type="dxa"/>
            </w:tcMar>
          </w:tcPr>
          <w:p w:rsidR="00D45060"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 xml:space="preserve">Контрольные </w:t>
            </w:r>
            <w:bookmarkStart w:id="0" w:name="_GoBack"/>
            <w:bookmarkEnd w:id="0"/>
          </w:p>
          <w:p w:rsidR="00D45060" w:rsidRDefault="00D45060" w:rsidP="0038001F">
            <w:pPr>
              <w:spacing w:after="0" w:line="240" w:lineRule="auto"/>
              <w:rPr>
                <w:rFonts w:ascii="Times New Roman" w:hAnsi="Times New Roman" w:cs="Times New Roman"/>
                <w:b/>
                <w:sz w:val="24"/>
                <w:szCs w:val="24"/>
              </w:rPr>
            </w:pPr>
          </w:p>
          <w:p w:rsidR="00D45060" w:rsidRDefault="00D45060" w:rsidP="0038001F">
            <w:pPr>
              <w:spacing w:after="0" w:line="240" w:lineRule="auto"/>
              <w:rPr>
                <w:rFonts w:ascii="Times New Roman" w:hAnsi="Times New Roman" w:cs="Times New Roman"/>
                <w:b/>
                <w:sz w:val="24"/>
                <w:szCs w:val="24"/>
              </w:rPr>
            </w:pPr>
          </w:p>
          <w:p w:rsidR="00D45060" w:rsidRDefault="00D45060" w:rsidP="0038001F">
            <w:pPr>
              <w:spacing w:after="0" w:line="240" w:lineRule="auto"/>
              <w:rPr>
                <w:rFonts w:ascii="Times New Roman" w:hAnsi="Times New Roman" w:cs="Times New Roman"/>
                <w:b/>
                <w:sz w:val="24"/>
                <w:szCs w:val="24"/>
              </w:rPr>
            </w:pPr>
          </w:p>
          <w:p w:rsidR="00617402" w:rsidRPr="00B830E9" w:rsidRDefault="00617402"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проверочные работы</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17402" w:rsidRPr="00B830E9" w:rsidRDefault="00617402" w:rsidP="00954580">
            <w:pPr>
              <w:autoSpaceDE w:val="0"/>
              <w:autoSpaceDN w:val="0"/>
              <w:spacing w:before="76"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w:t>
            </w:r>
          </w:p>
        </w:tc>
        <w:tc>
          <w:tcPr>
            <w:tcW w:w="1106" w:type="dxa"/>
            <w:tcBorders>
              <w:top w:val="single" w:sz="5" w:space="0" w:color="000000"/>
              <w:left w:val="single" w:sz="4" w:space="0" w:color="000000"/>
              <w:bottom w:val="single" w:sz="4" w:space="0" w:color="000000"/>
              <w:right w:val="single" w:sz="5" w:space="0" w:color="000000"/>
            </w:tcBorders>
            <w:tcMar>
              <w:left w:w="0" w:type="dxa"/>
              <w:right w:w="0" w:type="dxa"/>
            </w:tcMar>
          </w:tcPr>
          <w:p w:rsidR="00617402" w:rsidRPr="00B830E9" w:rsidRDefault="007014B1" w:rsidP="00954580">
            <w:pPr>
              <w:rPr>
                <w:rFonts w:ascii="Times New Roman" w:hAnsi="Times New Roman" w:cs="Times New Roman"/>
                <w:sz w:val="24"/>
                <w:szCs w:val="24"/>
              </w:rPr>
            </w:pPr>
            <w:r>
              <w:rPr>
                <w:rFonts w:ascii="Times New Roman" w:hAnsi="Times New Roman" w:cs="Times New Roman"/>
                <w:sz w:val="24"/>
                <w:szCs w:val="24"/>
              </w:rPr>
              <w:t>1</w:t>
            </w:r>
          </w:p>
        </w:tc>
        <w:tc>
          <w:tcPr>
            <w:tcW w:w="1140" w:type="dxa"/>
            <w:tcBorders>
              <w:top w:val="single" w:sz="5" w:space="0" w:color="000000"/>
              <w:left w:val="single" w:sz="5" w:space="0" w:color="000000"/>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c>
          <w:tcPr>
            <w:tcW w:w="6491" w:type="dxa"/>
            <w:tcBorders>
              <w:top w:val="single" w:sz="5" w:space="0" w:color="000000"/>
              <w:left w:val="single" w:sz="4" w:space="0" w:color="000000"/>
              <w:bottom w:val="single" w:sz="4" w:space="0" w:color="000000"/>
              <w:right w:val="single" w:sz="4" w:space="0" w:color="auto"/>
            </w:tcBorders>
            <w:tcMar>
              <w:left w:w="0" w:type="dxa"/>
              <w:right w:w="0" w:type="dxa"/>
            </w:tcMar>
          </w:tcPr>
          <w:p w:rsidR="00617402" w:rsidRPr="00B830E9" w:rsidRDefault="00617402" w:rsidP="00954580">
            <w:pPr>
              <w:rPr>
                <w:rFonts w:ascii="Times New Roman" w:hAnsi="Times New Roman" w:cs="Times New Roman"/>
                <w:sz w:val="24"/>
                <w:szCs w:val="24"/>
              </w:rPr>
            </w:pPr>
          </w:p>
        </w:tc>
        <w:tc>
          <w:tcPr>
            <w:tcW w:w="2887" w:type="dxa"/>
            <w:tcBorders>
              <w:top w:val="single" w:sz="5" w:space="0" w:color="000000"/>
              <w:left w:val="single" w:sz="4" w:space="0" w:color="auto"/>
              <w:bottom w:val="single" w:sz="4" w:space="0" w:color="000000"/>
              <w:right w:val="single" w:sz="4" w:space="0" w:color="000000"/>
            </w:tcBorders>
            <w:tcMar>
              <w:left w:w="0" w:type="dxa"/>
              <w:right w:w="0" w:type="dxa"/>
            </w:tcMar>
          </w:tcPr>
          <w:p w:rsidR="00617402" w:rsidRPr="00B830E9" w:rsidRDefault="00617402" w:rsidP="00954580">
            <w:pPr>
              <w:rPr>
                <w:rFonts w:ascii="Times New Roman" w:hAnsi="Times New Roman" w:cs="Times New Roman"/>
                <w:sz w:val="24"/>
                <w:szCs w:val="24"/>
              </w:rPr>
            </w:pPr>
          </w:p>
        </w:tc>
      </w:tr>
      <w:tr w:rsidR="004D67BE" w:rsidRPr="00B830E9" w:rsidTr="004D67BE">
        <w:trPr>
          <w:trHeight w:hRule="exact" w:val="348"/>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4D67BE" w:rsidRPr="00B830E9" w:rsidRDefault="004D67BE"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4D67BE" w:rsidRPr="00B830E9" w:rsidRDefault="004D67BE"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20</w:t>
            </w:r>
          </w:p>
        </w:tc>
        <w:tc>
          <w:tcPr>
            <w:tcW w:w="8740" w:type="dxa"/>
            <w:gridSpan w:val="3"/>
            <w:tcBorders>
              <w:top w:val="single" w:sz="4" w:space="0" w:color="000000"/>
              <w:left w:val="single" w:sz="4" w:space="0" w:color="000000"/>
              <w:bottom w:val="single" w:sz="4" w:space="0" w:color="000000"/>
              <w:right w:val="single" w:sz="4" w:space="0" w:color="auto"/>
            </w:tcBorders>
            <w:tcMar>
              <w:left w:w="0" w:type="dxa"/>
              <w:right w:w="0" w:type="dxa"/>
            </w:tcMar>
            <w:vAlign w:val="center"/>
          </w:tcPr>
          <w:p w:rsidR="004D67BE" w:rsidRPr="00B830E9" w:rsidRDefault="004D67BE" w:rsidP="0038001F">
            <w:pPr>
              <w:spacing w:after="0" w:line="240" w:lineRule="auto"/>
              <w:rPr>
                <w:rFonts w:ascii="Times New Roman" w:hAnsi="Times New Roman" w:cs="Times New Roman"/>
                <w:b/>
                <w:sz w:val="24"/>
                <w:szCs w:val="24"/>
              </w:rPr>
            </w:pPr>
          </w:p>
        </w:tc>
        <w:tc>
          <w:tcPr>
            <w:tcW w:w="2884" w:type="dxa"/>
            <w:tcBorders>
              <w:top w:val="single" w:sz="4" w:space="0" w:color="000000"/>
              <w:left w:val="single" w:sz="4" w:space="0" w:color="auto"/>
              <w:bottom w:val="single" w:sz="4" w:space="0" w:color="000000"/>
              <w:right w:val="single" w:sz="4" w:space="0" w:color="000000"/>
            </w:tcBorders>
            <w:vAlign w:val="center"/>
          </w:tcPr>
          <w:p w:rsidR="004D67BE" w:rsidRPr="00B830E9" w:rsidRDefault="004D67BE" w:rsidP="0038001F">
            <w:pPr>
              <w:spacing w:after="0" w:line="240" w:lineRule="auto"/>
              <w:rPr>
                <w:rFonts w:ascii="Times New Roman" w:hAnsi="Times New Roman" w:cs="Times New Roman"/>
                <w:b/>
                <w:sz w:val="24"/>
                <w:szCs w:val="24"/>
              </w:rPr>
            </w:pPr>
          </w:p>
        </w:tc>
      </w:tr>
      <w:tr w:rsidR="004D67BE" w:rsidRPr="00B830E9" w:rsidTr="004D67BE">
        <w:trPr>
          <w:trHeight w:hRule="exact" w:val="520"/>
        </w:trPr>
        <w:tc>
          <w:tcPr>
            <w:tcW w:w="3350"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4D67BE" w:rsidRPr="00B830E9" w:rsidRDefault="004D67BE"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4D67BE" w:rsidRPr="00B830E9" w:rsidRDefault="00257A8A" w:rsidP="0038001F">
            <w:pPr>
              <w:spacing w:after="0" w:line="240" w:lineRule="auto"/>
              <w:rPr>
                <w:rFonts w:ascii="Times New Roman" w:hAnsi="Times New Roman" w:cs="Times New Roman"/>
                <w:b/>
                <w:sz w:val="24"/>
                <w:szCs w:val="24"/>
              </w:rPr>
            </w:pPr>
            <w:r>
              <w:rPr>
                <w:rFonts w:ascii="Times New Roman" w:hAnsi="Times New Roman" w:cs="Times New Roman"/>
                <w:b/>
                <w:sz w:val="24"/>
                <w:szCs w:val="24"/>
              </w:rPr>
              <w:t>204</w:t>
            </w:r>
          </w:p>
        </w:tc>
        <w:tc>
          <w:tcPr>
            <w:tcW w:w="1106" w:type="dxa"/>
            <w:tcBorders>
              <w:top w:val="single" w:sz="4" w:space="0" w:color="000000"/>
              <w:left w:val="single" w:sz="4" w:space="0" w:color="000000"/>
              <w:bottom w:val="single" w:sz="4" w:space="0" w:color="000000"/>
              <w:right w:val="single" w:sz="5" w:space="0" w:color="000000"/>
            </w:tcBorders>
            <w:tcMar>
              <w:left w:w="0" w:type="dxa"/>
              <w:right w:w="0" w:type="dxa"/>
            </w:tcMar>
            <w:vAlign w:val="center"/>
          </w:tcPr>
          <w:p w:rsidR="004D67BE" w:rsidRPr="00B830E9" w:rsidRDefault="007014B1" w:rsidP="0038001F">
            <w:pPr>
              <w:spacing w:after="0" w:line="240" w:lineRule="auto"/>
              <w:rPr>
                <w:rFonts w:ascii="Times New Roman" w:hAnsi="Times New Roman" w:cs="Times New Roman"/>
                <w:b/>
                <w:sz w:val="24"/>
                <w:szCs w:val="24"/>
              </w:rPr>
            </w:pPr>
            <w:r>
              <w:rPr>
                <w:rFonts w:ascii="Times New Roman" w:hAnsi="Times New Roman" w:cs="Times New Roman"/>
                <w:b/>
                <w:sz w:val="24"/>
                <w:szCs w:val="24"/>
              </w:rPr>
              <w:t>9</w:t>
            </w:r>
          </w:p>
        </w:tc>
        <w:tc>
          <w:tcPr>
            <w:tcW w:w="1140" w:type="dxa"/>
            <w:tcBorders>
              <w:top w:val="single" w:sz="4" w:space="0" w:color="000000"/>
              <w:left w:val="single" w:sz="5" w:space="0" w:color="000000"/>
              <w:bottom w:val="single" w:sz="4" w:space="0" w:color="000000"/>
              <w:right w:val="single" w:sz="4" w:space="0" w:color="000000"/>
            </w:tcBorders>
            <w:tcMar>
              <w:left w:w="0" w:type="dxa"/>
              <w:right w:w="0" w:type="dxa"/>
            </w:tcMar>
            <w:vAlign w:val="center"/>
          </w:tcPr>
          <w:p w:rsidR="004D67BE" w:rsidRPr="00B830E9" w:rsidRDefault="007014B1" w:rsidP="0038001F">
            <w:pPr>
              <w:spacing w:after="0" w:line="240" w:lineRule="auto"/>
              <w:rPr>
                <w:rFonts w:ascii="Times New Roman" w:hAnsi="Times New Roman" w:cs="Times New Roman"/>
                <w:b/>
                <w:sz w:val="24"/>
                <w:szCs w:val="24"/>
              </w:rPr>
            </w:pPr>
            <w:r>
              <w:rPr>
                <w:rFonts w:ascii="Times New Roman" w:hAnsi="Times New Roman" w:cs="Times New Roman"/>
                <w:b/>
                <w:sz w:val="24"/>
                <w:szCs w:val="24"/>
              </w:rPr>
              <w:t>26</w:t>
            </w:r>
          </w:p>
        </w:tc>
        <w:tc>
          <w:tcPr>
            <w:tcW w:w="6497" w:type="dxa"/>
            <w:tcBorders>
              <w:top w:val="single" w:sz="4" w:space="0" w:color="000000"/>
              <w:left w:val="single" w:sz="4" w:space="0" w:color="000000"/>
              <w:bottom w:val="single" w:sz="4" w:space="0" w:color="000000"/>
              <w:right w:val="single" w:sz="4" w:space="0" w:color="auto"/>
            </w:tcBorders>
            <w:tcMar>
              <w:left w:w="0" w:type="dxa"/>
              <w:right w:w="0" w:type="dxa"/>
            </w:tcMar>
            <w:vAlign w:val="center"/>
          </w:tcPr>
          <w:p w:rsidR="004D67BE" w:rsidRPr="00B830E9" w:rsidRDefault="004D67BE" w:rsidP="0038001F">
            <w:pPr>
              <w:spacing w:after="0" w:line="240" w:lineRule="auto"/>
              <w:rPr>
                <w:rFonts w:ascii="Times New Roman" w:hAnsi="Times New Roman" w:cs="Times New Roman"/>
                <w:b/>
                <w:sz w:val="24"/>
                <w:szCs w:val="24"/>
              </w:rPr>
            </w:pPr>
          </w:p>
        </w:tc>
        <w:tc>
          <w:tcPr>
            <w:tcW w:w="2881" w:type="dxa"/>
            <w:tcBorders>
              <w:top w:val="single" w:sz="4" w:space="0" w:color="000000"/>
              <w:left w:val="single" w:sz="4" w:space="0" w:color="auto"/>
              <w:bottom w:val="single" w:sz="4" w:space="0" w:color="000000"/>
              <w:right w:val="single" w:sz="4" w:space="0" w:color="000000"/>
            </w:tcBorders>
            <w:vAlign w:val="center"/>
          </w:tcPr>
          <w:p w:rsidR="004D67BE" w:rsidRPr="00B830E9" w:rsidRDefault="004D67BE" w:rsidP="0038001F">
            <w:pPr>
              <w:spacing w:after="0" w:line="240" w:lineRule="auto"/>
              <w:rPr>
                <w:rFonts w:ascii="Times New Roman" w:hAnsi="Times New Roman" w:cs="Times New Roman"/>
                <w:b/>
                <w:sz w:val="24"/>
                <w:szCs w:val="24"/>
              </w:rPr>
            </w:pPr>
          </w:p>
        </w:tc>
      </w:tr>
    </w:tbl>
    <w:p w:rsidR="00875E53" w:rsidRPr="00B830E9" w:rsidRDefault="00875E53"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Default="0038001F" w:rsidP="006868EC">
      <w:pPr>
        <w:spacing w:after="0"/>
        <w:jc w:val="both"/>
        <w:rPr>
          <w:rFonts w:ascii="Times New Roman" w:hAnsi="Times New Roman" w:cs="Times New Roman"/>
          <w:sz w:val="24"/>
          <w:szCs w:val="24"/>
        </w:rPr>
      </w:pPr>
    </w:p>
    <w:p w:rsidR="00A95066" w:rsidRDefault="00A95066" w:rsidP="006868EC">
      <w:pPr>
        <w:spacing w:after="0"/>
        <w:jc w:val="both"/>
        <w:rPr>
          <w:rFonts w:ascii="Times New Roman" w:hAnsi="Times New Roman" w:cs="Times New Roman"/>
          <w:sz w:val="24"/>
          <w:szCs w:val="24"/>
        </w:rPr>
      </w:pPr>
    </w:p>
    <w:p w:rsidR="00A95066" w:rsidRDefault="00A95066" w:rsidP="006868EC">
      <w:pPr>
        <w:spacing w:after="0"/>
        <w:jc w:val="both"/>
        <w:rPr>
          <w:rFonts w:ascii="Times New Roman" w:hAnsi="Times New Roman" w:cs="Times New Roman"/>
          <w:sz w:val="24"/>
          <w:szCs w:val="24"/>
        </w:rPr>
      </w:pPr>
    </w:p>
    <w:p w:rsidR="00A95066" w:rsidRPr="00B830E9" w:rsidRDefault="00A95066" w:rsidP="006868EC">
      <w:pPr>
        <w:spacing w:after="0"/>
        <w:jc w:val="both"/>
        <w:rPr>
          <w:rFonts w:ascii="Times New Roman" w:hAnsi="Times New Roman" w:cs="Times New Roman"/>
          <w:sz w:val="24"/>
          <w:szCs w:val="24"/>
        </w:rPr>
      </w:pPr>
    </w:p>
    <w:p w:rsidR="0038001F" w:rsidRPr="00B830E9" w:rsidRDefault="0038001F" w:rsidP="006868EC">
      <w:pPr>
        <w:spacing w:after="0"/>
        <w:jc w:val="both"/>
        <w:rPr>
          <w:rFonts w:ascii="Times New Roman" w:hAnsi="Times New Roman" w:cs="Times New Roman"/>
          <w:sz w:val="24"/>
          <w:szCs w:val="24"/>
        </w:rPr>
      </w:pPr>
    </w:p>
    <w:p w:rsidR="0038001F" w:rsidRDefault="0038001F" w:rsidP="006868EC">
      <w:pPr>
        <w:spacing w:after="0"/>
        <w:jc w:val="both"/>
        <w:rPr>
          <w:rFonts w:ascii="Times New Roman" w:hAnsi="Times New Roman" w:cs="Times New Roman"/>
          <w:sz w:val="24"/>
          <w:szCs w:val="24"/>
        </w:rPr>
      </w:pPr>
    </w:p>
    <w:p w:rsidR="00257A8A" w:rsidRPr="00B830E9" w:rsidRDefault="00257A8A" w:rsidP="006868EC">
      <w:pPr>
        <w:spacing w:after="0"/>
        <w:jc w:val="both"/>
        <w:rPr>
          <w:rFonts w:ascii="Times New Roman" w:hAnsi="Times New Roman" w:cs="Times New Roman"/>
          <w:sz w:val="24"/>
          <w:szCs w:val="24"/>
        </w:rPr>
      </w:pPr>
    </w:p>
    <w:p w:rsidR="0038001F" w:rsidRPr="00B830E9" w:rsidRDefault="0038001F" w:rsidP="0038001F">
      <w:pPr>
        <w:autoSpaceDE w:val="0"/>
        <w:autoSpaceDN w:val="0"/>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lastRenderedPageBreak/>
        <w:t>6 класс</w:t>
      </w:r>
    </w:p>
    <w:tbl>
      <w:tblPr>
        <w:tblW w:w="15502" w:type="dxa"/>
        <w:tblInd w:w="6" w:type="dxa"/>
        <w:tblLayout w:type="fixed"/>
        <w:tblLook w:val="04A0"/>
      </w:tblPr>
      <w:tblGrid>
        <w:gridCol w:w="468"/>
        <w:gridCol w:w="2834"/>
        <w:gridCol w:w="528"/>
        <w:gridCol w:w="1104"/>
        <w:gridCol w:w="1142"/>
        <w:gridCol w:w="804"/>
        <w:gridCol w:w="6220"/>
        <w:gridCol w:w="1020"/>
        <w:gridCol w:w="1382"/>
      </w:tblGrid>
      <w:tr w:rsidR="0038001F" w:rsidRPr="00B830E9" w:rsidTr="0038001F">
        <w:trPr>
          <w:trHeight w:val="284"/>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jc w:val="center"/>
              <w:rPr>
                <w:rFonts w:ascii="Times New Roman" w:hAnsi="Times New Roman" w:cs="Times New Roman"/>
                <w:b/>
                <w:sz w:val="24"/>
                <w:szCs w:val="24"/>
              </w:rPr>
            </w:pPr>
            <w:r w:rsidRPr="00B830E9">
              <w:rPr>
                <w:rFonts w:ascii="Times New Roman" w:hAnsi="Times New Roman" w:cs="Times New Roman"/>
                <w:b/>
                <w:sz w:val="24"/>
                <w:szCs w:val="24"/>
              </w:rPr>
              <w:t>№</w:t>
            </w:r>
            <w:r w:rsidRPr="00B830E9">
              <w:rPr>
                <w:rFonts w:ascii="Times New Roman" w:hAnsi="Times New Roman" w:cs="Times New Roman"/>
                <w:b/>
                <w:sz w:val="24"/>
                <w:szCs w:val="24"/>
              </w:rPr>
              <w:br/>
              <w:t>п/п</w:t>
            </w:r>
          </w:p>
        </w:tc>
        <w:tc>
          <w:tcPr>
            <w:tcW w:w="283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jc w:val="center"/>
              <w:rPr>
                <w:rFonts w:ascii="Times New Roman" w:hAnsi="Times New Roman" w:cs="Times New Roman"/>
                <w:b/>
                <w:sz w:val="24"/>
                <w:szCs w:val="24"/>
              </w:rPr>
            </w:pPr>
            <w:r w:rsidRPr="00B830E9">
              <w:rPr>
                <w:rFonts w:ascii="Times New Roman" w:hAnsi="Times New Roman" w:cs="Times New Roman"/>
                <w:b/>
                <w:sz w:val="24"/>
                <w:szCs w:val="24"/>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jc w:val="center"/>
              <w:rPr>
                <w:rFonts w:ascii="Times New Roman" w:hAnsi="Times New Roman" w:cs="Times New Roman"/>
                <w:b/>
                <w:sz w:val="24"/>
                <w:szCs w:val="24"/>
              </w:rPr>
            </w:pPr>
            <w:r w:rsidRPr="00B830E9">
              <w:rPr>
                <w:rFonts w:ascii="Times New Roman" w:hAnsi="Times New Roman" w:cs="Times New Roman"/>
                <w:b/>
                <w:sz w:val="24"/>
                <w:szCs w:val="24"/>
              </w:rPr>
              <w:t>Количество часов</w:t>
            </w:r>
          </w:p>
        </w:tc>
        <w:tc>
          <w:tcPr>
            <w:tcW w:w="8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jc w:val="center"/>
              <w:rPr>
                <w:rFonts w:ascii="Times New Roman" w:hAnsi="Times New Roman" w:cs="Times New Roman"/>
                <w:b/>
                <w:sz w:val="24"/>
                <w:szCs w:val="24"/>
              </w:rPr>
            </w:pPr>
            <w:r w:rsidRPr="00B830E9">
              <w:rPr>
                <w:rFonts w:ascii="Times New Roman" w:hAnsi="Times New Roman" w:cs="Times New Roman"/>
                <w:b/>
                <w:sz w:val="24"/>
                <w:szCs w:val="24"/>
              </w:rPr>
              <w:t xml:space="preserve">Дата </w:t>
            </w:r>
            <w:r w:rsidRPr="00B830E9">
              <w:rPr>
                <w:rFonts w:ascii="Times New Roman" w:hAnsi="Times New Roman" w:cs="Times New Roman"/>
                <w:b/>
                <w:sz w:val="24"/>
                <w:szCs w:val="24"/>
              </w:rPr>
              <w:br/>
              <w:t>изучения</w:t>
            </w:r>
          </w:p>
        </w:tc>
        <w:tc>
          <w:tcPr>
            <w:tcW w:w="622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jc w:val="center"/>
              <w:rPr>
                <w:rFonts w:ascii="Times New Roman" w:hAnsi="Times New Roman" w:cs="Times New Roman"/>
                <w:b/>
                <w:sz w:val="24"/>
                <w:szCs w:val="24"/>
              </w:rPr>
            </w:pPr>
            <w:r w:rsidRPr="00B830E9">
              <w:rPr>
                <w:rFonts w:ascii="Times New Roman" w:hAnsi="Times New Roman" w:cs="Times New Roman"/>
                <w:b/>
                <w:sz w:val="24"/>
                <w:szCs w:val="24"/>
              </w:rPr>
              <w:t>Виды деятельности</w:t>
            </w:r>
          </w:p>
        </w:tc>
        <w:tc>
          <w:tcPr>
            <w:tcW w:w="102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jc w:val="center"/>
              <w:rPr>
                <w:rFonts w:ascii="Times New Roman" w:hAnsi="Times New Roman" w:cs="Times New Roman"/>
                <w:b/>
                <w:sz w:val="24"/>
                <w:szCs w:val="24"/>
              </w:rPr>
            </w:pPr>
            <w:r w:rsidRPr="00B830E9">
              <w:rPr>
                <w:rFonts w:ascii="Times New Roman" w:hAnsi="Times New Roman" w:cs="Times New Roman"/>
                <w:b/>
                <w:sz w:val="24"/>
                <w:szCs w:val="24"/>
              </w:rPr>
              <w:t xml:space="preserve">Виды, </w:t>
            </w:r>
            <w:r w:rsidRPr="00B830E9">
              <w:rPr>
                <w:rFonts w:ascii="Times New Roman" w:hAnsi="Times New Roman" w:cs="Times New Roman"/>
                <w:b/>
                <w:sz w:val="24"/>
                <w:szCs w:val="24"/>
              </w:rPr>
              <w:br/>
              <w:t xml:space="preserve">формы </w:t>
            </w:r>
            <w:r w:rsidRPr="00B830E9">
              <w:rPr>
                <w:rFonts w:ascii="Times New Roman" w:hAnsi="Times New Roman" w:cs="Times New Roman"/>
                <w:b/>
                <w:sz w:val="24"/>
                <w:szCs w:val="24"/>
              </w:rPr>
              <w:b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jc w:val="center"/>
              <w:rPr>
                <w:rFonts w:ascii="Times New Roman" w:hAnsi="Times New Roman" w:cs="Times New Roman"/>
                <w:b/>
                <w:sz w:val="24"/>
                <w:szCs w:val="24"/>
              </w:rPr>
            </w:pPr>
            <w:r w:rsidRPr="00B830E9">
              <w:rPr>
                <w:rFonts w:ascii="Times New Roman" w:hAnsi="Times New Roman" w:cs="Times New Roman"/>
                <w:b/>
                <w:sz w:val="24"/>
                <w:szCs w:val="24"/>
              </w:rPr>
              <w:t xml:space="preserve">Электронные </w:t>
            </w:r>
            <w:r w:rsidRPr="00B830E9">
              <w:rPr>
                <w:rFonts w:ascii="Times New Roman" w:hAnsi="Times New Roman" w:cs="Times New Roman"/>
                <w:b/>
                <w:sz w:val="24"/>
                <w:szCs w:val="24"/>
              </w:rPr>
              <w:br/>
              <w:t xml:space="preserve">(цифровые) </w:t>
            </w:r>
            <w:r w:rsidRPr="00B830E9">
              <w:rPr>
                <w:rFonts w:ascii="Times New Roman" w:hAnsi="Times New Roman" w:cs="Times New Roman"/>
                <w:b/>
                <w:sz w:val="24"/>
                <w:szCs w:val="24"/>
              </w:rPr>
              <w:br/>
              <w:t>образовательные ресурсы</w:t>
            </w:r>
          </w:p>
        </w:tc>
      </w:tr>
      <w:tr w:rsidR="0038001F" w:rsidRPr="00B830E9" w:rsidTr="0038001F">
        <w:trPr>
          <w:trHeight w:val="284"/>
        </w:trPr>
        <w:tc>
          <w:tcPr>
            <w:tcW w:w="468" w:type="dxa"/>
            <w:vMerge/>
            <w:tcBorders>
              <w:top w:val="single" w:sz="4" w:space="0" w:color="000000"/>
              <w:left w:val="single" w:sz="4" w:space="0" w:color="000000"/>
              <w:bottom w:val="single" w:sz="4" w:space="0" w:color="000000"/>
              <w:right w:val="single" w:sz="4" w:space="0" w:color="000000"/>
            </w:tcBorders>
          </w:tcPr>
          <w:p w:rsidR="0038001F" w:rsidRPr="00B830E9" w:rsidRDefault="0038001F" w:rsidP="00954580">
            <w:pPr>
              <w:rPr>
                <w:rFonts w:ascii="Times New Roman" w:hAnsi="Times New Roman" w:cs="Times New Roman"/>
                <w:sz w:val="24"/>
                <w:szCs w:val="24"/>
              </w:rPr>
            </w:pPr>
          </w:p>
        </w:tc>
        <w:tc>
          <w:tcPr>
            <w:tcW w:w="2834" w:type="dxa"/>
            <w:vMerge/>
            <w:tcBorders>
              <w:top w:val="single" w:sz="4" w:space="0" w:color="000000"/>
              <w:left w:val="single" w:sz="4" w:space="0" w:color="000000"/>
              <w:bottom w:val="single" w:sz="4" w:space="0" w:color="000000"/>
              <w:right w:val="single" w:sz="4" w:space="0" w:color="000000"/>
            </w:tcBorders>
          </w:tcPr>
          <w:p w:rsidR="0038001F" w:rsidRPr="00B830E9" w:rsidRDefault="0038001F" w:rsidP="00954580">
            <w:pPr>
              <w:rPr>
                <w:rFonts w:ascii="Times New Roman" w:hAnsi="Times New Roman" w:cs="Times New Roman"/>
                <w:sz w:val="24"/>
                <w:szCs w:val="24"/>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jc w:val="center"/>
              <w:rPr>
                <w:rFonts w:ascii="Times New Roman" w:hAnsi="Times New Roman" w:cs="Times New Roman"/>
                <w:b/>
                <w:sz w:val="24"/>
                <w:szCs w:val="24"/>
              </w:rPr>
            </w:pPr>
            <w:r w:rsidRPr="00B830E9">
              <w:rPr>
                <w:rFonts w:ascii="Times New Roman" w:hAnsi="Times New Roman" w:cs="Times New Roman"/>
                <w:b/>
                <w:sz w:val="24"/>
                <w:szCs w:val="24"/>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ind w:left="72"/>
              <w:jc w:val="center"/>
              <w:rPr>
                <w:rFonts w:ascii="Times New Roman" w:hAnsi="Times New Roman" w:cs="Times New Roman"/>
                <w:b/>
                <w:sz w:val="24"/>
                <w:szCs w:val="24"/>
              </w:rPr>
            </w:pPr>
            <w:r w:rsidRPr="00B830E9">
              <w:rPr>
                <w:rFonts w:ascii="Times New Roman" w:hAnsi="Times New Roman" w:cs="Times New Roman"/>
                <w:b/>
                <w:sz w:val="24"/>
                <w:szCs w:val="24"/>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ind w:left="72"/>
              <w:jc w:val="center"/>
              <w:rPr>
                <w:rFonts w:ascii="Times New Roman" w:hAnsi="Times New Roman" w:cs="Times New Roman"/>
                <w:b/>
                <w:sz w:val="24"/>
                <w:szCs w:val="24"/>
              </w:rPr>
            </w:pPr>
            <w:r w:rsidRPr="00B830E9">
              <w:rPr>
                <w:rFonts w:ascii="Times New Roman" w:hAnsi="Times New Roman" w:cs="Times New Roman"/>
                <w:b/>
                <w:sz w:val="24"/>
                <w:szCs w:val="24"/>
              </w:rPr>
              <w:t>практические работы</w:t>
            </w:r>
          </w:p>
        </w:tc>
        <w:tc>
          <w:tcPr>
            <w:tcW w:w="804" w:type="dxa"/>
            <w:vMerge/>
            <w:tcBorders>
              <w:top w:val="single" w:sz="4" w:space="0" w:color="000000"/>
              <w:left w:val="single" w:sz="4" w:space="0" w:color="000000"/>
              <w:bottom w:val="single" w:sz="4" w:space="0" w:color="000000"/>
              <w:right w:val="single" w:sz="4" w:space="0" w:color="000000"/>
            </w:tcBorders>
          </w:tcPr>
          <w:p w:rsidR="0038001F" w:rsidRPr="00B830E9" w:rsidRDefault="0038001F" w:rsidP="00954580">
            <w:pPr>
              <w:rPr>
                <w:rFonts w:ascii="Times New Roman" w:hAnsi="Times New Roman" w:cs="Times New Roman"/>
                <w:sz w:val="24"/>
                <w:szCs w:val="24"/>
              </w:rPr>
            </w:pPr>
          </w:p>
        </w:tc>
        <w:tc>
          <w:tcPr>
            <w:tcW w:w="6220" w:type="dxa"/>
            <w:vMerge/>
            <w:tcBorders>
              <w:top w:val="single" w:sz="4" w:space="0" w:color="000000"/>
              <w:left w:val="single" w:sz="4" w:space="0" w:color="000000"/>
              <w:bottom w:val="single" w:sz="4" w:space="0" w:color="000000"/>
              <w:right w:val="single" w:sz="4" w:space="0" w:color="000000"/>
            </w:tcBorders>
          </w:tcPr>
          <w:p w:rsidR="0038001F" w:rsidRPr="00B830E9" w:rsidRDefault="0038001F" w:rsidP="00954580">
            <w:pPr>
              <w:rPr>
                <w:rFonts w:ascii="Times New Roman" w:hAnsi="Times New Roman" w:cs="Times New Roman"/>
                <w:sz w:val="24"/>
                <w:szCs w:val="24"/>
              </w:rPr>
            </w:pPr>
          </w:p>
        </w:tc>
        <w:tc>
          <w:tcPr>
            <w:tcW w:w="1020" w:type="dxa"/>
            <w:vMerge/>
            <w:tcBorders>
              <w:top w:val="single" w:sz="4" w:space="0" w:color="000000"/>
              <w:left w:val="single" w:sz="4" w:space="0" w:color="000000"/>
              <w:bottom w:val="single" w:sz="4" w:space="0" w:color="000000"/>
              <w:right w:val="single" w:sz="4" w:space="0" w:color="000000"/>
            </w:tcBorders>
          </w:tcPr>
          <w:p w:rsidR="0038001F" w:rsidRPr="00B830E9" w:rsidRDefault="0038001F" w:rsidP="00954580">
            <w:pPr>
              <w:rPr>
                <w:rFonts w:ascii="Times New Roman" w:hAnsi="Times New Roman" w:cs="Times New Roman"/>
                <w:sz w:val="24"/>
                <w:szCs w:val="24"/>
              </w:rPr>
            </w:pPr>
          </w:p>
        </w:tc>
        <w:tc>
          <w:tcPr>
            <w:tcW w:w="1382" w:type="dxa"/>
            <w:vMerge/>
            <w:tcBorders>
              <w:top w:val="single" w:sz="4" w:space="0" w:color="000000"/>
              <w:left w:val="single" w:sz="4" w:space="0" w:color="000000"/>
              <w:bottom w:val="single" w:sz="4" w:space="0" w:color="000000"/>
              <w:right w:val="single" w:sz="4" w:space="0" w:color="000000"/>
            </w:tcBorders>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1. ПОВТОРЕНИЕ</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1.1.</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Повторение пройденного материала.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autoSpaceDE w:val="0"/>
              <w:autoSpaceDN w:val="0"/>
              <w:spacing w:before="78" w:after="0" w:line="230"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w:t>
            </w:r>
          </w:p>
        </w:tc>
        <w:tc>
          <w:tcPr>
            <w:tcW w:w="116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2. ОБЩИЕ  СВЕДЕНИЯ  О  ЯЗЫКЕ</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2.1.</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Основные функции русского языка.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autoSpaceDE w:val="0"/>
              <w:autoSpaceDN w:val="0"/>
              <w:spacing w:before="78" w:after="0" w:line="230"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2.2.</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Литературный язык.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w:t>
            </w:r>
            <w:r w:rsidRPr="00B830E9">
              <w:rPr>
                <w:rFonts w:ascii="Times New Roman" w:hAnsi="Times New Roman" w:cs="Times New Roman"/>
                <w:sz w:val="24"/>
                <w:szCs w:val="24"/>
              </w:rPr>
              <w:lastRenderedPageBreak/>
              <w:t>Российской Федерации и как языка межнационального общения (в рамках изученного);</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autoSpaceDE w:val="0"/>
              <w:autoSpaceDN w:val="0"/>
              <w:spacing w:before="78" w:after="0" w:line="230" w:lineRule="auto"/>
              <w:ind w:left="72"/>
              <w:rPr>
                <w:rFonts w:ascii="Times New Roman" w:hAnsi="Times New Roman" w:cs="Times New Roman"/>
                <w:sz w:val="24"/>
                <w:szCs w:val="24"/>
              </w:rPr>
            </w:pPr>
            <w:r w:rsidRPr="00B830E9">
              <w:rPr>
                <w:rFonts w:ascii="Times New Roman" w:hAnsi="Times New Roman" w:cs="Times New Roman"/>
                <w:sz w:val="24"/>
                <w:szCs w:val="24"/>
              </w:rPr>
              <w:lastRenderedPageBreak/>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lastRenderedPageBreak/>
              <w:t>https://www.yaklass.ru/ https://saharina.ru/</w:t>
            </w: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w:t>
            </w:r>
          </w:p>
        </w:tc>
        <w:tc>
          <w:tcPr>
            <w:tcW w:w="116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3. ЯЗЫК И  РЕЧЬ</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3.1.</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 xml:space="preserve">Виды речи.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Создавать устные монологические высказывания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3.2.</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Монолог и диалог. Их разновидности.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Создавать различные виды диалога: побуждение к действию, обмен мнениями (в течение учебного года);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w:t>
            </w:r>
          </w:p>
        </w:tc>
        <w:tc>
          <w:tcPr>
            <w:tcW w:w="116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4. ТЕКСТ</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4.1.</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Информационная переработка текста.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Выделять главную и второстепенную информацию в прослушанном и прочитанном тексте;</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w:t>
            </w:r>
            <w:r w:rsidRPr="00156CDA">
              <w:rPr>
                <w:rFonts w:ascii="Times New Roman" w:eastAsia="Times New Roman" w:hAnsi="Times New Roman"/>
                <w:color w:val="000000"/>
                <w:w w:val="97"/>
                <w:sz w:val="24"/>
                <w:szCs w:val="24"/>
              </w:rPr>
              <w:lastRenderedPageBreak/>
              <w:t>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4.2.</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proofErr w:type="spellStart"/>
            <w:r w:rsidRPr="00B830E9">
              <w:rPr>
                <w:rFonts w:ascii="Times New Roman" w:hAnsi="Times New Roman" w:cs="Times New Roman"/>
                <w:b/>
                <w:sz w:val="24"/>
                <w:szCs w:val="24"/>
              </w:rPr>
              <w:t>Функциональносмысловые</w:t>
            </w:r>
            <w:proofErr w:type="spellEnd"/>
            <w:r w:rsidRPr="00B830E9">
              <w:rPr>
                <w:rFonts w:ascii="Times New Roman" w:hAnsi="Times New Roman" w:cs="Times New Roman"/>
                <w:b/>
                <w:sz w:val="24"/>
                <w:szCs w:val="24"/>
              </w:rPr>
              <w:t xml:space="preserve"> типы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 xml:space="preserve">Характеризовать тексты различных функционально-смысловых типов речи </w:t>
            </w:r>
            <w:r w:rsidRPr="00B830E9">
              <w:rPr>
                <w:rFonts w:ascii="Times New Roman" w:hAnsi="Times New Roman" w:cs="Times New Roman"/>
                <w:sz w:val="24"/>
                <w:szCs w:val="24"/>
              </w:rPr>
              <w:br/>
              <w:t>(повествование, описание, рассуждение); характеризовать особенности описания как типа речи;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4.3.</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 xml:space="preserve">Виды описания.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Создавать тексты с опорой на картину, произведение искусства, в том числе сочинения-миниатюры, классные сочинения;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4.4.</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Смысловой анализ текста.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 xml:space="preserve">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w:t>
            </w:r>
            <w:proofErr w:type="spellStart"/>
            <w:r w:rsidRPr="00B830E9">
              <w:rPr>
                <w:rFonts w:ascii="Times New Roman" w:hAnsi="Times New Roman" w:cs="Times New Roman"/>
                <w:sz w:val="24"/>
                <w:szCs w:val="24"/>
              </w:rPr>
              <w:t>функциональносмысловому</w:t>
            </w:r>
            <w:proofErr w:type="spellEnd"/>
            <w:r w:rsidRPr="00B830E9">
              <w:rPr>
                <w:rFonts w:ascii="Times New Roman" w:hAnsi="Times New Roman" w:cs="Times New Roman"/>
                <w:sz w:val="24"/>
                <w:szCs w:val="24"/>
              </w:rPr>
              <w:t xml:space="preserve"> типу речи; его композиционных особенностей, количества </w:t>
            </w:r>
            <w:proofErr w:type="spellStart"/>
            <w:r w:rsidRPr="00B830E9">
              <w:rPr>
                <w:rFonts w:ascii="Times New Roman" w:hAnsi="Times New Roman" w:cs="Times New Roman"/>
                <w:sz w:val="24"/>
                <w:szCs w:val="24"/>
              </w:rPr>
              <w:t>микротем</w:t>
            </w:r>
            <w:proofErr w:type="spellEnd"/>
            <w:r w:rsidRPr="00B830E9">
              <w:rPr>
                <w:rFonts w:ascii="Times New Roman" w:hAnsi="Times New Roman" w:cs="Times New Roman"/>
                <w:sz w:val="24"/>
                <w:szCs w:val="24"/>
              </w:rPr>
              <w:t xml:space="preserve"> и абзацев;</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23</w:t>
            </w:r>
          </w:p>
        </w:tc>
        <w:tc>
          <w:tcPr>
            <w:tcW w:w="116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5. ФУНКЦИОНАЛЬНЫЕ  РАЗНОВИДНОСТИ  ЯЗЫКА</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5.1.</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Официально деловой стиль. Жанры.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Характеризовать особенности официально-делового и научно-учебного стилей;</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5.2.</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Научный стиль. Жанры.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Характеризовать особенности официально-делового и научно-учебного стилей;</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12</w:t>
            </w:r>
          </w:p>
        </w:tc>
        <w:tc>
          <w:tcPr>
            <w:tcW w:w="116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6. СИСТЕМА ЯЗЫКА: ЛЕКСИКОЛОГИЯ.  КУЛЬТУРА  РЕЧИ.</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6.1.</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Группы лексики по происхождению.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Различать слова с точки зрения их происхождения: исконно русские и заимствованные слова;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6.2.</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Активный и пассивный запас лексики.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различать слова с точки зрения их принадлежности к активному или пассивному запасу: неологизмы, устаревшие слова;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lastRenderedPageBreak/>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6.3.</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 xml:space="preserve">Лексика </w:t>
            </w:r>
            <w:r w:rsidRPr="00B830E9">
              <w:rPr>
                <w:rFonts w:ascii="Times New Roman" w:hAnsi="Times New Roman" w:cs="Times New Roman"/>
                <w:b/>
                <w:sz w:val="24"/>
                <w:szCs w:val="24"/>
              </w:rPr>
              <w:br/>
              <w:t>с точки зрения сферы употребления.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Различать слова с точки зрения сферы их употребления: общеупотребительные, диалектизмы, термины, профессионализмы, жаргонизмы;</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156CDA"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6.4.</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Стилистическая окраска слова.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Определять стилистическую окраску слова;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A95066"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6.5.</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Лексические средства выразительности.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A95066"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6.6.</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Лексические словари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Проводить лексический анализ слов;</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 xml:space="preserve">Письменный </w:t>
            </w:r>
            <w:r w:rsidRPr="00B830E9">
              <w:rPr>
                <w:rFonts w:ascii="Times New Roman" w:hAnsi="Times New Roman" w:cs="Times New Roman"/>
                <w:sz w:val="24"/>
                <w:szCs w:val="24"/>
              </w:rPr>
              <w:lastRenderedPageBreak/>
              <w:t>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A95066"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lastRenderedPageBreak/>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w:t>
            </w:r>
            <w:r w:rsidRPr="00156CDA">
              <w:rPr>
                <w:rFonts w:ascii="Times New Roman" w:eastAsia="Times New Roman" w:hAnsi="Times New Roman"/>
                <w:color w:val="000000"/>
                <w:w w:val="97"/>
                <w:sz w:val="24"/>
                <w:szCs w:val="24"/>
              </w:rPr>
              <w:lastRenderedPageBreak/>
              <w:t>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20</w:t>
            </w:r>
          </w:p>
        </w:tc>
        <w:tc>
          <w:tcPr>
            <w:tcW w:w="116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13100" w:type="dxa"/>
            <w:gridSpan w:val="7"/>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7. СИСТЕМА ЯЗЫКА: СЛОВООБРАЗОВАНИЕ. КУЛЬТУРА РЕЧИ. ОРФОГРАФИЯ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7.1.</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 xml:space="preserve">Виды морфем.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A95066"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7.2.</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Основные способы образования слов в русском языке.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 xml:space="preserve">Определять способы словообразования (приставочный, суффиксальный, приставочно-суффиксальный, </w:t>
            </w:r>
            <w:proofErr w:type="spellStart"/>
            <w:r w:rsidRPr="00B830E9">
              <w:rPr>
                <w:rFonts w:ascii="Times New Roman" w:hAnsi="Times New Roman" w:cs="Times New Roman"/>
                <w:sz w:val="24"/>
                <w:szCs w:val="24"/>
              </w:rPr>
              <w:t>бессуффиксный</w:t>
            </w:r>
            <w:proofErr w:type="spellEnd"/>
            <w:r w:rsidRPr="00B830E9">
              <w:rPr>
                <w:rFonts w:ascii="Times New Roman" w:hAnsi="Times New Roman" w:cs="Times New Roman"/>
                <w:sz w:val="24"/>
                <w:szCs w:val="24"/>
              </w:rPr>
              <w:t>, сложение, переход из одной части речи в другую);</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A95066"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https://www.yaklass.ru/ https://saharina.ru/</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7.3.</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Правописание сложных и сложносокращённых слов.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Проводить орфографический анализ сложных и сложносокращённых слов;</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A95066" w:rsidP="00954580">
            <w:pPr>
              <w:rPr>
                <w:rFonts w:ascii="Times New Roman" w:hAnsi="Times New Roman" w:cs="Times New Roman"/>
                <w:sz w:val="24"/>
                <w:szCs w:val="24"/>
              </w:rPr>
            </w:pPr>
            <w:r w:rsidRPr="00157686">
              <w:rPr>
                <w:rFonts w:ascii="Times New Roman" w:eastAsia="Times New Roman" w:hAnsi="Times New Roman"/>
                <w:color w:val="000000"/>
                <w:w w:val="97"/>
                <w:sz w:val="17"/>
                <w:szCs w:val="17"/>
              </w:rPr>
              <w:t>«</w:t>
            </w:r>
            <w:proofErr w:type="spellStart"/>
            <w:r w:rsidRPr="00156CDA">
              <w:rPr>
                <w:rFonts w:ascii="Times New Roman" w:eastAsia="Times New Roman" w:hAnsi="Times New Roman"/>
                <w:color w:val="000000"/>
                <w:w w:val="97"/>
                <w:sz w:val="24"/>
                <w:szCs w:val="24"/>
              </w:rPr>
              <w:t>Учи.ру</w:t>
            </w:r>
            <w:proofErr w:type="spellEnd"/>
            <w:r w:rsidRPr="00156CDA">
              <w:rPr>
                <w:rFonts w:ascii="Times New Roman" w:eastAsia="Times New Roman" w:hAnsi="Times New Roman"/>
                <w:color w:val="000000"/>
                <w:w w:val="97"/>
                <w:sz w:val="24"/>
                <w:szCs w:val="24"/>
              </w:rPr>
              <w:t xml:space="preserve">" </w:t>
            </w:r>
            <w:r w:rsidRPr="00156CDA">
              <w:rPr>
                <w:sz w:val="24"/>
                <w:szCs w:val="24"/>
              </w:rPr>
              <w:br/>
            </w:r>
            <w:r w:rsidRPr="00156CDA">
              <w:rPr>
                <w:rFonts w:ascii="Times New Roman" w:eastAsia="Times New Roman" w:hAnsi="Times New Roman"/>
                <w:color w:val="000000"/>
                <w:w w:val="97"/>
                <w:sz w:val="24"/>
                <w:szCs w:val="24"/>
              </w:rPr>
              <w:t>https://www.uchi.ru/</w:t>
            </w:r>
            <w:r w:rsidRPr="00156CDA">
              <w:rPr>
                <w:sz w:val="24"/>
                <w:szCs w:val="24"/>
              </w:rPr>
              <w:br/>
            </w:r>
            <w:r w:rsidRPr="00156CDA">
              <w:rPr>
                <w:rFonts w:ascii="Times New Roman" w:eastAsia="Times New Roman" w:hAnsi="Times New Roman"/>
                <w:color w:val="000000"/>
                <w:w w:val="97"/>
                <w:sz w:val="24"/>
                <w:szCs w:val="24"/>
              </w:rPr>
              <w:t>«</w:t>
            </w:r>
            <w:proofErr w:type="spellStart"/>
            <w:r w:rsidRPr="00156CDA">
              <w:rPr>
                <w:rFonts w:ascii="Times New Roman" w:eastAsia="Times New Roman" w:hAnsi="Times New Roman"/>
                <w:color w:val="000000"/>
                <w:w w:val="97"/>
                <w:sz w:val="24"/>
                <w:szCs w:val="24"/>
              </w:rPr>
              <w:t>ЯКласс</w:t>
            </w:r>
            <w:proofErr w:type="spellEnd"/>
            <w:r w:rsidRPr="00156CDA">
              <w:rPr>
                <w:rFonts w:ascii="Times New Roman" w:eastAsia="Times New Roman" w:hAnsi="Times New Roman"/>
                <w:color w:val="000000"/>
                <w:w w:val="97"/>
                <w:sz w:val="24"/>
                <w:szCs w:val="24"/>
              </w:rPr>
              <w:t>»</w:t>
            </w:r>
            <w:r w:rsidRPr="00156CDA">
              <w:rPr>
                <w:sz w:val="24"/>
                <w:szCs w:val="24"/>
              </w:rPr>
              <w:br/>
            </w:r>
            <w:r w:rsidRPr="00156CDA">
              <w:rPr>
                <w:rFonts w:ascii="Times New Roman" w:eastAsia="Times New Roman" w:hAnsi="Times New Roman"/>
                <w:color w:val="000000"/>
                <w:w w:val="97"/>
                <w:sz w:val="24"/>
                <w:szCs w:val="24"/>
              </w:rPr>
              <w:t>https://www.y</w:t>
            </w:r>
            <w:r w:rsidRPr="00156CDA">
              <w:rPr>
                <w:rFonts w:ascii="Times New Roman" w:eastAsia="Times New Roman" w:hAnsi="Times New Roman"/>
                <w:color w:val="000000"/>
                <w:w w:val="97"/>
                <w:sz w:val="24"/>
                <w:szCs w:val="24"/>
              </w:rPr>
              <w:lastRenderedPageBreak/>
              <w:t>aklass.ru/ https://saharina.ru/</w:t>
            </w: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14</w:t>
            </w:r>
          </w:p>
        </w:tc>
        <w:tc>
          <w:tcPr>
            <w:tcW w:w="116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8. СИСТЕМА ЯЗЫКА: МОРФОЛОГИЯ. КУЛЬТУРА РЕЧИ. ОРФОГРАФИЯ</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8.1.</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Имя существительное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Характеризовать особенности словообразования имён существительных;</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8.2.</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Имя прилагательное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Распознавать качественные, относительные и притяжательные имена прилагательные, степени сравнения качественных имён прилагательных;</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8.3.</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Имя числительное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Различать количественные (целые, дробные, собирательные) и порядковые имена числительные;</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autoSpaceDE w:val="0"/>
              <w:autoSpaceDN w:val="0"/>
              <w:spacing w:before="76" w:after="0" w:line="233" w:lineRule="auto"/>
              <w:jc w:val="center"/>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8.4.</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proofErr w:type="spellStart"/>
            <w:r w:rsidRPr="00B830E9">
              <w:rPr>
                <w:rFonts w:ascii="Times New Roman" w:hAnsi="Times New Roman" w:cs="Times New Roman"/>
                <w:b/>
                <w:sz w:val="24"/>
                <w:szCs w:val="24"/>
              </w:rPr>
              <w:t>Местоименение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autoSpaceDE w:val="0"/>
              <w:autoSpaceDN w:val="0"/>
              <w:spacing w:before="76" w:after="0" w:line="233"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16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Различать разряды местоимений;</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autoSpaceDE w:val="0"/>
              <w:autoSpaceDN w:val="0"/>
              <w:spacing w:before="76" w:after="0" w:line="233" w:lineRule="auto"/>
              <w:jc w:val="center"/>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8.5.</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Глагол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autoSpaceDE w:val="0"/>
              <w:autoSpaceDN w:val="0"/>
              <w:spacing w:before="76" w:after="0" w:line="233"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Проводить морфологический анализ глаголов;</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98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9. ПОВТОРЕНИЕ</w:t>
            </w:r>
          </w:p>
        </w:tc>
      </w:tr>
      <w:tr w:rsidR="0038001F" w:rsidRPr="00B830E9" w:rsidTr="0038001F">
        <w:trPr>
          <w:trHeight w:val="28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4"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9.1.</w:t>
            </w:r>
          </w:p>
        </w:tc>
        <w:tc>
          <w:tcPr>
            <w:tcW w:w="2834" w:type="dxa"/>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Повторение пройденного материала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4"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020" w:type="dxa"/>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4" w:after="0" w:line="245"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w:t>
            </w:r>
          </w:p>
        </w:tc>
        <w:tc>
          <w:tcPr>
            <w:tcW w:w="116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lastRenderedPageBreak/>
              <w:t>Раздел 10. ИТОГОВЫЙ КОНТРОЛЬ</w:t>
            </w: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10.1.</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Сочинения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45"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10.2.</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Изложения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45"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10.3.</w:t>
            </w:r>
          </w:p>
        </w:tc>
        <w:tc>
          <w:tcPr>
            <w:tcW w:w="283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Контрольные и проверочные работы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62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45"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rPr>
                <w:rFonts w:ascii="Times New Roman" w:hAnsi="Times New Roman" w:cs="Times New Roman"/>
                <w:sz w:val="24"/>
                <w:szCs w:val="24"/>
              </w:rPr>
            </w:pP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17</w:t>
            </w:r>
          </w:p>
        </w:tc>
        <w:tc>
          <w:tcPr>
            <w:tcW w:w="11672" w:type="dxa"/>
            <w:gridSpan w:val="6"/>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line="240" w:lineRule="auto"/>
              <w:rPr>
                <w:rFonts w:ascii="Times New Roman" w:hAnsi="Times New Roman" w:cs="Times New Roman"/>
                <w:b/>
                <w:sz w:val="24"/>
                <w:szCs w:val="24"/>
              </w:rPr>
            </w:pPr>
          </w:p>
        </w:tc>
      </w:tr>
      <w:tr w:rsidR="0038001F" w:rsidRPr="00B830E9" w:rsidTr="0038001F">
        <w:trPr>
          <w:trHeight w:val="284"/>
        </w:trPr>
        <w:tc>
          <w:tcPr>
            <w:tcW w:w="3302"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204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spacing w:after="0" w:line="240" w:lineRule="auto"/>
              <w:rPr>
                <w:rFonts w:ascii="Times New Roman" w:hAnsi="Times New Roman" w:cs="Times New Roman"/>
                <w:b/>
                <w:sz w:val="24"/>
                <w:szCs w:val="24"/>
              </w:rPr>
            </w:pPr>
            <w:r w:rsidRPr="00B830E9">
              <w:rPr>
                <w:rFonts w:ascii="Times New Roman" w:hAnsi="Times New Roman" w:cs="Times New Roman"/>
                <w:b/>
                <w:sz w:val="24"/>
                <w:szCs w:val="24"/>
              </w:rPr>
              <w:t>0</w:t>
            </w:r>
          </w:p>
        </w:tc>
        <w:tc>
          <w:tcPr>
            <w:tcW w:w="9426"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38001F">
            <w:pPr>
              <w:rPr>
                <w:rFonts w:ascii="Times New Roman" w:hAnsi="Times New Roman" w:cs="Times New Roman"/>
                <w:sz w:val="24"/>
                <w:szCs w:val="24"/>
              </w:rPr>
            </w:pPr>
          </w:p>
        </w:tc>
      </w:tr>
    </w:tbl>
    <w:p w:rsidR="0038001F" w:rsidRPr="00B830E9" w:rsidRDefault="0038001F" w:rsidP="0038001F">
      <w:pPr>
        <w:autoSpaceDE w:val="0"/>
        <w:autoSpaceDN w:val="0"/>
        <w:spacing w:before="78" w:after="0" w:line="230" w:lineRule="auto"/>
        <w:ind w:left="72"/>
        <w:rPr>
          <w:rFonts w:ascii="Times New Roman" w:hAnsi="Times New Roman" w:cs="Times New Roman"/>
          <w:b/>
          <w:sz w:val="24"/>
          <w:szCs w:val="24"/>
        </w:rPr>
      </w:pPr>
    </w:p>
    <w:p w:rsidR="0038001F" w:rsidRPr="00B830E9" w:rsidRDefault="0038001F" w:rsidP="0038001F">
      <w:pPr>
        <w:autoSpaceDE w:val="0"/>
        <w:autoSpaceDN w:val="0"/>
        <w:spacing w:before="78" w:after="0" w:line="230" w:lineRule="auto"/>
        <w:ind w:left="72"/>
        <w:rPr>
          <w:rFonts w:ascii="Times New Roman" w:hAnsi="Times New Roman" w:cs="Times New Roman"/>
          <w:b/>
          <w:sz w:val="24"/>
          <w:szCs w:val="24"/>
        </w:rPr>
      </w:pPr>
    </w:p>
    <w:p w:rsidR="0038001F" w:rsidRPr="00B830E9" w:rsidRDefault="0038001F" w:rsidP="0038001F">
      <w:pPr>
        <w:autoSpaceDE w:val="0"/>
        <w:autoSpaceDN w:val="0"/>
        <w:spacing w:before="78" w:after="0" w:line="230" w:lineRule="auto"/>
        <w:ind w:left="72"/>
        <w:rPr>
          <w:rFonts w:ascii="Times New Roman" w:hAnsi="Times New Roman" w:cs="Times New Roman"/>
          <w:b/>
          <w:sz w:val="24"/>
          <w:szCs w:val="24"/>
        </w:rPr>
      </w:pPr>
    </w:p>
    <w:p w:rsidR="0038001F" w:rsidRPr="00B830E9" w:rsidRDefault="0038001F" w:rsidP="0038001F">
      <w:pPr>
        <w:autoSpaceDE w:val="0"/>
        <w:autoSpaceDN w:val="0"/>
        <w:spacing w:after="0" w:line="240" w:lineRule="auto"/>
        <w:jc w:val="center"/>
        <w:rPr>
          <w:rFonts w:ascii="Times New Roman" w:hAnsi="Times New Roman" w:cs="Times New Roman"/>
          <w:b/>
          <w:sz w:val="24"/>
          <w:szCs w:val="24"/>
        </w:rPr>
      </w:pPr>
    </w:p>
    <w:p w:rsidR="0038001F" w:rsidRPr="00B830E9" w:rsidRDefault="0038001F" w:rsidP="0038001F">
      <w:pPr>
        <w:autoSpaceDE w:val="0"/>
        <w:autoSpaceDN w:val="0"/>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 xml:space="preserve">9 класс  </w:t>
      </w:r>
    </w:p>
    <w:tbl>
      <w:tblPr>
        <w:tblW w:w="15502" w:type="dxa"/>
        <w:tblInd w:w="6" w:type="dxa"/>
        <w:tblLayout w:type="fixed"/>
        <w:tblLook w:val="04A0"/>
      </w:tblPr>
      <w:tblGrid>
        <w:gridCol w:w="384"/>
        <w:gridCol w:w="2868"/>
        <w:gridCol w:w="6"/>
        <w:gridCol w:w="567"/>
        <w:gridCol w:w="1135"/>
        <w:gridCol w:w="1135"/>
        <w:gridCol w:w="852"/>
        <w:gridCol w:w="6153"/>
        <w:gridCol w:w="1020"/>
        <w:gridCol w:w="1382"/>
      </w:tblGrid>
      <w:tr w:rsidR="00954580" w:rsidRPr="00B830E9" w:rsidTr="00954580">
        <w:trPr>
          <w:trHeight w:val="284"/>
        </w:trPr>
        <w:tc>
          <w:tcPr>
            <w:tcW w:w="385"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w:t>
            </w:r>
            <w:r w:rsidRPr="00B830E9">
              <w:rPr>
                <w:rFonts w:ascii="Times New Roman" w:hAnsi="Times New Roman" w:cs="Times New Roman"/>
                <w:b/>
                <w:sz w:val="24"/>
                <w:szCs w:val="24"/>
              </w:rPr>
              <w:br/>
              <w:t>п/п</w:t>
            </w:r>
          </w:p>
        </w:tc>
        <w:tc>
          <w:tcPr>
            <w:tcW w:w="286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ind w:left="72"/>
              <w:jc w:val="center"/>
              <w:rPr>
                <w:rFonts w:ascii="Times New Roman" w:hAnsi="Times New Roman" w:cs="Times New Roman"/>
                <w:b/>
                <w:sz w:val="24"/>
                <w:szCs w:val="24"/>
              </w:rPr>
            </w:pPr>
            <w:r w:rsidRPr="00B830E9">
              <w:rPr>
                <w:rFonts w:ascii="Times New Roman" w:hAnsi="Times New Roman" w:cs="Times New Roman"/>
                <w:b/>
                <w:sz w:val="24"/>
                <w:szCs w:val="24"/>
              </w:rPr>
              <w:t>Наименование разделов и тем программы</w:t>
            </w:r>
          </w:p>
        </w:tc>
        <w:tc>
          <w:tcPr>
            <w:tcW w:w="2840"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ind w:left="72"/>
              <w:jc w:val="center"/>
              <w:rPr>
                <w:rFonts w:ascii="Times New Roman" w:hAnsi="Times New Roman" w:cs="Times New Roman"/>
                <w:b/>
                <w:sz w:val="24"/>
                <w:szCs w:val="24"/>
              </w:rPr>
            </w:pPr>
            <w:r w:rsidRPr="00B830E9">
              <w:rPr>
                <w:rFonts w:ascii="Times New Roman" w:hAnsi="Times New Roman" w:cs="Times New Roman"/>
                <w:b/>
                <w:sz w:val="24"/>
                <w:szCs w:val="24"/>
              </w:rPr>
              <w:t>Количество часов</w:t>
            </w:r>
          </w:p>
        </w:tc>
        <w:tc>
          <w:tcPr>
            <w:tcW w:w="85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ind w:left="72"/>
              <w:jc w:val="center"/>
              <w:rPr>
                <w:rFonts w:ascii="Times New Roman" w:hAnsi="Times New Roman" w:cs="Times New Roman"/>
                <w:b/>
                <w:sz w:val="24"/>
                <w:szCs w:val="24"/>
              </w:rPr>
            </w:pPr>
            <w:r w:rsidRPr="00B830E9">
              <w:rPr>
                <w:rFonts w:ascii="Times New Roman" w:hAnsi="Times New Roman" w:cs="Times New Roman"/>
                <w:b/>
                <w:sz w:val="24"/>
                <w:szCs w:val="24"/>
              </w:rPr>
              <w:t xml:space="preserve">Дата </w:t>
            </w:r>
            <w:r w:rsidRPr="00B830E9">
              <w:rPr>
                <w:rFonts w:ascii="Times New Roman" w:hAnsi="Times New Roman" w:cs="Times New Roman"/>
                <w:b/>
                <w:sz w:val="24"/>
                <w:szCs w:val="24"/>
              </w:rPr>
              <w:br/>
              <w:t>изучения</w:t>
            </w:r>
          </w:p>
        </w:tc>
        <w:tc>
          <w:tcPr>
            <w:tcW w:w="615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ind w:left="72"/>
              <w:jc w:val="center"/>
              <w:rPr>
                <w:rFonts w:ascii="Times New Roman" w:hAnsi="Times New Roman" w:cs="Times New Roman"/>
                <w:b/>
                <w:sz w:val="24"/>
                <w:szCs w:val="24"/>
              </w:rPr>
            </w:pPr>
            <w:r w:rsidRPr="00B830E9">
              <w:rPr>
                <w:rFonts w:ascii="Times New Roman" w:hAnsi="Times New Roman" w:cs="Times New Roman"/>
                <w:b/>
                <w:sz w:val="24"/>
                <w:szCs w:val="24"/>
              </w:rPr>
              <w:t>Виды деятельности</w:t>
            </w:r>
          </w:p>
        </w:tc>
        <w:tc>
          <w:tcPr>
            <w:tcW w:w="102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ind w:left="72" w:right="144"/>
              <w:jc w:val="center"/>
              <w:rPr>
                <w:rFonts w:ascii="Times New Roman" w:hAnsi="Times New Roman" w:cs="Times New Roman"/>
                <w:b/>
                <w:sz w:val="24"/>
                <w:szCs w:val="24"/>
              </w:rPr>
            </w:pPr>
            <w:r w:rsidRPr="00B830E9">
              <w:rPr>
                <w:rFonts w:ascii="Times New Roman" w:hAnsi="Times New Roman" w:cs="Times New Roman"/>
                <w:b/>
                <w:sz w:val="24"/>
                <w:szCs w:val="24"/>
              </w:rPr>
              <w:t xml:space="preserve">Виды, </w:t>
            </w:r>
            <w:r w:rsidRPr="00B830E9">
              <w:rPr>
                <w:rFonts w:ascii="Times New Roman" w:hAnsi="Times New Roman" w:cs="Times New Roman"/>
                <w:b/>
                <w:sz w:val="24"/>
                <w:szCs w:val="24"/>
              </w:rPr>
              <w:br/>
              <w:t xml:space="preserve">формы </w:t>
            </w:r>
            <w:r w:rsidRPr="00B830E9">
              <w:rPr>
                <w:rFonts w:ascii="Times New Roman" w:hAnsi="Times New Roman" w:cs="Times New Roman"/>
                <w:b/>
                <w:sz w:val="24"/>
                <w:szCs w:val="24"/>
              </w:rPr>
              <w:b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ind w:left="72"/>
              <w:jc w:val="center"/>
              <w:rPr>
                <w:rFonts w:ascii="Times New Roman" w:hAnsi="Times New Roman" w:cs="Times New Roman"/>
                <w:b/>
                <w:sz w:val="24"/>
                <w:szCs w:val="24"/>
              </w:rPr>
            </w:pPr>
            <w:r w:rsidRPr="00B830E9">
              <w:rPr>
                <w:rFonts w:ascii="Times New Roman" w:hAnsi="Times New Roman" w:cs="Times New Roman"/>
                <w:b/>
                <w:sz w:val="24"/>
                <w:szCs w:val="24"/>
              </w:rPr>
              <w:t xml:space="preserve">Электронные </w:t>
            </w:r>
            <w:r w:rsidRPr="00B830E9">
              <w:rPr>
                <w:rFonts w:ascii="Times New Roman" w:hAnsi="Times New Roman" w:cs="Times New Roman"/>
                <w:b/>
                <w:sz w:val="24"/>
                <w:szCs w:val="24"/>
              </w:rPr>
              <w:br/>
              <w:t xml:space="preserve">(цифровые) </w:t>
            </w:r>
            <w:r w:rsidRPr="00B830E9">
              <w:rPr>
                <w:rFonts w:ascii="Times New Roman" w:hAnsi="Times New Roman" w:cs="Times New Roman"/>
                <w:b/>
                <w:sz w:val="24"/>
                <w:szCs w:val="24"/>
              </w:rPr>
              <w:br/>
              <w:t>образовательные ресурсы</w:t>
            </w:r>
          </w:p>
        </w:tc>
      </w:tr>
      <w:tr w:rsidR="00954580" w:rsidRPr="00B830E9" w:rsidTr="00954580">
        <w:trPr>
          <w:trHeight w:val="284"/>
        </w:trPr>
        <w:tc>
          <w:tcPr>
            <w:tcW w:w="385" w:type="dxa"/>
            <w:vMerge/>
            <w:tcBorders>
              <w:top w:val="single" w:sz="4" w:space="0" w:color="000000"/>
              <w:left w:val="single" w:sz="4" w:space="0" w:color="000000"/>
              <w:bottom w:val="single" w:sz="4" w:space="0" w:color="000000"/>
              <w:right w:val="single" w:sz="4" w:space="0" w:color="000000"/>
            </w:tcBorders>
            <w:vAlign w:val="center"/>
          </w:tcPr>
          <w:p w:rsidR="0038001F" w:rsidRPr="00B830E9" w:rsidRDefault="0038001F" w:rsidP="00954580">
            <w:pPr>
              <w:spacing w:after="0" w:line="240" w:lineRule="auto"/>
              <w:jc w:val="center"/>
              <w:rPr>
                <w:rFonts w:ascii="Times New Roman" w:hAnsi="Times New Roman" w:cs="Times New Roman"/>
                <w:b/>
                <w:sz w:val="24"/>
                <w:szCs w:val="24"/>
              </w:rPr>
            </w:pPr>
          </w:p>
        </w:tc>
        <w:tc>
          <w:tcPr>
            <w:tcW w:w="2869" w:type="dxa"/>
            <w:vMerge/>
            <w:tcBorders>
              <w:top w:val="single" w:sz="4" w:space="0" w:color="000000"/>
              <w:left w:val="single" w:sz="4" w:space="0" w:color="000000"/>
              <w:bottom w:val="single" w:sz="4" w:space="0" w:color="000000"/>
              <w:right w:val="single" w:sz="4" w:space="0" w:color="000000"/>
            </w:tcBorders>
            <w:vAlign w:val="center"/>
          </w:tcPr>
          <w:p w:rsidR="0038001F" w:rsidRPr="00B830E9" w:rsidRDefault="0038001F" w:rsidP="00954580">
            <w:pPr>
              <w:spacing w:after="0" w:line="240" w:lineRule="auto"/>
              <w:jc w:val="center"/>
              <w:rPr>
                <w:rFonts w:ascii="Times New Roman" w:hAnsi="Times New Roman" w:cs="Times New Roman"/>
                <w:b/>
                <w:sz w:val="24"/>
                <w:szCs w:val="24"/>
              </w:rPr>
            </w:pP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autoSpaceDE w:val="0"/>
              <w:autoSpaceDN w:val="0"/>
              <w:spacing w:before="78"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всего</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autoSpaceDE w:val="0"/>
              <w:autoSpaceDN w:val="0"/>
              <w:spacing w:before="78" w:after="0" w:line="240" w:lineRule="auto"/>
              <w:ind w:left="72"/>
              <w:jc w:val="center"/>
              <w:rPr>
                <w:rFonts w:ascii="Times New Roman" w:hAnsi="Times New Roman" w:cs="Times New Roman"/>
                <w:b/>
                <w:sz w:val="24"/>
                <w:szCs w:val="24"/>
              </w:rPr>
            </w:pPr>
            <w:r w:rsidRPr="00B830E9">
              <w:rPr>
                <w:rFonts w:ascii="Times New Roman" w:hAnsi="Times New Roman" w:cs="Times New Roman"/>
                <w:b/>
                <w:sz w:val="24"/>
                <w:szCs w:val="24"/>
              </w:rPr>
              <w:t>контрольные работы</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autoSpaceDE w:val="0"/>
              <w:autoSpaceDN w:val="0"/>
              <w:spacing w:before="78" w:after="0" w:line="240" w:lineRule="auto"/>
              <w:ind w:left="72"/>
              <w:jc w:val="center"/>
              <w:rPr>
                <w:rFonts w:ascii="Times New Roman" w:hAnsi="Times New Roman" w:cs="Times New Roman"/>
                <w:b/>
                <w:sz w:val="24"/>
                <w:szCs w:val="24"/>
              </w:rPr>
            </w:pPr>
            <w:r w:rsidRPr="00B830E9">
              <w:rPr>
                <w:rFonts w:ascii="Times New Roman" w:hAnsi="Times New Roman" w:cs="Times New Roman"/>
                <w:b/>
                <w:sz w:val="24"/>
                <w:szCs w:val="24"/>
              </w:rPr>
              <w:t>практические работы</w:t>
            </w:r>
          </w:p>
        </w:tc>
        <w:tc>
          <w:tcPr>
            <w:tcW w:w="852" w:type="dxa"/>
            <w:vMerge/>
            <w:tcBorders>
              <w:top w:val="single" w:sz="4" w:space="0" w:color="000000"/>
              <w:left w:val="single" w:sz="4" w:space="0" w:color="000000"/>
              <w:bottom w:val="single" w:sz="4" w:space="0" w:color="000000"/>
              <w:right w:val="single" w:sz="4" w:space="0" w:color="000000"/>
            </w:tcBorders>
            <w:vAlign w:val="center"/>
          </w:tcPr>
          <w:p w:rsidR="0038001F" w:rsidRPr="00B830E9" w:rsidRDefault="0038001F" w:rsidP="00954580">
            <w:pPr>
              <w:spacing w:after="0" w:line="240" w:lineRule="auto"/>
              <w:jc w:val="center"/>
              <w:rPr>
                <w:rFonts w:ascii="Times New Roman" w:hAnsi="Times New Roman" w:cs="Times New Roman"/>
                <w:b/>
                <w:sz w:val="24"/>
                <w:szCs w:val="24"/>
              </w:rPr>
            </w:pPr>
          </w:p>
        </w:tc>
        <w:tc>
          <w:tcPr>
            <w:tcW w:w="6154" w:type="dxa"/>
            <w:vMerge/>
            <w:tcBorders>
              <w:top w:val="single" w:sz="4" w:space="0" w:color="000000"/>
              <w:left w:val="single" w:sz="4" w:space="0" w:color="000000"/>
              <w:bottom w:val="single" w:sz="4" w:space="0" w:color="000000"/>
              <w:right w:val="single" w:sz="4" w:space="0" w:color="000000"/>
            </w:tcBorders>
            <w:vAlign w:val="center"/>
          </w:tcPr>
          <w:p w:rsidR="0038001F" w:rsidRPr="00B830E9" w:rsidRDefault="0038001F" w:rsidP="00954580">
            <w:pPr>
              <w:spacing w:after="0" w:line="240" w:lineRule="auto"/>
              <w:jc w:val="center"/>
              <w:rPr>
                <w:rFonts w:ascii="Times New Roman" w:hAnsi="Times New Roman" w:cs="Times New Roman"/>
                <w:b/>
                <w:sz w:val="24"/>
                <w:szCs w:val="24"/>
              </w:rPr>
            </w:pPr>
          </w:p>
        </w:tc>
        <w:tc>
          <w:tcPr>
            <w:tcW w:w="1020" w:type="dxa"/>
            <w:vMerge/>
            <w:tcBorders>
              <w:top w:val="single" w:sz="4" w:space="0" w:color="000000"/>
              <w:left w:val="single" w:sz="4" w:space="0" w:color="000000"/>
              <w:bottom w:val="single" w:sz="4" w:space="0" w:color="000000"/>
              <w:right w:val="single" w:sz="4" w:space="0" w:color="000000"/>
            </w:tcBorders>
            <w:vAlign w:val="center"/>
          </w:tcPr>
          <w:p w:rsidR="0038001F" w:rsidRPr="00B830E9" w:rsidRDefault="0038001F" w:rsidP="00954580">
            <w:pPr>
              <w:spacing w:after="0" w:line="240" w:lineRule="auto"/>
              <w:jc w:val="center"/>
              <w:rPr>
                <w:rFonts w:ascii="Times New Roman" w:hAnsi="Times New Roman" w:cs="Times New Roman"/>
                <w:b/>
                <w:sz w:val="24"/>
                <w:szCs w:val="24"/>
              </w:rPr>
            </w:pPr>
          </w:p>
        </w:tc>
        <w:tc>
          <w:tcPr>
            <w:tcW w:w="1382" w:type="dxa"/>
            <w:vMerge/>
            <w:tcBorders>
              <w:top w:val="single" w:sz="4" w:space="0" w:color="000000"/>
              <w:left w:val="single" w:sz="4" w:space="0" w:color="000000"/>
              <w:bottom w:val="single" w:sz="4" w:space="0" w:color="000000"/>
              <w:right w:val="single" w:sz="4" w:space="0" w:color="000000"/>
            </w:tcBorders>
            <w:vAlign w:val="center"/>
          </w:tcPr>
          <w:p w:rsidR="0038001F" w:rsidRPr="00B830E9" w:rsidRDefault="0038001F" w:rsidP="00954580">
            <w:pPr>
              <w:spacing w:after="0" w:line="240" w:lineRule="auto"/>
              <w:jc w:val="center"/>
              <w:rPr>
                <w:rFonts w:ascii="Times New Roman" w:hAnsi="Times New Roman" w:cs="Times New Roman"/>
                <w:b/>
                <w:sz w:val="24"/>
                <w:szCs w:val="24"/>
              </w:rPr>
            </w:pPr>
          </w:p>
        </w:tc>
      </w:tr>
      <w:tr w:rsidR="0038001F" w:rsidRPr="00B830E9" w:rsidTr="00954580">
        <w:trPr>
          <w:trHeight w:val="284"/>
        </w:trPr>
        <w:tc>
          <w:tcPr>
            <w:tcW w:w="15502" w:type="dxa"/>
            <w:gridSpan w:val="10"/>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1. ПОВТОРЕНИЕ</w:t>
            </w: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1.1.</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line="240" w:lineRule="auto"/>
              <w:ind w:left="72"/>
              <w:rPr>
                <w:rFonts w:ascii="Times New Roman" w:hAnsi="Times New Roman" w:cs="Times New Roman"/>
                <w:b/>
                <w:sz w:val="24"/>
                <w:szCs w:val="24"/>
              </w:rPr>
            </w:pPr>
            <w:r w:rsidRPr="00B830E9">
              <w:rPr>
                <w:rFonts w:ascii="Times New Roman" w:hAnsi="Times New Roman" w:cs="Times New Roman"/>
                <w:b/>
                <w:sz w:val="24"/>
                <w:szCs w:val="24"/>
              </w:rPr>
              <w:t>Повторение пройденного материала</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954580" w:rsidRPr="00B830E9" w:rsidTr="00954580">
        <w:trPr>
          <w:trHeight w:val="284"/>
        </w:trPr>
        <w:tc>
          <w:tcPr>
            <w:tcW w:w="325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Итого по разделу:</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4</w:t>
            </w:r>
          </w:p>
        </w:tc>
        <w:tc>
          <w:tcPr>
            <w:tcW w:w="1167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38001F" w:rsidRPr="00B830E9" w:rsidTr="00954580">
        <w:trPr>
          <w:trHeight w:val="284"/>
        </w:trPr>
        <w:tc>
          <w:tcPr>
            <w:tcW w:w="14120" w:type="dxa"/>
            <w:gridSpan w:val="9"/>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2. ОБЩИЕ  СВЕДЕНИЯ  О  ЯЗЫКЕ</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line="240" w:lineRule="auto"/>
              <w:jc w:val="center"/>
              <w:rPr>
                <w:rFonts w:ascii="Times New Roman" w:hAnsi="Times New Roman" w:cs="Times New Roman"/>
                <w:b/>
                <w:sz w:val="24"/>
                <w:szCs w:val="24"/>
              </w:rPr>
            </w:pP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2.1.</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 xml:space="preserve">Роль русского языка в Российской </w:t>
            </w:r>
            <w:proofErr w:type="spellStart"/>
            <w:r w:rsidRPr="00B830E9">
              <w:rPr>
                <w:rFonts w:ascii="Times New Roman" w:hAnsi="Times New Roman" w:cs="Times New Roman"/>
                <w:b/>
                <w:sz w:val="24"/>
                <w:szCs w:val="24"/>
              </w:rPr>
              <w:t>Федераци</w:t>
            </w:r>
            <w:proofErr w:type="spellEnd"/>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Осознавать роль русского языка в жизни человека, государства, общества;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ind w:right="288"/>
              <w:rPr>
                <w:rFonts w:ascii="Times New Roman" w:hAnsi="Times New Roman" w:cs="Times New Roman"/>
                <w:sz w:val="24"/>
                <w:szCs w:val="24"/>
              </w:rPr>
            </w:pPr>
            <w:r w:rsidRPr="00B830E9">
              <w:rPr>
                <w:rFonts w:ascii="Times New Roman" w:hAnsi="Times New Roman" w:cs="Times New Roman"/>
                <w:sz w:val="24"/>
                <w:szCs w:val="24"/>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2.2.</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b/>
                <w:sz w:val="24"/>
                <w:szCs w:val="24"/>
              </w:rPr>
            </w:pPr>
            <w:r w:rsidRPr="00B830E9">
              <w:rPr>
                <w:rFonts w:ascii="Times New Roman" w:hAnsi="Times New Roman" w:cs="Times New Roman"/>
                <w:b/>
                <w:sz w:val="24"/>
                <w:szCs w:val="24"/>
              </w:rPr>
              <w:t>Русский язык в современном мире</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Обнаруживать понимание внутренних и внешних функций русского языка и уметь рассказать о них;</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954580" w:rsidRPr="00B830E9" w:rsidTr="00954580">
        <w:trPr>
          <w:trHeight w:val="284"/>
        </w:trPr>
        <w:tc>
          <w:tcPr>
            <w:tcW w:w="325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Итого по разделу</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4</w:t>
            </w:r>
          </w:p>
        </w:tc>
        <w:tc>
          <w:tcPr>
            <w:tcW w:w="1167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38001F" w:rsidRPr="00B830E9" w:rsidTr="00954580">
        <w:trPr>
          <w:trHeight w:val="284"/>
        </w:trPr>
        <w:tc>
          <w:tcPr>
            <w:tcW w:w="15502" w:type="dxa"/>
            <w:gridSpan w:val="10"/>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autoSpaceDE w:val="0"/>
              <w:autoSpaceDN w:val="0"/>
              <w:spacing w:before="78" w:after="0" w:line="230" w:lineRule="auto"/>
              <w:ind w:left="72"/>
              <w:jc w:val="center"/>
              <w:rPr>
                <w:rFonts w:ascii="Times New Roman" w:hAnsi="Times New Roman" w:cs="Times New Roman"/>
                <w:sz w:val="24"/>
                <w:szCs w:val="24"/>
              </w:rPr>
            </w:pPr>
            <w:r w:rsidRPr="00B830E9">
              <w:rPr>
                <w:rFonts w:ascii="Times New Roman" w:eastAsia="Times New Roman" w:hAnsi="Times New Roman" w:cs="Times New Roman"/>
                <w:b/>
                <w:color w:val="000000"/>
                <w:w w:val="97"/>
                <w:sz w:val="24"/>
                <w:szCs w:val="24"/>
              </w:rPr>
              <w:t>Раздел 3. ЯЗЫК И  РЕЧЬ</w:t>
            </w: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3.1.</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Речь устная и письменная, монологическая и диалогическая (повторение).</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Определять основания для сравнения и сравнивать устную и письменную формы речи, монологическую и диалогическую речь;</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3.2.</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 xml:space="preserve">Виды речевой деятельности: </w:t>
            </w:r>
            <w:r w:rsidRPr="00B830E9">
              <w:rPr>
                <w:rFonts w:ascii="Times New Roman" w:hAnsi="Times New Roman" w:cs="Times New Roman"/>
                <w:b/>
                <w:sz w:val="24"/>
                <w:szCs w:val="24"/>
              </w:rPr>
              <w:br/>
              <w:t>аудирование, чтение, говорение, письмо</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выступать с научным сообщением (в течение учебного года);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954580" w:rsidRPr="00B830E9" w:rsidTr="00954580">
        <w:trPr>
          <w:trHeight w:val="284"/>
        </w:trPr>
        <w:tc>
          <w:tcPr>
            <w:tcW w:w="325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Итого по разделу</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4</w:t>
            </w:r>
          </w:p>
        </w:tc>
        <w:tc>
          <w:tcPr>
            <w:tcW w:w="1167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38001F" w:rsidRPr="00B830E9" w:rsidTr="00954580">
        <w:trPr>
          <w:trHeight w:val="284"/>
        </w:trPr>
        <w:tc>
          <w:tcPr>
            <w:tcW w:w="15502" w:type="dxa"/>
            <w:gridSpan w:val="10"/>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4. ТЕКСТ</w:t>
            </w: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4.1.</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 xml:space="preserve">Текст и его признаки (обобщение). </w:t>
            </w:r>
            <w:proofErr w:type="spellStart"/>
            <w:r w:rsidRPr="00B830E9">
              <w:rPr>
                <w:rFonts w:ascii="Times New Roman" w:hAnsi="Times New Roman" w:cs="Times New Roman"/>
                <w:b/>
                <w:sz w:val="24"/>
                <w:szCs w:val="24"/>
              </w:rPr>
              <w:t>Функциональносмысловые</w:t>
            </w:r>
            <w:proofErr w:type="spellEnd"/>
            <w:r w:rsidRPr="00B830E9">
              <w:rPr>
                <w:rFonts w:ascii="Times New Roman" w:hAnsi="Times New Roman" w:cs="Times New Roman"/>
                <w:b/>
                <w:sz w:val="24"/>
                <w:szCs w:val="24"/>
              </w:rPr>
              <w:t xml:space="preserve"> типы речи (обобщение).</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4.2.</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Смысловой анализ текста (обобщение).</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Прогнозировать содержание текста по заголовку, ключевым словам, зачину или концовке;</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5"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4.3.</w:t>
            </w:r>
          </w:p>
        </w:tc>
        <w:tc>
          <w:tcPr>
            <w:tcW w:w="2869" w:type="dxa"/>
            <w:tcBorders>
              <w:top w:val="single" w:sz="4" w:space="0" w:color="000000"/>
              <w:left w:val="single" w:sz="4" w:space="0" w:color="000000"/>
              <w:bottom w:val="single" w:sz="5"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Информационная переработка текста</w:t>
            </w:r>
          </w:p>
        </w:tc>
        <w:tc>
          <w:tcPr>
            <w:tcW w:w="570"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w:t>
            </w:r>
          </w:p>
        </w:tc>
        <w:tc>
          <w:tcPr>
            <w:tcW w:w="1135" w:type="dxa"/>
            <w:tcBorders>
              <w:top w:val="single" w:sz="4" w:space="0" w:color="000000"/>
              <w:left w:val="single" w:sz="4" w:space="0" w:color="000000"/>
              <w:bottom w:val="single" w:sz="5"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5"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5"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5"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Устанавливать принадлежность к функционально-смысловому типу речи;</w:t>
            </w:r>
          </w:p>
        </w:tc>
        <w:tc>
          <w:tcPr>
            <w:tcW w:w="1020" w:type="dxa"/>
            <w:tcBorders>
              <w:top w:val="single" w:sz="4" w:space="0" w:color="000000"/>
              <w:left w:val="single" w:sz="4" w:space="0" w:color="000000"/>
              <w:bottom w:val="single" w:sz="5"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954580" w:rsidRPr="00B830E9" w:rsidTr="00954580">
        <w:trPr>
          <w:trHeight w:val="284"/>
        </w:trPr>
        <w:tc>
          <w:tcPr>
            <w:tcW w:w="3254"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Итого по разделу:</w:t>
            </w:r>
          </w:p>
        </w:tc>
        <w:tc>
          <w:tcPr>
            <w:tcW w:w="570"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8" w:after="0" w:line="230"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3</w:t>
            </w:r>
          </w:p>
        </w:tc>
        <w:tc>
          <w:tcPr>
            <w:tcW w:w="11678"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38001F" w:rsidRPr="00B830E9" w:rsidTr="00954580">
        <w:trPr>
          <w:trHeight w:val="284"/>
        </w:trPr>
        <w:tc>
          <w:tcPr>
            <w:tcW w:w="15502" w:type="dxa"/>
            <w:gridSpan w:val="10"/>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38001F" w:rsidRPr="00B830E9" w:rsidRDefault="0038001F" w:rsidP="00954580">
            <w:pPr>
              <w:spacing w:after="0" w:line="240" w:lineRule="auto"/>
              <w:jc w:val="center"/>
              <w:rPr>
                <w:rFonts w:ascii="Times New Roman" w:hAnsi="Times New Roman" w:cs="Times New Roman"/>
                <w:b/>
                <w:sz w:val="24"/>
                <w:szCs w:val="24"/>
              </w:rPr>
            </w:pPr>
            <w:r w:rsidRPr="00B830E9">
              <w:rPr>
                <w:rFonts w:ascii="Times New Roman" w:hAnsi="Times New Roman" w:cs="Times New Roman"/>
                <w:b/>
                <w:sz w:val="24"/>
                <w:szCs w:val="24"/>
              </w:rPr>
              <w:t>Раздел 5. ФУНКЦИОНАЛЬНЫЕ  РАЗНОВИДНОСТИ  ЯЗЫКА</w:t>
            </w: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5.1.</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 xml:space="preserve">Функциональные </w:t>
            </w:r>
            <w:r w:rsidRPr="00B830E9">
              <w:rPr>
                <w:rFonts w:ascii="Times New Roman" w:hAnsi="Times New Roman" w:cs="Times New Roman"/>
                <w:b/>
                <w:sz w:val="24"/>
                <w:szCs w:val="24"/>
              </w:rPr>
              <w:lastRenderedPageBreak/>
              <w:t>разновидности языка.</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2</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t xml:space="preserve">Опознавать и характеризовать отличительные особенности </w:t>
            </w:r>
            <w:r w:rsidRPr="00B830E9">
              <w:rPr>
                <w:rFonts w:ascii="Times New Roman" w:hAnsi="Times New Roman" w:cs="Times New Roman"/>
                <w:sz w:val="24"/>
                <w:szCs w:val="24"/>
              </w:rPr>
              <w:lastRenderedPageBreak/>
              <w:t>языка художественной литературы в сравнении с другими функциональными разновидностями языка;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r w:rsidRPr="00B830E9">
              <w:rPr>
                <w:rFonts w:ascii="Times New Roman" w:hAnsi="Times New Roman" w:cs="Times New Roman"/>
                <w:sz w:val="24"/>
                <w:szCs w:val="24"/>
              </w:rPr>
              <w:lastRenderedPageBreak/>
              <w:t>Письмен</w:t>
            </w:r>
            <w:r w:rsidRPr="00B830E9">
              <w:rPr>
                <w:rFonts w:ascii="Times New Roman" w:hAnsi="Times New Roman" w:cs="Times New Roman"/>
                <w:sz w:val="24"/>
                <w:szCs w:val="24"/>
              </w:rPr>
              <w:lastRenderedPageBreak/>
              <w:t>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38001F" w:rsidRPr="00B830E9" w:rsidRDefault="0038001F"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jc w:val="center"/>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lastRenderedPageBreak/>
              <w:t>5.2.</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 xml:space="preserve">Язык художественной литературы и его отличия от других </w:t>
            </w:r>
            <w:r w:rsidRPr="00B830E9">
              <w:rPr>
                <w:rFonts w:ascii="Times New Roman" w:hAnsi="Times New Roman" w:cs="Times New Roman"/>
                <w:b/>
                <w:sz w:val="24"/>
                <w:szCs w:val="24"/>
              </w:rPr>
              <w:br/>
              <w:t>функциональных разновидностей современного русского языка.</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2</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Опознавать и характеризовать отличительные особенности языка художественной литературы в сравнении с другими функциональными разновидностями языка;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jc w:val="center"/>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5.3.</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Научный стиль</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eastAsia="Times New Roman" w:hAnsi="Times New Roman" w:cs="Times New Roman"/>
                <w:color w:val="000000"/>
                <w:w w:val="97"/>
                <w:sz w:val="24"/>
                <w:szCs w:val="24"/>
              </w:rPr>
            </w:pPr>
            <w:r w:rsidRPr="00B830E9">
              <w:rPr>
                <w:rFonts w:ascii="Times New Roman" w:eastAsia="Times New Roman" w:hAnsi="Times New Roman" w:cs="Times New Roman"/>
                <w:color w:val="000000"/>
                <w:w w:val="97"/>
                <w:sz w:val="24"/>
                <w:szCs w:val="24"/>
              </w:rPr>
              <w:t>1</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Выявлять отличительные особенности языка научного стиля в сравнении с другими функциональными разновидностями языка и другими функциональными стилями;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25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w:t>
            </w:r>
          </w:p>
        </w:tc>
        <w:tc>
          <w:tcPr>
            <w:tcW w:w="1167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15502" w:type="dxa"/>
            <w:gridSpan w:val="10"/>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954580" w:rsidRPr="00B830E9" w:rsidRDefault="00954580" w:rsidP="00954580">
            <w:pPr>
              <w:autoSpaceDE w:val="0"/>
              <w:autoSpaceDN w:val="0"/>
              <w:spacing w:before="76" w:after="0" w:line="230" w:lineRule="auto"/>
              <w:ind w:left="72"/>
              <w:jc w:val="center"/>
              <w:rPr>
                <w:rFonts w:ascii="Times New Roman" w:hAnsi="Times New Roman" w:cs="Times New Roman"/>
                <w:sz w:val="24"/>
                <w:szCs w:val="24"/>
              </w:rPr>
            </w:pPr>
            <w:r w:rsidRPr="00B830E9">
              <w:rPr>
                <w:rFonts w:ascii="Times New Roman" w:eastAsia="Times New Roman" w:hAnsi="Times New Roman" w:cs="Times New Roman"/>
                <w:b/>
                <w:color w:val="000000"/>
                <w:w w:val="97"/>
                <w:sz w:val="24"/>
                <w:szCs w:val="24"/>
              </w:rPr>
              <w:t>Раздел 6. СИСТЕМА ЯЗЫКА: СИНТАКСИС. КУЛЬТУРА РЕЧИ. ПУНКТУАЦИЯ</w:t>
            </w: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6.1.</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Сложное предложение</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Анализировать основные средства синтаксической связи между частями сложного предложения;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6.2.</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Сложносочинённое предложение</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12</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6.3.</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Сложноподчинённое предложение</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27</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Опознавать и характеризовать подчинительные союзы и союзные слова;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6.4.</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Бессоюзное сложное предложение</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16</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Соблюдать основные грамматические нормы построения бессоюзного сложного предложения, понимать особенности употребления бессоюзных сложных предложений в речи;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6.5.</w:t>
            </w:r>
          </w:p>
        </w:tc>
        <w:tc>
          <w:tcPr>
            <w:tcW w:w="2869"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 xml:space="preserve">Сложные предложения </w:t>
            </w:r>
            <w:r w:rsidRPr="00B830E9">
              <w:rPr>
                <w:rFonts w:ascii="Times New Roman" w:hAnsi="Times New Roman" w:cs="Times New Roman"/>
                <w:b/>
                <w:sz w:val="24"/>
                <w:szCs w:val="24"/>
              </w:rPr>
              <w:br/>
              <w:t>с разными видами союзной и бессоюзной связи</w:t>
            </w:r>
          </w:p>
        </w:tc>
        <w:tc>
          <w:tcPr>
            <w:tcW w:w="570"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9</w:t>
            </w:r>
          </w:p>
        </w:tc>
        <w:tc>
          <w:tcPr>
            <w:tcW w:w="1135"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Соблюдать нормы построения сложных предложений с разными видами связи;</w:t>
            </w:r>
          </w:p>
        </w:tc>
        <w:tc>
          <w:tcPr>
            <w:tcW w:w="1020"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6.6.</w:t>
            </w:r>
          </w:p>
        </w:tc>
        <w:tc>
          <w:tcPr>
            <w:tcW w:w="2869"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 xml:space="preserve">Прямая и косвенная </w:t>
            </w:r>
            <w:r w:rsidRPr="00B830E9">
              <w:rPr>
                <w:rFonts w:ascii="Times New Roman" w:hAnsi="Times New Roman" w:cs="Times New Roman"/>
                <w:b/>
                <w:sz w:val="24"/>
                <w:szCs w:val="24"/>
              </w:rPr>
              <w:lastRenderedPageBreak/>
              <w:t>речь. Цитирование</w:t>
            </w:r>
          </w:p>
        </w:tc>
        <w:tc>
          <w:tcPr>
            <w:tcW w:w="570"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4</w:t>
            </w:r>
          </w:p>
        </w:tc>
        <w:tc>
          <w:tcPr>
            <w:tcW w:w="1135"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t xml:space="preserve">Уметь цитировать и применять разные способы включения </w:t>
            </w:r>
            <w:r w:rsidRPr="00B830E9">
              <w:rPr>
                <w:rFonts w:ascii="Times New Roman" w:hAnsi="Times New Roman" w:cs="Times New Roman"/>
                <w:sz w:val="24"/>
                <w:szCs w:val="24"/>
              </w:rPr>
              <w:lastRenderedPageBreak/>
              <w:t>цитат в высказывание;</w:t>
            </w:r>
          </w:p>
        </w:tc>
        <w:tc>
          <w:tcPr>
            <w:tcW w:w="1020"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r w:rsidRPr="00B830E9">
              <w:rPr>
                <w:rFonts w:ascii="Times New Roman" w:hAnsi="Times New Roman" w:cs="Times New Roman"/>
                <w:sz w:val="24"/>
                <w:szCs w:val="24"/>
              </w:rPr>
              <w:lastRenderedPageBreak/>
              <w:t>Письмен</w:t>
            </w:r>
            <w:r w:rsidRPr="00B830E9">
              <w:rPr>
                <w:rFonts w:ascii="Times New Roman" w:hAnsi="Times New Roman" w:cs="Times New Roman"/>
                <w:sz w:val="24"/>
                <w:szCs w:val="24"/>
              </w:rPr>
              <w:lastRenderedPageBreak/>
              <w:t>ный контроль;</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25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lastRenderedPageBreak/>
              <w:t>Итого по разделу:</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69</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15502" w:type="dxa"/>
            <w:gridSpan w:val="10"/>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954580" w:rsidRPr="00B830E9" w:rsidRDefault="00954580" w:rsidP="00954580">
            <w:pPr>
              <w:autoSpaceDE w:val="0"/>
              <w:autoSpaceDN w:val="0"/>
              <w:spacing w:before="76" w:after="0" w:line="233" w:lineRule="auto"/>
              <w:ind w:left="72"/>
              <w:jc w:val="center"/>
              <w:rPr>
                <w:rFonts w:ascii="Times New Roman" w:hAnsi="Times New Roman" w:cs="Times New Roman"/>
                <w:sz w:val="24"/>
                <w:szCs w:val="24"/>
              </w:rPr>
            </w:pPr>
            <w:r w:rsidRPr="00B830E9">
              <w:rPr>
                <w:rFonts w:ascii="Times New Roman" w:eastAsia="Times New Roman" w:hAnsi="Times New Roman" w:cs="Times New Roman"/>
                <w:b/>
                <w:color w:val="000000"/>
                <w:w w:val="97"/>
                <w:sz w:val="24"/>
                <w:szCs w:val="24"/>
              </w:rPr>
              <w:t>Раздел 7. ПОВТОРЕНИЕ</w:t>
            </w: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7.1.</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Повторение пройденного материала</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45"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25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4</w:t>
            </w:r>
          </w:p>
        </w:tc>
        <w:tc>
          <w:tcPr>
            <w:tcW w:w="1167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15502" w:type="dxa"/>
            <w:gridSpan w:val="10"/>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954580" w:rsidRPr="00B830E9" w:rsidRDefault="00954580" w:rsidP="00954580">
            <w:pPr>
              <w:autoSpaceDE w:val="0"/>
              <w:autoSpaceDN w:val="0"/>
              <w:spacing w:before="78" w:after="0" w:line="230" w:lineRule="auto"/>
              <w:ind w:left="72"/>
              <w:jc w:val="center"/>
              <w:rPr>
                <w:rFonts w:ascii="Times New Roman" w:hAnsi="Times New Roman" w:cs="Times New Roman"/>
                <w:sz w:val="24"/>
                <w:szCs w:val="24"/>
              </w:rPr>
            </w:pPr>
            <w:r w:rsidRPr="00B830E9">
              <w:rPr>
                <w:rFonts w:ascii="Times New Roman" w:eastAsia="Times New Roman" w:hAnsi="Times New Roman" w:cs="Times New Roman"/>
                <w:b/>
                <w:color w:val="000000"/>
                <w:w w:val="97"/>
                <w:sz w:val="24"/>
                <w:szCs w:val="24"/>
              </w:rPr>
              <w:t>Раздел 8. ИТОГОВЫЙ КОНТРОЛЬ</w:t>
            </w:r>
          </w:p>
        </w:tc>
      </w:tr>
      <w:tr w:rsidR="00954580" w:rsidRPr="00B830E9" w:rsidTr="00954580">
        <w:trPr>
          <w:trHeight w:val="284"/>
        </w:trPr>
        <w:tc>
          <w:tcPr>
            <w:tcW w:w="38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8.1.</w:t>
            </w:r>
          </w:p>
        </w:tc>
        <w:tc>
          <w:tcPr>
            <w:tcW w:w="2869"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Сочинения</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45"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8.2.</w:t>
            </w:r>
          </w:p>
        </w:tc>
        <w:tc>
          <w:tcPr>
            <w:tcW w:w="2869"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Изложения</w:t>
            </w:r>
          </w:p>
        </w:tc>
        <w:tc>
          <w:tcPr>
            <w:tcW w:w="570"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2</w:t>
            </w:r>
          </w:p>
        </w:tc>
        <w:tc>
          <w:tcPr>
            <w:tcW w:w="1135"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020"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autoSpaceDE w:val="0"/>
              <w:autoSpaceDN w:val="0"/>
              <w:spacing w:before="78" w:after="0" w:line="245"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85"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0" w:lineRule="auto"/>
              <w:jc w:val="center"/>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8.3.</w:t>
            </w:r>
          </w:p>
        </w:tc>
        <w:tc>
          <w:tcPr>
            <w:tcW w:w="2869"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Контрольные и проверочные работы</w:t>
            </w:r>
          </w:p>
        </w:tc>
        <w:tc>
          <w:tcPr>
            <w:tcW w:w="570"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0"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5</w:t>
            </w:r>
          </w:p>
        </w:tc>
        <w:tc>
          <w:tcPr>
            <w:tcW w:w="1135"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135"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852"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6154"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c>
          <w:tcPr>
            <w:tcW w:w="1020"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45" w:lineRule="auto"/>
              <w:ind w:left="72"/>
              <w:rPr>
                <w:rFonts w:ascii="Times New Roman" w:hAnsi="Times New Roman" w:cs="Times New Roman"/>
                <w:sz w:val="24"/>
                <w:szCs w:val="24"/>
              </w:rPr>
            </w:pPr>
            <w:r w:rsidRPr="00B830E9">
              <w:rPr>
                <w:rFonts w:ascii="Times New Roman" w:hAnsi="Times New Roman" w:cs="Times New Roman"/>
                <w:sz w:val="24"/>
                <w:szCs w:val="24"/>
              </w:rPr>
              <w:t>Письменный контроль;</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25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Итого по разделу:</w:t>
            </w:r>
          </w:p>
        </w:tc>
        <w:tc>
          <w:tcPr>
            <w:tcW w:w="5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9</w:t>
            </w:r>
          </w:p>
        </w:tc>
        <w:tc>
          <w:tcPr>
            <w:tcW w:w="1167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r w:rsidR="00954580" w:rsidRPr="00B830E9" w:rsidTr="00954580">
        <w:trPr>
          <w:trHeight w:val="284"/>
        </w:trPr>
        <w:tc>
          <w:tcPr>
            <w:tcW w:w="326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b/>
                <w:sz w:val="24"/>
                <w:szCs w:val="24"/>
              </w:rPr>
            </w:pPr>
            <w:r w:rsidRPr="00B830E9">
              <w:rPr>
                <w:rFonts w:ascii="Times New Roman" w:hAnsi="Times New Roman" w:cs="Times New Roman"/>
                <w:b/>
                <w:sz w:val="24"/>
                <w:szCs w:val="24"/>
              </w:rPr>
              <w:t>ОБЩЕЕ КОЛИЧЕСТВО ЧАСОВ ПО ПРОГРАММЕ</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102</w:t>
            </w:r>
          </w:p>
        </w:tc>
        <w:tc>
          <w:tcPr>
            <w:tcW w:w="1132"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0</w:t>
            </w:r>
          </w:p>
        </w:tc>
        <w:tc>
          <w:tcPr>
            <w:tcW w:w="1135" w:type="dxa"/>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autoSpaceDE w:val="0"/>
              <w:autoSpaceDN w:val="0"/>
              <w:spacing w:before="76" w:after="0" w:line="233" w:lineRule="auto"/>
              <w:ind w:left="72"/>
              <w:rPr>
                <w:rFonts w:ascii="Times New Roman" w:hAnsi="Times New Roman" w:cs="Times New Roman"/>
                <w:sz w:val="24"/>
                <w:szCs w:val="24"/>
              </w:rPr>
            </w:pPr>
            <w:r w:rsidRPr="00B830E9">
              <w:rPr>
                <w:rFonts w:ascii="Times New Roman" w:eastAsia="Times New Roman" w:hAnsi="Times New Roman" w:cs="Times New Roman"/>
                <w:color w:val="000000"/>
                <w:w w:val="97"/>
                <w:sz w:val="24"/>
                <w:szCs w:val="24"/>
              </w:rPr>
              <w:t>0</w:t>
            </w:r>
          </w:p>
        </w:tc>
        <w:tc>
          <w:tcPr>
            <w:tcW w:w="940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954580" w:rsidRPr="00B830E9" w:rsidRDefault="00954580" w:rsidP="00954580">
            <w:pPr>
              <w:spacing w:after="0"/>
              <w:rPr>
                <w:rFonts w:ascii="Times New Roman" w:hAnsi="Times New Roman" w:cs="Times New Roman"/>
                <w:sz w:val="24"/>
                <w:szCs w:val="24"/>
              </w:rPr>
            </w:pPr>
          </w:p>
        </w:tc>
      </w:tr>
    </w:tbl>
    <w:p w:rsidR="0038001F" w:rsidRPr="00B830E9" w:rsidRDefault="0038001F" w:rsidP="00954580">
      <w:pPr>
        <w:autoSpaceDE w:val="0"/>
        <w:autoSpaceDN w:val="0"/>
        <w:spacing w:before="78" w:after="0" w:line="230" w:lineRule="auto"/>
        <w:ind w:left="72"/>
        <w:jc w:val="center"/>
        <w:rPr>
          <w:rFonts w:ascii="Times New Roman" w:hAnsi="Times New Roman" w:cs="Times New Roman"/>
          <w:b/>
          <w:sz w:val="24"/>
          <w:szCs w:val="24"/>
        </w:rPr>
      </w:pPr>
    </w:p>
    <w:p w:rsidR="00954580" w:rsidRPr="00B830E9" w:rsidRDefault="00954580" w:rsidP="00954580">
      <w:pPr>
        <w:autoSpaceDE w:val="0"/>
        <w:autoSpaceDN w:val="0"/>
        <w:spacing w:before="78" w:after="0" w:line="230" w:lineRule="auto"/>
        <w:ind w:left="72"/>
        <w:jc w:val="center"/>
        <w:rPr>
          <w:rFonts w:ascii="Times New Roman" w:hAnsi="Times New Roman" w:cs="Times New Roman"/>
          <w:b/>
          <w:sz w:val="24"/>
          <w:szCs w:val="24"/>
        </w:rPr>
      </w:pPr>
    </w:p>
    <w:p w:rsidR="001771DF" w:rsidRPr="00B830E9" w:rsidRDefault="001771DF" w:rsidP="00095E57">
      <w:pPr>
        <w:rPr>
          <w:rFonts w:ascii="Times New Roman" w:hAnsi="Times New Roman" w:cs="Times New Roman"/>
          <w:sz w:val="24"/>
          <w:szCs w:val="24"/>
        </w:rPr>
        <w:sectPr w:rsidR="001771DF" w:rsidRPr="00B830E9" w:rsidSect="006868EC">
          <w:pgSz w:w="16838" w:h="11906" w:orient="landscape"/>
          <w:pgMar w:top="720" w:right="720" w:bottom="720" w:left="720" w:header="709" w:footer="709" w:gutter="0"/>
          <w:cols w:space="708"/>
          <w:docGrid w:linePitch="360"/>
        </w:sectPr>
      </w:pPr>
    </w:p>
    <w:p w:rsidR="001771DF" w:rsidRPr="00B830E9" w:rsidRDefault="001771DF" w:rsidP="0027117C">
      <w:pPr>
        <w:rPr>
          <w:rFonts w:ascii="Times New Roman" w:hAnsi="Times New Roman" w:cs="Times New Roman"/>
          <w:sz w:val="24"/>
          <w:szCs w:val="24"/>
        </w:rPr>
      </w:pPr>
    </w:p>
    <w:sectPr w:rsidR="001771DF" w:rsidRPr="00B830E9" w:rsidSect="001771DF">
      <w:footerReference w:type="default" r:id="rId8"/>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C72" w:rsidRDefault="00306C72" w:rsidP="001771DF">
      <w:pPr>
        <w:spacing w:after="0" w:line="240" w:lineRule="auto"/>
      </w:pPr>
      <w:r>
        <w:separator/>
      </w:r>
    </w:p>
  </w:endnote>
  <w:endnote w:type="continuationSeparator" w:id="1">
    <w:p w:rsidR="00306C72" w:rsidRDefault="00306C72" w:rsidP="00177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A94" w:rsidRDefault="00AD0A94">
    <w:pPr>
      <w:pStyle w:val="a7"/>
      <w:jc w:val="right"/>
    </w:pPr>
  </w:p>
  <w:p w:rsidR="00AD0A94" w:rsidRDefault="00AD0A9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C72" w:rsidRDefault="00306C72" w:rsidP="001771DF">
      <w:pPr>
        <w:spacing w:after="0" w:line="240" w:lineRule="auto"/>
      </w:pPr>
      <w:r>
        <w:separator/>
      </w:r>
    </w:p>
  </w:footnote>
  <w:footnote w:type="continuationSeparator" w:id="1">
    <w:p w:rsidR="00306C72" w:rsidRDefault="00306C72" w:rsidP="001771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nsid w:val="FFFFFF7F"/>
    <w:multiLevelType w:val="singleLevel"/>
    <w:tmpl w:val="38441652"/>
    <w:lvl w:ilvl="0">
      <w:start w:val="1"/>
      <w:numFmt w:val="decimal"/>
      <w:pStyle w:val="2"/>
      <w:lvlText w:val="%1."/>
      <w:lvlJc w:val="left"/>
      <w:pPr>
        <w:tabs>
          <w:tab w:val="num" w:pos="720"/>
        </w:tabs>
        <w:ind w:left="720" w:hanging="360"/>
      </w:pPr>
    </w:lvl>
  </w:abstractNum>
  <w:abstractNum w:abstractNumId="2">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a"/>
      <w:lvlText w:val="%1."/>
      <w:lvlJc w:val="left"/>
      <w:pPr>
        <w:tabs>
          <w:tab w:val="num" w:pos="360"/>
        </w:tabs>
        <w:ind w:left="360" w:hanging="360"/>
      </w:pPr>
    </w:lvl>
  </w:abstractNum>
  <w:abstractNum w:abstractNumId="5">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nsid w:val="0138641E"/>
    <w:multiLevelType w:val="hybridMultilevel"/>
    <w:tmpl w:val="3670B28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431709B"/>
    <w:multiLevelType w:val="hybridMultilevel"/>
    <w:tmpl w:val="9E664BA8"/>
    <w:lvl w:ilvl="0" w:tplc="1866858A">
      <w:start w:val="1"/>
      <w:numFmt w:val="decimal"/>
      <w:lvlText w:val="%1."/>
      <w:lvlJc w:val="left"/>
      <w:pPr>
        <w:ind w:left="720" w:hanging="360"/>
      </w:pPr>
      <w:rPr>
        <w:rFonts w:eastAsiaTheme="minorEastAsia" w:cs="Times New Roman" w:hint="default"/>
        <w:color w:val="auto"/>
        <w:w w:val="1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CF031F"/>
    <w:multiLevelType w:val="multilevel"/>
    <w:tmpl w:val="E1E82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63D090E"/>
    <w:multiLevelType w:val="hybridMultilevel"/>
    <w:tmpl w:val="2B9C6D4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9036784"/>
    <w:multiLevelType w:val="hybridMultilevel"/>
    <w:tmpl w:val="F34C2C3A"/>
    <w:lvl w:ilvl="0" w:tplc="3230B724">
      <w:start w:val="1"/>
      <w:numFmt w:val="decimal"/>
      <w:lvlText w:val="%1)"/>
      <w:lvlJc w:val="left"/>
      <w:pPr>
        <w:ind w:left="-491" w:hanging="360"/>
      </w:pPr>
      <w:rPr>
        <w:rFonts w:hint="default"/>
        <w:b w:val="0"/>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1">
    <w:nsid w:val="0F224BD2"/>
    <w:multiLevelType w:val="hybridMultilevel"/>
    <w:tmpl w:val="D2A0D9A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0F9045A2"/>
    <w:multiLevelType w:val="hybridMultilevel"/>
    <w:tmpl w:val="EBC0A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1E35B5E"/>
    <w:multiLevelType w:val="hybridMultilevel"/>
    <w:tmpl w:val="3D647790"/>
    <w:lvl w:ilvl="0" w:tplc="572C8CB8">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4F07011"/>
    <w:multiLevelType w:val="hybridMultilevel"/>
    <w:tmpl w:val="5380BE84"/>
    <w:lvl w:ilvl="0" w:tplc="DD186B5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5">
    <w:nsid w:val="15BA3516"/>
    <w:multiLevelType w:val="multilevel"/>
    <w:tmpl w:val="93B29C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63C1E59"/>
    <w:multiLevelType w:val="multilevel"/>
    <w:tmpl w:val="EA381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46420E"/>
    <w:multiLevelType w:val="multilevel"/>
    <w:tmpl w:val="C6FAE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833049"/>
    <w:multiLevelType w:val="hybridMultilevel"/>
    <w:tmpl w:val="3670B28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17CE7359"/>
    <w:multiLevelType w:val="hybridMultilevel"/>
    <w:tmpl w:val="B62409F8"/>
    <w:lvl w:ilvl="0" w:tplc="F7C4B7B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0">
    <w:nsid w:val="19AA3900"/>
    <w:multiLevelType w:val="hybridMultilevel"/>
    <w:tmpl w:val="FA60BFEE"/>
    <w:lvl w:ilvl="0" w:tplc="B35659F4">
      <w:start w:val="1"/>
      <w:numFmt w:val="decimal"/>
      <w:lvlText w:val="%1."/>
      <w:lvlJc w:val="left"/>
      <w:pPr>
        <w:ind w:left="360" w:hanging="360"/>
      </w:pPr>
      <w:rPr>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19C3106F"/>
    <w:multiLevelType w:val="hybridMultilevel"/>
    <w:tmpl w:val="29DC5B8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1A0A1F6F"/>
    <w:multiLevelType w:val="hybridMultilevel"/>
    <w:tmpl w:val="5836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B2C0C3F"/>
    <w:multiLevelType w:val="multilevel"/>
    <w:tmpl w:val="17347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1AB57E9"/>
    <w:multiLevelType w:val="hybridMultilevel"/>
    <w:tmpl w:val="66B8213C"/>
    <w:lvl w:ilvl="0" w:tplc="3D2C54DA">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31B7F31"/>
    <w:multiLevelType w:val="multilevel"/>
    <w:tmpl w:val="C3F4D8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4271F09"/>
    <w:multiLevelType w:val="multilevel"/>
    <w:tmpl w:val="C610F3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700712A"/>
    <w:multiLevelType w:val="hybridMultilevel"/>
    <w:tmpl w:val="C548DDE2"/>
    <w:lvl w:ilvl="0" w:tplc="ABDA3C40">
      <w:start w:val="1"/>
      <w:numFmt w:val="decimal"/>
      <w:lvlText w:val="%1)"/>
      <w:lvlJc w:val="left"/>
      <w:pPr>
        <w:ind w:left="-491" w:hanging="360"/>
      </w:pPr>
      <w:rPr>
        <w:rFonts w:eastAsia="Times New Roman" w:hint="default"/>
        <w:b w:val="0"/>
        <w:color w:val="000000"/>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8">
    <w:nsid w:val="28910F93"/>
    <w:multiLevelType w:val="multilevel"/>
    <w:tmpl w:val="51F8F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D4D1C68"/>
    <w:multiLevelType w:val="hybridMultilevel"/>
    <w:tmpl w:val="9440CE2E"/>
    <w:lvl w:ilvl="0" w:tplc="7526D52C">
      <w:start w:val="1"/>
      <w:numFmt w:val="decimal"/>
      <w:lvlText w:val="%1)"/>
      <w:lvlJc w:val="left"/>
      <w:pPr>
        <w:ind w:left="720" w:hanging="360"/>
      </w:pPr>
      <w:rPr>
        <w:rFonts w:ascii="Arial" w:eastAsia="Times New Roman" w:hAnsi="Arial" w:cs="Arial"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E621D42"/>
    <w:multiLevelType w:val="hybridMultilevel"/>
    <w:tmpl w:val="5EEC102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29F39A7"/>
    <w:multiLevelType w:val="hybridMultilevel"/>
    <w:tmpl w:val="920423C6"/>
    <w:lvl w:ilvl="0" w:tplc="D6EA7C14">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32">
    <w:nsid w:val="32CB5E05"/>
    <w:multiLevelType w:val="hybridMultilevel"/>
    <w:tmpl w:val="A20C1878"/>
    <w:lvl w:ilvl="0" w:tplc="4F5A96A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3">
    <w:nsid w:val="33627A40"/>
    <w:multiLevelType w:val="hybridMultilevel"/>
    <w:tmpl w:val="76924B0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340C7A61"/>
    <w:multiLevelType w:val="hybridMultilevel"/>
    <w:tmpl w:val="FA60BFEE"/>
    <w:lvl w:ilvl="0" w:tplc="B35659F4">
      <w:start w:val="1"/>
      <w:numFmt w:val="decimal"/>
      <w:lvlText w:val="%1."/>
      <w:lvlJc w:val="left"/>
      <w:pPr>
        <w:ind w:left="360" w:hanging="360"/>
      </w:pPr>
      <w:rPr>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37921886"/>
    <w:multiLevelType w:val="hybridMultilevel"/>
    <w:tmpl w:val="B2A26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94303D9"/>
    <w:multiLevelType w:val="hybridMultilevel"/>
    <w:tmpl w:val="66C066AA"/>
    <w:lvl w:ilvl="0" w:tplc="111EF848">
      <w:start w:val="1"/>
      <w:numFmt w:val="decimal"/>
      <w:lvlText w:val="%1)"/>
      <w:lvlJc w:val="left"/>
      <w:pPr>
        <w:ind w:left="360" w:hanging="360"/>
      </w:pPr>
      <w:rPr>
        <w:rFonts w:eastAsia="Times New Roman" w:hint="default"/>
        <w:b w:val="0"/>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39D613D5"/>
    <w:multiLevelType w:val="hybridMultilevel"/>
    <w:tmpl w:val="2EB085A4"/>
    <w:lvl w:ilvl="0" w:tplc="5DE80368">
      <w:start w:val="1"/>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8">
    <w:nsid w:val="3CBF3EFD"/>
    <w:multiLevelType w:val="hybridMultilevel"/>
    <w:tmpl w:val="0E761804"/>
    <w:lvl w:ilvl="0" w:tplc="460A506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3E3B30BE"/>
    <w:multiLevelType w:val="hybridMultilevel"/>
    <w:tmpl w:val="29DC5B8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426432BF"/>
    <w:multiLevelType w:val="hybridMultilevel"/>
    <w:tmpl w:val="76924B0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456A4316"/>
    <w:multiLevelType w:val="multilevel"/>
    <w:tmpl w:val="ED80E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79138AC"/>
    <w:multiLevelType w:val="hybridMultilevel"/>
    <w:tmpl w:val="5EEC102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481B6ED1"/>
    <w:multiLevelType w:val="hybridMultilevel"/>
    <w:tmpl w:val="45CC1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D2959B8"/>
    <w:multiLevelType w:val="hybridMultilevel"/>
    <w:tmpl w:val="452E7898"/>
    <w:lvl w:ilvl="0" w:tplc="F56609DA">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45">
    <w:nsid w:val="4FD568D9"/>
    <w:multiLevelType w:val="multilevel"/>
    <w:tmpl w:val="19C28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0301954"/>
    <w:multiLevelType w:val="hybridMultilevel"/>
    <w:tmpl w:val="0E761804"/>
    <w:lvl w:ilvl="0" w:tplc="460A506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50466555"/>
    <w:multiLevelType w:val="hybridMultilevel"/>
    <w:tmpl w:val="D2A0D9A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633F3ABB"/>
    <w:multiLevelType w:val="hybridMultilevel"/>
    <w:tmpl w:val="3D647790"/>
    <w:lvl w:ilvl="0" w:tplc="572C8CB8">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63EE7C82"/>
    <w:multiLevelType w:val="multilevel"/>
    <w:tmpl w:val="AA58A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5622197"/>
    <w:multiLevelType w:val="multilevel"/>
    <w:tmpl w:val="AED820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7852D2F"/>
    <w:multiLevelType w:val="hybridMultilevel"/>
    <w:tmpl w:val="F1DE5D3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69DA2858"/>
    <w:multiLevelType w:val="multilevel"/>
    <w:tmpl w:val="D5FE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C4144FC"/>
    <w:multiLevelType w:val="hybridMultilevel"/>
    <w:tmpl w:val="CFA21BEC"/>
    <w:lvl w:ilvl="0" w:tplc="A66038EA">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CB47304"/>
    <w:multiLevelType w:val="hybridMultilevel"/>
    <w:tmpl w:val="A0021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EC376C5"/>
    <w:multiLevelType w:val="hybridMultilevel"/>
    <w:tmpl w:val="E3B079D4"/>
    <w:lvl w:ilvl="0" w:tplc="EE3E847A">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56">
    <w:nsid w:val="71870C6E"/>
    <w:multiLevelType w:val="hybridMultilevel"/>
    <w:tmpl w:val="F1DE5D3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77055340"/>
    <w:multiLevelType w:val="hybridMultilevel"/>
    <w:tmpl w:val="2B9C6D4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nsid w:val="776A6A5E"/>
    <w:multiLevelType w:val="hybridMultilevel"/>
    <w:tmpl w:val="7588490C"/>
    <w:lvl w:ilvl="0" w:tplc="AD1ED7F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9">
    <w:nsid w:val="7860501E"/>
    <w:multiLevelType w:val="hybridMultilevel"/>
    <w:tmpl w:val="48927A16"/>
    <w:lvl w:ilvl="0" w:tplc="401E4AE2">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60">
    <w:nsid w:val="79767EFC"/>
    <w:multiLevelType w:val="hybridMultilevel"/>
    <w:tmpl w:val="66B8213C"/>
    <w:lvl w:ilvl="0" w:tplc="3D2C54DA">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7CE11552"/>
    <w:multiLevelType w:val="hybridMultilevel"/>
    <w:tmpl w:val="4384A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54"/>
  </w:num>
  <w:num w:numId="8">
    <w:abstractNumId w:val="29"/>
  </w:num>
  <w:num w:numId="9">
    <w:abstractNumId w:val="32"/>
  </w:num>
  <w:num w:numId="10">
    <w:abstractNumId w:val="27"/>
  </w:num>
  <w:num w:numId="11">
    <w:abstractNumId w:val="36"/>
  </w:num>
  <w:num w:numId="12">
    <w:abstractNumId w:val="31"/>
  </w:num>
  <w:num w:numId="13">
    <w:abstractNumId w:val="10"/>
  </w:num>
  <w:num w:numId="14">
    <w:abstractNumId w:val="19"/>
  </w:num>
  <w:num w:numId="15">
    <w:abstractNumId w:val="59"/>
  </w:num>
  <w:num w:numId="16">
    <w:abstractNumId w:val="14"/>
  </w:num>
  <w:num w:numId="17">
    <w:abstractNumId w:val="44"/>
  </w:num>
  <w:num w:numId="18">
    <w:abstractNumId w:val="55"/>
  </w:num>
  <w:num w:numId="19">
    <w:abstractNumId w:val="37"/>
  </w:num>
  <w:num w:numId="20">
    <w:abstractNumId w:val="12"/>
  </w:num>
  <w:num w:numId="21">
    <w:abstractNumId w:val="52"/>
  </w:num>
  <w:num w:numId="22">
    <w:abstractNumId w:val="35"/>
  </w:num>
  <w:num w:numId="23">
    <w:abstractNumId w:val="53"/>
  </w:num>
  <w:num w:numId="24">
    <w:abstractNumId w:val="22"/>
  </w:num>
  <w:num w:numId="25">
    <w:abstractNumId w:val="20"/>
  </w:num>
  <w:num w:numId="26">
    <w:abstractNumId w:val="38"/>
  </w:num>
  <w:num w:numId="27">
    <w:abstractNumId w:val="47"/>
  </w:num>
  <w:num w:numId="28">
    <w:abstractNumId w:val="39"/>
  </w:num>
  <w:num w:numId="29">
    <w:abstractNumId w:val="30"/>
  </w:num>
  <w:num w:numId="30">
    <w:abstractNumId w:val="56"/>
  </w:num>
  <w:num w:numId="31">
    <w:abstractNumId w:val="33"/>
  </w:num>
  <w:num w:numId="32">
    <w:abstractNumId w:val="9"/>
  </w:num>
  <w:num w:numId="33">
    <w:abstractNumId w:val="6"/>
  </w:num>
  <w:num w:numId="34">
    <w:abstractNumId w:val="48"/>
  </w:num>
  <w:num w:numId="35">
    <w:abstractNumId w:val="60"/>
  </w:num>
  <w:num w:numId="36">
    <w:abstractNumId w:val="34"/>
  </w:num>
  <w:num w:numId="37">
    <w:abstractNumId w:val="46"/>
  </w:num>
  <w:num w:numId="38">
    <w:abstractNumId w:val="11"/>
  </w:num>
  <w:num w:numId="39">
    <w:abstractNumId w:val="21"/>
  </w:num>
  <w:num w:numId="40">
    <w:abstractNumId w:val="42"/>
  </w:num>
  <w:num w:numId="41">
    <w:abstractNumId w:val="51"/>
  </w:num>
  <w:num w:numId="42">
    <w:abstractNumId w:val="40"/>
  </w:num>
  <w:num w:numId="43">
    <w:abstractNumId w:val="57"/>
  </w:num>
  <w:num w:numId="44">
    <w:abstractNumId w:val="18"/>
  </w:num>
  <w:num w:numId="45">
    <w:abstractNumId w:val="13"/>
  </w:num>
  <w:num w:numId="46">
    <w:abstractNumId w:val="24"/>
  </w:num>
  <w:num w:numId="47">
    <w:abstractNumId w:val="41"/>
  </w:num>
  <w:num w:numId="48">
    <w:abstractNumId w:val="17"/>
  </w:num>
  <w:num w:numId="49">
    <w:abstractNumId w:val="50"/>
  </w:num>
  <w:num w:numId="50">
    <w:abstractNumId w:val="49"/>
  </w:num>
  <w:num w:numId="51">
    <w:abstractNumId w:val="28"/>
  </w:num>
  <w:num w:numId="52">
    <w:abstractNumId w:val="15"/>
  </w:num>
  <w:num w:numId="53">
    <w:abstractNumId w:val="16"/>
  </w:num>
  <w:num w:numId="54">
    <w:abstractNumId w:val="26"/>
  </w:num>
  <w:num w:numId="55">
    <w:abstractNumId w:val="8"/>
  </w:num>
  <w:num w:numId="56">
    <w:abstractNumId w:val="7"/>
  </w:num>
  <w:num w:numId="57">
    <w:abstractNumId w:val="45"/>
  </w:num>
  <w:num w:numId="58">
    <w:abstractNumId w:val="43"/>
  </w:num>
  <w:num w:numId="59">
    <w:abstractNumId w:val="61"/>
  </w:num>
  <w:num w:numId="60">
    <w:abstractNumId w:val="23"/>
  </w:num>
  <w:num w:numId="61">
    <w:abstractNumId w:val="25"/>
  </w:num>
  <w:num w:numId="62">
    <w:abstractNumId w:val="58"/>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868EC"/>
    <w:rsid w:val="00003389"/>
    <w:rsid w:val="00095E57"/>
    <w:rsid w:val="000B1A65"/>
    <w:rsid w:val="00127A49"/>
    <w:rsid w:val="001470A3"/>
    <w:rsid w:val="00156CDA"/>
    <w:rsid w:val="001771DF"/>
    <w:rsid w:val="001F2072"/>
    <w:rsid w:val="00233120"/>
    <w:rsid w:val="00257A8A"/>
    <w:rsid w:val="00267639"/>
    <w:rsid w:val="0027117C"/>
    <w:rsid w:val="00272651"/>
    <w:rsid w:val="002D3C1E"/>
    <w:rsid w:val="002D4ED0"/>
    <w:rsid w:val="00306C72"/>
    <w:rsid w:val="0038001F"/>
    <w:rsid w:val="003B19EB"/>
    <w:rsid w:val="003B4FD6"/>
    <w:rsid w:val="004D67BE"/>
    <w:rsid w:val="005124CC"/>
    <w:rsid w:val="00557AD4"/>
    <w:rsid w:val="0056573B"/>
    <w:rsid w:val="005959C8"/>
    <w:rsid w:val="00617402"/>
    <w:rsid w:val="006574AE"/>
    <w:rsid w:val="006868EC"/>
    <w:rsid w:val="006C316C"/>
    <w:rsid w:val="006F78C5"/>
    <w:rsid w:val="007014B1"/>
    <w:rsid w:val="00711BFC"/>
    <w:rsid w:val="00722945"/>
    <w:rsid w:val="00755956"/>
    <w:rsid w:val="007D3C24"/>
    <w:rsid w:val="00815397"/>
    <w:rsid w:val="00875E53"/>
    <w:rsid w:val="0088358D"/>
    <w:rsid w:val="008E3CC4"/>
    <w:rsid w:val="00903770"/>
    <w:rsid w:val="009324FA"/>
    <w:rsid w:val="00945B15"/>
    <w:rsid w:val="00954580"/>
    <w:rsid w:val="00967E92"/>
    <w:rsid w:val="00970675"/>
    <w:rsid w:val="0098646F"/>
    <w:rsid w:val="00A95066"/>
    <w:rsid w:val="00AD0A94"/>
    <w:rsid w:val="00B26813"/>
    <w:rsid w:val="00B424F0"/>
    <w:rsid w:val="00B70499"/>
    <w:rsid w:val="00B830E9"/>
    <w:rsid w:val="00C61EC1"/>
    <w:rsid w:val="00CB2D72"/>
    <w:rsid w:val="00D45060"/>
    <w:rsid w:val="00D61C4D"/>
    <w:rsid w:val="00DA4091"/>
    <w:rsid w:val="00F33BFC"/>
    <w:rsid w:val="00F70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868EC"/>
  </w:style>
  <w:style w:type="paragraph" w:styleId="1">
    <w:name w:val="heading 1"/>
    <w:basedOn w:val="a1"/>
    <w:next w:val="a1"/>
    <w:link w:val="10"/>
    <w:uiPriority w:val="9"/>
    <w:qFormat/>
    <w:rsid w:val="006868EC"/>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21">
    <w:name w:val="heading 2"/>
    <w:basedOn w:val="a1"/>
    <w:next w:val="a1"/>
    <w:link w:val="22"/>
    <w:uiPriority w:val="9"/>
    <w:unhideWhenUsed/>
    <w:qFormat/>
    <w:rsid w:val="006868EC"/>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31">
    <w:name w:val="heading 3"/>
    <w:basedOn w:val="a1"/>
    <w:next w:val="a1"/>
    <w:link w:val="32"/>
    <w:uiPriority w:val="9"/>
    <w:unhideWhenUsed/>
    <w:qFormat/>
    <w:rsid w:val="006868EC"/>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4">
    <w:name w:val="heading 4"/>
    <w:basedOn w:val="a1"/>
    <w:next w:val="a1"/>
    <w:link w:val="40"/>
    <w:uiPriority w:val="9"/>
    <w:semiHidden/>
    <w:unhideWhenUsed/>
    <w:qFormat/>
    <w:rsid w:val="006868EC"/>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styleId="5">
    <w:name w:val="heading 5"/>
    <w:basedOn w:val="a1"/>
    <w:next w:val="a1"/>
    <w:link w:val="50"/>
    <w:uiPriority w:val="9"/>
    <w:semiHidden/>
    <w:unhideWhenUsed/>
    <w:qFormat/>
    <w:rsid w:val="006868EC"/>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6">
    <w:name w:val="heading 6"/>
    <w:basedOn w:val="a1"/>
    <w:next w:val="a1"/>
    <w:link w:val="60"/>
    <w:uiPriority w:val="9"/>
    <w:semiHidden/>
    <w:unhideWhenUsed/>
    <w:qFormat/>
    <w:rsid w:val="006868EC"/>
    <w:pPr>
      <w:keepNext/>
      <w:keepLines/>
      <w:spacing w:before="200" w:after="0"/>
      <w:outlineLvl w:val="5"/>
    </w:pPr>
    <w:rPr>
      <w:rFonts w:asciiTheme="majorHAnsi" w:eastAsiaTheme="majorEastAsia" w:hAnsiTheme="majorHAnsi" w:cstheme="majorBidi"/>
      <w:i/>
      <w:iCs/>
      <w:color w:val="243F60" w:themeColor="accent1" w:themeShade="7F"/>
      <w:lang w:val="en-US"/>
    </w:rPr>
  </w:style>
  <w:style w:type="paragraph" w:styleId="7">
    <w:name w:val="heading 7"/>
    <w:basedOn w:val="a1"/>
    <w:next w:val="a1"/>
    <w:link w:val="70"/>
    <w:uiPriority w:val="9"/>
    <w:semiHidden/>
    <w:unhideWhenUsed/>
    <w:qFormat/>
    <w:rsid w:val="006868EC"/>
    <w:pPr>
      <w:keepNext/>
      <w:keepLines/>
      <w:spacing w:before="200" w:after="0"/>
      <w:outlineLvl w:val="6"/>
    </w:pPr>
    <w:rPr>
      <w:rFonts w:asciiTheme="majorHAnsi" w:eastAsiaTheme="majorEastAsia" w:hAnsiTheme="majorHAnsi" w:cstheme="majorBidi"/>
      <w:i/>
      <w:iCs/>
      <w:color w:val="404040" w:themeColor="text1" w:themeTint="BF"/>
      <w:lang w:val="en-US"/>
    </w:rPr>
  </w:style>
  <w:style w:type="paragraph" w:styleId="8">
    <w:name w:val="heading 8"/>
    <w:basedOn w:val="a1"/>
    <w:next w:val="a1"/>
    <w:link w:val="80"/>
    <w:uiPriority w:val="9"/>
    <w:semiHidden/>
    <w:unhideWhenUsed/>
    <w:qFormat/>
    <w:rsid w:val="006868EC"/>
    <w:pPr>
      <w:keepNext/>
      <w:keepLines/>
      <w:spacing w:before="200" w:after="0"/>
      <w:outlineLvl w:val="7"/>
    </w:pPr>
    <w:rPr>
      <w:rFonts w:asciiTheme="majorHAnsi" w:eastAsiaTheme="majorEastAsia" w:hAnsiTheme="majorHAnsi" w:cstheme="majorBidi"/>
      <w:color w:val="4F81BD" w:themeColor="accent1"/>
      <w:sz w:val="20"/>
      <w:szCs w:val="20"/>
      <w:lang w:val="en-US"/>
    </w:rPr>
  </w:style>
  <w:style w:type="paragraph" w:styleId="9">
    <w:name w:val="heading 9"/>
    <w:basedOn w:val="a1"/>
    <w:next w:val="a1"/>
    <w:link w:val="90"/>
    <w:uiPriority w:val="9"/>
    <w:semiHidden/>
    <w:unhideWhenUsed/>
    <w:qFormat/>
    <w:rsid w:val="006868EC"/>
    <w:pPr>
      <w:keepNext/>
      <w:keepLines/>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6868EC"/>
    <w:rPr>
      <w:rFonts w:asciiTheme="majorHAnsi" w:eastAsiaTheme="majorEastAsia" w:hAnsiTheme="majorHAnsi" w:cstheme="majorBidi"/>
      <w:b/>
      <w:bCs/>
      <w:color w:val="365F91" w:themeColor="accent1" w:themeShade="BF"/>
      <w:sz w:val="28"/>
      <w:szCs w:val="28"/>
      <w:lang w:val="en-US"/>
    </w:rPr>
  </w:style>
  <w:style w:type="character" w:customStyle="1" w:styleId="22">
    <w:name w:val="Заголовок 2 Знак"/>
    <w:basedOn w:val="a2"/>
    <w:link w:val="21"/>
    <w:uiPriority w:val="9"/>
    <w:rsid w:val="006868EC"/>
    <w:rPr>
      <w:rFonts w:asciiTheme="majorHAnsi" w:eastAsiaTheme="majorEastAsia" w:hAnsiTheme="majorHAnsi" w:cstheme="majorBidi"/>
      <w:b/>
      <w:bCs/>
      <w:color w:val="4F81BD" w:themeColor="accent1"/>
      <w:sz w:val="26"/>
      <w:szCs w:val="26"/>
      <w:lang w:val="en-US"/>
    </w:rPr>
  </w:style>
  <w:style w:type="character" w:customStyle="1" w:styleId="32">
    <w:name w:val="Заголовок 3 Знак"/>
    <w:basedOn w:val="a2"/>
    <w:link w:val="31"/>
    <w:uiPriority w:val="9"/>
    <w:rsid w:val="006868EC"/>
    <w:rPr>
      <w:rFonts w:asciiTheme="majorHAnsi" w:eastAsiaTheme="majorEastAsia" w:hAnsiTheme="majorHAnsi" w:cstheme="majorBidi"/>
      <w:b/>
      <w:bCs/>
      <w:color w:val="4F81BD" w:themeColor="accent1"/>
      <w:lang w:val="en-US"/>
    </w:rPr>
  </w:style>
  <w:style w:type="character" w:customStyle="1" w:styleId="40">
    <w:name w:val="Заголовок 4 Знак"/>
    <w:basedOn w:val="a2"/>
    <w:link w:val="4"/>
    <w:uiPriority w:val="9"/>
    <w:semiHidden/>
    <w:rsid w:val="006868EC"/>
    <w:rPr>
      <w:rFonts w:asciiTheme="majorHAnsi" w:eastAsiaTheme="majorEastAsia" w:hAnsiTheme="majorHAnsi" w:cstheme="majorBidi"/>
      <w:b/>
      <w:bCs/>
      <w:i/>
      <w:iCs/>
      <w:color w:val="4F81BD" w:themeColor="accent1"/>
      <w:lang w:val="en-US"/>
    </w:rPr>
  </w:style>
  <w:style w:type="character" w:customStyle="1" w:styleId="50">
    <w:name w:val="Заголовок 5 Знак"/>
    <w:basedOn w:val="a2"/>
    <w:link w:val="5"/>
    <w:uiPriority w:val="9"/>
    <w:semiHidden/>
    <w:rsid w:val="006868EC"/>
    <w:rPr>
      <w:rFonts w:asciiTheme="majorHAnsi" w:eastAsiaTheme="majorEastAsia" w:hAnsiTheme="majorHAnsi" w:cstheme="majorBidi"/>
      <w:color w:val="243F60" w:themeColor="accent1" w:themeShade="7F"/>
      <w:lang w:val="en-US"/>
    </w:rPr>
  </w:style>
  <w:style w:type="character" w:customStyle="1" w:styleId="60">
    <w:name w:val="Заголовок 6 Знак"/>
    <w:basedOn w:val="a2"/>
    <w:link w:val="6"/>
    <w:uiPriority w:val="9"/>
    <w:semiHidden/>
    <w:rsid w:val="006868EC"/>
    <w:rPr>
      <w:rFonts w:asciiTheme="majorHAnsi" w:eastAsiaTheme="majorEastAsia" w:hAnsiTheme="majorHAnsi" w:cstheme="majorBidi"/>
      <w:i/>
      <w:iCs/>
      <w:color w:val="243F60" w:themeColor="accent1" w:themeShade="7F"/>
      <w:lang w:val="en-US"/>
    </w:rPr>
  </w:style>
  <w:style w:type="character" w:customStyle="1" w:styleId="70">
    <w:name w:val="Заголовок 7 Знак"/>
    <w:basedOn w:val="a2"/>
    <w:link w:val="7"/>
    <w:uiPriority w:val="9"/>
    <w:semiHidden/>
    <w:rsid w:val="006868EC"/>
    <w:rPr>
      <w:rFonts w:asciiTheme="majorHAnsi" w:eastAsiaTheme="majorEastAsia" w:hAnsiTheme="majorHAnsi" w:cstheme="majorBidi"/>
      <w:i/>
      <w:iCs/>
      <w:color w:val="404040" w:themeColor="text1" w:themeTint="BF"/>
      <w:lang w:val="en-US"/>
    </w:rPr>
  </w:style>
  <w:style w:type="character" w:customStyle="1" w:styleId="80">
    <w:name w:val="Заголовок 8 Знак"/>
    <w:basedOn w:val="a2"/>
    <w:link w:val="8"/>
    <w:uiPriority w:val="9"/>
    <w:semiHidden/>
    <w:rsid w:val="006868EC"/>
    <w:rPr>
      <w:rFonts w:asciiTheme="majorHAnsi" w:eastAsiaTheme="majorEastAsia" w:hAnsiTheme="majorHAnsi" w:cstheme="majorBidi"/>
      <w:color w:val="4F81BD" w:themeColor="accent1"/>
      <w:sz w:val="20"/>
      <w:szCs w:val="20"/>
      <w:lang w:val="en-US"/>
    </w:rPr>
  </w:style>
  <w:style w:type="character" w:customStyle="1" w:styleId="90">
    <w:name w:val="Заголовок 9 Знак"/>
    <w:basedOn w:val="a2"/>
    <w:link w:val="9"/>
    <w:uiPriority w:val="9"/>
    <w:semiHidden/>
    <w:rsid w:val="006868EC"/>
    <w:rPr>
      <w:rFonts w:asciiTheme="majorHAnsi" w:eastAsiaTheme="majorEastAsia" w:hAnsiTheme="majorHAnsi" w:cstheme="majorBidi"/>
      <w:i/>
      <w:iCs/>
      <w:color w:val="404040" w:themeColor="text1" w:themeTint="BF"/>
      <w:sz w:val="20"/>
      <w:szCs w:val="20"/>
      <w:lang w:val="en-US"/>
    </w:rPr>
  </w:style>
  <w:style w:type="paragraph" w:styleId="a5">
    <w:name w:val="header"/>
    <w:basedOn w:val="a1"/>
    <w:link w:val="a6"/>
    <w:uiPriority w:val="99"/>
    <w:unhideWhenUsed/>
    <w:rsid w:val="006868EC"/>
    <w:pPr>
      <w:tabs>
        <w:tab w:val="center" w:pos="4680"/>
        <w:tab w:val="right" w:pos="9360"/>
      </w:tabs>
      <w:spacing w:after="0" w:line="240" w:lineRule="auto"/>
    </w:pPr>
    <w:rPr>
      <w:rFonts w:eastAsiaTheme="minorEastAsia"/>
      <w:lang w:val="en-US"/>
    </w:rPr>
  </w:style>
  <w:style w:type="character" w:customStyle="1" w:styleId="a6">
    <w:name w:val="Верхний колонтитул Знак"/>
    <w:basedOn w:val="a2"/>
    <w:link w:val="a5"/>
    <w:uiPriority w:val="99"/>
    <w:rsid w:val="006868EC"/>
    <w:rPr>
      <w:rFonts w:eastAsiaTheme="minorEastAsia"/>
      <w:lang w:val="en-US"/>
    </w:rPr>
  </w:style>
  <w:style w:type="paragraph" w:styleId="a7">
    <w:name w:val="footer"/>
    <w:basedOn w:val="a1"/>
    <w:link w:val="a8"/>
    <w:uiPriority w:val="99"/>
    <w:unhideWhenUsed/>
    <w:rsid w:val="006868EC"/>
    <w:pPr>
      <w:tabs>
        <w:tab w:val="center" w:pos="4680"/>
        <w:tab w:val="right" w:pos="9360"/>
      </w:tabs>
      <w:spacing w:after="0" w:line="240" w:lineRule="auto"/>
    </w:pPr>
    <w:rPr>
      <w:rFonts w:eastAsiaTheme="minorEastAsia"/>
      <w:lang w:val="en-US"/>
    </w:rPr>
  </w:style>
  <w:style w:type="character" w:customStyle="1" w:styleId="a8">
    <w:name w:val="Нижний колонтитул Знак"/>
    <w:basedOn w:val="a2"/>
    <w:link w:val="a7"/>
    <w:uiPriority w:val="99"/>
    <w:rsid w:val="006868EC"/>
    <w:rPr>
      <w:rFonts w:eastAsiaTheme="minorEastAsia"/>
      <w:lang w:val="en-US"/>
    </w:rPr>
  </w:style>
  <w:style w:type="paragraph" w:styleId="a9">
    <w:name w:val="No Spacing"/>
    <w:uiPriority w:val="1"/>
    <w:qFormat/>
    <w:rsid w:val="006868EC"/>
    <w:pPr>
      <w:spacing w:after="0" w:line="240" w:lineRule="auto"/>
    </w:pPr>
    <w:rPr>
      <w:rFonts w:eastAsiaTheme="minorEastAsia"/>
      <w:lang w:val="en-US"/>
    </w:rPr>
  </w:style>
  <w:style w:type="paragraph" w:styleId="aa">
    <w:name w:val="Title"/>
    <w:basedOn w:val="a1"/>
    <w:next w:val="a1"/>
    <w:link w:val="ab"/>
    <w:uiPriority w:val="10"/>
    <w:qFormat/>
    <w:rsid w:val="006868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b">
    <w:name w:val="Название Знак"/>
    <w:basedOn w:val="a2"/>
    <w:link w:val="aa"/>
    <w:uiPriority w:val="10"/>
    <w:rsid w:val="006868EC"/>
    <w:rPr>
      <w:rFonts w:asciiTheme="majorHAnsi" w:eastAsiaTheme="majorEastAsia" w:hAnsiTheme="majorHAnsi" w:cstheme="majorBidi"/>
      <w:color w:val="17365D" w:themeColor="text2" w:themeShade="BF"/>
      <w:spacing w:val="5"/>
      <w:kern w:val="28"/>
      <w:sz w:val="52"/>
      <w:szCs w:val="52"/>
      <w:lang w:val="en-US"/>
    </w:rPr>
  </w:style>
  <w:style w:type="paragraph" w:styleId="ac">
    <w:name w:val="Subtitle"/>
    <w:basedOn w:val="a1"/>
    <w:next w:val="a1"/>
    <w:link w:val="ad"/>
    <w:uiPriority w:val="11"/>
    <w:qFormat/>
    <w:rsid w:val="006868EC"/>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2"/>
    <w:link w:val="ac"/>
    <w:uiPriority w:val="11"/>
    <w:rsid w:val="006868EC"/>
    <w:rPr>
      <w:rFonts w:asciiTheme="majorHAnsi" w:eastAsiaTheme="majorEastAsia" w:hAnsiTheme="majorHAnsi" w:cstheme="majorBidi"/>
      <w:i/>
      <w:iCs/>
      <w:color w:val="4F81BD" w:themeColor="accent1"/>
      <w:spacing w:val="15"/>
      <w:sz w:val="24"/>
      <w:szCs w:val="24"/>
      <w:lang w:val="en-US"/>
    </w:rPr>
  </w:style>
  <w:style w:type="paragraph" w:styleId="ae">
    <w:name w:val="List Paragraph"/>
    <w:basedOn w:val="a1"/>
    <w:uiPriority w:val="34"/>
    <w:qFormat/>
    <w:rsid w:val="006868EC"/>
    <w:pPr>
      <w:ind w:left="720"/>
      <w:contextualSpacing/>
    </w:pPr>
    <w:rPr>
      <w:rFonts w:eastAsiaTheme="minorEastAsia"/>
      <w:lang w:val="en-US"/>
    </w:rPr>
  </w:style>
  <w:style w:type="paragraph" w:styleId="af">
    <w:name w:val="Body Text"/>
    <w:basedOn w:val="a1"/>
    <w:link w:val="af0"/>
    <w:uiPriority w:val="99"/>
    <w:unhideWhenUsed/>
    <w:rsid w:val="006868EC"/>
    <w:pPr>
      <w:spacing w:after="120"/>
    </w:pPr>
    <w:rPr>
      <w:rFonts w:eastAsiaTheme="minorEastAsia"/>
      <w:lang w:val="en-US"/>
    </w:rPr>
  </w:style>
  <w:style w:type="character" w:customStyle="1" w:styleId="af0">
    <w:name w:val="Основной текст Знак"/>
    <w:basedOn w:val="a2"/>
    <w:link w:val="af"/>
    <w:uiPriority w:val="99"/>
    <w:rsid w:val="006868EC"/>
    <w:rPr>
      <w:rFonts w:eastAsiaTheme="minorEastAsia"/>
      <w:lang w:val="en-US"/>
    </w:rPr>
  </w:style>
  <w:style w:type="paragraph" w:styleId="23">
    <w:name w:val="Body Text 2"/>
    <w:basedOn w:val="a1"/>
    <w:link w:val="24"/>
    <w:uiPriority w:val="99"/>
    <w:unhideWhenUsed/>
    <w:rsid w:val="006868EC"/>
    <w:pPr>
      <w:spacing w:after="120" w:line="480" w:lineRule="auto"/>
    </w:pPr>
    <w:rPr>
      <w:rFonts w:eastAsiaTheme="minorEastAsia"/>
      <w:lang w:val="en-US"/>
    </w:rPr>
  </w:style>
  <w:style w:type="character" w:customStyle="1" w:styleId="24">
    <w:name w:val="Основной текст 2 Знак"/>
    <w:basedOn w:val="a2"/>
    <w:link w:val="23"/>
    <w:uiPriority w:val="99"/>
    <w:rsid w:val="006868EC"/>
    <w:rPr>
      <w:rFonts w:eastAsiaTheme="minorEastAsia"/>
      <w:lang w:val="en-US"/>
    </w:rPr>
  </w:style>
  <w:style w:type="paragraph" w:styleId="33">
    <w:name w:val="Body Text 3"/>
    <w:basedOn w:val="a1"/>
    <w:link w:val="34"/>
    <w:uiPriority w:val="99"/>
    <w:unhideWhenUsed/>
    <w:rsid w:val="006868EC"/>
    <w:pPr>
      <w:spacing w:after="120"/>
    </w:pPr>
    <w:rPr>
      <w:rFonts w:eastAsiaTheme="minorEastAsia"/>
      <w:sz w:val="16"/>
      <w:szCs w:val="16"/>
      <w:lang w:val="en-US"/>
    </w:rPr>
  </w:style>
  <w:style w:type="character" w:customStyle="1" w:styleId="34">
    <w:name w:val="Основной текст 3 Знак"/>
    <w:basedOn w:val="a2"/>
    <w:link w:val="33"/>
    <w:uiPriority w:val="99"/>
    <w:rsid w:val="006868EC"/>
    <w:rPr>
      <w:rFonts w:eastAsiaTheme="minorEastAsia"/>
      <w:sz w:val="16"/>
      <w:szCs w:val="16"/>
      <w:lang w:val="en-US"/>
    </w:rPr>
  </w:style>
  <w:style w:type="paragraph" w:styleId="af1">
    <w:name w:val="List"/>
    <w:basedOn w:val="a1"/>
    <w:uiPriority w:val="99"/>
    <w:unhideWhenUsed/>
    <w:rsid w:val="006868EC"/>
    <w:pPr>
      <w:ind w:left="360" w:hanging="360"/>
      <w:contextualSpacing/>
    </w:pPr>
    <w:rPr>
      <w:rFonts w:eastAsiaTheme="minorEastAsia"/>
      <w:lang w:val="en-US"/>
    </w:rPr>
  </w:style>
  <w:style w:type="paragraph" w:styleId="25">
    <w:name w:val="List 2"/>
    <w:basedOn w:val="a1"/>
    <w:uiPriority w:val="99"/>
    <w:unhideWhenUsed/>
    <w:rsid w:val="006868EC"/>
    <w:pPr>
      <w:ind w:left="720" w:hanging="360"/>
      <w:contextualSpacing/>
    </w:pPr>
    <w:rPr>
      <w:rFonts w:eastAsiaTheme="minorEastAsia"/>
      <w:lang w:val="en-US"/>
    </w:rPr>
  </w:style>
  <w:style w:type="paragraph" w:styleId="35">
    <w:name w:val="List 3"/>
    <w:basedOn w:val="a1"/>
    <w:uiPriority w:val="99"/>
    <w:unhideWhenUsed/>
    <w:rsid w:val="006868EC"/>
    <w:pPr>
      <w:ind w:left="1080" w:hanging="360"/>
      <w:contextualSpacing/>
    </w:pPr>
    <w:rPr>
      <w:rFonts w:eastAsiaTheme="minorEastAsia"/>
      <w:lang w:val="en-US"/>
    </w:rPr>
  </w:style>
  <w:style w:type="paragraph" w:styleId="a0">
    <w:name w:val="List Bullet"/>
    <w:basedOn w:val="a1"/>
    <w:uiPriority w:val="99"/>
    <w:unhideWhenUsed/>
    <w:rsid w:val="006868EC"/>
    <w:pPr>
      <w:numPr>
        <w:numId w:val="1"/>
      </w:numPr>
      <w:contextualSpacing/>
    </w:pPr>
    <w:rPr>
      <w:rFonts w:eastAsiaTheme="minorEastAsia"/>
      <w:lang w:val="en-US"/>
    </w:rPr>
  </w:style>
  <w:style w:type="paragraph" w:styleId="20">
    <w:name w:val="List Bullet 2"/>
    <w:basedOn w:val="a1"/>
    <w:uiPriority w:val="99"/>
    <w:unhideWhenUsed/>
    <w:rsid w:val="006868EC"/>
    <w:pPr>
      <w:numPr>
        <w:numId w:val="2"/>
      </w:numPr>
      <w:contextualSpacing/>
    </w:pPr>
    <w:rPr>
      <w:rFonts w:eastAsiaTheme="minorEastAsia"/>
      <w:lang w:val="en-US"/>
    </w:rPr>
  </w:style>
  <w:style w:type="paragraph" w:styleId="30">
    <w:name w:val="List Bullet 3"/>
    <w:basedOn w:val="a1"/>
    <w:uiPriority w:val="99"/>
    <w:unhideWhenUsed/>
    <w:rsid w:val="006868EC"/>
    <w:pPr>
      <w:numPr>
        <w:numId w:val="3"/>
      </w:numPr>
      <w:contextualSpacing/>
    </w:pPr>
    <w:rPr>
      <w:rFonts w:eastAsiaTheme="minorEastAsia"/>
      <w:lang w:val="en-US"/>
    </w:rPr>
  </w:style>
  <w:style w:type="paragraph" w:styleId="a">
    <w:name w:val="List Number"/>
    <w:basedOn w:val="a1"/>
    <w:uiPriority w:val="99"/>
    <w:unhideWhenUsed/>
    <w:rsid w:val="006868EC"/>
    <w:pPr>
      <w:numPr>
        <w:numId w:val="4"/>
      </w:numPr>
      <w:contextualSpacing/>
    </w:pPr>
    <w:rPr>
      <w:rFonts w:eastAsiaTheme="minorEastAsia"/>
      <w:lang w:val="en-US"/>
    </w:rPr>
  </w:style>
  <w:style w:type="paragraph" w:styleId="2">
    <w:name w:val="List Number 2"/>
    <w:basedOn w:val="a1"/>
    <w:uiPriority w:val="99"/>
    <w:unhideWhenUsed/>
    <w:rsid w:val="006868EC"/>
    <w:pPr>
      <w:numPr>
        <w:numId w:val="5"/>
      </w:numPr>
      <w:contextualSpacing/>
    </w:pPr>
    <w:rPr>
      <w:rFonts w:eastAsiaTheme="minorEastAsia"/>
      <w:lang w:val="en-US"/>
    </w:rPr>
  </w:style>
  <w:style w:type="paragraph" w:styleId="3">
    <w:name w:val="List Number 3"/>
    <w:basedOn w:val="a1"/>
    <w:uiPriority w:val="99"/>
    <w:unhideWhenUsed/>
    <w:rsid w:val="006868EC"/>
    <w:pPr>
      <w:numPr>
        <w:numId w:val="6"/>
      </w:numPr>
      <w:contextualSpacing/>
    </w:pPr>
    <w:rPr>
      <w:rFonts w:eastAsiaTheme="minorEastAsia"/>
      <w:lang w:val="en-US"/>
    </w:rPr>
  </w:style>
  <w:style w:type="paragraph" w:styleId="af2">
    <w:name w:val="List Continue"/>
    <w:basedOn w:val="a1"/>
    <w:uiPriority w:val="99"/>
    <w:unhideWhenUsed/>
    <w:rsid w:val="006868EC"/>
    <w:pPr>
      <w:spacing w:after="120"/>
      <w:ind w:left="360"/>
      <w:contextualSpacing/>
    </w:pPr>
    <w:rPr>
      <w:rFonts w:eastAsiaTheme="minorEastAsia"/>
      <w:lang w:val="en-US"/>
    </w:rPr>
  </w:style>
  <w:style w:type="paragraph" w:styleId="26">
    <w:name w:val="List Continue 2"/>
    <w:basedOn w:val="a1"/>
    <w:uiPriority w:val="99"/>
    <w:unhideWhenUsed/>
    <w:rsid w:val="006868EC"/>
    <w:pPr>
      <w:spacing w:after="120"/>
      <w:ind w:left="720"/>
      <w:contextualSpacing/>
    </w:pPr>
    <w:rPr>
      <w:rFonts w:eastAsiaTheme="minorEastAsia"/>
      <w:lang w:val="en-US"/>
    </w:rPr>
  </w:style>
  <w:style w:type="paragraph" w:styleId="36">
    <w:name w:val="List Continue 3"/>
    <w:basedOn w:val="a1"/>
    <w:uiPriority w:val="99"/>
    <w:unhideWhenUsed/>
    <w:rsid w:val="006868EC"/>
    <w:pPr>
      <w:spacing w:after="120"/>
      <w:ind w:left="1080"/>
      <w:contextualSpacing/>
    </w:pPr>
    <w:rPr>
      <w:rFonts w:eastAsiaTheme="minorEastAsia"/>
      <w:lang w:val="en-US"/>
    </w:rPr>
  </w:style>
  <w:style w:type="paragraph" w:styleId="af3">
    <w:name w:val="macro"/>
    <w:link w:val="af4"/>
    <w:uiPriority w:val="99"/>
    <w:unhideWhenUsed/>
    <w:rsid w:val="006868EC"/>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af4">
    <w:name w:val="Текст макроса Знак"/>
    <w:basedOn w:val="a2"/>
    <w:link w:val="af3"/>
    <w:uiPriority w:val="99"/>
    <w:rsid w:val="006868EC"/>
    <w:rPr>
      <w:rFonts w:ascii="Courier" w:eastAsiaTheme="minorEastAsia" w:hAnsi="Courier"/>
      <w:sz w:val="20"/>
      <w:szCs w:val="20"/>
      <w:lang w:val="en-US"/>
    </w:rPr>
  </w:style>
  <w:style w:type="paragraph" w:styleId="27">
    <w:name w:val="Quote"/>
    <w:basedOn w:val="a1"/>
    <w:next w:val="a1"/>
    <w:link w:val="28"/>
    <w:uiPriority w:val="29"/>
    <w:qFormat/>
    <w:rsid w:val="006868EC"/>
    <w:rPr>
      <w:rFonts w:eastAsiaTheme="minorEastAsia"/>
      <w:i/>
      <w:iCs/>
      <w:color w:val="000000" w:themeColor="text1"/>
      <w:lang w:val="en-US"/>
    </w:rPr>
  </w:style>
  <w:style w:type="character" w:customStyle="1" w:styleId="28">
    <w:name w:val="Цитата 2 Знак"/>
    <w:basedOn w:val="a2"/>
    <w:link w:val="27"/>
    <w:uiPriority w:val="29"/>
    <w:rsid w:val="006868EC"/>
    <w:rPr>
      <w:rFonts w:eastAsiaTheme="minorEastAsia"/>
      <w:i/>
      <w:iCs/>
      <w:color w:val="000000" w:themeColor="text1"/>
      <w:lang w:val="en-US"/>
    </w:rPr>
  </w:style>
  <w:style w:type="character" w:styleId="af5">
    <w:name w:val="Strong"/>
    <w:basedOn w:val="a2"/>
    <w:uiPriority w:val="22"/>
    <w:qFormat/>
    <w:rsid w:val="006868EC"/>
    <w:rPr>
      <w:b/>
      <w:bCs/>
    </w:rPr>
  </w:style>
  <w:style w:type="character" w:styleId="af6">
    <w:name w:val="Emphasis"/>
    <w:basedOn w:val="a2"/>
    <w:uiPriority w:val="20"/>
    <w:qFormat/>
    <w:rsid w:val="006868EC"/>
    <w:rPr>
      <w:i/>
      <w:iCs/>
    </w:rPr>
  </w:style>
  <w:style w:type="paragraph" w:styleId="af7">
    <w:name w:val="Intense Quote"/>
    <w:basedOn w:val="a1"/>
    <w:next w:val="a1"/>
    <w:link w:val="af8"/>
    <w:uiPriority w:val="30"/>
    <w:qFormat/>
    <w:rsid w:val="006868EC"/>
    <w:pPr>
      <w:pBdr>
        <w:bottom w:val="single" w:sz="4" w:space="4" w:color="4F81BD" w:themeColor="accent1"/>
      </w:pBdr>
      <w:spacing w:before="200" w:after="280"/>
      <w:ind w:left="936" w:right="936"/>
    </w:pPr>
    <w:rPr>
      <w:rFonts w:eastAsiaTheme="minorEastAsia"/>
      <w:b/>
      <w:bCs/>
      <w:i/>
      <w:iCs/>
      <w:color w:val="4F81BD" w:themeColor="accent1"/>
      <w:lang w:val="en-US"/>
    </w:rPr>
  </w:style>
  <w:style w:type="character" w:customStyle="1" w:styleId="af8">
    <w:name w:val="Выделенная цитата Знак"/>
    <w:basedOn w:val="a2"/>
    <w:link w:val="af7"/>
    <w:uiPriority w:val="30"/>
    <w:rsid w:val="006868EC"/>
    <w:rPr>
      <w:rFonts w:eastAsiaTheme="minorEastAsia"/>
      <w:b/>
      <w:bCs/>
      <w:i/>
      <w:iCs/>
      <w:color w:val="4F81BD" w:themeColor="accent1"/>
      <w:lang w:val="en-US"/>
    </w:rPr>
  </w:style>
  <w:style w:type="character" w:styleId="af9">
    <w:name w:val="Subtle Emphasis"/>
    <w:basedOn w:val="a2"/>
    <w:uiPriority w:val="19"/>
    <w:qFormat/>
    <w:rsid w:val="006868EC"/>
    <w:rPr>
      <w:i/>
      <w:iCs/>
      <w:color w:val="808080" w:themeColor="text1" w:themeTint="7F"/>
    </w:rPr>
  </w:style>
  <w:style w:type="character" w:styleId="afa">
    <w:name w:val="Intense Emphasis"/>
    <w:basedOn w:val="a2"/>
    <w:uiPriority w:val="21"/>
    <w:qFormat/>
    <w:rsid w:val="006868EC"/>
    <w:rPr>
      <w:b/>
      <w:bCs/>
      <w:i/>
      <w:iCs/>
      <w:color w:val="4F81BD" w:themeColor="accent1"/>
    </w:rPr>
  </w:style>
  <w:style w:type="character" w:styleId="afb">
    <w:name w:val="Subtle Reference"/>
    <w:basedOn w:val="a2"/>
    <w:uiPriority w:val="31"/>
    <w:qFormat/>
    <w:rsid w:val="006868EC"/>
    <w:rPr>
      <w:smallCaps/>
      <w:color w:val="C0504D" w:themeColor="accent2"/>
      <w:u w:val="single"/>
    </w:rPr>
  </w:style>
  <w:style w:type="character" w:styleId="afc">
    <w:name w:val="Intense Reference"/>
    <w:basedOn w:val="a2"/>
    <w:uiPriority w:val="32"/>
    <w:qFormat/>
    <w:rsid w:val="006868EC"/>
    <w:rPr>
      <w:b/>
      <w:bCs/>
      <w:smallCaps/>
      <w:color w:val="C0504D" w:themeColor="accent2"/>
      <w:spacing w:val="5"/>
      <w:u w:val="single"/>
    </w:rPr>
  </w:style>
  <w:style w:type="character" w:styleId="afd">
    <w:name w:val="Book Title"/>
    <w:basedOn w:val="a2"/>
    <w:uiPriority w:val="33"/>
    <w:qFormat/>
    <w:rsid w:val="006868EC"/>
    <w:rPr>
      <w:b/>
      <w:bCs/>
      <w:smallCaps/>
      <w:spacing w:val="5"/>
    </w:rPr>
  </w:style>
  <w:style w:type="paragraph" w:styleId="afe">
    <w:name w:val="TOC Heading"/>
    <w:basedOn w:val="1"/>
    <w:next w:val="a1"/>
    <w:uiPriority w:val="39"/>
    <w:semiHidden/>
    <w:unhideWhenUsed/>
    <w:qFormat/>
    <w:rsid w:val="006868EC"/>
    <w:pPr>
      <w:outlineLvl w:val="9"/>
    </w:pPr>
  </w:style>
  <w:style w:type="table" w:styleId="aff">
    <w:name w:val="Table Grid"/>
    <w:basedOn w:val="a3"/>
    <w:uiPriority w:val="59"/>
    <w:rsid w:val="006868EC"/>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1"/>
    <w:basedOn w:val="a3"/>
    <w:uiPriority w:val="60"/>
    <w:rsid w:val="006868EC"/>
    <w:pPr>
      <w:spacing w:after="0" w:line="240" w:lineRule="auto"/>
    </w:pPr>
    <w:rPr>
      <w:rFonts w:eastAsiaTheme="minorEastAsia"/>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3"/>
    <w:uiPriority w:val="60"/>
    <w:rsid w:val="006868EC"/>
    <w:pPr>
      <w:spacing w:after="0" w:line="240" w:lineRule="auto"/>
    </w:pPr>
    <w:rPr>
      <w:rFonts w:eastAsiaTheme="minorEastAsia"/>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6868EC"/>
    <w:pPr>
      <w:spacing w:after="0" w:line="240" w:lineRule="auto"/>
    </w:pPr>
    <w:rPr>
      <w:rFonts w:eastAsiaTheme="minorEastAsia"/>
      <w:color w:val="943634" w:themeColor="accent2" w:themeShade="BF"/>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6868EC"/>
    <w:pPr>
      <w:spacing w:after="0" w:line="240" w:lineRule="auto"/>
    </w:pPr>
    <w:rPr>
      <w:rFonts w:eastAsiaTheme="minorEastAsia"/>
      <w:color w:val="76923C" w:themeColor="accent3" w:themeShade="BF"/>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6868EC"/>
    <w:pPr>
      <w:spacing w:after="0" w:line="240" w:lineRule="auto"/>
    </w:pPr>
    <w:rPr>
      <w:rFonts w:eastAsiaTheme="minorEastAsia"/>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6868EC"/>
    <w:pPr>
      <w:spacing w:after="0" w:line="240" w:lineRule="auto"/>
    </w:pPr>
    <w:rPr>
      <w:rFonts w:eastAsiaTheme="minorEastAsia"/>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6868EC"/>
    <w:pPr>
      <w:spacing w:after="0" w:line="240" w:lineRule="auto"/>
    </w:pPr>
    <w:rPr>
      <w:rFonts w:eastAsiaTheme="minorEastAsia"/>
      <w:color w:val="E36C0A" w:themeColor="accent6" w:themeShade="BF"/>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2">
    <w:name w:val="Светлый список1"/>
    <w:basedOn w:val="a3"/>
    <w:uiPriority w:val="61"/>
    <w:rsid w:val="006868EC"/>
    <w:pPr>
      <w:spacing w:after="0" w:line="240" w:lineRule="auto"/>
    </w:pPr>
    <w:rPr>
      <w:rFonts w:eastAsiaTheme="minorEastAsia"/>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3"/>
    <w:uiPriority w:val="61"/>
    <w:rsid w:val="006868EC"/>
    <w:pPr>
      <w:spacing w:after="0" w:line="240" w:lineRule="auto"/>
    </w:pPr>
    <w:rPr>
      <w:rFonts w:eastAsiaTheme="minorEastAsia"/>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6868EC"/>
    <w:pPr>
      <w:spacing w:after="0" w:line="240" w:lineRule="auto"/>
    </w:pPr>
    <w:rPr>
      <w:rFonts w:eastAsiaTheme="minorEastAsia"/>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6868EC"/>
    <w:pPr>
      <w:spacing w:after="0" w:line="240" w:lineRule="auto"/>
    </w:pPr>
    <w:rPr>
      <w:rFonts w:eastAsiaTheme="minorEastAsia"/>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6868EC"/>
    <w:pPr>
      <w:spacing w:after="0" w:line="240" w:lineRule="auto"/>
    </w:pPr>
    <w:rPr>
      <w:rFonts w:eastAsiaTheme="minorEastAsia"/>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6868EC"/>
    <w:pPr>
      <w:spacing w:after="0" w:line="240" w:lineRule="auto"/>
    </w:pPr>
    <w:rPr>
      <w:rFonts w:eastAsiaTheme="minorEastAsia"/>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6868EC"/>
    <w:pPr>
      <w:spacing w:after="0" w:line="240" w:lineRule="auto"/>
    </w:pPr>
    <w:rPr>
      <w:rFonts w:eastAsiaTheme="minorEastAsia"/>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3">
    <w:name w:val="Светлая сетка1"/>
    <w:basedOn w:val="a3"/>
    <w:uiPriority w:val="62"/>
    <w:rsid w:val="006868EC"/>
    <w:pPr>
      <w:spacing w:after="0" w:line="240" w:lineRule="auto"/>
    </w:pPr>
    <w:rPr>
      <w:rFonts w:eastAsiaTheme="minorEastAsia"/>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Светлая сетка - Акцент 11"/>
    <w:basedOn w:val="a3"/>
    <w:uiPriority w:val="62"/>
    <w:rsid w:val="006868EC"/>
    <w:pPr>
      <w:spacing w:after="0" w:line="240" w:lineRule="auto"/>
    </w:pPr>
    <w:rPr>
      <w:rFonts w:eastAsiaTheme="minorEastAsia"/>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6868EC"/>
    <w:pPr>
      <w:spacing w:after="0" w:line="240" w:lineRule="auto"/>
    </w:pPr>
    <w:rPr>
      <w:rFonts w:eastAsiaTheme="minorEastAsia"/>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6868EC"/>
    <w:pPr>
      <w:spacing w:after="0" w:line="240" w:lineRule="auto"/>
    </w:pPr>
    <w:rPr>
      <w:rFonts w:eastAsiaTheme="minorEastAsia"/>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6868EC"/>
    <w:pPr>
      <w:spacing w:after="0" w:line="240" w:lineRule="auto"/>
    </w:pPr>
    <w:rPr>
      <w:rFonts w:eastAsiaTheme="minorEastAsia"/>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6868EC"/>
    <w:pPr>
      <w:spacing w:after="0" w:line="240" w:lineRule="auto"/>
    </w:pPr>
    <w:rPr>
      <w:rFonts w:eastAsiaTheme="minorEastAsia"/>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6868EC"/>
    <w:pPr>
      <w:spacing w:after="0" w:line="240" w:lineRule="auto"/>
    </w:pPr>
    <w:rPr>
      <w:rFonts w:eastAsiaTheme="minorEastAsia"/>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редняя заливка 11"/>
    <w:basedOn w:val="a3"/>
    <w:uiPriority w:val="63"/>
    <w:rsid w:val="006868EC"/>
    <w:pPr>
      <w:spacing w:after="0" w:line="240" w:lineRule="auto"/>
    </w:pPr>
    <w:rPr>
      <w:rFonts w:eastAsiaTheme="minorEastAsia"/>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6868EC"/>
    <w:pPr>
      <w:spacing w:after="0" w:line="240" w:lineRule="auto"/>
    </w:pPr>
    <w:rPr>
      <w:rFonts w:eastAsiaTheme="minorEastAsia"/>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6868EC"/>
    <w:pPr>
      <w:spacing w:after="0" w:line="240" w:lineRule="auto"/>
    </w:pPr>
    <w:rPr>
      <w:rFonts w:eastAsiaTheme="minorEastAsia"/>
      <w:lang w:val="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6868EC"/>
    <w:pPr>
      <w:spacing w:after="0" w:line="240" w:lineRule="auto"/>
    </w:pPr>
    <w:rPr>
      <w:rFonts w:eastAsiaTheme="minorEastAsia"/>
      <w:lang w:val="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6868EC"/>
    <w:pPr>
      <w:spacing w:after="0" w:line="240" w:lineRule="auto"/>
    </w:pPr>
    <w:rPr>
      <w:rFonts w:eastAsiaTheme="minorEastAsia"/>
      <w:lang w:val="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6868EC"/>
    <w:pPr>
      <w:spacing w:after="0" w:line="240" w:lineRule="auto"/>
    </w:pPr>
    <w:rPr>
      <w:rFonts w:eastAsiaTheme="minorEastAsia"/>
      <w:lang w:val="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6868EC"/>
    <w:pPr>
      <w:spacing w:after="0" w:line="240" w:lineRule="auto"/>
    </w:pPr>
    <w:rPr>
      <w:rFonts w:eastAsiaTheme="minorEastAsia"/>
      <w:lang w:val="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Средняя заливка 21"/>
    <w:basedOn w:val="a3"/>
    <w:uiPriority w:val="64"/>
    <w:rsid w:val="006868EC"/>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6868EC"/>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6868EC"/>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6868EC"/>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6868EC"/>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6868EC"/>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6868EC"/>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6868EC"/>
    <w:pPr>
      <w:spacing w:after="0" w:line="240" w:lineRule="auto"/>
    </w:pPr>
    <w:rPr>
      <w:rFonts w:eastAsiaTheme="minorEastAsia"/>
      <w:color w:val="000000" w:themeColor="text1"/>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3"/>
    <w:uiPriority w:val="65"/>
    <w:rsid w:val="006868EC"/>
    <w:pPr>
      <w:spacing w:after="0" w:line="240" w:lineRule="auto"/>
    </w:pPr>
    <w:rPr>
      <w:rFonts w:eastAsiaTheme="minorEastAsia"/>
      <w:color w:val="000000" w:themeColor="text1"/>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6868EC"/>
    <w:pPr>
      <w:spacing w:after="0" w:line="240" w:lineRule="auto"/>
    </w:pPr>
    <w:rPr>
      <w:rFonts w:eastAsiaTheme="minorEastAsia"/>
      <w:color w:val="000000" w:themeColor="text1"/>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6868EC"/>
    <w:pPr>
      <w:spacing w:after="0" w:line="240" w:lineRule="auto"/>
    </w:pPr>
    <w:rPr>
      <w:rFonts w:eastAsiaTheme="minorEastAsia"/>
      <w:color w:val="000000" w:themeColor="text1"/>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6868EC"/>
    <w:pPr>
      <w:spacing w:after="0" w:line="240" w:lineRule="auto"/>
    </w:pPr>
    <w:rPr>
      <w:rFonts w:eastAsiaTheme="minorEastAsia"/>
      <w:color w:val="000000" w:themeColor="text1"/>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6868EC"/>
    <w:pPr>
      <w:spacing w:after="0" w:line="240" w:lineRule="auto"/>
    </w:pPr>
    <w:rPr>
      <w:rFonts w:eastAsiaTheme="minorEastAsia"/>
      <w:color w:val="000000" w:themeColor="text1"/>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6868EC"/>
    <w:pPr>
      <w:spacing w:after="0" w:line="240" w:lineRule="auto"/>
    </w:pPr>
    <w:rPr>
      <w:rFonts w:eastAsiaTheme="minorEastAsia"/>
      <w:color w:val="000000" w:themeColor="text1"/>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Средний список 21"/>
    <w:basedOn w:val="a3"/>
    <w:uiPriority w:val="66"/>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Средняя сетка 11"/>
    <w:basedOn w:val="a3"/>
    <w:uiPriority w:val="67"/>
    <w:rsid w:val="006868EC"/>
    <w:pPr>
      <w:spacing w:after="0" w:line="240" w:lineRule="auto"/>
    </w:pPr>
    <w:rPr>
      <w:rFonts w:eastAsiaTheme="minorEastAsia"/>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6868EC"/>
    <w:pPr>
      <w:spacing w:after="0" w:line="240" w:lineRule="auto"/>
    </w:pPr>
    <w:rPr>
      <w:rFonts w:eastAsiaTheme="minorEastAsia"/>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6868EC"/>
    <w:pPr>
      <w:spacing w:after="0" w:line="240" w:lineRule="auto"/>
    </w:pPr>
    <w:rPr>
      <w:rFonts w:eastAsiaTheme="minorEastAsia"/>
      <w:lang w:val="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6868EC"/>
    <w:pPr>
      <w:spacing w:after="0" w:line="240" w:lineRule="auto"/>
    </w:pPr>
    <w:rPr>
      <w:rFonts w:eastAsiaTheme="minorEastAsia"/>
      <w:lang w:val="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6868EC"/>
    <w:pPr>
      <w:spacing w:after="0" w:line="240" w:lineRule="auto"/>
    </w:pPr>
    <w:rPr>
      <w:rFonts w:eastAsiaTheme="minorEastAsia"/>
      <w:lang w:val="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6868EC"/>
    <w:pPr>
      <w:spacing w:after="0" w:line="240" w:lineRule="auto"/>
    </w:pPr>
    <w:rPr>
      <w:rFonts w:eastAsiaTheme="minorEastAsia"/>
      <w:lang w:val="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6868EC"/>
    <w:pPr>
      <w:spacing w:after="0" w:line="240" w:lineRule="auto"/>
    </w:pPr>
    <w:rPr>
      <w:rFonts w:eastAsiaTheme="minorEastAsia"/>
      <w:lang w:val="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Средняя сетка 21"/>
    <w:basedOn w:val="a3"/>
    <w:uiPriority w:val="68"/>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6868EC"/>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Средняя сетка 31"/>
    <w:basedOn w:val="a3"/>
    <w:uiPriority w:val="69"/>
    <w:rsid w:val="006868EC"/>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6868EC"/>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6868EC"/>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6868EC"/>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6868EC"/>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6868EC"/>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6868EC"/>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4">
    <w:name w:val="Темный список1"/>
    <w:basedOn w:val="a3"/>
    <w:uiPriority w:val="70"/>
    <w:rsid w:val="006868EC"/>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6868EC"/>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6868EC"/>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6868EC"/>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6868EC"/>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6868EC"/>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6868EC"/>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5">
    <w:name w:val="Цветная заливка1"/>
    <w:basedOn w:val="a3"/>
    <w:uiPriority w:val="71"/>
    <w:rsid w:val="006868EC"/>
    <w:pPr>
      <w:spacing w:after="0" w:line="240" w:lineRule="auto"/>
    </w:pPr>
    <w:rPr>
      <w:rFonts w:eastAsiaTheme="minorEastAsia"/>
      <w:color w:val="000000" w:themeColor="text1"/>
      <w:lang w:val="en-US"/>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6868EC"/>
    <w:pPr>
      <w:spacing w:after="0" w:line="240" w:lineRule="auto"/>
    </w:pPr>
    <w:rPr>
      <w:rFonts w:eastAsiaTheme="minorEastAsia"/>
      <w:color w:val="000000" w:themeColor="text1"/>
      <w:lang w:val="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6868EC"/>
    <w:pPr>
      <w:spacing w:after="0" w:line="240" w:lineRule="auto"/>
    </w:pPr>
    <w:rPr>
      <w:rFonts w:eastAsiaTheme="minorEastAsia"/>
      <w:color w:val="000000" w:themeColor="text1"/>
      <w:lang w:val="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6868EC"/>
    <w:pPr>
      <w:spacing w:after="0" w:line="240" w:lineRule="auto"/>
    </w:pPr>
    <w:rPr>
      <w:rFonts w:eastAsiaTheme="minorEastAsia"/>
      <w:color w:val="000000" w:themeColor="text1"/>
      <w:lang w:val="en-US"/>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6868EC"/>
    <w:pPr>
      <w:spacing w:after="0" w:line="240" w:lineRule="auto"/>
    </w:pPr>
    <w:rPr>
      <w:rFonts w:eastAsiaTheme="minorEastAsia"/>
      <w:color w:val="000000" w:themeColor="text1"/>
      <w:lang w:val="en-US"/>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6868EC"/>
    <w:pPr>
      <w:spacing w:after="0" w:line="240" w:lineRule="auto"/>
    </w:pPr>
    <w:rPr>
      <w:rFonts w:eastAsiaTheme="minorEastAsia"/>
      <w:color w:val="000000" w:themeColor="text1"/>
      <w:lang w:val="en-US"/>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6868EC"/>
    <w:pPr>
      <w:spacing w:after="0" w:line="240" w:lineRule="auto"/>
    </w:pPr>
    <w:rPr>
      <w:rFonts w:eastAsiaTheme="minorEastAsia"/>
      <w:color w:val="000000" w:themeColor="text1"/>
      <w:lang w:val="en-US"/>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6">
    <w:name w:val="Цветной список1"/>
    <w:basedOn w:val="a3"/>
    <w:uiPriority w:val="72"/>
    <w:rsid w:val="006868EC"/>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6868EC"/>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6868EC"/>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6868EC"/>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6868EC"/>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6868EC"/>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6868EC"/>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7">
    <w:name w:val="Цветная сетка1"/>
    <w:basedOn w:val="a3"/>
    <w:uiPriority w:val="73"/>
    <w:rsid w:val="006868EC"/>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6868EC"/>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6868EC"/>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6868EC"/>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6868EC"/>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6868EC"/>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6868EC"/>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ff0">
    <w:name w:val="Текст выноски Знак"/>
    <w:basedOn w:val="a2"/>
    <w:link w:val="aff1"/>
    <w:uiPriority w:val="99"/>
    <w:semiHidden/>
    <w:rsid w:val="006868EC"/>
    <w:rPr>
      <w:rFonts w:ascii="Tahoma" w:eastAsiaTheme="minorEastAsia" w:hAnsi="Tahoma" w:cs="Tahoma"/>
      <w:sz w:val="16"/>
      <w:szCs w:val="16"/>
      <w:lang w:val="en-US"/>
    </w:rPr>
  </w:style>
  <w:style w:type="paragraph" w:styleId="aff1">
    <w:name w:val="Balloon Text"/>
    <w:basedOn w:val="a1"/>
    <w:link w:val="aff0"/>
    <w:uiPriority w:val="99"/>
    <w:semiHidden/>
    <w:unhideWhenUsed/>
    <w:rsid w:val="006868EC"/>
    <w:pPr>
      <w:spacing w:after="0" w:line="240" w:lineRule="auto"/>
    </w:pPr>
    <w:rPr>
      <w:rFonts w:ascii="Tahoma" w:eastAsiaTheme="minorEastAsia" w:hAnsi="Tahoma" w:cs="Tahoma"/>
      <w:sz w:val="16"/>
      <w:szCs w:val="16"/>
      <w:lang w:val="en-US"/>
    </w:rPr>
  </w:style>
  <w:style w:type="table" w:customStyle="1" w:styleId="18">
    <w:name w:val="Сетка таблицы1"/>
    <w:basedOn w:val="a3"/>
    <w:next w:val="aff"/>
    <w:uiPriority w:val="59"/>
    <w:rsid w:val="006868EC"/>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f3"/>
    <w:uiPriority w:val="99"/>
    <w:unhideWhenUsed/>
    <w:qFormat/>
    <w:rsid w:val="006868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2"/>
    <w:uiPriority w:val="99"/>
    <w:locked/>
    <w:rsid w:val="006868EC"/>
    <w:rPr>
      <w:rFonts w:ascii="Times New Roman" w:eastAsia="Times New Roman" w:hAnsi="Times New Roman" w:cs="Times New Roman"/>
      <w:sz w:val="24"/>
      <w:szCs w:val="24"/>
      <w:lang w:eastAsia="ru-RU"/>
    </w:rPr>
  </w:style>
  <w:style w:type="paragraph" w:customStyle="1" w:styleId="Default">
    <w:name w:val="Default"/>
    <w:rsid w:val="006868E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7">
    <w:name w:val="Сетка таблицы3"/>
    <w:basedOn w:val="a3"/>
    <w:rsid w:val="006868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caption"/>
    <w:basedOn w:val="a1"/>
    <w:next w:val="a1"/>
    <w:uiPriority w:val="35"/>
    <w:semiHidden/>
    <w:unhideWhenUsed/>
    <w:qFormat/>
    <w:rsid w:val="001771DF"/>
    <w:pPr>
      <w:spacing w:line="240" w:lineRule="auto"/>
    </w:pPr>
    <w:rPr>
      <w:rFonts w:eastAsiaTheme="minorEastAsia"/>
      <w:b/>
      <w:bCs/>
      <w:color w:val="4F81BD" w:themeColor="accent1"/>
      <w:sz w:val="18"/>
      <w:szCs w:val="18"/>
      <w:lang w:val="en-US"/>
    </w:rPr>
  </w:style>
  <w:style w:type="character" w:customStyle="1" w:styleId="widgetinline">
    <w:name w:val="_widgetinline"/>
    <w:basedOn w:val="a2"/>
    <w:rsid w:val="00267639"/>
  </w:style>
  <w:style w:type="paragraph" w:customStyle="1" w:styleId="c5">
    <w:name w:val="c5"/>
    <w:basedOn w:val="a1"/>
    <w:rsid w:val="003B4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2"/>
    <w:rsid w:val="003B4FD6"/>
  </w:style>
</w:styles>
</file>

<file path=word/webSettings.xml><?xml version="1.0" encoding="utf-8"?>
<w:webSettings xmlns:r="http://schemas.openxmlformats.org/officeDocument/2006/relationships" xmlns:w="http://schemas.openxmlformats.org/wordprocessingml/2006/main">
  <w:divs>
    <w:div w:id="948974339">
      <w:bodyDiv w:val="1"/>
      <w:marLeft w:val="0"/>
      <w:marRight w:val="0"/>
      <w:marTop w:val="0"/>
      <w:marBottom w:val="0"/>
      <w:divBdr>
        <w:top w:val="none" w:sz="0" w:space="0" w:color="auto"/>
        <w:left w:val="none" w:sz="0" w:space="0" w:color="auto"/>
        <w:bottom w:val="none" w:sz="0" w:space="0" w:color="auto"/>
        <w:right w:val="none" w:sz="0" w:space="0" w:color="auto"/>
      </w:divBdr>
      <w:divsChild>
        <w:div w:id="887061316">
          <w:marLeft w:val="0"/>
          <w:marRight w:val="0"/>
          <w:marTop w:val="567"/>
          <w:marBottom w:val="567"/>
          <w:divBdr>
            <w:top w:val="none" w:sz="0" w:space="0" w:color="auto"/>
            <w:left w:val="none" w:sz="0" w:space="0" w:color="auto"/>
            <w:bottom w:val="none" w:sz="0" w:space="0" w:color="auto"/>
            <w:right w:val="none" w:sz="0" w:space="0" w:color="auto"/>
          </w:divBdr>
          <w:divsChild>
            <w:div w:id="1549756195">
              <w:marLeft w:val="0"/>
              <w:marRight w:val="0"/>
              <w:marTop w:val="0"/>
              <w:marBottom w:val="0"/>
              <w:divBdr>
                <w:top w:val="none" w:sz="0" w:space="0" w:color="auto"/>
                <w:left w:val="none" w:sz="0" w:space="0" w:color="auto"/>
                <w:bottom w:val="none" w:sz="0" w:space="0" w:color="auto"/>
                <w:right w:val="none" w:sz="0" w:space="0" w:color="auto"/>
              </w:divBdr>
            </w:div>
            <w:div w:id="1572815051">
              <w:marLeft w:val="0"/>
              <w:marRight w:val="0"/>
              <w:marTop w:val="0"/>
              <w:marBottom w:val="0"/>
              <w:divBdr>
                <w:top w:val="none" w:sz="0" w:space="0" w:color="auto"/>
                <w:left w:val="none" w:sz="0" w:space="0" w:color="auto"/>
                <w:bottom w:val="none" w:sz="0" w:space="0" w:color="auto"/>
                <w:right w:val="none" w:sz="0" w:space="0" w:color="auto"/>
              </w:divBdr>
            </w:div>
            <w:div w:id="1501385793">
              <w:marLeft w:val="0"/>
              <w:marRight w:val="0"/>
              <w:marTop w:val="0"/>
              <w:marBottom w:val="0"/>
              <w:divBdr>
                <w:top w:val="none" w:sz="0" w:space="0" w:color="auto"/>
                <w:left w:val="none" w:sz="0" w:space="0" w:color="auto"/>
                <w:bottom w:val="none" w:sz="0" w:space="0" w:color="auto"/>
                <w:right w:val="none" w:sz="0" w:space="0" w:color="auto"/>
              </w:divBdr>
            </w:div>
            <w:div w:id="1564217982">
              <w:marLeft w:val="0"/>
              <w:marRight w:val="0"/>
              <w:marTop w:val="0"/>
              <w:marBottom w:val="0"/>
              <w:divBdr>
                <w:top w:val="none" w:sz="0" w:space="0" w:color="auto"/>
                <w:left w:val="none" w:sz="0" w:space="0" w:color="auto"/>
                <w:bottom w:val="none" w:sz="0" w:space="0" w:color="auto"/>
                <w:right w:val="none" w:sz="0" w:space="0" w:color="auto"/>
              </w:divBdr>
            </w:div>
            <w:div w:id="1814055122">
              <w:marLeft w:val="0"/>
              <w:marRight w:val="0"/>
              <w:marTop w:val="0"/>
              <w:marBottom w:val="0"/>
              <w:divBdr>
                <w:top w:val="none" w:sz="0" w:space="0" w:color="auto"/>
                <w:left w:val="none" w:sz="0" w:space="0" w:color="auto"/>
                <w:bottom w:val="none" w:sz="0" w:space="0" w:color="auto"/>
                <w:right w:val="none" w:sz="0" w:space="0" w:color="auto"/>
              </w:divBdr>
            </w:div>
            <w:div w:id="802306802">
              <w:marLeft w:val="0"/>
              <w:marRight w:val="0"/>
              <w:marTop w:val="0"/>
              <w:marBottom w:val="0"/>
              <w:divBdr>
                <w:top w:val="none" w:sz="0" w:space="0" w:color="auto"/>
                <w:left w:val="none" w:sz="0" w:space="0" w:color="auto"/>
                <w:bottom w:val="none" w:sz="0" w:space="0" w:color="auto"/>
                <w:right w:val="none" w:sz="0" w:space="0" w:color="auto"/>
              </w:divBdr>
            </w:div>
            <w:div w:id="1828278140">
              <w:marLeft w:val="0"/>
              <w:marRight w:val="0"/>
              <w:marTop w:val="0"/>
              <w:marBottom w:val="0"/>
              <w:divBdr>
                <w:top w:val="none" w:sz="0" w:space="0" w:color="auto"/>
                <w:left w:val="none" w:sz="0" w:space="0" w:color="auto"/>
                <w:bottom w:val="none" w:sz="0" w:space="0" w:color="auto"/>
                <w:right w:val="none" w:sz="0" w:space="0" w:color="auto"/>
              </w:divBdr>
            </w:div>
            <w:div w:id="1521964911">
              <w:marLeft w:val="0"/>
              <w:marRight w:val="0"/>
              <w:marTop w:val="0"/>
              <w:marBottom w:val="0"/>
              <w:divBdr>
                <w:top w:val="none" w:sz="0" w:space="0" w:color="auto"/>
                <w:left w:val="none" w:sz="0" w:space="0" w:color="auto"/>
                <w:bottom w:val="none" w:sz="0" w:space="0" w:color="auto"/>
                <w:right w:val="none" w:sz="0" w:space="0" w:color="auto"/>
              </w:divBdr>
            </w:div>
            <w:div w:id="1324040727">
              <w:marLeft w:val="0"/>
              <w:marRight w:val="0"/>
              <w:marTop w:val="0"/>
              <w:marBottom w:val="0"/>
              <w:divBdr>
                <w:top w:val="none" w:sz="0" w:space="0" w:color="auto"/>
                <w:left w:val="none" w:sz="0" w:space="0" w:color="auto"/>
                <w:bottom w:val="none" w:sz="0" w:space="0" w:color="auto"/>
                <w:right w:val="none" w:sz="0" w:space="0" w:color="auto"/>
              </w:divBdr>
            </w:div>
            <w:div w:id="344788710">
              <w:marLeft w:val="0"/>
              <w:marRight w:val="0"/>
              <w:marTop w:val="0"/>
              <w:marBottom w:val="0"/>
              <w:divBdr>
                <w:top w:val="none" w:sz="0" w:space="0" w:color="auto"/>
                <w:left w:val="none" w:sz="0" w:space="0" w:color="auto"/>
                <w:bottom w:val="none" w:sz="0" w:space="0" w:color="auto"/>
                <w:right w:val="none" w:sz="0" w:space="0" w:color="auto"/>
              </w:divBdr>
            </w:div>
            <w:div w:id="668756452">
              <w:marLeft w:val="0"/>
              <w:marRight w:val="0"/>
              <w:marTop w:val="0"/>
              <w:marBottom w:val="0"/>
              <w:divBdr>
                <w:top w:val="none" w:sz="0" w:space="0" w:color="auto"/>
                <w:left w:val="none" w:sz="0" w:space="0" w:color="auto"/>
                <w:bottom w:val="none" w:sz="0" w:space="0" w:color="auto"/>
                <w:right w:val="none" w:sz="0" w:space="0" w:color="auto"/>
              </w:divBdr>
            </w:div>
            <w:div w:id="1826585820">
              <w:marLeft w:val="0"/>
              <w:marRight w:val="0"/>
              <w:marTop w:val="0"/>
              <w:marBottom w:val="0"/>
              <w:divBdr>
                <w:top w:val="none" w:sz="0" w:space="0" w:color="auto"/>
                <w:left w:val="none" w:sz="0" w:space="0" w:color="auto"/>
                <w:bottom w:val="none" w:sz="0" w:space="0" w:color="auto"/>
                <w:right w:val="none" w:sz="0" w:space="0" w:color="auto"/>
              </w:divBdr>
            </w:div>
            <w:div w:id="654722785">
              <w:marLeft w:val="0"/>
              <w:marRight w:val="0"/>
              <w:marTop w:val="0"/>
              <w:marBottom w:val="0"/>
              <w:divBdr>
                <w:top w:val="none" w:sz="0" w:space="0" w:color="auto"/>
                <w:left w:val="none" w:sz="0" w:space="0" w:color="auto"/>
                <w:bottom w:val="none" w:sz="0" w:space="0" w:color="auto"/>
                <w:right w:val="none" w:sz="0" w:space="0" w:color="auto"/>
              </w:divBdr>
            </w:div>
            <w:div w:id="1175653758">
              <w:marLeft w:val="0"/>
              <w:marRight w:val="0"/>
              <w:marTop w:val="0"/>
              <w:marBottom w:val="0"/>
              <w:divBdr>
                <w:top w:val="none" w:sz="0" w:space="0" w:color="auto"/>
                <w:left w:val="none" w:sz="0" w:space="0" w:color="auto"/>
                <w:bottom w:val="none" w:sz="0" w:space="0" w:color="auto"/>
                <w:right w:val="none" w:sz="0" w:space="0" w:color="auto"/>
              </w:divBdr>
            </w:div>
            <w:div w:id="585963177">
              <w:marLeft w:val="0"/>
              <w:marRight w:val="0"/>
              <w:marTop w:val="0"/>
              <w:marBottom w:val="0"/>
              <w:divBdr>
                <w:top w:val="none" w:sz="0" w:space="0" w:color="auto"/>
                <w:left w:val="none" w:sz="0" w:space="0" w:color="auto"/>
                <w:bottom w:val="none" w:sz="0" w:space="0" w:color="auto"/>
                <w:right w:val="none" w:sz="0" w:space="0" w:color="auto"/>
              </w:divBdr>
            </w:div>
            <w:div w:id="1513958447">
              <w:marLeft w:val="0"/>
              <w:marRight w:val="0"/>
              <w:marTop w:val="0"/>
              <w:marBottom w:val="0"/>
              <w:divBdr>
                <w:top w:val="none" w:sz="0" w:space="0" w:color="auto"/>
                <w:left w:val="none" w:sz="0" w:space="0" w:color="auto"/>
                <w:bottom w:val="none" w:sz="0" w:space="0" w:color="auto"/>
                <w:right w:val="none" w:sz="0" w:space="0" w:color="auto"/>
              </w:divBdr>
            </w:div>
            <w:div w:id="217790763">
              <w:marLeft w:val="0"/>
              <w:marRight w:val="0"/>
              <w:marTop w:val="0"/>
              <w:marBottom w:val="0"/>
              <w:divBdr>
                <w:top w:val="none" w:sz="0" w:space="0" w:color="auto"/>
                <w:left w:val="none" w:sz="0" w:space="0" w:color="auto"/>
                <w:bottom w:val="none" w:sz="0" w:space="0" w:color="auto"/>
                <w:right w:val="none" w:sz="0" w:space="0" w:color="auto"/>
              </w:divBdr>
            </w:div>
            <w:div w:id="1191138874">
              <w:marLeft w:val="0"/>
              <w:marRight w:val="0"/>
              <w:marTop w:val="0"/>
              <w:marBottom w:val="0"/>
              <w:divBdr>
                <w:top w:val="none" w:sz="0" w:space="0" w:color="auto"/>
                <w:left w:val="none" w:sz="0" w:space="0" w:color="auto"/>
                <w:bottom w:val="none" w:sz="0" w:space="0" w:color="auto"/>
                <w:right w:val="none" w:sz="0" w:space="0" w:color="auto"/>
              </w:divBdr>
            </w:div>
            <w:div w:id="293486201">
              <w:marLeft w:val="0"/>
              <w:marRight w:val="0"/>
              <w:marTop w:val="0"/>
              <w:marBottom w:val="0"/>
              <w:divBdr>
                <w:top w:val="none" w:sz="0" w:space="0" w:color="auto"/>
                <w:left w:val="none" w:sz="0" w:space="0" w:color="auto"/>
                <w:bottom w:val="none" w:sz="0" w:space="0" w:color="auto"/>
                <w:right w:val="none" w:sz="0" w:space="0" w:color="auto"/>
              </w:divBdr>
            </w:div>
            <w:div w:id="870455889">
              <w:marLeft w:val="0"/>
              <w:marRight w:val="0"/>
              <w:marTop w:val="0"/>
              <w:marBottom w:val="0"/>
              <w:divBdr>
                <w:top w:val="none" w:sz="0" w:space="0" w:color="auto"/>
                <w:left w:val="none" w:sz="0" w:space="0" w:color="auto"/>
                <w:bottom w:val="none" w:sz="0" w:space="0" w:color="auto"/>
                <w:right w:val="none" w:sz="0" w:space="0" w:color="auto"/>
              </w:divBdr>
            </w:div>
          </w:divsChild>
        </w:div>
        <w:div w:id="1870679442">
          <w:marLeft w:val="0"/>
          <w:marRight w:val="0"/>
          <w:marTop w:val="567"/>
          <w:marBottom w:val="567"/>
          <w:divBdr>
            <w:top w:val="none" w:sz="0" w:space="0" w:color="auto"/>
            <w:left w:val="none" w:sz="0" w:space="0" w:color="auto"/>
            <w:bottom w:val="none" w:sz="0" w:space="0" w:color="auto"/>
            <w:right w:val="none" w:sz="0" w:space="0" w:color="auto"/>
          </w:divBdr>
          <w:divsChild>
            <w:div w:id="213859728">
              <w:marLeft w:val="0"/>
              <w:marRight w:val="0"/>
              <w:marTop w:val="0"/>
              <w:marBottom w:val="0"/>
              <w:divBdr>
                <w:top w:val="none" w:sz="0" w:space="0" w:color="auto"/>
                <w:left w:val="none" w:sz="0" w:space="0" w:color="auto"/>
                <w:bottom w:val="none" w:sz="0" w:space="0" w:color="auto"/>
                <w:right w:val="none" w:sz="0" w:space="0" w:color="auto"/>
              </w:divBdr>
            </w:div>
            <w:div w:id="1510633940">
              <w:marLeft w:val="0"/>
              <w:marRight w:val="0"/>
              <w:marTop w:val="0"/>
              <w:marBottom w:val="0"/>
              <w:divBdr>
                <w:top w:val="none" w:sz="0" w:space="0" w:color="auto"/>
                <w:left w:val="none" w:sz="0" w:space="0" w:color="auto"/>
                <w:bottom w:val="none" w:sz="0" w:space="0" w:color="auto"/>
                <w:right w:val="none" w:sz="0" w:space="0" w:color="auto"/>
              </w:divBdr>
            </w:div>
            <w:div w:id="1903564594">
              <w:marLeft w:val="0"/>
              <w:marRight w:val="0"/>
              <w:marTop w:val="0"/>
              <w:marBottom w:val="0"/>
              <w:divBdr>
                <w:top w:val="none" w:sz="0" w:space="0" w:color="auto"/>
                <w:left w:val="none" w:sz="0" w:space="0" w:color="auto"/>
                <w:bottom w:val="none" w:sz="0" w:space="0" w:color="auto"/>
                <w:right w:val="none" w:sz="0" w:space="0" w:color="auto"/>
              </w:divBdr>
            </w:div>
            <w:div w:id="1532257831">
              <w:marLeft w:val="0"/>
              <w:marRight w:val="0"/>
              <w:marTop w:val="0"/>
              <w:marBottom w:val="0"/>
              <w:divBdr>
                <w:top w:val="none" w:sz="0" w:space="0" w:color="auto"/>
                <w:left w:val="none" w:sz="0" w:space="0" w:color="auto"/>
                <w:bottom w:val="none" w:sz="0" w:space="0" w:color="auto"/>
                <w:right w:val="none" w:sz="0" w:space="0" w:color="auto"/>
              </w:divBdr>
            </w:div>
            <w:div w:id="173612774">
              <w:marLeft w:val="0"/>
              <w:marRight w:val="0"/>
              <w:marTop w:val="0"/>
              <w:marBottom w:val="0"/>
              <w:divBdr>
                <w:top w:val="none" w:sz="0" w:space="0" w:color="auto"/>
                <w:left w:val="none" w:sz="0" w:space="0" w:color="auto"/>
                <w:bottom w:val="none" w:sz="0" w:space="0" w:color="auto"/>
                <w:right w:val="none" w:sz="0" w:space="0" w:color="auto"/>
              </w:divBdr>
            </w:div>
            <w:div w:id="590953">
              <w:marLeft w:val="0"/>
              <w:marRight w:val="0"/>
              <w:marTop w:val="0"/>
              <w:marBottom w:val="0"/>
              <w:divBdr>
                <w:top w:val="none" w:sz="0" w:space="0" w:color="auto"/>
                <w:left w:val="none" w:sz="0" w:space="0" w:color="auto"/>
                <w:bottom w:val="none" w:sz="0" w:space="0" w:color="auto"/>
                <w:right w:val="none" w:sz="0" w:space="0" w:color="auto"/>
              </w:divBdr>
            </w:div>
            <w:div w:id="969287674">
              <w:marLeft w:val="0"/>
              <w:marRight w:val="0"/>
              <w:marTop w:val="0"/>
              <w:marBottom w:val="0"/>
              <w:divBdr>
                <w:top w:val="none" w:sz="0" w:space="0" w:color="auto"/>
                <w:left w:val="none" w:sz="0" w:space="0" w:color="auto"/>
                <w:bottom w:val="none" w:sz="0" w:space="0" w:color="auto"/>
                <w:right w:val="none" w:sz="0" w:space="0" w:color="auto"/>
              </w:divBdr>
            </w:div>
            <w:div w:id="941376347">
              <w:marLeft w:val="0"/>
              <w:marRight w:val="0"/>
              <w:marTop w:val="0"/>
              <w:marBottom w:val="0"/>
              <w:divBdr>
                <w:top w:val="none" w:sz="0" w:space="0" w:color="auto"/>
                <w:left w:val="none" w:sz="0" w:space="0" w:color="auto"/>
                <w:bottom w:val="none" w:sz="0" w:space="0" w:color="auto"/>
                <w:right w:val="none" w:sz="0" w:space="0" w:color="auto"/>
              </w:divBdr>
            </w:div>
            <w:div w:id="109935398">
              <w:marLeft w:val="0"/>
              <w:marRight w:val="0"/>
              <w:marTop w:val="0"/>
              <w:marBottom w:val="0"/>
              <w:divBdr>
                <w:top w:val="none" w:sz="0" w:space="0" w:color="auto"/>
                <w:left w:val="none" w:sz="0" w:space="0" w:color="auto"/>
                <w:bottom w:val="none" w:sz="0" w:space="0" w:color="auto"/>
                <w:right w:val="none" w:sz="0" w:space="0" w:color="auto"/>
              </w:divBdr>
            </w:div>
            <w:div w:id="421604219">
              <w:marLeft w:val="0"/>
              <w:marRight w:val="0"/>
              <w:marTop w:val="0"/>
              <w:marBottom w:val="0"/>
              <w:divBdr>
                <w:top w:val="none" w:sz="0" w:space="0" w:color="auto"/>
                <w:left w:val="none" w:sz="0" w:space="0" w:color="auto"/>
                <w:bottom w:val="none" w:sz="0" w:space="0" w:color="auto"/>
                <w:right w:val="none" w:sz="0" w:space="0" w:color="auto"/>
              </w:divBdr>
            </w:div>
            <w:div w:id="332149702">
              <w:marLeft w:val="0"/>
              <w:marRight w:val="0"/>
              <w:marTop w:val="0"/>
              <w:marBottom w:val="0"/>
              <w:divBdr>
                <w:top w:val="none" w:sz="0" w:space="0" w:color="auto"/>
                <w:left w:val="none" w:sz="0" w:space="0" w:color="auto"/>
                <w:bottom w:val="none" w:sz="0" w:space="0" w:color="auto"/>
                <w:right w:val="none" w:sz="0" w:space="0" w:color="auto"/>
              </w:divBdr>
            </w:div>
            <w:div w:id="1405034421">
              <w:marLeft w:val="0"/>
              <w:marRight w:val="0"/>
              <w:marTop w:val="0"/>
              <w:marBottom w:val="0"/>
              <w:divBdr>
                <w:top w:val="none" w:sz="0" w:space="0" w:color="auto"/>
                <w:left w:val="none" w:sz="0" w:space="0" w:color="auto"/>
                <w:bottom w:val="none" w:sz="0" w:space="0" w:color="auto"/>
                <w:right w:val="none" w:sz="0" w:space="0" w:color="auto"/>
              </w:divBdr>
            </w:div>
            <w:div w:id="1864248699">
              <w:marLeft w:val="0"/>
              <w:marRight w:val="0"/>
              <w:marTop w:val="0"/>
              <w:marBottom w:val="0"/>
              <w:divBdr>
                <w:top w:val="none" w:sz="0" w:space="0" w:color="auto"/>
                <w:left w:val="none" w:sz="0" w:space="0" w:color="auto"/>
                <w:bottom w:val="none" w:sz="0" w:space="0" w:color="auto"/>
                <w:right w:val="none" w:sz="0" w:space="0" w:color="auto"/>
              </w:divBdr>
            </w:div>
            <w:div w:id="1384211982">
              <w:marLeft w:val="0"/>
              <w:marRight w:val="0"/>
              <w:marTop w:val="0"/>
              <w:marBottom w:val="0"/>
              <w:divBdr>
                <w:top w:val="none" w:sz="0" w:space="0" w:color="auto"/>
                <w:left w:val="none" w:sz="0" w:space="0" w:color="auto"/>
                <w:bottom w:val="none" w:sz="0" w:space="0" w:color="auto"/>
                <w:right w:val="none" w:sz="0" w:space="0" w:color="auto"/>
              </w:divBdr>
            </w:div>
            <w:div w:id="1037126918">
              <w:marLeft w:val="0"/>
              <w:marRight w:val="0"/>
              <w:marTop w:val="0"/>
              <w:marBottom w:val="0"/>
              <w:divBdr>
                <w:top w:val="none" w:sz="0" w:space="0" w:color="auto"/>
                <w:left w:val="none" w:sz="0" w:space="0" w:color="auto"/>
                <w:bottom w:val="none" w:sz="0" w:space="0" w:color="auto"/>
                <w:right w:val="none" w:sz="0" w:space="0" w:color="auto"/>
              </w:divBdr>
            </w:div>
            <w:div w:id="280965313">
              <w:marLeft w:val="0"/>
              <w:marRight w:val="0"/>
              <w:marTop w:val="0"/>
              <w:marBottom w:val="0"/>
              <w:divBdr>
                <w:top w:val="none" w:sz="0" w:space="0" w:color="auto"/>
                <w:left w:val="none" w:sz="0" w:space="0" w:color="auto"/>
                <w:bottom w:val="none" w:sz="0" w:space="0" w:color="auto"/>
                <w:right w:val="none" w:sz="0" w:space="0" w:color="auto"/>
              </w:divBdr>
            </w:div>
            <w:div w:id="1678726946">
              <w:marLeft w:val="0"/>
              <w:marRight w:val="0"/>
              <w:marTop w:val="0"/>
              <w:marBottom w:val="0"/>
              <w:divBdr>
                <w:top w:val="none" w:sz="0" w:space="0" w:color="auto"/>
                <w:left w:val="none" w:sz="0" w:space="0" w:color="auto"/>
                <w:bottom w:val="none" w:sz="0" w:space="0" w:color="auto"/>
                <w:right w:val="none" w:sz="0" w:space="0" w:color="auto"/>
              </w:divBdr>
            </w:div>
            <w:div w:id="1719356305">
              <w:marLeft w:val="0"/>
              <w:marRight w:val="0"/>
              <w:marTop w:val="0"/>
              <w:marBottom w:val="0"/>
              <w:divBdr>
                <w:top w:val="none" w:sz="0" w:space="0" w:color="auto"/>
                <w:left w:val="none" w:sz="0" w:space="0" w:color="auto"/>
                <w:bottom w:val="none" w:sz="0" w:space="0" w:color="auto"/>
                <w:right w:val="none" w:sz="0" w:space="0" w:color="auto"/>
              </w:divBdr>
            </w:div>
            <w:div w:id="344985766">
              <w:marLeft w:val="0"/>
              <w:marRight w:val="0"/>
              <w:marTop w:val="0"/>
              <w:marBottom w:val="0"/>
              <w:divBdr>
                <w:top w:val="none" w:sz="0" w:space="0" w:color="auto"/>
                <w:left w:val="none" w:sz="0" w:space="0" w:color="auto"/>
                <w:bottom w:val="none" w:sz="0" w:space="0" w:color="auto"/>
                <w:right w:val="none" w:sz="0" w:space="0" w:color="auto"/>
              </w:divBdr>
            </w:div>
            <w:div w:id="805438744">
              <w:marLeft w:val="0"/>
              <w:marRight w:val="0"/>
              <w:marTop w:val="0"/>
              <w:marBottom w:val="0"/>
              <w:divBdr>
                <w:top w:val="none" w:sz="0" w:space="0" w:color="auto"/>
                <w:left w:val="none" w:sz="0" w:space="0" w:color="auto"/>
                <w:bottom w:val="none" w:sz="0" w:space="0" w:color="auto"/>
                <w:right w:val="none" w:sz="0" w:space="0" w:color="auto"/>
              </w:divBdr>
            </w:div>
            <w:div w:id="1916814478">
              <w:marLeft w:val="0"/>
              <w:marRight w:val="0"/>
              <w:marTop w:val="0"/>
              <w:marBottom w:val="0"/>
              <w:divBdr>
                <w:top w:val="none" w:sz="0" w:space="0" w:color="auto"/>
                <w:left w:val="none" w:sz="0" w:space="0" w:color="auto"/>
                <w:bottom w:val="none" w:sz="0" w:space="0" w:color="auto"/>
                <w:right w:val="none" w:sz="0" w:space="0" w:color="auto"/>
              </w:divBdr>
            </w:div>
            <w:div w:id="216087074">
              <w:marLeft w:val="0"/>
              <w:marRight w:val="0"/>
              <w:marTop w:val="0"/>
              <w:marBottom w:val="0"/>
              <w:divBdr>
                <w:top w:val="none" w:sz="0" w:space="0" w:color="auto"/>
                <w:left w:val="none" w:sz="0" w:space="0" w:color="auto"/>
                <w:bottom w:val="none" w:sz="0" w:space="0" w:color="auto"/>
                <w:right w:val="none" w:sz="0" w:space="0" w:color="auto"/>
              </w:divBdr>
            </w:div>
            <w:div w:id="1253663897">
              <w:marLeft w:val="0"/>
              <w:marRight w:val="0"/>
              <w:marTop w:val="0"/>
              <w:marBottom w:val="0"/>
              <w:divBdr>
                <w:top w:val="none" w:sz="0" w:space="0" w:color="auto"/>
                <w:left w:val="none" w:sz="0" w:space="0" w:color="auto"/>
                <w:bottom w:val="none" w:sz="0" w:space="0" w:color="auto"/>
                <w:right w:val="none" w:sz="0" w:space="0" w:color="auto"/>
              </w:divBdr>
            </w:div>
            <w:div w:id="1536308093">
              <w:marLeft w:val="0"/>
              <w:marRight w:val="0"/>
              <w:marTop w:val="0"/>
              <w:marBottom w:val="0"/>
              <w:divBdr>
                <w:top w:val="none" w:sz="0" w:space="0" w:color="auto"/>
                <w:left w:val="none" w:sz="0" w:space="0" w:color="auto"/>
                <w:bottom w:val="none" w:sz="0" w:space="0" w:color="auto"/>
                <w:right w:val="none" w:sz="0" w:space="0" w:color="auto"/>
              </w:divBdr>
            </w:div>
            <w:div w:id="1739134039">
              <w:marLeft w:val="0"/>
              <w:marRight w:val="0"/>
              <w:marTop w:val="0"/>
              <w:marBottom w:val="0"/>
              <w:divBdr>
                <w:top w:val="none" w:sz="0" w:space="0" w:color="auto"/>
                <w:left w:val="none" w:sz="0" w:space="0" w:color="auto"/>
                <w:bottom w:val="none" w:sz="0" w:space="0" w:color="auto"/>
                <w:right w:val="none" w:sz="0" w:space="0" w:color="auto"/>
              </w:divBdr>
            </w:div>
            <w:div w:id="1845507120">
              <w:marLeft w:val="0"/>
              <w:marRight w:val="0"/>
              <w:marTop w:val="0"/>
              <w:marBottom w:val="0"/>
              <w:divBdr>
                <w:top w:val="none" w:sz="0" w:space="0" w:color="auto"/>
                <w:left w:val="none" w:sz="0" w:space="0" w:color="auto"/>
                <w:bottom w:val="none" w:sz="0" w:space="0" w:color="auto"/>
                <w:right w:val="none" w:sz="0" w:space="0" w:color="auto"/>
              </w:divBdr>
            </w:div>
            <w:div w:id="1051880269">
              <w:marLeft w:val="0"/>
              <w:marRight w:val="0"/>
              <w:marTop w:val="0"/>
              <w:marBottom w:val="0"/>
              <w:divBdr>
                <w:top w:val="none" w:sz="0" w:space="0" w:color="auto"/>
                <w:left w:val="none" w:sz="0" w:space="0" w:color="auto"/>
                <w:bottom w:val="none" w:sz="0" w:space="0" w:color="auto"/>
                <w:right w:val="none" w:sz="0" w:space="0" w:color="auto"/>
              </w:divBdr>
            </w:div>
            <w:div w:id="605968473">
              <w:marLeft w:val="0"/>
              <w:marRight w:val="0"/>
              <w:marTop w:val="0"/>
              <w:marBottom w:val="0"/>
              <w:divBdr>
                <w:top w:val="none" w:sz="0" w:space="0" w:color="auto"/>
                <w:left w:val="none" w:sz="0" w:space="0" w:color="auto"/>
                <w:bottom w:val="none" w:sz="0" w:space="0" w:color="auto"/>
                <w:right w:val="none" w:sz="0" w:space="0" w:color="auto"/>
              </w:divBdr>
            </w:div>
            <w:div w:id="56904383">
              <w:marLeft w:val="0"/>
              <w:marRight w:val="0"/>
              <w:marTop w:val="0"/>
              <w:marBottom w:val="0"/>
              <w:divBdr>
                <w:top w:val="none" w:sz="0" w:space="0" w:color="auto"/>
                <w:left w:val="none" w:sz="0" w:space="0" w:color="auto"/>
                <w:bottom w:val="none" w:sz="0" w:space="0" w:color="auto"/>
                <w:right w:val="none" w:sz="0" w:space="0" w:color="auto"/>
              </w:divBdr>
            </w:div>
            <w:div w:id="821233913">
              <w:marLeft w:val="0"/>
              <w:marRight w:val="0"/>
              <w:marTop w:val="0"/>
              <w:marBottom w:val="0"/>
              <w:divBdr>
                <w:top w:val="none" w:sz="0" w:space="0" w:color="auto"/>
                <w:left w:val="none" w:sz="0" w:space="0" w:color="auto"/>
                <w:bottom w:val="none" w:sz="0" w:space="0" w:color="auto"/>
                <w:right w:val="none" w:sz="0" w:space="0" w:color="auto"/>
              </w:divBdr>
            </w:div>
            <w:div w:id="855729894">
              <w:marLeft w:val="0"/>
              <w:marRight w:val="0"/>
              <w:marTop w:val="0"/>
              <w:marBottom w:val="0"/>
              <w:divBdr>
                <w:top w:val="none" w:sz="0" w:space="0" w:color="auto"/>
                <w:left w:val="none" w:sz="0" w:space="0" w:color="auto"/>
                <w:bottom w:val="none" w:sz="0" w:space="0" w:color="auto"/>
                <w:right w:val="none" w:sz="0" w:space="0" w:color="auto"/>
              </w:divBdr>
            </w:div>
            <w:div w:id="948128047">
              <w:marLeft w:val="0"/>
              <w:marRight w:val="0"/>
              <w:marTop w:val="0"/>
              <w:marBottom w:val="0"/>
              <w:divBdr>
                <w:top w:val="none" w:sz="0" w:space="0" w:color="auto"/>
                <w:left w:val="none" w:sz="0" w:space="0" w:color="auto"/>
                <w:bottom w:val="none" w:sz="0" w:space="0" w:color="auto"/>
                <w:right w:val="none" w:sz="0" w:space="0" w:color="auto"/>
              </w:divBdr>
            </w:div>
            <w:div w:id="905338944">
              <w:marLeft w:val="0"/>
              <w:marRight w:val="0"/>
              <w:marTop w:val="0"/>
              <w:marBottom w:val="0"/>
              <w:divBdr>
                <w:top w:val="none" w:sz="0" w:space="0" w:color="auto"/>
                <w:left w:val="none" w:sz="0" w:space="0" w:color="auto"/>
                <w:bottom w:val="none" w:sz="0" w:space="0" w:color="auto"/>
                <w:right w:val="none" w:sz="0" w:space="0" w:color="auto"/>
              </w:divBdr>
            </w:div>
            <w:div w:id="197475793">
              <w:marLeft w:val="0"/>
              <w:marRight w:val="0"/>
              <w:marTop w:val="0"/>
              <w:marBottom w:val="0"/>
              <w:divBdr>
                <w:top w:val="none" w:sz="0" w:space="0" w:color="auto"/>
                <w:left w:val="none" w:sz="0" w:space="0" w:color="auto"/>
                <w:bottom w:val="none" w:sz="0" w:space="0" w:color="auto"/>
                <w:right w:val="none" w:sz="0" w:space="0" w:color="auto"/>
              </w:divBdr>
            </w:div>
            <w:div w:id="203560095">
              <w:marLeft w:val="0"/>
              <w:marRight w:val="0"/>
              <w:marTop w:val="0"/>
              <w:marBottom w:val="0"/>
              <w:divBdr>
                <w:top w:val="none" w:sz="0" w:space="0" w:color="auto"/>
                <w:left w:val="none" w:sz="0" w:space="0" w:color="auto"/>
                <w:bottom w:val="none" w:sz="0" w:space="0" w:color="auto"/>
                <w:right w:val="none" w:sz="0" w:space="0" w:color="auto"/>
              </w:divBdr>
            </w:div>
            <w:div w:id="377123568">
              <w:marLeft w:val="0"/>
              <w:marRight w:val="0"/>
              <w:marTop w:val="0"/>
              <w:marBottom w:val="0"/>
              <w:divBdr>
                <w:top w:val="none" w:sz="0" w:space="0" w:color="auto"/>
                <w:left w:val="none" w:sz="0" w:space="0" w:color="auto"/>
                <w:bottom w:val="none" w:sz="0" w:space="0" w:color="auto"/>
                <w:right w:val="none" w:sz="0" w:space="0" w:color="auto"/>
              </w:divBdr>
            </w:div>
            <w:div w:id="141238179">
              <w:marLeft w:val="0"/>
              <w:marRight w:val="0"/>
              <w:marTop w:val="0"/>
              <w:marBottom w:val="0"/>
              <w:divBdr>
                <w:top w:val="none" w:sz="0" w:space="0" w:color="auto"/>
                <w:left w:val="none" w:sz="0" w:space="0" w:color="auto"/>
                <w:bottom w:val="none" w:sz="0" w:space="0" w:color="auto"/>
                <w:right w:val="none" w:sz="0" w:space="0" w:color="auto"/>
              </w:divBdr>
            </w:div>
            <w:div w:id="1228951172">
              <w:marLeft w:val="0"/>
              <w:marRight w:val="0"/>
              <w:marTop w:val="0"/>
              <w:marBottom w:val="0"/>
              <w:divBdr>
                <w:top w:val="none" w:sz="0" w:space="0" w:color="auto"/>
                <w:left w:val="none" w:sz="0" w:space="0" w:color="auto"/>
                <w:bottom w:val="none" w:sz="0" w:space="0" w:color="auto"/>
                <w:right w:val="none" w:sz="0" w:space="0" w:color="auto"/>
              </w:divBdr>
            </w:div>
            <w:div w:id="832110606">
              <w:marLeft w:val="0"/>
              <w:marRight w:val="0"/>
              <w:marTop w:val="0"/>
              <w:marBottom w:val="0"/>
              <w:divBdr>
                <w:top w:val="none" w:sz="0" w:space="0" w:color="auto"/>
                <w:left w:val="none" w:sz="0" w:space="0" w:color="auto"/>
                <w:bottom w:val="none" w:sz="0" w:space="0" w:color="auto"/>
                <w:right w:val="none" w:sz="0" w:space="0" w:color="auto"/>
              </w:divBdr>
            </w:div>
            <w:div w:id="595672087">
              <w:marLeft w:val="0"/>
              <w:marRight w:val="0"/>
              <w:marTop w:val="0"/>
              <w:marBottom w:val="0"/>
              <w:divBdr>
                <w:top w:val="none" w:sz="0" w:space="0" w:color="auto"/>
                <w:left w:val="none" w:sz="0" w:space="0" w:color="auto"/>
                <w:bottom w:val="none" w:sz="0" w:space="0" w:color="auto"/>
                <w:right w:val="none" w:sz="0" w:space="0" w:color="auto"/>
              </w:divBdr>
            </w:div>
            <w:div w:id="1547062149">
              <w:marLeft w:val="0"/>
              <w:marRight w:val="0"/>
              <w:marTop w:val="0"/>
              <w:marBottom w:val="0"/>
              <w:divBdr>
                <w:top w:val="none" w:sz="0" w:space="0" w:color="auto"/>
                <w:left w:val="none" w:sz="0" w:space="0" w:color="auto"/>
                <w:bottom w:val="none" w:sz="0" w:space="0" w:color="auto"/>
                <w:right w:val="none" w:sz="0" w:space="0" w:color="auto"/>
              </w:divBdr>
            </w:div>
            <w:div w:id="1507091215">
              <w:marLeft w:val="0"/>
              <w:marRight w:val="0"/>
              <w:marTop w:val="0"/>
              <w:marBottom w:val="0"/>
              <w:divBdr>
                <w:top w:val="none" w:sz="0" w:space="0" w:color="auto"/>
                <w:left w:val="none" w:sz="0" w:space="0" w:color="auto"/>
                <w:bottom w:val="none" w:sz="0" w:space="0" w:color="auto"/>
                <w:right w:val="none" w:sz="0" w:space="0" w:color="auto"/>
              </w:divBdr>
            </w:div>
            <w:div w:id="1508596682">
              <w:marLeft w:val="0"/>
              <w:marRight w:val="0"/>
              <w:marTop w:val="0"/>
              <w:marBottom w:val="0"/>
              <w:divBdr>
                <w:top w:val="none" w:sz="0" w:space="0" w:color="auto"/>
                <w:left w:val="none" w:sz="0" w:space="0" w:color="auto"/>
                <w:bottom w:val="none" w:sz="0" w:space="0" w:color="auto"/>
                <w:right w:val="none" w:sz="0" w:space="0" w:color="auto"/>
              </w:divBdr>
            </w:div>
            <w:div w:id="2102405429">
              <w:marLeft w:val="0"/>
              <w:marRight w:val="0"/>
              <w:marTop w:val="0"/>
              <w:marBottom w:val="0"/>
              <w:divBdr>
                <w:top w:val="none" w:sz="0" w:space="0" w:color="auto"/>
                <w:left w:val="none" w:sz="0" w:space="0" w:color="auto"/>
                <w:bottom w:val="none" w:sz="0" w:space="0" w:color="auto"/>
                <w:right w:val="none" w:sz="0" w:space="0" w:color="auto"/>
              </w:divBdr>
            </w:div>
            <w:div w:id="1722435646">
              <w:marLeft w:val="0"/>
              <w:marRight w:val="0"/>
              <w:marTop w:val="0"/>
              <w:marBottom w:val="0"/>
              <w:divBdr>
                <w:top w:val="none" w:sz="0" w:space="0" w:color="auto"/>
                <w:left w:val="none" w:sz="0" w:space="0" w:color="auto"/>
                <w:bottom w:val="none" w:sz="0" w:space="0" w:color="auto"/>
                <w:right w:val="none" w:sz="0" w:space="0" w:color="auto"/>
              </w:divBdr>
            </w:div>
            <w:div w:id="575170851">
              <w:marLeft w:val="0"/>
              <w:marRight w:val="0"/>
              <w:marTop w:val="0"/>
              <w:marBottom w:val="0"/>
              <w:divBdr>
                <w:top w:val="none" w:sz="0" w:space="0" w:color="auto"/>
                <w:left w:val="none" w:sz="0" w:space="0" w:color="auto"/>
                <w:bottom w:val="none" w:sz="0" w:space="0" w:color="auto"/>
                <w:right w:val="none" w:sz="0" w:space="0" w:color="auto"/>
              </w:divBdr>
            </w:div>
            <w:div w:id="2110807431">
              <w:marLeft w:val="0"/>
              <w:marRight w:val="0"/>
              <w:marTop w:val="0"/>
              <w:marBottom w:val="0"/>
              <w:divBdr>
                <w:top w:val="none" w:sz="0" w:space="0" w:color="auto"/>
                <w:left w:val="none" w:sz="0" w:space="0" w:color="auto"/>
                <w:bottom w:val="none" w:sz="0" w:space="0" w:color="auto"/>
                <w:right w:val="none" w:sz="0" w:space="0" w:color="auto"/>
              </w:divBdr>
            </w:div>
            <w:div w:id="643898116">
              <w:marLeft w:val="0"/>
              <w:marRight w:val="0"/>
              <w:marTop w:val="0"/>
              <w:marBottom w:val="0"/>
              <w:divBdr>
                <w:top w:val="none" w:sz="0" w:space="0" w:color="auto"/>
                <w:left w:val="none" w:sz="0" w:space="0" w:color="auto"/>
                <w:bottom w:val="none" w:sz="0" w:space="0" w:color="auto"/>
                <w:right w:val="none" w:sz="0" w:space="0" w:color="auto"/>
              </w:divBdr>
            </w:div>
            <w:div w:id="2077046422">
              <w:marLeft w:val="0"/>
              <w:marRight w:val="0"/>
              <w:marTop w:val="0"/>
              <w:marBottom w:val="0"/>
              <w:divBdr>
                <w:top w:val="none" w:sz="0" w:space="0" w:color="auto"/>
                <w:left w:val="none" w:sz="0" w:space="0" w:color="auto"/>
                <w:bottom w:val="none" w:sz="0" w:space="0" w:color="auto"/>
                <w:right w:val="none" w:sz="0" w:space="0" w:color="auto"/>
              </w:divBdr>
            </w:div>
            <w:div w:id="660961978">
              <w:marLeft w:val="0"/>
              <w:marRight w:val="0"/>
              <w:marTop w:val="0"/>
              <w:marBottom w:val="0"/>
              <w:divBdr>
                <w:top w:val="none" w:sz="0" w:space="0" w:color="auto"/>
                <w:left w:val="none" w:sz="0" w:space="0" w:color="auto"/>
                <w:bottom w:val="none" w:sz="0" w:space="0" w:color="auto"/>
                <w:right w:val="none" w:sz="0" w:space="0" w:color="auto"/>
              </w:divBdr>
            </w:div>
            <w:div w:id="1381438706">
              <w:marLeft w:val="0"/>
              <w:marRight w:val="0"/>
              <w:marTop w:val="0"/>
              <w:marBottom w:val="0"/>
              <w:divBdr>
                <w:top w:val="none" w:sz="0" w:space="0" w:color="auto"/>
                <w:left w:val="none" w:sz="0" w:space="0" w:color="auto"/>
                <w:bottom w:val="none" w:sz="0" w:space="0" w:color="auto"/>
                <w:right w:val="none" w:sz="0" w:space="0" w:color="auto"/>
              </w:divBdr>
            </w:div>
            <w:div w:id="125468023">
              <w:marLeft w:val="0"/>
              <w:marRight w:val="0"/>
              <w:marTop w:val="0"/>
              <w:marBottom w:val="0"/>
              <w:divBdr>
                <w:top w:val="none" w:sz="0" w:space="0" w:color="auto"/>
                <w:left w:val="none" w:sz="0" w:space="0" w:color="auto"/>
                <w:bottom w:val="none" w:sz="0" w:space="0" w:color="auto"/>
                <w:right w:val="none" w:sz="0" w:space="0" w:color="auto"/>
              </w:divBdr>
            </w:div>
            <w:div w:id="1586500573">
              <w:marLeft w:val="0"/>
              <w:marRight w:val="0"/>
              <w:marTop w:val="0"/>
              <w:marBottom w:val="0"/>
              <w:divBdr>
                <w:top w:val="none" w:sz="0" w:space="0" w:color="auto"/>
                <w:left w:val="none" w:sz="0" w:space="0" w:color="auto"/>
                <w:bottom w:val="none" w:sz="0" w:space="0" w:color="auto"/>
                <w:right w:val="none" w:sz="0" w:space="0" w:color="auto"/>
              </w:divBdr>
            </w:div>
            <w:div w:id="144054926">
              <w:marLeft w:val="0"/>
              <w:marRight w:val="0"/>
              <w:marTop w:val="0"/>
              <w:marBottom w:val="0"/>
              <w:divBdr>
                <w:top w:val="none" w:sz="0" w:space="0" w:color="auto"/>
                <w:left w:val="none" w:sz="0" w:space="0" w:color="auto"/>
                <w:bottom w:val="none" w:sz="0" w:space="0" w:color="auto"/>
                <w:right w:val="none" w:sz="0" w:space="0" w:color="auto"/>
              </w:divBdr>
            </w:div>
            <w:div w:id="1409694675">
              <w:marLeft w:val="0"/>
              <w:marRight w:val="0"/>
              <w:marTop w:val="0"/>
              <w:marBottom w:val="0"/>
              <w:divBdr>
                <w:top w:val="none" w:sz="0" w:space="0" w:color="auto"/>
                <w:left w:val="none" w:sz="0" w:space="0" w:color="auto"/>
                <w:bottom w:val="none" w:sz="0" w:space="0" w:color="auto"/>
                <w:right w:val="none" w:sz="0" w:space="0" w:color="auto"/>
              </w:divBdr>
            </w:div>
            <w:div w:id="369453531">
              <w:marLeft w:val="0"/>
              <w:marRight w:val="0"/>
              <w:marTop w:val="0"/>
              <w:marBottom w:val="0"/>
              <w:divBdr>
                <w:top w:val="none" w:sz="0" w:space="0" w:color="auto"/>
                <w:left w:val="none" w:sz="0" w:space="0" w:color="auto"/>
                <w:bottom w:val="none" w:sz="0" w:space="0" w:color="auto"/>
                <w:right w:val="none" w:sz="0" w:space="0" w:color="auto"/>
              </w:divBdr>
            </w:div>
            <w:div w:id="558710998">
              <w:marLeft w:val="0"/>
              <w:marRight w:val="0"/>
              <w:marTop w:val="0"/>
              <w:marBottom w:val="0"/>
              <w:divBdr>
                <w:top w:val="none" w:sz="0" w:space="0" w:color="auto"/>
                <w:left w:val="none" w:sz="0" w:space="0" w:color="auto"/>
                <w:bottom w:val="none" w:sz="0" w:space="0" w:color="auto"/>
                <w:right w:val="none" w:sz="0" w:space="0" w:color="auto"/>
              </w:divBdr>
            </w:div>
            <w:div w:id="1682585984">
              <w:marLeft w:val="0"/>
              <w:marRight w:val="0"/>
              <w:marTop w:val="0"/>
              <w:marBottom w:val="0"/>
              <w:divBdr>
                <w:top w:val="none" w:sz="0" w:space="0" w:color="auto"/>
                <w:left w:val="none" w:sz="0" w:space="0" w:color="auto"/>
                <w:bottom w:val="none" w:sz="0" w:space="0" w:color="auto"/>
                <w:right w:val="none" w:sz="0" w:space="0" w:color="auto"/>
              </w:divBdr>
            </w:div>
            <w:div w:id="239294915">
              <w:marLeft w:val="0"/>
              <w:marRight w:val="0"/>
              <w:marTop w:val="0"/>
              <w:marBottom w:val="0"/>
              <w:divBdr>
                <w:top w:val="none" w:sz="0" w:space="0" w:color="auto"/>
                <w:left w:val="none" w:sz="0" w:space="0" w:color="auto"/>
                <w:bottom w:val="none" w:sz="0" w:space="0" w:color="auto"/>
                <w:right w:val="none" w:sz="0" w:space="0" w:color="auto"/>
              </w:divBdr>
            </w:div>
            <w:div w:id="1116026625">
              <w:marLeft w:val="0"/>
              <w:marRight w:val="0"/>
              <w:marTop w:val="0"/>
              <w:marBottom w:val="0"/>
              <w:divBdr>
                <w:top w:val="none" w:sz="0" w:space="0" w:color="auto"/>
                <w:left w:val="none" w:sz="0" w:space="0" w:color="auto"/>
                <w:bottom w:val="none" w:sz="0" w:space="0" w:color="auto"/>
                <w:right w:val="none" w:sz="0" w:space="0" w:color="auto"/>
              </w:divBdr>
            </w:div>
            <w:div w:id="1116170559">
              <w:marLeft w:val="0"/>
              <w:marRight w:val="0"/>
              <w:marTop w:val="0"/>
              <w:marBottom w:val="0"/>
              <w:divBdr>
                <w:top w:val="none" w:sz="0" w:space="0" w:color="auto"/>
                <w:left w:val="none" w:sz="0" w:space="0" w:color="auto"/>
                <w:bottom w:val="none" w:sz="0" w:space="0" w:color="auto"/>
                <w:right w:val="none" w:sz="0" w:space="0" w:color="auto"/>
              </w:divBdr>
            </w:div>
            <w:div w:id="932738411">
              <w:marLeft w:val="0"/>
              <w:marRight w:val="0"/>
              <w:marTop w:val="0"/>
              <w:marBottom w:val="0"/>
              <w:divBdr>
                <w:top w:val="none" w:sz="0" w:space="0" w:color="auto"/>
                <w:left w:val="none" w:sz="0" w:space="0" w:color="auto"/>
                <w:bottom w:val="none" w:sz="0" w:space="0" w:color="auto"/>
                <w:right w:val="none" w:sz="0" w:space="0" w:color="auto"/>
              </w:divBdr>
            </w:div>
            <w:div w:id="655038646">
              <w:marLeft w:val="0"/>
              <w:marRight w:val="0"/>
              <w:marTop w:val="0"/>
              <w:marBottom w:val="0"/>
              <w:divBdr>
                <w:top w:val="none" w:sz="0" w:space="0" w:color="auto"/>
                <w:left w:val="none" w:sz="0" w:space="0" w:color="auto"/>
                <w:bottom w:val="none" w:sz="0" w:space="0" w:color="auto"/>
                <w:right w:val="none" w:sz="0" w:space="0" w:color="auto"/>
              </w:divBdr>
            </w:div>
            <w:div w:id="269702863">
              <w:marLeft w:val="0"/>
              <w:marRight w:val="0"/>
              <w:marTop w:val="0"/>
              <w:marBottom w:val="0"/>
              <w:divBdr>
                <w:top w:val="none" w:sz="0" w:space="0" w:color="auto"/>
                <w:left w:val="none" w:sz="0" w:space="0" w:color="auto"/>
                <w:bottom w:val="none" w:sz="0" w:space="0" w:color="auto"/>
                <w:right w:val="none" w:sz="0" w:space="0" w:color="auto"/>
              </w:divBdr>
            </w:div>
            <w:div w:id="1585457158">
              <w:marLeft w:val="0"/>
              <w:marRight w:val="0"/>
              <w:marTop w:val="0"/>
              <w:marBottom w:val="0"/>
              <w:divBdr>
                <w:top w:val="none" w:sz="0" w:space="0" w:color="auto"/>
                <w:left w:val="none" w:sz="0" w:space="0" w:color="auto"/>
                <w:bottom w:val="none" w:sz="0" w:space="0" w:color="auto"/>
                <w:right w:val="none" w:sz="0" w:space="0" w:color="auto"/>
              </w:divBdr>
            </w:div>
            <w:div w:id="1969822942">
              <w:marLeft w:val="0"/>
              <w:marRight w:val="0"/>
              <w:marTop w:val="0"/>
              <w:marBottom w:val="0"/>
              <w:divBdr>
                <w:top w:val="none" w:sz="0" w:space="0" w:color="auto"/>
                <w:left w:val="none" w:sz="0" w:space="0" w:color="auto"/>
                <w:bottom w:val="none" w:sz="0" w:space="0" w:color="auto"/>
                <w:right w:val="none" w:sz="0" w:space="0" w:color="auto"/>
              </w:divBdr>
            </w:div>
            <w:div w:id="98764945">
              <w:marLeft w:val="0"/>
              <w:marRight w:val="0"/>
              <w:marTop w:val="0"/>
              <w:marBottom w:val="0"/>
              <w:divBdr>
                <w:top w:val="none" w:sz="0" w:space="0" w:color="auto"/>
                <w:left w:val="none" w:sz="0" w:space="0" w:color="auto"/>
                <w:bottom w:val="none" w:sz="0" w:space="0" w:color="auto"/>
                <w:right w:val="none" w:sz="0" w:space="0" w:color="auto"/>
              </w:divBdr>
            </w:div>
            <w:div w:id="1075325581">
              <w:marLeft w:val="0"/>
              <w:marRight w:val="0"/>
              <w:marTop w:val="0"/>
              <w:marBottom w:val="0"/>
              <w:divBdr>
                <w:top w:val="none" w:sz="0" w:space="0" w:color="auto"/>
                <w:left w:val="none" w:sz="0" w:space="0" w:color="auto"/>
                <w:bottom w:val="none" w:sz="0" w:space="0" w:color="auto"/>
                <w:right w:val="none" w:sz="0" w:space="0" w:color="auto"/>
              </w:divBdr>
            </w:div>
            <w:div w:id="96562430">
              <w:marLeft w:val="0"/>
              <w:marRight w:val="0"/>
              <w:marTop w:val="0"/>
              <w:marBottom w:val="0"/>
              <w:divBdr>
                <w:top w:val="none" w:sz="0" w:space="0" w:color="auto"/>
                <w:left w:val="none" w:sz="0" w:space="0" w:color="auto"/>
                <w:bottom w:val="none" w:sz="0" w:space="0" w:color="auto"/>
                <w:right w:val="none" w:sz="0" w:space="0" w:color="auto"/>
              </w:divBdr>
            </w:div>
            <w:div w:id="1826555001">
              <w:marLeft w:val="0"/>
              <w:marRight w:val="0"/>
              <w:marTop w:val="0"/>
              <w:marBottom w:val="0"/>
              <w:divBdr>
                <w:top w:val="none" w:sz="0" w:space="0" w:color="auto"/>
                <w:left w:val="none" w:sz="0" w:space="0" w:color="auto"/>
                <w:bottom w:val="none" w:sz="0" w:space="0" w:color="auto"/>
                <w:right w:val="none" w:sz="0" w:space="0" w:color="auto"/>
              </w:divBdr>
            </w:div>
            <w:div w:id="315107901">
              <w:marLeft w:val="0"/>
              <w:marRight w:val="0"/>
              <w:marTop w:val="0"/>
              <w:marBottom w:val="0"/>
              <w:divBdr>
                <w:top w:val="none" w:sz="0" w:space="0" w:color="auto"/>
                <w:left w:val="none" w:sz="0" w:space="0" w:color="auto"/>
                <w:bottom w:val="none" w:sz="0" w:space="0" w:color="auto"/>
                <w:right w:val="none" w:sz="0" w:space="0" w:color="auto"/>
              </w:divBdr>
            </w:div>
            <w:div w:id="213927286">
              <w:marLeft w:val="0"/>
              <w:marRight w:val="0"/>
              <w:marTop w:val="0"/>
              <w:marBottom w:val="0"/>
              <w:divBdr>
                <w:top w:val="none" w:sz="0" w:space="0" w:color="auto"/>
                <w:left w:val="none" w:sz="0" w:space="0" w:color="auto"/>
                <w:bottom w:val="none" w:sz="0" w:space="0" w:color="auto"/>
                <w:right w:val="none" w:sz="0" w:space="0" w:color="auto"/>
              </w:divBdr>
            </w:div>
            <w:div w:id="1450049904">
              <w:marLeft w:val="0"/>
              <w:marRight w:val="0"/>
              <w:marTop w:val="0"/>
              <w:marBottom w:val="0"/>
              <w:divBdr>
                <w:top w:val="none" w:sz="0" w:space="0" w:color="auto"/>
                <w:left w:val="none" w:sz="0" w:space="0" w:color="auto"/>
                <w:bottom w:val="none" w:sz="0" w:space="0" w:color="auto"/>
                <w:right w:val="none" w:sz="0" w:space="0" w:color="auto"/>
              </w:divBdr>
            </w:div>
            <w:div w:id="946275270">
              <w:marLeft w:val="0"/>
              <w:marRight w:val="0"/>
              <w:marTop w:val="0"/>
              <w:marBottom w:val="0"/>
              <w:divBdr>
                <w:top w:val="none" w:sz="0" w:space="0" w:color="auto"/>
                <w:left w:val="none" w:sz="0" w:space="0" w:color="auto"/>
                <w:bottom w:val="none" w:sz="0" w:space="0" w:color="auto"/>
                <w:right w:val="none" w:sz="0" w:space="0" w:color="auto"/>
              </w:divBdr>
            </w:div>
            <w:div w:id="1022317079">
              <w:marLeft w:val="0"/>
              <w:marRight w:val="0"/>
              <w:marTop w:val="0"/>
              <w:marBottom w:val="0"/>
              <w:divBdr>
                <w:top w:val="none" w:sz="0" w:space="0" w:color="auto"/>
                <w:left w:val="none" w:sz="0" w:space="0" w:color="auto"/>
                <w:bottom w:val="none" w:sz="0" w:space="0" w:color="auto"/>
                <w:right w:val="none" w:sz="0" w:space="0" w:color="auto"/>
              </w:divBdr>
            </w:div>
            <w:div w:id="1291864772">
              <w:marLeft w:val="0"/>
              <w:marRight w:val="0"/>
              <w:marTop w:val="0"/>
              <w:marBottom w:val="0"/>
              <w:divBdr>
                <w:top w:val="none" w:sz="0" w:space="0" w:color="auto"/>
                <w:left w:val="none" w:sz="0" w:space="0" w:color="auto"/>
                <w:bottom w:val="none" w:sz="0" w:space="0" w:color="auto"/>
                <w:right w:val="none" w:sz="0" w:space="0" w:color="auto"/>
              </w:divBdr>
            </w:div>
            <w:div w:id="1758596219">
              <w:marLeft w:val="0"/>
              <w:marRight w:val="0"/>
              <w:marTop w:val="0"/>
              <w:marBottom w:val="0"/>
              <w:divBdr>
                <w:top w:val="none" w:sz="0" w:space="0" w:color="auto"/>
                <w:left w:val="none" w:sz="0" w:space="0" w:color="auto"/>
                <w:bottom w:val="none" w:sz="0" w:space="0" w:color="auto"/>
                <w:right w:val="none" w:sz="0" w:space="0" w:color="auto"/>
              </w:divBdr>
            </w:div>
            <w:div w:id="1545943486">
              <w:marLeft w:val="0"/>
              <w:marRight w:val="0"/>
              <w:marTop w:val="0"/>
              <w:marBottom w:val="0"/>
              <w:divBdr>
                <w:top w:val="none" w:sz="0" w:space="0" w:color="auto"/>
                <w:left w:val="none" w:sz="0" w:space="0" w:color="auto"/>
                <w:bottom w:val="none" w:sz="0" w:space="0" w:color="auto"/>
                <w:right w:val="none" w:sz="0" w:space="0" w:color="auto"/>
              </w:divBdr>
            </w:div>
            <w:div w:id="1091122368">
              <w:marLeft w:val="0"/>
              <w:marRight w:val="0"/>
              <w:marTop w:val="0"/>
              <w:marBottom w:val="0"/>
              <w:divBdr>
                <w:top w:val="none" w:sz="0" w:space="0" w:color="auto"/>
                <w:left w:val="none" w:sz="0" w:space="0" w:color="auto"/>
                <w:bottom w:val="none" w:sz="0" w:space="0" w:color="auto"/>
                <w:right w:val="none" w:sz="0" w:space="0" w:color="auto"/>
              </w:divBdr>
            </w:div>
            <w:div w:id="827482194">
              <w:marLeft w:val="0"/>
              <w:marRight w:val="0"/>
              <w:marTop w:val="0"/>
              <w:marBottom w:val="0"/>
              <w:divBdr>
                <w:top w:val="none" w:sz="0" w:space="0" w:color="auto"/>
                <w:left w:val="none" w:sz="0" w:space="0" w:color="auto"/>
                <w:bottom w:val="none" w:sz="0" w:space="0" w:color="auto"/>
                <w:right w:val="none" w:sz="0" w:space="0" w:color="auto"/>
              </w:divBdr>
            </w:div>
            <w:div w:id="1274167665">
              <w:marLeft w:val="0"/>
              <w:marRight w:val="0"/>
              <w:marTop w:val="0"/>
              <w:marBottom w:val="0"/>
              <w:divBdr>
                <w:top w:val="none" w:sz="0" w:space="0" w:color="auto"/>
                <w:left w:val="none" w:sz="0" w:space="0" w:color="auto"/>
                <w:bottom w:val="none" w:sz="0" w:space="0" w:color="auto"/>
                <w:right w:val="none" w:sz="0" w:space="0" w:color="auto"/>
              </w:divBdr>
            </w:div>
            <w:div w:id="853106868">
              <w:marLeft w:val="0"/>
              <w:marRight w:val="0"/>
              <w:marTop w:val="0"/>
              <w:marBottom w:val="0"/>
              <w:divBdr>
                <w:top w:val="none" w:sz="0" w:space="0" w:color="auto"/>
                <w:left w:val="none" w:sz="0" w:space="0" w:color="auto"/>
                <w:bottom w:val="none" w:sz="0" w:space="0" w:color="auto"/>
                <w:right w:val="none" w:sz="0" w:space="0" w:color="auto"/>
              </w:divBdr>
            </w:div>
            <w:div w:id="2045641094">
              <w:marLeft w:val="0"/>
              <w:marRight w:val="0"/>
              <w:marTop w:val="0"/>
              <w:marBottom w:val="0"/>
              <w:divBdr>
                <w:top w:val="none" w:sz="0" w:space="0" w:color="auto"/>
                <w:left w:val="none" w:sz="0" w:space="0" w:color="auto"/>
                <w:bottom w:val="none" w:sz="0" w:space="0" w:color="auto"/>
                <w:right w:val="none" w:sz="0" w:space="0" w:color="auto"/>
              </w:divBdr>
            </w:div>
            <w:div w:id="65303937">
              <w:marLeft w:val="0"/>
              <w:marRight w:val="0"/>
              <w:marTop w:val="0"/>
              <w:marBottom w:val="0"/>
              <w:divBdr>
                <w:top w:val="none" w:sz="0" w:space="0" w:color="auto"/>
                <w:left w:val="none" w:sz="0" w:space="0" w:color="auto"/>
                <w:bottom w:val="none" w:sz="0" w:space="0" w:color="auto"/>
                <w:right w:val="none" w:sz="0" w:space="0" w:color="auto"/>
              </w:divBdr>
            </w:div>
            <w:div w:id="25108803">
              <w:marLeft w:val="0"/>
              <w:marRight w:val="0"/>
              <w:marTop w:val="0"/>
              <w:marBottom w:val="0"/>
              <w:divBdr>
                <w:top w:val="none" w:sz="0" w:space="0" w:color="auto"/>
                <w:left w:val="none" w:sz="0" w:space="0" w:color="auto"/>
                <w:bottom w:val="none" w:sz="0" w:space="0" w:color="auto"/>
                <w:right w:val="none" w:sz="0" w:space="0" w:color="auto"/>
              </w:divBdr>
            </w:div>
            <w:div w:id="678582429">
              <w:marLeft w:val="0"/>
              <w:marRight w:val="0"/>
              <w:marTop w:val="0"/>
              <w:marBottom w:val="0"/>
              <w:divBdr>
                <w:top w:val="none" w:sz="0" w:space="0" w:color="auto"/>
                <w:left w:val="none" w:sz="0" w:space="0" w:color="auto"/>
                <w:bottom w:val="none" w:sz="0" w:space="0" w:color="auto"/>
                <w:right w:val="none" w:sz="0" w:space="0" w:color="auto"/>
              </w:divBdr>
            </w:div>
            <w:div w:id="465709305">
              <w:marLeft w:val="0"/>
              <w:marRight w:val="0"/>
              <w:marTop w:val="0"/>
              <w:marBottom w:val="0"/>
              <w:divBdr>
                <w:top w:val="none" w:sz="0" w:space="0" w:color="auto"/>
                <w:left w:val="none" w:sz="0" w:space="0" w:color="auto"/>
                <w:bottom w:val="none" w:sz="0" w:space="0" w:color="auto"/>
                <w:right w:val="none" w:sz="0" w:space="0" w:color="auto"/>
              </w:divBdr>
            </w:div>
            <w:div w:id="1825000570">
              <w:marLeft w:val="0"/>
              <w:marRight w:val="0"/>
              <w:marTop w:val="0"/>
              <w:marBottom w:val="0"/>
              <w:divBdr>
                <w:top w:val="none" w:sz="0" w:space="0" w:color="auto"/>
                <w:left w:val="none" w:sz="0" w:space="0" w:color="auto"/>
                <w:bottom w:val="none" w:sz="0" w:space="0" w:color="auto"/>
                <w:right w:val="none" w:sz="0" w:space="0" w:color="auto"/>
              </w:divBdr>
            </w:div>
            <w:div w:id="261108229">
              <w:marLeft w:val="0"/>
              <w:marRight w:val="0"/>
              <w:marTop w:val="0"/>
              <w:marBottom w:val="0"/>
              <w:divBdr>
                <w:top w:val="none" w:sz="0" w:space="0" w:color="auto"/>
                <w:left w:val="none" w:sz="0" w:space="0" w:color="auto"/>
                <w:bottom w:val="none" w:sz="0" w:space="0" w:color="auto"/>
                <w:right w:val="none" w:sz="0" w:space="0" w:color="auto"/>
              </w:divBdr>
            </w:div>
            <w:div w:id="2008970990">
              <w:marLeft w:val="0"/>
              <w:marRight w:val="0"/>
              <w:marTop w:val="0"/>
              <w:marBottom w:val="0"/>
              <w:divBdr>
                <w:top w:val="none" w:sz="0" w:space="0" w:color="auto"/>
                <w:left w:val="none" w:sz="0" w:space="0" w:color="auto"/>
                <w:bottom w:val="none" w:sz="0" w:space="0" w:color="auto"/>
                <w:right w:val="none" w:sz="0" w:space="0" w:color="auto"/>
              </w:divBdr>
            </w:div>
            <w:div w:id="1183935788">
              <w:marLeft w:val="0"/>
              <w:marRight w:val="0"/>
              <w:marTop w:val="0"/>
              <w:marBottom w:val="0"/>
              <w:divBdr>
                <w:top w:val="none" w:sz="0" w:space="0" w:color="auto"/>
                <w:left w:val="none" w:sz="0" w:space="0" w:color="auto"/>
                <w:bottom w:val="none" w:sz="0" w:space="0" w:color="auto"/>
                <w:right w:val="none" w:sz="0" w:space="0" w:color="auto"/>
              </w:divBdr>
            </w:div>
            <w:div w:id="1382754317">
              <w:marLeft w:val="0"/>
              <w:marRight w:val="0"/>
              <w:marTop w:val="0"/>
              <w:marBottom w:val="0"/>
              <w:divBdr>
                <w:top w:val="none" w:sz="0" w:space="0" w:color="auto"/>
                <w:left w:val="none" w:sz="0" w:space="0" w:color="auto"/>
                <w:bottom w:val="none" w:sz="0" w:space="0" w:color="auto"/>
                <w:right w:val="none" w:sz="0" w:space="0" w:color="auto"/>
              </w:divBdr>
            </w:div>
            <w:div w:id="2092389604">
              <w:marLeft w:val="0"/>
              <w:marRight w:val="0"/>
              <w:marTop w:val="0"/>
              <w:marBottom w:val="0"/>
              <w:divBdr>
                <w:top w:val="none" w:sz="0" w:space="0" w:color="auto"/>
                <w:left w:val="none" w:sz="0" w:space="0" w:color="auto"/>
                <w:bottom w:val="none" w:sz="0" w:space="0" w:color="auto"/>
                <w:right w:val="none" w:sz="0" w:space="0" w:color="auto"/>
              </w:divBdr>
            </w:div>
            <w:div w:id="1276256182">
              <w:marLeft w:val="0"/>
              <w:marRight w:val="0"/>
              <w:marTop w:val="0"/>
              <w:marBottom w:val="0"/>
              <w:divBdr>
                <w:top w:val="none" w:sz="0" w:space="0" w:color="auto"/>
                <w:left w:val="none" w:sz="0" w:space="0" w:color="auto"/>
                <w:bottom w:val="none" w:sz="0" w:space="0" w:color="auto"/>
                <w:right w:val="none" w:sz="0" w:space="0" w:color="auto"/>
              </w:divBdr>
            </w:div>
            <w:div w:id="378019423">
              <w:marLeft w:val="0"/>
              <w:marRight w:val="0"/>
              <w:marTop w:val="0"/>
              <w:marBottom w:val="0"/>
              <w:divBdr>
                <w:top w:val="none" w:sz="0" w:space="0" w:color="auto"/>
                <w:left w:val="none" w:sz="0" w:space="0" w:color="auto"/>
                <w:bottom w:val="none" w:sz="0" w:space="0" w:color="auto"/>
                <w:right w:val="none" w:sz="0" w:space="0" w:color="auto"/>
              </w:divBdr>
            </w:div>
            <w:div w:id="998537593">
              <w:marLeft w:val="0"/>
              <w:marRight w:val="0"/>
              <w:marTop w:val="0"/>
              <w:marBottom w:val="0"/>
              <w:divBdr>
                <w:top w:val="none" w:sz="0" w:space="0" w:color="auto"/>
                <w:left w:val="none" w:sz="0" w:space="0" w:color="auto"/>
                <w:bottom w:val="none" w:sz="0" w:space="0" w:color="auto"/>
                <w:right w:val="none" w:sz="0" w:space="0" w:color="auto"/>
              </w:divBdr>
            </w:div>
            <w:div w:id="1166286912">
              <w:marLeft w:val="0"/>
              <w:marRight w:val="0"/>
              <w:marTop w:val="0"/>
              <w:marBottom w:val="0"/>
              <w:divBdr>
                <w:top w:val="none" w:sz="0" w:space="0" w:color="auto"/>
                <w:left w:val="none" w:sz="0" w:space="0" w:color="auto"/>
                <w:bottom w:val="none" w:sz="0" w:space="0" w:color="auto"/>
                <w:right w:val="none" w:sz="0" w:space="0" w:color="auto"/>
              </w:divBdr>
            </w:div>
            <w:div w:id="1381973694">
              <w:marLeft w:val="0"/>
              <w:marRight w:val="0"/>
              <w:marTop w:val="0"/>
              <w:marBottom w:val="0"/>
              <w:divBdr>
                <w:top w:val="none" w:sz="0" w:space="0" w:color="auto"/>
                <w:left w:val="none" w:sz="0" w:space="0" w:color="auto"/>
                <w:bottom w:val="none" w:sz="0" w:space="0" w:color="auto"/>
                <w:right w:val="none" w:sz="0" w:space="0" w:color="auto"/>
              </w:divBdr>
            </w:div>
            <w:div w:id="667251799">
              <w:marLeft w:val="0"/>
              <w:marRight w:val="0"/>
              <w:marTop w:val="0"/>
              <w:marBottom w:val="0"/>
              <w:divBdr>
                <w:top w:val="none" w:sz="0" w:space="0" w:color="auto"/>
                <w:left w:val="none" w:sz="0" w:space="0" w:color="auto"/>
                <w:bottom w:val="none" w:sz="0" w:space="0" w:color="auto"/>
                <w:right w:val="none" w:sz="0" w:space="0" w:color="auto"/>
              </w:divBdr>
            </w:div>
            <w:div w:id="1422339437">
              <w:marLeft w:val="0"/>
              <w:marRight w:val="0"/>
              <w:marTop w:val="0"/>
              <w:marBottom w:val="0"/>
              <w:divBdr>
                <w:top w:val="none" w:sz="0" w:space="0" w:color="auto"/>
                <w:left w:val="none" w:sz="0" w:space="0" w:color="auto"/>
                <w:bottom w:val="none" w:sz="0" w:space="0" w:color="auto"/>
                <w:right w:val="none" w:sz="0" w:space="0" w:color="auto"/>
              </w:divBdr>
            </w:div>
            <w:div w:id="1088770446">
              <w:marLeft w:val="0"/>
              <w:marRight w:val="0"/>
              <w:marTop w:val="0"/>
              <w:marBottom w:val="0"/>
              <w:divBdr>
                <w:top w:val="none" w:sz="0" w:space="0" w:color="auto"/>
                <w:left w:val="none" w:sz="0" w:space="0" w:color="auto"/>
                <w:bottom w:val="none" w:sz="0" w:space="0" w:color="auto"/>
                <w:right w:val="none" w:sz="0" w:space="0" w:color="auto"/>
              </w:divBdr>
            </w:div>
            <w:div w:id="1345475732">
              <w:marLeft w:val="0"/>
              <w:marRight w:val="0"/>
              <w:marTop w:val="0"/>
              <w:marBottom w:val="0"/>
              <w:divBdr>
                <w:top w:val="none" w:sz="0" w:space="0" w:color="auto"/>
                <w:left w:val="none" w:sz="0" w:space="0" w:color="auto"/>
                <w:bottom w:val="none" w:sz="0" w:space="0" w:color="auto"/>
                <w:right w:val="none" w:sz="0" w:space="0" w:color="auto"/>
              </w:divBdr>
            </w:div>
            <w:div w:id="1108309008">
              <w:marLeft w:val="0"/>
              <w:marRight w:val="0"/>
              <w:marTop w:val="0"/>
              <w:marBottom w:val="0"/>
              <w:divBdr>
                <w:top w:val="none" w:sz="0" w:space="0" w:color="auto"/>
                <w:left w:val="none" w:sz="0" w:space="0" w:color="auto"/>
                <w:bottom w:val="none" w:sz="0" w:space="0" w:color="auto"/>
                <w:right w:val="none" w:sz="0" w:space="0" w:color="auto"/>
              </w:divBdr>
            </w:div>
            <w:div w:id="752897346">
              <w:marLeft w:val="0"/>
              <w:marRight w:val="0"/>
              <w:marTop w:val="0"/>
              <w:marBottom w:val="0"/>
              <w:divBdr>
                <w:top w:val="none" w:sz="0" w:space="0" w:color="auto"/>
                <w:left w:val="none" w:sz="0" w:space="0" w:color="auto"/>
                <w:bottom w:val="none" w:sz="0" w:space="0" w:color="auto"/>
                <w:right w:val="none" w:sz="0" w:space="0" w:color="auto"/>
              </w:divBdr>
            </w:div>
            <w:div w:id="68575539">
              <w:marLeft w:val="0"/>
              <w:marRight w:val="0"/>
              <w:marTop w:val="0"/>
              <w:marBottom w:val="0"/>
              <w:divBdr>
                <w:top w:val="none" w:sz="0" w:space="0" w:color="auto"/>
                <w:left w:val="none" w:sz="0" w:space="0" w:color="auto"/>
                <w:bottom w:val="none" w:sz="0" w:space="0" w:color="auto"/>
                <w:right w:val="none" w:sz="0" w:space="0" w:color="auto"/>
              </w:divBdr>
            </w:div>
            <w:div w:id="144275077">
              <w:marLeft w:val="0"/>
              <w:marRight w:val="0"/>
              <w:marTop w:val="0"/>
              <w:marBottom w:val="0"/>
              <w:divBdr>
                <w:top w:val="none" w:sz="0" w:space="0" w:color="auto"/>
                <w:left w:val="none" w:sz="0" w:space="0" w:color="auto"/>
                <w:bottom w:val="none" w:sz="0" w:space="0" w:color="auto"/>
                <w:right w:val="none" w:sz="0" w:space="0" w:color="auto"/>
              </w:divBdr>
            </w:div>
            <w:div w:id="1950038855">
              <w:marLeft w:val="0"/>
              <w:marRight w:val="0"/>
              <w:marTop w:val="0"/>
              <w:marBottom w:val="0"/>
              <w:divBdr>
                <w:top w:val="none" w:sz="0" w:space="0" w:color="auto"/>
                <w:left w:val="none" w:sz="0" w:space="0" w:color="auto"/>
                <w:bottom w:val="none" w:sz="0" w:space="0" w:color="auto"/>
                <w:right w:val="none" w:sz="0" w:space="0" w:color="auto"/>
              </w:divBdr>
            </w:div>
            <w:div w:id="692195556">
              <w:marLeft w:val="0"/>
              <w:marRight w:val="0"/>
              <w:marTop w:val="0"/>
              <w:marBottom w:val="0"/>
              <w:divBdr>
                <w:top w:val="none" w:sz="0" w:space="0" w:color="auto"/>
                <w:left w:val="none" w:sz="0" w:space="0" w:color="auto"/>
                <w:bottom w:val="none" w:sz="0" w:space="0" w:color="auto"/>
                <w:right w:val="none" w:sz="0" w:space="0" w:color="auto"/>
              </w:divBdr>
            </w:div>
            <w:div w:id="311058410">
              <w:marLeft w:val="0"/>
              <w:marRight w:val="0"/>
              <w:marTop w:val="0"/>
              <w:marBottom w:val="0"/>
              <w:divBdr>
                <w:top w:val="none" w:sz="0" w:space="0" w:color="auto"/>
                <w:left w:val="none" w:sz="0" w:space="0" w:color="auto"/>
                <w:bottom w:val="none" w:sz="0" w:space="0" w:color="auto"/>
                <w:right w:val="none" w:sz="0" w:space="0" w:color="auto"/>
              </w:divBdr>
            </w:div>
            <w:div w:id="1121610142">
              <w:marLeft w:val="0"/>
              <w:marRight w:val="0"/>
              <w:marTop w:val="0"/>
              <w:marBottom w:val="0"/>
              <w:divBdr>
                <w:top w:val="none" w:sz="0" w:space="0" w:color="auto"/>
                <w:left w:val="none" w:sz="0" w:space="0" w:color="auto"/>
                <w:bottom w:val="none" w:sz="0" w:space="0" w:color="auto"/>
                <w:right w:val="none" w:sz="0" w:space="0" w:color="auto"/>
              </w:divBdr>
            </w:div>
            <w:div w:id="96294611">
              <w:marLeft w:val="0"/>
              <w:marRight w:val="0"/>
              <w:marTop w:val="0"/>
              <w:marBottom w:val="0"/>
              <w:divBdr>
                <w:top w:val="none" w:sz="0" w:space="0" w:color="auto"/>
                <w:left w:val="none" w:sz="0" w:space="0" w:color="auto"/>
                <w:bottom w:val="none" w:sz="0" w:space="0" w:color="auto"/>
                <w:right w:val="none" w:sz="0" w:space="0" w:color="auto"/>
              </w:divBdr>
            </w:div>
            <w:div w:id="207693365">
              <w:marLeft w:val="0"/>
              <w:marRight w:val="0"/>
              <w:marTop w:val="0"/>
              <w:marBottom w:val="0"/>
              <w:divBdr>
                <w:top w:val="none" w:sz="0" w:space="0" w:color="auto"/>
                <w:left w:val="none" w:sz="0" w:space="0" w:color="auto"/>
                <w:bottom w:val="none" w:sz="0" w:space="0" w:color="auto"/>
                <w:right w:val="none" w:sz="0" w:space="0" w:color="auto"/>
              </w:divBdr>
            </w:div>
            <w:div w:id="1652521937">
              <w:marLeft w:val="0"/>
              <w:marRight w:val="0"/>
              <w:marTop w:val="0"/>
              <w:marBottom w:val="0"/>
              <w:divBdr>
                <w:top w:val="none" w:sz="0" w:space="0" w:color="auto"/>
                <w:left w:val="none" w:sz="0" w:space="0" w:color="auto"/>
                <w:bottom w:val="none" w:sz="0" w:space="0" w:color="auto"/>
                <w:right w:val="none" w:sz="0" w:space="0" w:color="auto"/>
              </w:divBdr>
            </w:div>
            <w:div w:id="554898059">
              <w:marLeft w:val="0"/>
              <w:marRight w:val="0"/>
              <w:marTop w:val="0"/>
              <w:marBottom w:val="0"/>
              <w:divBdr>
                <w:top w:val="none" w:sz="0" w:space="0" w:color="auto"/>
                <w:left w:val="none" w:sz="0" w:space="0" w:color="auto"/>
                <w:bottom w:val="none" w:sz="0" w:space="0" w:color="auto"/>
                <w:right w:val="none" w:sz="0" w:space="0" w:color="auto"/>
              </w:divBdr>
            </w:div>
            <w:div w:id="1510216819">
              <w:marLeft w:val="0"/>
              <w:marRight w:val="0"/>
              <w:marTop w:val="0"/>
              <w:marBottom w:val="0"/>
              <w:divBdr>
                <w:top w:val="none" w:sz="0" w:space="0" w:color="auto"/>
                <w:left w:val="none" w:sz="0" w:space="0" w:color="auto"/>
                <w:bottom w:val="none" w:sz="0" w:space="0" w:color="auto"/>
                <w:right w:val="none" w:sz="0" w:space="0" w:color="auto"/>
              </w:divBdr>
            </w:div>
            <w:div w:id="67190361">
              <w:marLeft w:val="0"/>
              <w:marRight w:val="0"/>
              <w:marTop w:val="0"/>
              <w:marBottom w:val="0"/>
              <w:divBdr>
                <w:top w:val="none" w:sz="0" w:space="0" w:color="auto"/>
                <w:left w:val="none" w:sz="0" w:space="0" w:color="auto"/>
                <w:bottom w:val="none" w:sz="0" w:space="0" w:color="auto"/>
                <w:right w:val="none" w:sz="0" w:space="0" w:color="auto"/>
              </w:divBdr>
            </w:div>
            <w:div w:id="1730379267">
              <w:marLeft w:val="0"/>
              <w:marRight w:val="0"/>
              <w:marTop w:val="0"/>
              <w:marBottom w:val="0"/>
              <w:divBdr>
                <w:top w:val="none" w:sz="0" w:space="0" w:color="auto"/>
                <w:left w:val="none" w:sz="0" w:space="0" w:color="auto"/>
                <w:bottom w:val="none" w:sz="0" w:space="0" w:color="auto"/>
                <w:right w:val="none" w:sz="0" w:space="0" w:color="auto"/>
              </w:divBdr>
            </w:div>
            <w:div w:id="1782799701">
              <w:marLeft w:val="0"/>
              <w:marRight w:val="0"/>
              <w:marTop w:val="0"/>
              <w:marBottom w:val="0"/>
              <w:divBdr>
                <w:top w:val="none" w:sz="0" w:space="0" w:color="auto"/>
                <w:left w:val="none" w:sz="0" w:space="0" w:color="auto"/>
                <w:bottom w:val="none" w:sz="0" w:space="0" w:color="auto"/>
                <w:right w:val="none" w:sz="0" w:space="0" w:color="auto"/>
              </w:divBdr>
            </w:div>
            <w:div w:id="391273882">
              <w:marLeft w:val="0"/>
              <w:marRight w:val="0"/>
              <w:marTop w:val="0"/>
              <w:marBottom w:val="0"/>
              <w:divBdr>
                <w:top w:val="none" w:sz="0" w:space="0" w:color="auto"/>
                <w:left w:val="none" w:sz="0" w:space="0" w:color="auto"/>
                <w:bottom w:val="none" w:sz="0" w:space="0" w:color="auto"/>
                <w:right w:val="none" w:sz="0" w:space="0" w:color="auto"/>
              </w:divBdr>
            </w:div>
            <w:div w:id="1914926184">
              <w:marLeft w:val="0"/>
              <w:marRight w:val="0"/>
              <w:marTop w:val="0"/>
              <w:marBottom w:val="0"/>
              <w:divBdr>
                <w:top w:val="none" w:sz="0" w:space="0" w:color="auto"/>
                <w:left w:val="none" w:sz="0" w:space="0" w:color="auto"/>
                <w:bottom w:val="none" w:sz="0" w:space="0" w:color="auto"/>
                <w:right w:val="none" w:sz="0" w:space="0" w:color="auto"/>
              </w:divBdr>
            </w:div>
            <w:div w:id="1933126690">
              <w:marLeft w:val="0"/>
              <w:marRight w:val="0"/>
              <w:marTop w:val="0"/>
              <w:marBottom w:val="0"/>
              <w:divBdr>
                <w:top w:val="none" w:sz="0" w:space="0" w:color="auto"/>
                <w:left w:val="none" w:sz="0" w:space="0" w:color="auto"/>
                <w:bottom w:val="none" w:sz="0" w:space="0" w:color="auto"/>
                <w:right w:val="none" w:sz="0" w:space="0" w:color="auto"/>
              </w:divBdr>
            </w:div>
            <w:div w:id="485317211">
              <w:marLeft w:val="0"/>
              <w:marRight w:val="0"/>
              <w:marTop w:val="0"/>
              <w:marBottom w:val="0"/>
              <w:divBdr>
                <w:top w:val="none" w:sz="0" w:space="0" w:color="auto"/>
                <w:left w:val="none" w:sz="0" w:space="0" w:color="auto"/>
                <w:bottom w:val="none" w:sz="0" w:space="0" w:color="auto"/>
                <w:right w:val="none" w:sz="0" w:space="0" w:color="auto"/>
              </w:divBdr>
            </w:div>
            <w:div w:id="1807815082">
              <w:marLeft w:val="0"/>
              <w:marRight w:val="0"/>
              <w:marTop w:val="0"/>
              <w:marBottom w:val="0"/>
              <w:divBdr>
                <w:top w:val="none" w:sz="0" w:space="0" w:color="auto"/>
                <w:left w:val="none" w:sz="0" w:space="0" w:color="auto"/>
                <w:bottom w:val="none" w:sz="0" w:space="0" w:color="auto"/>
                <w:right w:val="none" w:sz="0" w:space="0" w:color="auto"/>
              </w:divBdr>
            </w:div>
            <w:div w:id="1033648034">
              <w:marLeft w:val="0"/>
              <w:marRight w:val="0"/>
              <w:marTop w:val="0"/>
              <w:marBottom w:val="0"/>
              <w:divBdr>
                <w:top w:val="none" w:sz="0" w:space="0" w:color="auto"/>
                <w:left w:val="none" w:sz="0" w:space="0" w:color="auto"/>
                <w:bottom w:val="none" w:sz="0" w:space="0" w:color="auto"/>
                <w:right w:val="none" w:sz="0" w:space="0" w:color="auto"/>
              </w:divBdr>
            </w:div>
            <w:div w:id="1370102955">
              <w:marLeft w:val="0"/>
              <w:marRight w:val="0"/>
              <w:marTop w:val="0"/>
              <w:marBottom w:val="0"/>
              <w:divBdr>
                <w:top w:val="none" w:sz="0" w:space="0" w:color="auto"/>
                <w:left w:val="none" w:sz="0" w:space="0" w:color="auto"/>
                <w:bottom w:val="none" w:sz="0" w:space="0" w:color="auto"/>
                <w:right w:val="none" w:sz="0" w:space="0" w:color="auto"/>
              </w:divBdr>
            </w:div>
            <w:div w:id="1308121126">
              <w:marLeft w:val="0"/>
              <w:marRight w:val="0"/>
              <w:marTop w:val="0"/>
              <w:marBottom w:val="0"/>
              <w:divBdr>
                <w:top w:val="none" w:sz="0" w:space="0" w:color="auto"/>
                <w:left w:val="none" w:sz="0" w:space="0" w:color="auto"/>
                <w:bottom w:val="none" w:sz="0" w:space="0" w:color="auto"/>
                <w:right w:val="none" w:sz="0" w:space="0" w:color="auto"/>
              </w:divBdr>
            </w:div>
            <w:div w:id="1518543102">
              <w:marLeft w:val="0"/>
              <w:marRight w:val="0"/>
              <w:marTop w:val="0"/>
              <w:marBottom w:val="0"/>
              <w:divBdr>
                <w:top w:val="none" w:sz="0" w:space="0" w:color="auto"/>
                <w:left w:val="none" w:sz="0" w:space="0" w:color="auto"/>
                <w:bottom w:val="none" w:sz="0" w:space="0" w:color="auto"/>
                <w:right w:val="none" w:sz="0" w:space="0" w:color="auto"/>
              </w:divBdr>
            </w:div>
            <w:div w:id="1379167556">
              <w:marLeft w:val="0"/>
              <w:marRight w:val="0"/>
              <w:marTop w:val="0"/>
              <w:marBottom w:val="0"/>
              <w:divBdr>
                <w:top w:val="none" w:sz="0" w:space="0" w:color="auto"/>
                <w:left w:val="none" w:sz="0" w:space="0" w:color="auto"/>
                <w:bottom w:val="none" w:sz="0" w:space="0" w:color="auto"/>
                <w:right w:val="none" w:sz="0" w:space="0" w:color="auto"/>
              </w:divBdr>
            </w:div>
            <w:div w:id="1610551347">
              <w:marLeft w:val="0"/>
              <w:marRight w:val="0"/>
              <w:marTop w:val="0"/>
              <w:marBottom w:val="0"/>
              <w:divBdr>
                <w:top w:val="none" w:sz="0" w:space="0" w:color="auto"/>
                <w:left w:val="none" w:sz="0" w:space="0" w:color="auto"/>
                <w:bottom w:val="none" w:sz="0" w:space="0" w:color="auto"/>
                <w:right w:val="none" w:sz="0" w:space="0" w:color="auto"/>
              </w:divBdr>
            </w:div>
            <w:div w:id="2053536325">
              <w:marLeft w:val="0"/>
              <w:marRight w:val="0"/>
              <w:marTop w:val="0"/>
              <w:marBottom w:val="0"/>
              <w:divBdr>
                <w:top w:val="none" w:sz="0" w:space="0" w:color="auto"/>
                <w:left w:val="none" w:sz="0" w:space="0" w:color="auto"/>
                <w:bottom w:val="none" w:sz="0" w:space="0" w:color="auto"/>
                <w:right w:val="none" w:sz="0" w:space="0" w:color="auto"/>
              </w:divBdr>
            </w:div>
            <w:div w:id="1315063879">
              <w:marLeft w:val="0"/>
              <w:marRight w:val="0"/>
              <w:marTop w:val="0"/>
              <w:marBottom w:val="0"/>
              <w:divBdr>
                <w:top w:val="none" w:sz="0" w:space="0" w:color="auto"/>
                <w:left w:val="none" w:sz="0" w:space="0" w:color="auto"/>
                <w:bottom w:val="none" w:sz="0" w:space="0" w:color="auto"/>
                <w:right w:val="none" w:sz="0" w:space="0" w:color="auto"/>
              </w:divBdr>
            </w:div>
            <w:div w:id="1670451298">
              <w:marLeft w:val="0"/>
              <w:marRight w:val="0"/>
              <w:marTop w:val="0"/>
              <w:marBottom w:val="0"/>
              <w:divBdr>
                <w:top w:val="none" w:sz="0" w:space="0" w:color="auto"/>
                <w:left w:val="none" w:sz="0" w:space="0" w:color="auto"/>
                <w:bottom w:val="none" w:sz="0" w:space="0" w:color="auto"/>
                <w:right w:val="none" w:sz="0" w:space="0" w:color="auto"/>
              </w:divBdr>
            </w:div>
            <w:div w:id="321011536">
              <w:marLeft w:val="0"/>
              <w:marRight w:val="0"/>
              <w:marTop w:val="0"/>
              <w:marBottom w:val="0"/>
              <w:divBdr>
                <w:top w:val="none" w:sz="0" w:space="0" w:color="auto"/>
                <w:left w:val="none" w:sz="0" w:space="0" w:color="auto"/>
                <w:bottom w:val="none" w:sz="0" w:space="0" w:color="auto"/>
                <w:right w:val="none" w:sz="0" w:space="0" w:color="auto"/>
              </w:divBdr>
            </w:div>
            <w:div w:id="154928650">
              <w:marLeft w:val="0"/>
              <w:marRight w:val="0"/>
              <w:marTop w:val="0"/>
              <w:marBottom w:val="0"/>
              <w:divBdr>
                <w:top w:val="none" w:sz="0" w:space="0" w:color="auto"/>
                <w:left w:val="none" w:sz="0" w:space="0" w:color="auto"/>
                <w:bottom w:val="none" w:sz="0" w:space="0" w:color="auto"/>
                <w:right w:val="none" w:sz="0" w:space="0" w:color="auto"/>
              </w:divBdr>
            </w:div>
            <w:div w:id="1191450953">
              <w:marLeft w:val="0"/>
              <w:marRight w:val="0"/>
              <w:marTop w:val="0"/>
              <w:marBottom w:val="0"/>
              <w:divBdr>
                <w:top w:val="none" w:sz="0" w:space="0" w:color="auto"/>
                <w:left w:val="none" w:sz="0" w:space="0" w:color="auto"/>
                <w:bottom w:val="none" w:sz="0" w:space="0" w:color="auto"/>
                <w:right w:val="none" w:sz="0" w:space="0" w:color="auto"/>
              </w:divBdr>
            </w:div>
            <w:div w:id="435714661">
              <w:marLeft w:val="0"/>
              <w:marRight w:val="0"/>
              <w:marTop w:val="0"/>
              <w:marBottom w:val="0"/>
              <w:divBdr>
                <w:top w:val="none" w:sz="0" w:space="0" w:color="auto"/>
                <w:left w:val="none" w:sz="0" w:space="0" w:color="auto"/>
                <w:bottom w:val="none" w:sz="0" w:space="0" w:color="auto"/>
                <w:right w:val="none" w:sz="0" w:space="0" w:color="auto"/>
              </w:divBdr>
            </w:div>
            <w:div w:id="405033405">
              <w:marLeft w:val="0"/>
              <w:marRight w:val="0"/>
              <w:marTop w:val="0"/>
              <w:marBottom w:val="0"/>
              <w:divBdr>
                <w:top w:val="none" w:sz="0" w:space="0" w:color="auto"/>
                <w:left w:val="none" w:sz="0" w:space="0" w:color="auto"/>
                <w:bottom w:val="none" w:sz="0" w:space="0" w:color="auto"/>
                <w:right w:val="none" w:sz="0" w:space="0" w:color="auto"/>
              </w:divBdr>
            </w:div>
            <w:div w:id="1808664481">
              <w:marLeft w:val="0"/>
              <w:marRight w:val="0"/>
              <w:marTop w:val="0"/>
              <w:marBottom w:val="0"/>
              <w:divBdr>
                <w:top w:val="none" w:sz="0" w:space="0" w:color="auto"/>
                <w:left w:val="none" w:sz="0" w:space="0" w:color="auto"/>
                <w:bottom w:val="none" w:sz="0" w:space="0" w:color="auto"/>
                <w:right w:val="none" w:sz="0" w:space="0" w:color="auto"/>
              </w:divBdr>
            </w:div>
            <w:div w:id="655376329">
              <w:marLeft w:val="0"/>
              <w:marRight w:val="0"/>
              <w:marTop w:val="0"/>
              <w:marBottom w:val="0"/>
              <w:divBdr>
                <w:top w:val="none" w:sz="0" w:space="0" w:color="auto"/>
                <w:left w:val="none" w:sz="0" w:space="0" w:color="auto"/>
                <w:bottom w:val="none" w:sz="0" w:space="0" w:color="auto"/>
                <w:right w:val="none" w:sz="0" w:space="0" w:color="auto"/>
              </w:divBdr>
            </w:div>
            <w:div w:id="511381574">
              <w:marLeft w:val="0"/>
              <w:marRight w:val="0"/>
              <w:marTop w:val="0"/>
              <w:marBottom w:val="0"/>
              <w:divBdr>
                <w:top w:val="none" w:sz="0" w:space="0" w:color="auto"/>
                <w:left w:val="none" w:sz="0" w:space="0" w:color="auto"/>
                <w:bottom w:val="none" w:sz="0" w:space="0" w:color="auto"/>
                <w:right w:val="none" w:sz="0" w:space="0" w:color="auto"/>
              </w:divBdr>
            </w:div>
            <w:div w:id="1794402947">
              <w:marLeft w:val="0"/>
              <w:marRight w:val="0"/>
              <w:marTop w:val="0"/>
              <w:marBottom w:val="0"/>
              <w:divBdr>
                <w:top w:val="none" w:sz="0" w:space="0" w:color="auto"/>
                <w:left w:val="none" w:sz="0" w:space="0" w:color="auto"/>
                <w:bottom w:val="none" w:sz="0" w:space="0" w:color="auto"/>
                <w:right w:val="none" w:sz="0" w:space="0" w:color="auto"/>
              </w:divBdr>
            </w:div>
            <w:div w:id="1096903720">
              <w:marLeft w:val="0"/>
              <w:marRight w:val="0"/>
              <w:marTop w:val="0"/>
              <w:marBottom w:val="0"/>
              <w:divBdr>
                <w:top w:val="none" w:sz="0" w:space="0" w:color="auto"/>
                <w:left w:val="none" w:sz="0" w:space="0" w:color="auto"/>
                <w:bottom w:val="none" w:sz="0" w:space="0" w:color="auto"/>
                <w:right w:val="none" w:sz="0" w:space="0" w:color="auto"/>
              </w:divBdr>
            </w:div>
            <w:div w:id="1604070731">
              <w:marLeft w:val="0"/>
              <w:marRight w:val="0"/>
              <w:marTop w:val="0"/>
              <w:marBottom w:val="0"/>
              <w:divBdr>
                <w:top w:val="none" w:sz="0" w:space="0" w:color="auto"/>
                <w:left w:val="none" w:sz="0" w:space="0" w:color="auto"/>
                <w:bottom w:val="none" w:sz="0" w:space="0" w:color="auto"/>
                <w:right w:val="none" w:sz="0" w:space="0" w:color="auto"/>
              </w:divBdr>
            </w:div>
            <w:div w:id="915821200">
              <w:marLeft w:val="0"/>
              <w:marRight w:val="0"/>
              <w:marTop w:val="0"/>
              <w:marBottom w:val="0"/>
              <w:divBdr>
                <w:top w:val="none" w:sz="0" w:space="0" w:color="auto"/>
                <w:left w:val="none" w:sz="0" w:space="0" w:color="auto"/>
                <w:bottom w:val="none" w:sz="0" w:space="0" w:color="auto"/>
                <w:right w:val="none" w:sz="0" w:space="0" w:color="auto"/>
              </w:divBdr>
            </w:div>
            <w:div w:id="271253868">
              <w:marLeft w:val="0"/>
              <w:marRight w:val="0"/>
              <w:marTop w:val="0"/>
              <w:marBottom w:val="0"/>
              <w:divBdr>
                <w:top w:val="none" w:sz="0" w:space="0" w:color="auto"/>
                <w:left w:val="none" w:sz="0" w:space="0" w:color="auto"/>
                <w:bottom w:val="none" w:sz="0" w:space="0" w:color="auto"/>
                <w:right w:val="none" w:sz="0" w:space="0" w:color="auto"/>
              </w:divBdr>
            </w:div>
            <w:div w:id="481317910">
              <w:marLeft w:val="0"/>
              <w:marRight w:val="0"/>
              <w:marTop w:val="0"/>
              <w:marBottom w:val="0"/>
              <w:divBdr>
                <w:top w:val="none" w:sz="0" w:space="0" w:color="auto"/>
                <w:left w:val="none" w:sz="0" w:space="0" w:color="auto"/>
                <w:bottom w:val="none" w:sz="0" w:space="0" w:color="auto"/>
                <w:right w:val="none" w:sz="0" w:space="0" w:color="auto"/>
              </w:divBdr>
            </w:div>
            <w:div w:id="1850018436">
              <w:marLeft w:val="0"/>
              <w:marRight w:val="0"/>
              <w:marTop w:val="0"/>
              <w:marBottom w:val="0"/>
              <w:divBdr>
                <w:top w:val="none" w:sz="0" w:space="0" w:color="auto"/>
                <w:left w:val="none" w:sz="0" w:space="0" w:color="auto"/>
                <w:bottom w:val="none" w:sz="0" w:space="0" w:color="auto"/>
                <w:right w:val="none" w:sz="0" w:space="0" w:color="auto"/>
              </w:divBdr>
            </w:div>
            <w:div w:id="1800563531">
              <w:marLeft w:val="0"/>
              <w:marRight w:val="0"/>
              <w:marTop w:val="0"/>
              <w:marBottom w:val="0"/>
              <w:divBdr>
                <w:top w:val="none" w:sz="0" w:space="0" w:color="auto"/>
                <w:left w:val="none" w:sz="0" w:space="0" w:color="auto"/>
                <w:bottom w:val="none" w:sz="0" w:space="0" w:color="auto"/>
                <w:right w:val="none" w:sz="0" w:space="0" w:color="auto"/>
              </w:divBdr>
            </w:div>
            <w:div w:id="1414888873">
              <w:marLeft w:val="0"/>
              <w:marRight w:val="0"/>
              <w:marTop w:val="0"/>
              <w:marBottom w:val="0"/>
              <w:divBdr>
                <w:top w:val="none" w:sz="0" w:space="0" w:color="auto"/>
                <w:left w:val="none" w:sz="0" w:space="0" w:color="auto"/>
                <w:bottom w:val="none" w:sz="0" w:space="0" w:color="auto"/>
                <w:right w:val="none" w:sz="0" w:space="0" w:color="auto"/>
              </w:divBdr>
            </w:div>
            <w:div w:id="1964076461">
              <w:marLeft w:val="0"/>
              <w:marRight w:val="0"/>
              <w:marTop w:val="0"/>
              <w:marBottom w:val="0"/>
              <w:divBdr>
                <w:top w:val="none" w:sz="0" w:space="0" w:color="auto"/>
                <w:left w:val="none" w:sz="0" w:space="0" w:color="auto"/>
                <w:bottom w:val="none" w:sz="0" w:space="0" w:color="auto"/>
                <w:right w:val="none" w:sz="0" w:space="0" w:color="auto"/>
              </w:divBdr>
            </w:div>
            <w:div w:id="803809948">
              <w:marLeft w:val="0"/>
              <w:marRight w:val="0"/>
              <w:marTop w:val="0"/>
              <w:marBottom w:val="0"/>
              <w:divBdr>
                <w:top w:val="none" w:sz="0" w:space="0" w:color="auto"/>
                <w:left w:val="none" w:sz="0" w:space="0" w:color="auto"/>
                <w:bottom w:val="none" w:sz="0" w:space="0" w:color="auto"/>
                <w:right w:val="none" w:sz="0" w:space="0" w:color="auto"/>
              </w:divBdr>
            </w:div>
            <w:div w:id="1233194637">
              <w:marLeft w:val="0"/>
              <w:marRight w:val="0"/>
              <w:marTop w:val="0"/>
              <w:marBottom w:val="0"/>
              <w:divBdr>
                <w:top w:val="none" w:sz="0" w:space="0" w:color="auto"/>
                <w:left w:val="none" w:sz="0" w:space="0" w:color="auto"/>
                <w:bottom w:val="none" w:sz="0" w:space="0" w:color="auto"/>
                <w:right w:val="none" w:sz="0" w:space="0" w:color="auto"/>
              </w:divBdr>
            </w:div>
            <w:div w:id="1047333809">
              <w:marLeft w:val="0"/>
              <w:marRight w:val="0"/>
              <w:marTop w:val="0"/>
              <w:marBottom w:val="0"/>
              <w:divBdr>
                <w:top w:val="none" w:sz="0" w:space="0" w:color="auto"/>
                <w:left w:val="none" w:sz="0" w:space="0" w:color="auto"/>
                <w:bottom w:val="none" w:sz="0" w:space="0" w:color="auto"/>
                <w:right w:val="none" w:sz="0" w:space="0" w:color="auto"/>
              </w:divBdr>
            </w:div>
            <w:div w:id="429083111">
              <w:marLeft w:val="0"/>
              <w:marRight w:val="0"/>
              <w:marTop w:val="0"/>
              <w:marBottom w:val="0"/>
              <w:divBdr>
                <w:top w:val="none" w:sz="0" w:space="0" w:color="auto"/>
                <w:left w:val="none" w:sz="0" w:space="0" w:color="auto"/>
                <w:bottom w:val="none" w:sz="0" w:space="0" w:color="auto"/>
                <w:right w:val="none" w:sz="0" w:space="0" w:color="auto"/>
              </w:divBdr>
            </w:div>
            <w:div w:id="1367636604">
              <w:marLeft w:val="0"/>
              <w:marRight w:val="0"/>
              <w:marTop w:val="0"/>
              <w:marBottom w:val="0"/>
              <w:divBdr>
                <w:top w:val="none" w:sz="0" w:space="0" w:color="auto"/>
                <w:left w:val="none" w:sz="0" w:space="0" w:color="auto"/>
                <w:bottom w:val="none" w:sz="0" w:space="0" w:color="auto"/>
                <w:right w:val="none" w:sz="0" w:space="0" w:color="auto"/>
              </w:divBdr>
            </w:div>
            <w:div w:id="483090768">
              <w:marLeft w:val="0"/>
              <w:marRight w:val="0"/>
              <w:marTop w:val="0"/>
              <w:marBottom w:val="0"/>
              <w:divBdr>
                <w:top w:val="none" w:sz="0" w:space="0" w:color="auto"/>
                <w:left w:val="none" w:sz="0" w:space="0" w:color="auto"/>
                <w:bottom w:val="none" w:sz="0" w:space="0" w:color="auto"/>
                <w:right w:val="none" w:sz="0" w:space="0" w:color="auto"/>
              </w:divBdr>
            </w:div>
            <w:div w:id="1874271792">
              <w:marLeft w:val="0"/>
              <w:marRight w:val="0"/>
              <w:marTop w:val="0"/>
              <w:marBottom w:val="0"/>
              <w:divBdr>
                <w:top w:val="none" w:sz="0" w:space="0" w:color="auto"/>
                <w:left w:val="none" w:sz="0" w:space="0" w:color="auto"/>
                <w:bottom w:val="none" w:sz="0" w:space="0" w:color="auto"/>
                <w:right w:val="none" w:sz="0" w:space="0" w:color="auto"/>
              </w:divBdr>
            </w:div>
            <w:div w:id="631986750">
              <w:marLeft w:val="0"/>
              <w:marRight w:val="0"/>
              <w:marTop w:val="0"/>
              <w:marBottom w:val="0"/>
              <w:divBdr>
                <w:top w:val="none" w:sz="0" w:space="0" w:color="auto"/>
                <w:left w:val="none" w:sz="0" w:space="0" w:color="auto"/>
                <w:bottom w:val="none" w:sz="0" w:space="0" w:color="auto"/>
                <w:right w:val="none" w:sz="0" w:space="0" w:color="auto"/>
              </w:divBdr>
            </w:div>
            <w:div w:id="399865847">
              <w:marLeft w:val="0"/>
              <w:marRight w:val="0"/>
              <w:marTop w:val="0"/>
              <w:marBottom w:val="0"/>
              <w:divBdr>
                <w:top w:val="none" w:sz="0" w:space="0" w:color="auto"/>
                <w:left w:val="none" w:sz="0" w:space="0" w:color="auto"/>
                <w:bottom w:val="none" w:sz="0" w:space="0" w:color="auto"/>
                <w:right w:val="none" w:sz="0" w:space="0" w:color="auto"/>
              </w:divBdr>
            </w:div>
            <w:div w:id="1624190091">
              <w:marLeft w:val="0"/>
              <w:marRight w:val="0"/>
              <w:marTop w:val="0"/>
              <w:marBottom w:val="0"/>
              <w:divBdr>
                <w:top w:val="none" w:sz="0" w:space="0" w:color="auto"/>
                <w:left w:val="none" w:sz="0" w:space="0" w:color="auto"/>
                <w:bottom w:val="none" w:sz="0" w:space="0" w:color="auto"/>
                <w:right w:val="none" w:sz="0" w:space="0" w:color="auto"/>
              </w:divBdr>
            </w:div>
            <w:div w:id="1678657282">
              <w:marLeft w:val="0"/>
              <w:marRight w:val="0"/>
              <w:marTop w:val="0"/>
              <w:marBottom w:val="0"/>
              <w:divBdr>
                <w:top w:val="none" w:sz="0" w:space="0" w:color="auto"/>
                <w:left w:val="none" w:sz="0" w:space="0" w:color="auto"/>
                <w:bottom w:val="none" w:sz="0" w:space="0" w:color="auto"/>
                <w:right w:val="none" w:sz="0" w:space="0" w:color="auto"/>
              </w:divBdr>
            </w:div>
            <w:div w:id="606234892">
              <w:marLeft w:val="0"/>
              <w:marRight w:val="0"/>
              <w:marTop w:val="0"/>
              <w:marBottom w:val="0"/>
              <w:divBdr>
                <w:top w:val="none" w:sz="0" w:space="0" w:color="auto"/>
                <w:left w:val="none" w:sz="0" w:space="0" w:color="auto"/>
                <w:bottom w:val="none" w:sz="0" w:space="0" w:color="auto"/>
                <w:right w:val="none" w:sz="0" w:space="0" w:color="auto"/>
              </w:divBdr>
            </w:div>
            <w:div w:id="195704393">
              <w:marLeft w:val="0"/>
              <w:marRight w:val="0"/>
              <w:marTop w:val="0"/>
              <w:marBottom w:val="0"/>
              <w:divBdr>
                <w:top w:val="none" w:sz="0" w:space="0" w:color="auto"/>
                <w:left w:val="none" w:sz="0" w:space="0" w:color="auto"/>
                <w:bottom w:val="none" w:sz="0" w:space="0" w:color="auto"/>
                <w:right w:val="none" w:sz="0" w:space="0" w:color="auto"/>
              </w:divBdr>
            </w:div>
            <w:div w:id="441190959">
              <w:marLeft w:val="0"/>
              <w:marRight w:val="0"/>
              <w:marTop w:val="0"/>
              <w:marBottom w:val="0"/>
              <w:divBdr>
                <w:top w:val="none" w:sz="0" w:space="0" w:color="auto"/>
                <w:left w:val="none" w:sz="0" w:space="0" w:color="auto"/>
                <w:bottom w:val="none" w:sz="0" w:space="0" w:color="auto"/>
                <w:right w:val="none" w:sz="0" w:space="0" w:color="auto"/>
              </w:divBdr>
            </w:div>
            <w:div w:id="1037048992">
              <w:marLeft w:val="0"/>
              <w:marRight w:val="0"/>
              <w:marTop w:val="0"/>
              <w:marBottom w:val="0"/>
              <w:divBdr>
                <w:top w:val="none" w:sz="0" w:space="0" w:color="auto"/>
                <w:left w:val="none" w:sz="0" w:space="0" w:color="auto"/>
                <w:bottom w:val="none" w:sz="0" w:space="0" w:color="auto"/>
                <w:right w:val="none" w:sz="0" w:space="0" w:color="auto"/>
              </w:divBdr>
            </w:div>
            <w:div w:id="829834245">
              <w:marLeft w:val="0"/>
              <w:marRight w:val="0"/>
              <w:marTop w:val="0"/>
              <w:marBottom w:val="0"/>
              <w:divBdr>
                <w:top w:val="none" w:sz="0" w:space="0" w:color="auto"/>
                <w:left w:val="none" w:sz="0" w:space="0" w:color="auto"/>
                <w:bottom w:val="none" w:sz="0" w:space="0" w:color="auto"/>
                <w:right w:val="none" w:sz="0" w:space="0" w:color="auto"/>
              </w:divBdr>
            </w:div>
            <w:div w:id="499006910">
              <w:marLeft w:val="0"/>
              <w:marRight w:val="0"/>
              <w:marTop w:val="0"/>
              <w:marBottom w:val="0"/>
              <w:divBdr>
                <w:top w:val="none" w:sz="0" w:space="0" w:color="auto"/>
                <w:left w:val="none" w:sz="0" w:space="0" w:color="auto"/>
                <w:bottom w:val="none" w:sz="0" w:space="0" w:color="auto"/>
                <w:right w:val="none" w:sz="0" w:space="0" w:color="auto"/>
              </w:divBdr>
            </w:div>
            <w:div w:id="1299996126">
              <w:marLeft w:val="0"/>
              <w:marRight w:val="0"/>
              <w:marTop w:val="0"/>
              <w:marBottom w:val="0"/>
              <w:divBdr>
                <w:top w:val="none" w:sz="0" w:space="0" w:color="auto"/>
                <w:left w:val="none" w:sz="0" w:space="0" w:color="auto"/>
                <w:bottom w:val="none" w:sz="0" w:space="0" w:color="auto"/>
                <w:right w:val="none" w:sz="0" w:space="0" w:color="auto"/>
              </w:divBdr>
            </w:div>
            <w:div w:id="655380712">
              <w:marLeft w:val="0"/>
              <w:marRight w:val="0"/>
              <w:marTop w:val="0"/>
              <w:marBottom w:val="0"/>
              <w:divBdr>
                <w:top w:val="none" w:sz="0" w:space="0" w:color="auto"/>
                <w:left w:val="none" w:sz="0" w:space="0" w:color="auto"/>
                <w:bottom w:val="none" w:sz="0" w:space="0" w:color="auto"/>
                <w:right w:val="none" w:sz="0" w:space="0" w:color="auto"/>
              </w:divBdr>
            </w:div>
            <w:div w:id="50661735">
              <w:marLeft w:val="0"/>
              <w:marRight w:val="0"/>
              <w:marTop w:val="0"/>
              <w:marBottom w:val="0"/>
              <w:divBdr>
                <w:top w:val="none" w:sz="0" w:space="0" w:color="auto"/>
                <w:left w:val="none" w:sz="0" w:space="0" w:color="auto"/>
                <w:bottom w:val="none" w:sz="0" w:space="0" w:color="auto"/>
                <w:right w:val="none" w:sz="0" w:space="0" w:color="auto"/>
              </w:divBdr>
            </w:div>
            <w:div w:id="1116101759">
              <w:marLeft w:val="0"/>
              <w:marRight w:val="0"/>
              <w:marTop w:val="0"/>
              <w:marBottom w:val="0"/>
              <w:divBdr>
                <w:top w:val="none" w:sz="0" w:space="0" w:color="auto"/>
                <w:left w:val="none" w:sz="0" w:space="0" w:color="auto"/>
                <w:bottom w:val="none" w:sz="0" w:space="0" w:color="auto"/>
                <w:right w:val="none" w:sz="0" w:space="0" w:color="auto"/>
              </w:divBdr>
            </w:div>
            <w:div w:id="410659760">
              <w:marLeft w:val="0"/>
              <w:marRight w:val="0"/>
              <w:marTop w:val="0"/>
              <w:marBottom w:val="0"/>
              <w:divBdr>
                <w:top w:val="none" w:sz="0" w:space="0" w:color="auto"/>
                <w:left w:val="none" w:sz="0" w:space="0" w:color="auto"/>
                <w:bottom w:val="none" w:sz="0" w:space="0" w:color="auto"/>
                <w:right w:val="none" w:sz="0" w:space="0" w:color="auto"/>
              </w:divBdr>
            </w:div>
            <w:div w:id="250624901">
              <w:marLeft w:val="0"/>
              <w:marRight w:val="0"/>
              <w:marTop w:val="0"/>
              <w:marBottom w:val="0"/>
              <w:divBdr>
                <w:top w:val="none" w:sz="0" w:space="0" w:color="auto"/>
                <w:left w:val="none" w:sz="0" w:space="0" w:color="auto"/>
                <w:bottom w:val="none" w:sz="0" w:space="0" w:color="auto"/>
                <w:right w:val="none" w:sz="0" w:space="0" w:color="auto"/>
              </w:divBdr>
            </w:div>
            <w:div w:id="1753044396">
              <w:marLeft w:val="0"/>
              <w:marRight w:val="0"/>
              <w:marTop w:val="0"/>
              <w:marBottom w:val="0"/>
              <w:divBdr>
                <w:top w:val="none" w:sz="0" w:space="0" w:color="auto"/>
                <w:left w:val="none" w:sz="0" w:space="0" w:color="auto"/>
                <w:bottom w:val="none" w:sz="0" w:space="0" w:color="auto"/>
                <w:right w:val="none" w:sz="0" w:space="0" w:color="auto"/>
              </w:divBdr>
            </w:div>
            <w:div w:id="1148354228">
              <w:marLeft w:val="0"/>
              <w:marRight w:val="0"/>
              <w:marTop w:val="0"/>
              <w:marBottom w:val="0"/>
              <w:divBdr>
                <w:top w:val="none" w:sz="0" w:space="0" w:color="auto"/>
                <w:left w:val="none" w:sz="0" w:space="0" w:color="auto"/>
                <w:bottom w:val="none" w:sz="0" w:space="0" w:color="auto"/>
                <w:right w:val="none" w:sz="0" w:space="0" w:color="auto"/>
              </w:divBdr>
            </w:div>
            <w:div w:id="2109737129">
              <w:marLeft w:val="0"/>
              <w:marRight w:val="0"/>
              <w:marTop w:val="0"/>
              <w:marBottom w:val="0"/>
              <w:divBdr>
                <w:top w:val="none" w:sz="0" w:space="0" w:color="auto"/>
                <w:left w:val="none" w:sz="0" w:space="0" w:color="auto"/>
                <w:bottom w:val="none" w:sz="0" w:space="0" w:color="auto"/>
                <w:right w:val="none" w:sz="0" w:space="0" w:color="auto"/>
              </w:divBdr>
            </w:div>
            <w:div w:id="1298027178">
              <w:marLeft w:val="0"/>
              <w:marRight w:val="0"/>
              <w:marTop w:val="0"/>
              <w:marBottom w:val="0"/>
              <w:divBdr>
                <w:top w:val="none" w:sz="0" w:space="0" w:color="auto"/>
                <w:left w:val="none" w:sz="0" w:space="0" w:color="auto"/>
                <w:bottom w:val="none" w:sz="0" w:space="0" w:color="auto"/>
                <w:right w:val="none" w:sz="0" w:space="0" w:color="auto"/>
              </w:divBdr>
            </w:div>
            <w:div w:id="1754935057">
              <w:marLeft w:val="0"/>
              <w:marRight w:val="0"/>
              <w:marTop w:val="0"/>
              <w:marBottom w:val="0"/>
              <w:divBdr>
                <w:top w:val="none" w:sz="0" w:space="0" w:color="auto"/>
                <w:left w:val="none" w:sz="0" w:space="0" w:color="auto"/>
                <w:bottom w:val="none" w:sz="0" w:space="0" w:color="auto"/>
                <w:right w:val="none" w:sz="0" w:space="0" w:color="auto"/>
              </w:divBdr>
            </w:div>
            <w:div w:id="989677454">
              <w:marLeft w:val="0"/>
              <w:marRight w:val="0"/>
              <w:marTop w:val="0"/>
              <w:marBottom w:val="0"/>
              <w:divBdr>
                <w:top w:val="none" w:sz="0" w:space="0" w:color="auto"/>
                <w:left w:val="none" w:sz="0" w:space="0" w:color="auto"/>
                <w:bottom w:val="none" w:sz="0" w:space="0" w:color="auto"/>
                <w:right w:val="none" w:sz="0" w:space="0" w:color="auto"/>
              </w:divBdr>
            </w:div>
            <w:div w:id="513105933">
              <w:marLeft w:val="0"/>
              <w:marRight w:val="0"/>
              <w:marTop w:val="0"/>
              <w:marBottom w:val="0"/>
              <w:divBdr>
                <w:top w:val="none" w:sz="0" w:space="0" w:color="auto"/>
                <w:left w:val="none" w:sz="0" w:space="0" w:color="auto"/>
                <w:bottom w:val="none" w:sz="0" w:space="0" w:color="auto"/>
                <w:right w:val="none" w:sz="0" w:space="0" w:color="auto"/>
              </w:divBdr>
            </w:div>
            <w:div w:id="86579758">
              <w:marLeft w:val="0"/>
              <w:marRight w:val="0"/>
              <w:marTop w:val="0"/>
              <w:marBottom w:val="0"/>
              <w:divBdr>
                <w:top w:val="none" w:sz="0" w:space="0" w:color="auto"/>
                <w:left w:val="none" w:sz="0" w:space="0" w:color="auto"/>
                <w:bottom w:val="none" w:sz="0" w:space="0" w:color="auto"/>
                <w:right w:val="none" w:sz="0" w:space="0" w:color="auto"/>
              </w:divBdr>
            </w:div>
            <w:div w:id="1852837592">
              <w:marLeft w:val="0"/>
              <w:marRight w:val="0"/>
              <w:marTop w:val="0"/>
              <w:marBottom w:val="0"/>
              <w:divBdr>
                <w:top w:val="none" w:sz="0" w:space="0" w:color="auto"/>
                <w:left w:val="none" w:sz="0" w:space="0" w:color="auto"/>
                <w:bottom w:val="none" w:sz="0" w:space="0" w:color="auto"/>
                <w:right w:val="none" w:sz="0" w:space="0" w:color="auto"/>
              </w:divBdr>
            </w:div>
            <w:div w:id="289745111">
              <w:marLeft w:val="0"/>
              <w:marRight w:val="0"/>
              <w:marTop w:val="0"/>
              <w:marBottom w:val="0"/>
              <w:divBdr>
                <w:top w:val="none" w:sz="0" w:space="0" w:color="auto"/>
                <w:left w:val="none" w:sz="0" w:space="0" w:color="auto"/>
                <w:bottom w:val="none" w:sz="0" w:space="0" w:color="auto"/>
                <w:right w:val="none" w:sz="0" w:space="0" w:color="auto"/>
              </w:divBdr>
            </w:div>
            <w:div w:id="1162233114">
              <w:marLeft w:val="0"/>
              <w:marRight w:val="0"/>
              <w:marTop w:val="0"/>
              <w:marBottom w:val="0"/>
              <w:divBdr>
                <w:top w:val="none" w:sz="0" w:space="0" w:color="auto"/>
                <w:left w:val="none" w:sz="0" w:space="0" w:color="auto"/>
                <w:bottom w:val="none" w:sz="0" w:space="0" w:color="auto"/>
                <w:right w:val="none" w:sz="0" w:space="0" w:color="auto"/>
              </w:divBdr>
            </w:div>
            <w:div w:id="65689994">
              <w:marLeft w:val="0"/>
              <w:marRight w:val="0"/>
              <w:marTop w:val="0"/>
              <w:marBottom w:val="0"/>
              <w:divBdr>
                <w:top w:val="none" w:sz="0" w:space="0" w:color="auto"/>
                <w:left w:val="none" w:sz="0" w:space="0" w:color="auto"/>
                <w:bottom w:val="none" w:sz="0" w:space="0" w:color="auto"/>
                <w:right w:val="none" w:sz="0" w:space="0" w:color="auto"/>
              </w:divBdr>
            </w:div>
            <w:div w:id="433786433">
              <w:marLeft w:val="0"/>
              <w:marRight w:val="0"/>
              <w:marTop w:val="0"/>
              <w:marBottom w:val="0"/>
              <w:divBdr>
                <w:top w:val="none" w:sz="0" w:space="0" w:color="auto"/>
                <w:left w:val="none" w:sz="0" w:space="0" w:color="auto"/>
                <w:bottom w:val="none" w:sz="0" w:space="0" w:color="auto"/>
                <w:right w:val="none" w:sz="0" w:space="0" w:color="auto"/>
              </w:divBdr>
            </w:div>
            <w:div w:id="1339698217">
              <w:marLeft w:val="0"/>
              <w:marRight w:val="0"/>
              <w:marTop w:val="0"/>
              <w:marBottom w:val="0"/>
              <w:divBdr>
                <w:top w:val="none" w:sz="0" w:space="0" w:color="auto"/>
                <w:left w:val="none" w:sz="0" w:space="0" w:color="auto"/>
                <w:bottom w:val="none" w:sz="0" w:space="0" w:color="auto"/>
                <w:right w:val="none" w:sz="0" w:space="0" w:color="auto"/>
              </w:divBdr>
            </w:div>
            <w:div w:id="666714110">
              <w:marLeft w:val="0"/>
              <w:marRight w:val="0"/>
              <w:marTop w:val="0"/>
              <w:marBottom w:val="0"/>
              <w:divBdr>
                <w:top w:val="none" w:sz="0" w:space="0" w:color="auto"/>
                <w:left w:val="none" w:sz="0" w:space="0" w:color="auto"/>
                <w:bottom w:val="none" w:sz="0" w:space="0" w:color="auto"/>
                <w:right w:val="none" w:sz="0" w:space="0" w:color="auto"/>
              </w:divBdr>
            </w:div>
            <w:div w:id="27532512">
              <w:marLeft w:val="0"/>
              <w:marRight w:val="0"/>
              <w:marTop w:val="0"/>
              <w:marBottom w:val="0"/>
              <w:divBdr>
                <w:top w:val="none" w:sz="0" w:space="0" w:color="auto"/>
                <w:left w:val="none" w:sz="0" w:space="0" w:color="auto"/>
                <w:bottom w:val="none" w:sz="0" w:space="0" w:color="auto"/>
                <w:right w:val="none" w:sz="0" w:space="0" w:color="auto"/>
              </w:divBdr>
            </w:div>
            <w:div w:id="1575974624">
              <w:marLeft w:val="0"/>
              <w:marRight w:val="0"/>
              <w:marTop w:val="0"/>
              <w:marBottom w:val="0"/>
              <w:divBdr>
                <w:top w:val="none" w:sz="0" w:space="0" w:color="auto"/>
                <w:left w:val="none" w:sz="0" w:space="0" w:color="auto"/>
                <w:bottom w:val="none" w:sz="0" w:space="0" w:color="auto"/>
                <w:right w:val="none" w:sz="0" w:space="0" w:color="auto"/>
              </w:divBdr>
            </w:div>
            <w:div w:id="680083226">
              <w:marLeft w:val="0"/>
              <w:marRight w:val="0"/>
              <w:marTop w:val="0"/>
              <w:marBottom w:val="0"/>
              <w:divBdr>
                <w:top w:val="none" w:sz="0" w:space="0" w:color="auto"/>
                <w:left w:val="none" w:sz="0" w:space="0" w:color="auto"/>
                <w:bottom w:val="none" w:sz="0" w:space="0" w:color="auto"/>
                <w:right w:val="none" w:sz="0" w:space="0" w:color="auto"/>
              </w:divBdr>
            </w:div>
            <w:div w:id="1575317163">
              <w:marLeft w:val="0"/>
              <w:marRight w:val="0"/>
              <w:marTop w:val="0"/>
              <w:marBottom w:val="0"/>
              <w:divBdr>
                <w:top w:val="none" w:sz="0" w:space="0" w:color="auto"/>
                <w:left w:val="none" w:sz="0" w:space="0" w:color="auto"/>
                <w:bottom w:val="none" w:sz="0" w:space="0" w:color="auto"/>
                <w:right w:val="none" w:sz="0" w:space="0" w:color="auto"/>
              </w:divBdr>
            </w:div>
            <w:div w:id="1295676625">
              <w:marLeft w:val="0"/>
              <w:marRight w:val="0"/>
              <w:marTop w:val="0"/>
              <w:marBottom w:val="0"/>
              <w:divBdr>
                <w:top w:val="none" w:sz="0" w:space="0" w:color="auto"/>
                <w:left w:val="none" w:sz="0" w:space="0" w:color="auto"/>
                <w:bottom w:val="none" w:sz="0" w:space="0" w:color="auto"/>
                <w:right w:val="none" w:sz="0" w:space="0" w:color="auto"/>
              </w:divBdr>
            </w:div>
            <w:div w:id="763376364">
              <w:marLeft w:val="0"/>
              <w:marRight w:val="0"/>
              <w:marTop w:val="0"/>
              <w:marBottom w:val="0"/>
              <w:divBdr>
                <w:top w:val="none" w:sz="0" w:space="0" w:color="auto"/>
                <w:left w:val="none" w:sz="0" w:space="0" w:color="auto"/>
                <w:bottom w:val="none" w:sz="0" w:space="0" w:color="auto"/>
                <w:right w:val="none" w:sz="0" w:space="0" w:color="auto"/>
              </w:divBdr>
            </w:div>
            <w:div w:id="444690155">
              <w:marLeft w:val="0"/>
              <w:marRight w:val="0"/>
              <w:marTop w:val="0"/>
              <w:marBottom w:val="0"/>
              <w:divBdr>
                <w:top w:val="none" w:sz="0" w:space="0" w:color="auto"/>
                <w:left w:val="none" w:sz="0" w:space="0" w:color="auto"/>
                <w:bottom w:val="none" w:sz="0" w:space="0" w:color="auto"/>
                <w:right w:val="none" w:sz="0" w:space="0" w:color="auto"/>
              </w:divBdr>
            </w:div>
            <w:div w:id="1705905563">
              <w:marLeft w:val="0"/>
              <w:marRight w:val="0"/>
              <w:marTop w:val="0"/>
              <w:marBottom w:val="0"/>
              <w:divBdr>
                <w:top w:val="none" w:sz="0" w:space="0" w:color="auto"/>
                <w:left w:val="none" w:sz="0" w:space="0" w:color="auto"/>
                <w:bottom w:val="none" w:sz="0" w:space="0" w:color="auto"/>
                <w:right w:val="none" w:sz="0" w:space="0" w:color="auto"/>
              </w:divBdr>
            </w:div>
            <w:div w:id="1872183383">
              <w:marLeft w:val="0"/>
              <w:marRight w:val="0"/>
              <w:marTop w:val="0"/>
              <w:marBottom w:val="0"/>
              <w:divBdr>
                <w:top w:val="none" w:sz="0" w:space="0" w:color="auto"/>
                <w:left w:val="none" w:sz="0" w:space="0" w:color="auto"/>
                <w:bottom w:val="none" w:sz="0" w:space="0" w:color="auto"/>
                <w:right w:val="none" w:sz="0" w:space="0" w:color="auto"/>
              </w:divBdr>
            </w:div>
            <w:div w:id="1803840403">
              <w:marLeft w:val="0"/>
              <w:marRight w:val="0"/>
              <w:marTop w:val="0"/>
              <w:marBottom w:val="0"/>
              <w:divBdr>
                <w:top w:val="none" w:sz="0" w:space="0" w:color="auto"/>
                <w:left w:val="none" w:sz="0" w:space="0" w:color="auto"/>
                <w:bottom w:val="none" w:sz="0" w:space="0" w:color="auto"/>
                <w:right w:val="none" w:sz="0" w:space="0" w:color="auto"/>
              </w:divBdr>
            </w:div>
            <w:div w:id="439302164">
              <w:marLeft w:val="0"/>
              <w:marRight w:val="0"/>
              <w:marTop w:val="0"/>
              <w:marBottom w:val="0"/>
              <w:divBdr>
                <w:top w:val="none" w:sz="0" w:space="0" w:color="auto"/>
                <w:left w:val="none" w:sz="0" w:space="0" w:color="auto"/>
                <w:bottom w:val="none" w:sz="0" w:space="0" w:color="auto"/>
                <w:right w:val="none" w:sz="0" w:space="0" w:color="auto"/>
              </w:divBdr>
            </w:div>
            <w:div w:id="27337566">
              <w:marLeft w:val="0"/>
              <w:marRight w:val="0"/>
              <w:marTop w:val="0"/>
              <w:marBottom w:val="0"/>
              <w:divBdr>
                <w:top w:val="none" w:sz="0" w:space="0" w:color="auto"/>
                <w:left w:val="none" w:sz="0" w:space="0" w:color="auto"/>
                <w:bottom w:val="none" w:sz="0" w:space="0" w:color="auto"/>
                <w:right w:val="none" w:sz="0" w:space="0" w:color="auto"/>
              </w:divBdr>
            </w:div>
            <w:div w:id="1651013503">
              <w:marLeft w:val="0"/>
              <w:marRight w:val="0"/>
              <w:marTop w:val="0"/>
              <w:marBottom w:val="0"/>
              <w:divBdr>
                <w:top w:val="none" w:sz="0" w:space="0" w:color="auto"/>
                <w:left w:val="none" w:sz="0" w:space="0" w:color="auto"/>
                <w:bottom w:val="none" w:sz="0" w:space="0" w:color="auto"/>
                <w:right w:val="none" w:sz="0" w:space="0" w:color="auto"/>
              </w:divBdr>
            </w:div>
            <w:div w:id="2014139650">
              <w:marLeft w:val="0"/>
              <w:marRight w:val="0"/>
              <w:marTop w:val="0"/>
              <w:marBottom w:val="0"/>
              <w:divBdr>
                <w:top w:val="none" w:sz="0" w:space="0" w:color="auto"/>
                <w:left w:val="none" w:sz="0" w:space="0" w:color="auto"/>
                <w:bottom w:val="none" w:sz="0" w:space="0" w:color="auto"/>
                <w:right w:val="none" w:sz="0" w:space="0" w:color="auto"/>
              </w:divBdr>
            </w:div>
            <w:div w:id="1412965504">
              <w:marLeft w:val="0"/>
              <w:marRight w:val="0"/>
              <w:marTop w:val="0"/>
              <w:marBottom w:val="0"/>
              <w:divBdr>
                <w:top w:val="none" w:sz="0" w:space="0" w:color="auto"/>
                <w:left w:val="none" w:sz="0" w:space="0" w:color="auto"/>
                <w:bottom w:val="none" w:sz="0" w:space="0" w:color="auto"/>
                <w:right w:val="none" w:sz="0" w:space="0" w:color="auto"/>
              </w:divBdr>
            </w:div>
            <w:div w:id="1365594143">
              <w:marLeft w:val="0"/>
              <w:marRight w:val="0"/>
              <w:marTop w:val="0"/>
              <w:marBottom w:val="0"/>
              <w:divBdr>
                <w:top w:val="none" w:sz="0" w:space="0" w:color="auto"/>
                <w:left w:val="none" w:sz="0" w:space="0" w:color="auto"/>
                <w:bottom w:val="none" w:sz="0" w:space="0" w:color="auto"/>
                <w:right w:val="none" w:sz="0" w:space="0" w:color="auto"/>
              </w:divBdr>
            </w:div>
            <w:div w:id="1333604068">
              <w:marLeft w:val="0"/>
              <w:marRight w:val="0"/>
              <w:marTop w:val="0"/>
              <w:marBottom w:val="0"/>
              <w:divBdr>
                <w:top w:val="none" w:sz="0" w:space="0" w:color="auto"/>
                <w:left w:val="none" w:sz="0" w:space="0" w:color="auto"/>
                <w:bottom w:val="none" w:sz="0" w:space="0" w:color="auto"/>
                <w:right w:val="none" w:sz="0" w:space="0" w:color="auto"/>
              </w:divBdr>
            </w:div>
            <w:div w:id="1829856104">
              <w:marLeft w:val="0"/>
              <w:marRight w:val="0"/>
              <w:marTop w:val="0"/>
              <w:marBottom w:val="0"/>
              <w:divBdr>
                <w:top w:val="none" w:sz="0" w:space="0" w:color="auto"/>
                <w:left w:val="none" w:sz="0" w:space="0" w:color="auto"/>
                <w:bottom w:val="none" w:sz="0" w:space="0" w:color="auto"/>
                <w:right w:val="none" w:sz="0" w:space="0" w:color="auto"/>
              </w:divBdr>
            </w:div>
            <w:div w:id="831946430">
              <w:marLeft w:val="0"/>
              <w:marRight w:val="0"/>
              <w:marTop w:val="0"/>
              <w:marBottom w:val="0"/>
              <w:divBdr>
                <w:top w:val="none" w:sz="0" w:space="0" w:color="auto"/>
                <w:left w:val="none" w:sz="0" w:space="0" w:color="auto"/>
                <w:bottom w:val="none" w:sz="0" w:space="0" w:color="auto"/>
                <w:right w:val="none" w:sz="0" w:space="0" w:color="auto"/>
              </w:divBdr>
            </w:div>
            <w:div w:id="1854685170">
              <w:marLeft w:val="0"/>
              <w:marRight w:val="0"/>
              <w:marTop w:val="0"/>
              <w:marBottom w:val="0"/>
              <w:divBdr>
                <w:top w:val="none" w:sz="0" w:space="0" w:color="auto"/>
                <w:left w:val="none" w:sz="0" w:space="0" w:color="auto"/>
                <w:bottom w:val="none" w:sz="0" w:space="0" w:color="auto"/>
                <w:right w:val="none" w:sz="0" w:space="0" w:color="auto"/>
              </w:divBdr>
            </w:div>
            <w:div w:id="1158570379">
              <w:marLeft w:val="0"/>
              <w:marRight w:val="0"/>
              <w:marTop w:val="0"/>
              <w:marBottom w:val="0"/>
              <w:divBdr>
                <w:top w:val="none" w:sz="0" w:space="0" w:color="auto"/>
                <w:left w:val="none" w:sz="0" w:space="0" w:color="auto"/>
                <w:bottom w:val="none" w:sz="0" w:space="0" w:color="auto"/>
                <w:right w:val="none" w:sz="0" w:space="0" w:color="auto"/>
              </w:divBdr>
            </w:div>
            <w:div w:id="633175950">
              <w:marLeft w:val="0"/>
              <w:marRight w:val="0"/>
              <w:marTop w:val="0"/>
              <w:marBottom w:val="0"/>
              <w:divBdr>
                <w:top w:val="none" w:sz="0" w:space="0" w:color="auto"/>
                <w:left w:val="none" w:sz="0" w:space="0" w:color="auto"/>
                <w:bottom w:val="none" w:sz="0" w:space="0" w:color="auto"/>
                <w:right w:val="none" w:sz="0" w:space="0" w:color="auto"/>
              </w:divBdr>
            </w:div>
            <w:div w:id="123545777">
              <w:marLeft w:val="0"/>
              <w:marRight w:val="0"/>
              <w:marTop w:val="0"/>
              <w:marBottom w:val="0"/>
              <w:divBdr>
                <w:top w:val="none" w:sz="0" w:space="0" w:color="auto"/>
                <w:left w:val="none" w:sz="0" w:space="0" w:color="auto"/>
                <w:bottom w:val="none" w:sz="0" w:space="0" w:color="auto"/>
                <w:right w:val="none" w:sz="0" w:space="0" w:color="auto"/>
              </w:divBdr>
            </w:div>
            <w:div w:id="774132630">
              <w:marLeft w:val="0"/>
              <w:marRight w:val="0"/>
              <w:marTop w:val="0"/>
              <w:marBottom w:val="0"/>
              <w:divBdr>
                <w:top w:val="none" w:sz="0" w:space="0" w:color="auto"/>
                <w:left w:val="none" w:sz="0" w:space="0" w:color="auto"/>
                <w:bottom w:val="none" w:sz="0" w:space="0" w:color="auto"/>
                <w:right w:val="none" w:sz="0" w:space="0" w:color="auto"/>
              </w:divBdr>
            </w:div>
            <w:div w:id="1396857396">
              <w:marLeft w:val="0"/>
              <w:marRight w:val="0"/>
              <w:marTop w:val="0"/>
              <w:marBottom w:val="0"/>
              <w:divBdr>
                <w:top w:val="none" w:sz="0" w:space="0" w:color="auto"/>
                <w:left w:val="none" w:sz="0" w:space="0" w:color="auto"/>
                <w:bottom w:val="none" w:sz="0" w:space="0" w:color="auto"/>
                <w:right w:val="none" w:sz="0" w:space="0" w:color="auto"/>
              </w:divBdr>
            </w:div>
            <w:div w:id="226452575">
              <w:marLeft w:val="0"/>
              <w:marRight w:val="0"/>
              <w:marTop w:val="0"/>
              <w:marBottom w:val="0"/>
              <w:divBdr>
                <w:top w:val="none" w:sz="0" w:space="0" w:color="auto"/>
                <w:left w:val="none" w:sz="0" w:space="0" w:color="auto"/>
                <w:bottom w:val="none" w:sz="0" w:space="0" w:color="auto"/>
                <w:right w:val="none" w:sz="0" w:space="0" w:color="auto"/>
              </w:divBdr>
            </w:div>
            <w:div w:id="1008290045">
              <w:marLeft w:val="0"/>
              <w:marRight w:val="0"/>
              <w:marTop w:val="0"/>
              <w:marBottom w:val="0"/>
              <w:divBdr>
                <w:top w:val="none" w:sz="0" w:space="0" w:color="auto"/>
                <w:left w:val="none" w:sz="0" w:space="0" w:color="auto"/>
                <w:bottom w:val="none" w:sz="0" w:space="0" w:color="auto"/>
                <w:right w:val="none" w:sz="0" w:space="0" w:color="auto"/>
              </w:divBdr>
            </w:div>
            <w:div w:id="1096293715">
              <w:marLeft w:val="0"/>
              <w:marRight w:val="0"/>
              <w:marTop w:val="0"/>
              <w:marBottom w:val="0"/>
              <w:divBdr>
                <w:top w:val="none" w:sz="0" w:space="0" w:color="auto"/>
                <w:left w:val="none" w:sz="0" w:space="0" w:color="auto"/>
                <w:bottom w:val="none" w:sz="0" w:space="0" w:color="auto"/>
                <w:right w:val="none" w:sz="0" w:space="0" w:color="auto"/>
              </w:divBdr>
            </w:div>
            <w:div w:id="2065595180">
              <w:marLeft w:val="0"/>
              <w:marRight w:val="0"/>
              <w:marTop w:val="0"/>
              <w:marBottom w:val="0"/>
              <w:divBdr>
                <w:top w:val="none" w:sz="0" w:space="0" w:color="auto"/>
                <w:left w:val="none" w:sz="0" w:space="0" w:color="auto"/>
                <w:bottom w:val="none" w:sz="0" w:space="0" w:color="auto"/>
                <w:right w:val="none" w:sz="0" w:space="0" w:color="auto"/>
              </w:divBdr>
            </w:div>
            <w:div w:id="25103537">
              <w:marLeft w:val="0"/>
              <w:marRight w:val="0"/>
              <w:marTop w:val="0"/>
              <w:marBottom w:val="0"/>
              <w:divBdr>
                <w:top w:val="none" w:sz="0" w:space="0" w:color="auto"/>
                <w:left w:val="none" w:sz="0" w:space="0" w:color="auto"/>
                <w:bottom w:val="none" w:sz="0" w:space="0" w:color="auto"/>
                <w:right w:val="none" w:sz="0" w:space="0" w:color="auto"/>
              </w:divBdr>
            </w:div>
            <w:div w:id="1867674768">
              <w:marLeft w:val="0"/>
              <w:marRight w:val="0"/>
              <w:marTop w:val="0"/>
              <w:marBottom w:val="0"/>
              <w:divBdr>
                <w:top w:val="none" w:sz="0" w:space="0" w:color="auto"/>
                <w:left w:val="none" w:sz="0" w:space="0" w:color="auto"/>
                <w:bottom w:val="none" w:sz="0" w:space="0" w:color="auto"/>
                <w:right w:val="none" w:sz="0" w:space="0" w:color="auto"/>
              </w:divBdr>
            </w:div>
            <w:div w:id="1769231716">
              <w:marLeft w:val="0"/>
              <w:marRight w:val="0"/>
              <w:marTop w:val="0"/>
              <w:marBottom w:val="0"/>
              <w:divBdr>
                <w:top w:val="none" w:sz="0" w:space="0" w:color="auto"/>
                <w:left w:val="none" w:sz="0" w:space="0" w:color="auto"/>
                <w:bottom w:val="none" w:sz="0" w:space="0" w:color="auto"/>
                <w:right w:val="none" w:sz="0" w:space="0" w:color="auto"/>
              </w:divBdr>
            </w:div>
            <w:div w:id="1894778962">
              <w:marLeft w:val="0"/>
              <w:marRight w:val="0"/>
              <w:marTop w:val="0"/>
              <w:marBottom w:val="0"/>
              <w:divBdr>
                <w:top w:val="none" w:sz="0" w:space="0" w:color="auto"/>
                <w:left w:val="none" w:sz="0" w:space="0" w:color="auto"/>
                <w:bottom w:val="none" w:sz="0" w:space="0" w:color="auto"/>
                <w:right w:val="none" w:sz="0" w:space="0" w:color="auto"/>
              </w:divBdr>
            </w:div>
            <w:div w:id="1035472629">
              <w:marLeft w:val="0"/>
              <w:marRight w:val="0"/>
              <w:marTop w:val="0"/>
              <w:marBottom w:val="0"/>
              <w:divBdr>
                <w:top w:val="none" w:sz="0" w:space="0" w:color="auto"/>
                <w:left w:val="none" w:sz="0" w:space="0" w:color="auto"/>
                <w:bottom w:val="none" w:sz="0" w:space="0" w:color="auto"/>
                <w:right w:val="none" w:sz="0" w:space="0" w:color="auto"/>
              </w:divBdr>
            </w:div>
            <w:div w:id="1210606994">
              <w:marLeft w:val="0"/>
              <w:marRight w:val="0"/>
              <w:marTop w:val="0"/>
              <w:marBottom w:val="0"/>
              <w:divBdr>
                <w:top w:val="none" w:sz="0" w:space="0" w:color="auto"/>
                <w:left w:val="none" w:sz="0" w:space="0" w:color="auto"/>
                <w:bottom w:val="none" w:sz="0" w:space="0" w:color="auto"/>
                <w:right w:val="none" w:sz="0" w:space="0" w:color="auto"/>
              </w:divBdr>
            </w:div>
            <w:div w:id="738097167">
              <w:marLeft w:val="0"/>
              <w:marRight w:val="0"/>
              <w:marTop w:val="0"/>
              <w:marBottom w:val="0"/>
              <w:divBdr>
                <w:top w:val="none" w:sz="0" w:space="0" w:color="auto"/>
                <w:left w:val="none" w:sz="0" w:space="0" w:color="auto"/>
                <w:bottom w:val="none" w:sz="0" w:space="0" w:color="auto"/>
                <w:right w:val="none" w:sz="0" w:space="0" w:color="auto"/>
              </w:divBdr>
            </w:div>
            <w:div w:id="294651900">
              <w:marLeft w:val="0"/>
              <w:marRight w:val="0"/>
              <w:marTop w:val="0"/>
              <w:marBottom w:val="0"/>
              <w:divBdr>
                <w:top w:val="none" w:sz="0" w:space="0" w:color="auto"/>
                <w:left w:val="none" w:sz="0" w:space="0" w:color="auto"/>
                <w:bottom w:val="none" w:sz="0" w:space="0" w:color="auto"/>
                <w:right w:val="none" w:sz="0" w:space="0" w:color="auto"/>
              </w:divBdr>
            </w:div>
            <w:div w:id="1472937364">
              <w:marLeft w:val="0"/>
              <w:marRight w:val="0"/>
              <w:marTop w:val="0"/>
              <w:marBottom w:val="0"/>
              <w:divBdr>
                <w:top w:val="none" w:sz="0" w:space="0" w:color="auto"/>
                <w:left w:val="none" w:sz="0" w:space="0" w:color="auto"/>
                <w:bottom w:val="none" w:sz="0" w:space="0" w:color="auto"/>
                <w:right w:val="none" w:sz="0" w:space="0" w:color="auto"/>
              </w:divBdr>
            </w:div>
            <w:div w:id="1635717827">
              <w:marLeft w:val="0"/>
              <w:marRight w:val="0"/>
              <w:marTop w:val="0"/>
              <w:marBottom w:val="0"/>
              <w:divBdr>
                <w:top w:val="none" w:sz="0" w:space="0" w:color="auto"/>
                <w:left w:val="none" w:sz="0" w:space="0" w:color="auto"/>
                <w:bottom w:val="none" w:sz="0" w:space="0" w:color="auto"/>
                <w:right w:val="none" w:sz="0" w:space="0" w:color="auto"/>
              </w:divBdr>
            </w:div>
            <w:div w:id="1202552587">
              <w:marLeft w:val="0"/>
              <w:marRight w:val="0"/>
              <w:marTop w:val="0"/>
              <w:marBottom w:val="0"/>
              <w:divBdr>
                <w:top w:val="none" w:sz="0" w:space="0" w:color="auto"/>
                <w:left w:val="none" w:sz="0" w:space="0" w:color="auto"/>
                <w:bottom w:val="none" w:sz="0" w:space="0" w:color="auto"/>
                <w:right w:val="none" w:sz="0" w:space="0" w:color="auto"/>
              </w:divBdr>
            </w:div>
            <w:div w:id="166285783">
              <w:marLeft w:val="0"/>
              <w:marRight w:val="0"/>
              <w:marTop w:val="0"/>
              <w:marBottom w:val="0"/>
              <w:divBdr>
                <w:top w:val="none" w:sz="0" w:space="0" w:color="auto"/>
                <w:left w:val="none" w:sz="0" w:space="0" w:color="auto"/>
                <w:bottom w:val="none" w:sz="0" w:space="0" w:color="auto"/>
                <w:right w:val="none" w:sz="0" w:space="0" w:color="auto"/>
              </w:divBdr>
            </w:div>
            <w:div w:id="1458451247">
              <w:marLeft w:val="0"/>
              <w:marRight w:val="0"/>
              <w:marTop w:val="0"/>
              <w:marBottom w:val="0"/>
              <w:divBdr>
                <w:top w:val="none" w:sz="0" w:space="0" w:color="auto"/>
                <w:left w:val="none" w:sz="0" w:space="0" w:color="auto"/>
                <w:bottom w:val="none" w:sz="0" w:space="0" w:color="auto"/>
                <w:right w:val="none" w:sz="0" w:space="0" w:color="auto"/>
              </w:divBdr>
            </w:div>
            <w:div w:id="783037483">
              <w:marLeft w:val="0"/>
              <w:marRight w:val="0"/>
              <w:marTop w:val="0"/>
              <w:marBottom w:val="0"/>
              <w:divBdr>
                <w:top w:val="none" w:sz="0" w:space="0" w:color="auto"/>
                <w:left w:val="none" w:sz="0" w:space="0" w:color="auto"/>
                <w:bottom w:val="none" w:sz="0" w:space="0" w:color="auto"/>
                <w:right w:val="none" w:sz="0" w:space="0" w:color="auto"/>
              </w:divBdr>
            </w:div>
            <w:div w:id="1700742400">
              <w:marLeft w:val="0"/>
              <w:marRight w:val="0"/>
              <w:marTop w:val="0"/>
              <w:marBottom w:val="0"/>
              <w:divBdr>
                <w:top w:val="none" w:sz="0" w:space="0" w:color="auto"/>
                <w:left w:val="none" w:sz="0" w:space="0" w:color="auto"/>
                <w:bottom w:val="none" w:sz="0" w:space="0" w:color="auto"/>
                <w:right w:val="none" w:sz="0" w:space="0" w:color="auto"/>
              </w:divBdr>
            </w:div>
            <w:div w:id="625239486">
              <w:marLeft w:val="0"/>
              <w:marRight w:val="0"/>
              <w:marTop w:val="0"/>
              <w:marBottom w:val="0"/>
              <w:divBdr>
                <w:top w:val="none" w:sz="0" w:space="0" w:color="auto"/>
                <w:left w:val="none" w:sz="0" w:space="0" w:color="auto"/>
                <w:bottom w:val="none" w:sz="0" w:space="0" w:color="auto"/>
                <w:right w:val="none" w:sz="0" w:space="0" w:color="auto"/>
              </w:divBdr>
            </w:div>
            <w:div w:id="1286037595">
              <w:marLeft w:val="0"/>
              <w:marRight w:val="0"/>
              <w:marTop w:val="0"/>
              <w:marBottom w:val="0"/>
              <w:divBdr>
                <w:top w:val="none" w:sz="0" w:space="0" w:color="auto"/>
                <w:left w:val="none" w:sz="0" w:space="0" w:color="auto"/>
                <w:bottom w:val="none" w:sz="0" w:space="0" w:color="auto"/>
                <w:right w:val="none" w:sz="0" w:space="0" w:color="auto"/>
              </w:divBdr>
            </w:div>
            <w:div w:id="986862142">
              <w:marLeft w:val="0"/>
              <w:marRight w:val="0"/>
              <w:marTop w:val="0"/>
              <w:marBottom w:val="0"/>
              <w:divBdr>
                <w:top w:val="none" w:sz="0" w:space="0" w:color="auto"/>
                <w:left w:val="none" w:sz="0" w:space="0" w:color="auto"/>
                <w:bottom w:val="none" w:sz="0" w:space="0" w:color="auto"/>
                <w:right w:val="none" w:sz="0" w:space="0" w:color="auto"/>
              </w:divBdr>
            </w:div>
            <w:div w:id="1056927440">
              <w:marLeft w:val="0"/>
              <w:marRight w:val="0"/>
              <w:marTop w:val="0"/>
              <w:marBottom w:val="0"/>
              <w:divBdr>
                <w:top w:val="none" w:sz="0" w:space="0" w:color="auto"/>
                <w:left w:val="none" w:sz="0" w:space="0" w:color="auto"/>
                <w:bottom w:val="none" w:sz="0" w:space="0" w:color="auto"/>
                <w:right w:val="none" w:sz="0" w:space="0" w:color="auto"/>
              </w:divBdr>
            </w:div>
            <w:div w:id="996298196">
              <w:marLeft w:val="0"/>
              <w:marRight w:val="0"/>
              <w:marTop w:val="0"/>
              <w:marBottom w:val="0"/>
              <w:divBdr>
                <w:top w:val="none" w:sz="0" w:space="0" w:color="auto"/>
                <w:left w:val="none" w:sz="0" w:space="0" w:color="auto"/>
                <w:bottom w:val="none" w:sz="0" w:space="0" w:color="auto"/>
                <w:right w:val="none" w:sz="0" w:space="0" w:color="auto"/>
              </w:divBdr>
            </w:div>
            <w:div w:id="1345396603">
              <w:marLeft w:val="0"/>
              <w:marRight w:val="0"/>
              <w:marTop w:val="0"/>
              <w:marBottom w:val="0"/>
              <w:divBdr>
                <w:top w:val="none" w:sz="0" w:space="0" w:color="auto"/>
                <w:left w:val="none" w:sz="0" w:space="0" w:color="auto"/>
                <w:bottom w:val="none" w:sz="0" w:space="0" w:color="auto"/>
                <w:right w:val="none" w:sz="0" w:space="0" w:color="auto"/>
              </w:divBdr>
            </w:div>
            <w:div w:id="1230192154">
              <w:marLeft w:val="0"/>
              <w:marRight w:val="0"/>
              <w:marTop w:val="0"/>
              <w:marBottom w:val="0"/>
              <w:divBdr>
                <w:top w:val="none" w:sz="0" w:space="0" w:color="auto"/>
                <w:left w:val="none" w:sz="0" w:space="0" w:color="auto"/>
                <w:bottom w:val="none" w:sz="0" w:space="0" w:color="auto"/>
                <w:right w:val="none" w:sz="0" w:space="0" w:color="auto"/>
              </w:divBdr>
            </w:div>
            <w:div w:id="248468660">
              <w:marLeft w:val="0"/>
              <w:marRight w:val="0"/>
              <w:marTop w:val="0"/>
              <w:marBottom w:val="0"/>
              <w:divBdr>
                <w:top w:val="none" w:sz="0" w:space="0" w:color="auto"/>
                <w:left w:val="none" w:sz="0" w:space="0" w:color="auto"/>
                <w:bottom w:val="none" w:sz="0" w:space="0" w:color="auto"/>
                <w:right w:val="none" w:sz="0" w:space="0" w:color="auto"/>
              </w:divBdr>
            </w:div>
            <w:div w:id="377704775">
              <w:marLeft w:val="0"/>
              <w:marRight w:val="0"/>
              <w:marTop w:val="0"/>
              <w:marBottom w:val="0"/>
              <w:divBdr>
                <w:top w:val="none" w:sz="0" w:space="0" w:color="auto"/>
                <w:left w:val="none" w:sz="0" w:space="0" w:color="auto"/>
                <w:bottom w:val="none" w:sz="0" w:space="0" w:color="auto"/>
                <w:right w:val="none" w:sz="0" w:space="0" w:color="auto"/>
              </w:divBdr>
            </w:div>
            <w:div w:id="1128816467">
              <w:marLeft w:val="0"/>
              <w:marRight w:val="0"/>
              <w:marTop w:val="0"/>
              <w:marBottom w:val="0"/>
              <w:divBdr>
                <w:top w:val="none" w:sz="0" w:space="0" w:color="auto"/>
                <w:left w:val="none" w:sz="0" w:space="0" w:color="auto"/>
                <w:bottom w:val="none" w:sz="0" w:space="0" w:color="auto"/>
                <w:right w:val="none" w:sz="0" w:space="0" w:color="auto"/>
              </w:divBdr>
            </w:div>
            <w:div w:id="357973931">
              <w:marLeft w:val="0"/>
              <w:marRight w:val="0"/>
              <w:marTop w:val="0"/>
              <w:marBottom w:val="0"/>
              <w:divBdr>
                <w:top w:val="none" w:sz="0" w:space="0" w:color="auto"/>
                <w:left w:val="none" w:sz="0" w:space="0" w:color="auto"/>
                <w:bottom w:val="none" w:sz="0" w:space="0" w:color="auto"/>
                <w:right w:val="none" w:sz="0" w:space="0" w:color="auto"/>
              </w:divBdr>
            </w:div>
            <w:div w:id="740296340">
              <w:marLeft w:val="0"/>
              <w:marRight w:val="0"/>
              <w:marTop w:val="0"/>
              <w:marBottom w:val="0"/>
              <w:divBdr>
                <w:top w:val="none" w:sz="0" w:space="0" w:color="auto"/>
                <w:left w:val="none" w:sz="0" w:space="0" w:color="auto"/>
                <w:bottom w:val="none" w:sz="0" w:space="0" w:color="auto"/>
                <w:right w:val="none" w:sz="0" w:space="0" w:color="auto"/>
              </w:divBdr>
            </w:div>
            <w:div w:id="1586256849">
              <w:marLeft w:val="0"/>
              <w:marRight w:val="0"/>
              <w:marTop w:val="0"/>
              <w:marBottom w:val="0"/>
              <w:divBdr>
                <w:top w:val="none" w:sz="0" w:space="0" w:color="auto"/>
                <w:left w:val="none" w:sz="0" w:space="0" w:color="auto"/>
                <w:bottom w:val="none" w:sz="0" w:space="0" w:color="auto"/>
                <w:right w:val="none" w:sz="0" w:space="0" w:color="auto"/>
              </w:divBdr>
            </w:div>
            <w:div w:id="36248744">
              <w:marLeft w:val="0"/>
              <w:marRight w:val="0"/>
              <w:marTop w:val="0"/>
              <w:marBottom w:val="0"/>
              <w:divBdr>
                <w:top w:val="none" w:sz="0" w:space="0" w:color="auto"/>
                <w:left w:val="none" w:sz="0" w:space="0" w:color="auto"/>
                <w:bottom w:val="none" w:sz="0" w:space="0" w:color="auto"/>
                <w:right w:val="none" w:sz="0" w:space="0" w:color="auto"/>
              </w:divBdr>
            </w:div>
            <w:div w:id="1899591600">
              <w:marLeft w:val="0"/>
              <w:marRight w:val="0"/>
              <w:marTop w:val="0"/>
              <w:marBottom w:val="0"/>
              <w:divBdr>
                <w:top w:val="none" w:sz="0" w:space="0" w:color="auto"/>
                <w:left w:val="none" w:sz="0" w:space="0" w:color="auto"/>
                <w:bottom w:val="none" w:sz="0" w:space="0" w:color="auto"/>
                <w:right w:val="none" w:sz="0" w:space="0" w:color="auto"/>
              </w:divBdr>
            </w:div>
            <w:div w:id="1488202168">
              <w:marLeft w:val="0"/>
              <w:marRight w:val="0"/>
              <w:marTop w:val="0"/>
              <w:marBottom w:val="0"/>
              <w:divBdr>
                <w:top w:val="none" w:sz="0" w:space="0" w:color="auto"/>
                <w:left w:val="none" w:sz="0" w:space="0" w:color="auto"/>
                <w:bottom w:val="none" w:sz="0" w:space="0" w:color="auto"/>
                <w:right w:val="none" w:sz="0" w:space="0" w:color="auto"/>
              </w:divBdr>
            </w:div>
            <w:div w:id="236939574">
              <w:marLeft w:val="0"/>
              <w:marRight w:val="0"/>
              <w:marTop w:val="0"/>
              <w:marBottom w:val="0"/>
              <w:divBdr>
                <w:top w:val="none" w:sz="0" w:space="0" w:color="auto"/>
                <w:left w:val="none" w:sz="0" w:space="0" w:color="auto"/>
                <w:bottom w:val="none" w:sz="0" w:space="0" w:color="auto"/>
                <w:right w:val="none" w:sz="0" w:space="0" w:color="auto"/>
              </w:divBdr>
            </w:div>
            <w:div w:id="1827236264">
              <w:marLeft w:val="0"/>
              <w:marRight w:val="0"/>
              <w:marTop w:val="0"/>
              <w:marBottom w:val="0"/>
              <w:divBdr>
                <w:top w:val="none" w:sz="0" w:space="0" w:color="auto"/>
                <w:left w:val="none" w:sz="0" w:space="0" w:color="auto"/>
                <w:bottom w:val="none" w:sz="0" w:space="0" w:color="auto"/>
                <w:right w:val="none" w:sz="0" w:space="0" w:color="auto"/>
              </w:divBdr>
            </w:div>
            <w:div w:id="1976375587">
              <w:marLeft w:val="0"/>
              <w:marRight w:val="0"/>
              <w:marTop w:val="0"/>
              <w:marBottom w:val="0"/>
              <w:divBdr>
                <w:top w:val="none" w:sz="0" w:space="0" w:color="auto"/>
                <w:left w:val="none" w:sz="0" w:space="0" w:color="auto"/>
                <w:bottom w:val="none" w:sz="0" w:space="0" w:color="auto"/>
                <w:right w:val="none" w:sz="0" w:space="0" w:color="auto"/>
              </w:divBdr>
            </w:div>
            <w:div w:id="1925449913">
              <w:marLeft w:val="0"/>
              <w:marRight w:val="0"/>
              <w:marTop w:val="0"/>
              <w:marBottom w:val="0"/>
              <w:divBdr>
                <w:top w:val="none" w:sz="0" w:space="0" w:color="auto"/>
                <w:left w:val="none" w:sz="0" w:space="0" w:color="auto"/>
                <w:bottom w:val="none" w:sz="0" w:space="0" w:color="auto"/>
                <w:right w:val="none" w:sz="0" w:space="0" w:color="auto"/>
              </w:divBdr>
            </w:div>
            <w:div w:id="1044983432">
              <w:marLeft w:val="0"/>
              <w:marRight w:val="0"/>
              <w:marTop w:val="0"/>
              <w:marBottom w:val="0"/>
              <w:divBdr>
                <w:top w:val="none" w:sz="0" w:space="0" w:color="auto"/>
                <w:left w:val="none" w:sz="0" w:space="0" w:color="auto"/>
                <w:bottom w:val="none" w:sz="0" w:space="0" w:color="auto"/>
                <w:right w:val="none" w:sz="0" w:space="0" w:color="auto"/>
              </w:divBdr>
            </w:div>
            <w:div w:id="536547314">
              <w:marLeft w:val="0"/>
              <w:marRight w:val="0"/>
              <w:marTop w:val="0"/>
              <w:marBottom w:val="0"/>
              <w:divBdr>
                <w:top w:val="none" w:sz="0" w:space="0" w:color="auto"/>
                <w:left w:val="none" w:sz="0" w:space="0" w:color="auto"/>
                <w:bottom w:val="none" w:sz="0" w:space="0" w:color="auto"/>
                <w:right w:val="none" w:sz="0" w:space="0" w:color="auto"/>
              </w:divBdr>
            </w:div>
            <w:div w:id="981885185">
              <w:marLeft w:val="0"/>
              <w:marRight w:val="0"/>
              <w:marTop w:val="0"/>
              <w:marBottom w:val="0"/>
              <w:divBdr>
                <w:top w:val="none" w:sz="0" w:space="0" w:color="auto"/>
                <w:left w:val="none" w:sz="0" w:space="0" w:color="auto"/>
                <w:bottom w:val="none" w:sz="0" w:space="0" w:color="auto"/>
                <w:right w:val="none" w:sz="0" w:space="0" w:color="auto"/>
              </w:divBdr>
            </w:div>
            <w:div w:id="233203539">
              <w:marLeft w:val="0"/>
              <w:marRight w:val="0"/>
              <w:marTop w:val="0"/>
              <w:marBottom w:val="0"/>
              <w:divBdr>
                <w:top w:val="none" w:sz="0" w:space="0" w:color="auto"/>
                <w:left w:val="none" w:sz="0" w:space="0" w:color="auto"/>
                <w:bottom w:val="none" w:sz="0" w:space="0" w:color="auto"/>
                <w:right w:val="none" w:sz="0" w:space="0" w:color="auto"/>
              </w:divBdr>
            </w:div>
            <w:div w:id="331373265">
              <w:marLeft w:val="0"/>
              <w:marRight w:val="0"/>
              <w:marTop w:val="0"/>
              <w:marBottom w:val="0"/>
              <w:divBdr>
                <w:top w:val="none" w:sz="0" w:space="0" w:color="auto"/>
                <w:left w:val="none" w:sz="0" w:space="0" w:color="auto"/>
                <w:bottom w:val="none" w:sz="0" w:space="0" w:color="auto"/>
                <w:right w:val="none" w:sz="0" w:space="0" w:color="auto"/>
              </w:divBdr>
            </w:div>
            <w:div w:id="731269298">
              <w:marLeft w:val="0"/>
              <w:marRight w:val="0"/>
              <w:marTop w:val="0"/>
              <w:marBottom w:val="0"/>
              <w:divBdr>
                <w:top w:val="none" w:sz="0" w:space="0" w:color="auto"/>
                <w:left w:val="none" w:sz="0" w:space="0" w:color="auto"/>
                <w:bottom w:val="none" w:sz="0" w:space="0" w:color="auto"/>
                <w:right w:val="none" w:sz="0" w:space="0" w:color="auto"/>
              </w:divBdr>
            </w:div>
            <w:div w:id="1837726748">
              <w:marLeft w:val="0"/>
              <w:marRight w:val="0"/>
              <w:marTop w:val="0"/>
              <w:marBottom w:val="0"/>
              <w:divBdr>
                <w:top w:val="none" w:sz="0" w:space="0" w:color="auto"/>
                <w:left w:val="none" w:sz="0" w:space="0" w:color="auto"/>
                <w:bottom w:val="none" w:sz="0" w:space="0" w:color="auto"/>
                <w:right w:val="none" w:sz="0" w:space="0" w:color="auto"/>
              </w:divBdr>
            </w:div>
            <w:div w:id="1706523515">
              <w:marLeft w:val="0"/>
              <w:marRight w:val="0"/>
              <w:marTop w:val="0"/>
              <w:marBottom w:val="0"/>
              <w:divBdr>
                <w:top w:val="none" w:sz="0" w:space="0" w:color="auto"/>
                <w:left w:val="none" w:sz="0" w:space="0" w:color="auto"/>
                <w:bottom w:val="none" w:sz="0" w:space="0" w:color="auto"/>
                <w:right w:val="none" w:sz="0" w:space="0" w:color="auto"/>
              </w:divBdr>
            </w:div>
            <w:div w:id="1510438799">
              <w:marLeft w:val="0"/>
              <w:marRight w:val="0"/>
              <w:marTop w:val="0"/>
              <w:marBottom w:val="0"/>
              <w:divBdr>
                <w:top w:val="none" w:sz="0" w:space="0" w:color="auto"/>
                <w:left w:val="none" w:sz="0" w:space="0" w:color="auto"/>
                <w:bottom w:val="none" w:sz="0" w:space="0" w:color="auto"/>
                <w:right w:val="none" w:sz="0" w:space="0" w:color="auto"/>
              </w:divBdr>
            </w:div>
            <w:div w:id="1612009528">
              <w:marLeft w:val="0"/>
              <w:marRight w:val="0"/>
              <w:marTop w:val="0"/>
              <w:marBottom w:val="0"/>
              <w:divBdr>
                <w:top w:val="none" w:sz="0" w:space="0" w:color="auto"/>
                <w:left w:val="none" w:sz="0" w:space="0" w:color="auto"/>
                <w:bottom w:val="none" w:sz="0" w:space="0" w:color="auto"/>
                <w:right w:val="none" w:sz="0" w:space="0" w:color="auto"/>
              </w:divBdr>
            </w:div>
            <w:div w:id="206339268">
              <w:marLeft w:val="0"/>
              <w:marRight w:val="0"/>
              <w:marTop w:val="0"/>
              <w:marBottom w:val="0"/>
              <w:divBdr>
                <w:top w:val="none" w:sz="0" w:space="0" w:color="auto"/>
                <w:left w:val="none" w:sz="0" w:space="0" w:color="auto"/>
                <w:bottom w:val="none" w:sz="0" w:space="0" w:color="auto"/>
                <w:right w:val="none" w:sz="0" w:space="0" w:color="auto"/>
              </w:divBdr>
            </w:div>
            <w:div w:id="695499199">
              <w:marLeft w:val="0"/>
              <w:marRight w:val="0"/>
              <w:marTop w:val="0"/>
              <w:marBottom w:val="0"/>
              <w:divBdr>
                <w:top w:val="none" w:sz="0" w:space="0" w:color="auto"/>
                <w:left w:val="none" w:sz="0" w:space="0" w:color="auto"/>
                <w:bottom w:val="none" w:sz="0" w:space="0" w:color="auto"/>
                <w:right w:val="none" w:sz="0" w:space="0" w:color="auto"/>
              </w:divBdr>
            </w:div>
            <w:div w:id="1107505017">
              <w:marLeft w:val="0"/>
              <w:marRight w:val="0"/>
              <w:marTop w:val="0"/>
              <w:marBottom w:val="0"/>
              <w:divBdr>
                <w:top w:val="none" w:sz="0" w:space="0" w:color="auto"/>
                <w:left w:val="none" w:sz="0" w:space="0" w:color="auto"/>
                <w:bottom w:val="none" w:sz="0" w:space="0" w:color="auto"/>
                <w:right w:val="none" w:sz="0" w:space="0" w:color="auto"/>
              </w:divBdr>
            </w:div>
            <w:div w:id="1574661365">
              <w:marLeft w:val="0"/>
              <w:marRight w:val="0"/>
              <w:marTop w:val="0"/>
              <w:marBottom w:val="0"/>
              <w:divBdr>
                <w:top w:val="none" w:sz="0" w:space="0" w:color="auto"/>
                <w:left w:val="none" w:sz="0" w:space="0" w:color="auto"/>
                <w:bottom w:val="none" w:sz="0" w:space="0" w:color="auto"/>
                <w:right w:val="none" w:sz="0" w:space="0" w:color="auto"/>
              </w:divBdr>
            </w:div>
            <w:div w:id="618226249">
              <w:marLeft w:val="0"/>
              <w:marRight w:val="0"/>
              <w:marTop w:val="0"/>
              <w:marBottom w:val="0"/>
              <w:divBdr>
                <w:top w:val="none" w:sz="0" w:space="0" w:color="auto"/>
                <w:left w:val="none" w:sz="0" w:space="0" w:color="auto"/>
                <w:bottom w:val="none" w:sz="0" w:space="0" w:color="auto"/>
                <w:right w:val="none" w:sz="0" w:space="0" w:color="auto"/>
              </w:divBdr>
            </w:div>
            <w:div w:id="770247270">
              <w:marLeft w:val="0"/>
              <w:marRight w:val="0"/>
              <w:marTop w:val="0"/>
              <w:marBottom w:val="0"/>
              <w:divBdr>
                <w:top w:val="none" w:sz="0" w:space="0" w:color="auto"/>
                <w:left w:val="none" w:sz="0" w:space="0" w:color="auto"/>
                <w:bottom w:val="none" w:sz="0" w:space="0" w:color="auto"/>
                <w:right w:val="none" w:sz="0" w:space="0" w:color="auto"/>
              </w:divBdr>
            </w:div>
            <w:div w:id="1781142973">
              <w:marLeft w:val="0"/>
              <w:marRight w:val="0"/>
              <w:marTop w:val="0"/>
              <w:marBottom w:val="0"/>
              <w:divBdr>
                <w:top w:val="none" w:sz="0" w:space="0" w:color="auto"/>
                <w:left w:val="none" w:sz="0" w:space="0" w:color="auto"/>
                <w:bottom w:val="none" w:sz="0" w:space="0" w:color="auto"/>
                <w:right w:val="none" w:sz="0" w:space="0" w:color="auto"/>
              </w:divBdr>
            </w:div>
            <w:div w:id="239337658">
              <w:marLeft w:val="0"/>
              <w:marRight w:val="0"/>
              <w:marTop w:val="0"/>
              <w:marBottom w:val="0"/>
              <w:divBdr>
                <w:top w:val="none" w:sz="0" w:space="0" w:color="auto"/>
                <w:left w:val="none" w:sz="0" w:space="0" w:color="auto"/>
                <w:bottom w:val="none" w:sz="0" w:space="0" w:color="auto"/>
                <w:right w:val="none" w:sz="0" w:space="0" w:color="auto"/>
              </w:divBdr>
            </w:div>
            <w:div w:id="1483080171">
              <w:marLeft w:val="0"/>
              <w:marRight w:val="0"/>
              <w:marTop w:val="0"/>
              <w:marBottom w:val="0"/>
              <w:divBdr>
                <w:top w:val="none" w:sz="0" w:space="0" w:color="auto"/>
                <w:left w:val="none" w:sz="0" w:space="0" w:color="auto"/>
                <w:bottom w:val="none" w:sz="0" w:space="0" w:color="auto"/>
                <w:right w:val="none" w:sz="0" w:space="0" w:color="auto"/>
              </w:divBdr>
            </w:div>
            <w:div w:id="301154231">
              <w:marLeft w:val="0"/>
              <w:marRight w:val="0"/>
              <w:marTop w:val="0"/>
              <w:marBottom w:val="0"/>
              <w:divBdr>
                <w:top w:val="none" w:sz="0" w:space="0" w:color="auto"/>
                <w:left w:val="none" w:sz="0" w:space="0" w:color="auto"/>
                <w:bottom w:val="none" w:sz="0" w:space="0" w:color="auto"/>
                <w:right w:val="none" w:sz="0" w:space="0" w:color="auto"/>
              </w:divBdr>
            </w:div>
            <w:div w:id="1880704812">
              <w:marLeft w:val="0"/>
              <w:marRight w:val="0"/>
              <w:marTop w:val="0"/>
              <w:marBottom w:val="0"/>
              <w:divBdr>
                <w:top w:val="none" w:sz="0" w:space="0" w:color="auto"/>
                <w:left w:val="none" w:sz="0" w:space="0" w:color="auto"/>
                <w:bottom w:val="none" w:sz="0" w:space="0" w:color="auto"/>
                <w:right w:val="none" w:sz="0" w:space="0" w:color="auto"/>
              </w:divBdr>
            </w:div>
            <w:div w:id="94642414">
              <w:marLeft w:val="0"/>
              <w:marRight w:val="0"/>
              <w:marTop w:val="0"/>
              <w:marBottom w:val="0"/>
              <w:divBdr>
                <w:top w:val="none" w:sz="0" w:space="0" w:color="auto"/>
                <w:left w:val="none" w:sz="0" w:space="0" w:color="auto"/>
                <w:bottom w:val="none" w:sz="0" w:space="0" w:color="auto"/>
                <w:right w:val="none" w:sz="0" w:space="0" w:color="auto"/>
              </w:divBdr>
            </w:div>
            <w:div w:id="1768502248">
              <w:marLeft w:val="0"/>
              <w:marRight w:val="0"/>
              <w:marTop w:val="0"/>
              <w:marBottom w:val="0"/>
              <w:divBdr>
                <w:top w:val="none" w:sz="0" w:space="0" w:color="auto"/>
                <w:left w:val="none" w:sz="0" w:space="0" w:color="auto"/>
                <w:bottom w:val="none" w:sz="0" w:space="0" w:color="auto"/>
                <w:right w:val="none" w:sz="0" w:space="0" w:color="auto"/>
              </w:divBdr>
            </w:div>
            <w:div w:id="1596480631">
              <w:marLeft w:val="0"/>
              <w:marRight w:val="0"/>
              <w:marTop w:val="0"/>
              <w:marBottom w:val="0"/>
              <w:divBdr>
                <w:top w:val="none" w:sz="0" w:space="0" w:color="auto"/>
                <w:left w:val="none" w:sz="0" w:space="0" w:color="auto"/>
                <w:bottom w:val="none" w:sz="0" w:space="0" w:color="auto"/>
                <w:right w:val="none" w:sz="0" w:space="0" w:color="auto"/>
              </w:divBdr>
            </w:div>
            <w:div w:id="1800494119">
              <w:marLeft w:val="0"/>
              <w:marRight w:val="0"/>
              <w:marTop w:val="0"/>
              <w:marBottom w:val="0"/>
              <w:divBdr>
                <w:top w:val="none" w:sz="0" w:space="0" w:color="auto"/>
                <w:left w:val="none" w:sz="0" w:space="0" w:color="auto"/>
                <w:bottom w:val="none" w:sz="0" w:space="0" w:color="auto"/>
                <w:right w:val="none" w:sz="0" w:space="0" w:color="auto"/>
              </w:divBdr>
            </w:div>
            <w:div w:id="1717849711">
              <w:marLeft w:val="0"/>
              <w:marRight w:val="0"/>
              <w:marTop w:val="0"/>
              <w:marBottom w:val="0"/>
              <w:divBdr>
                <w:top w:val="none" w:sz="0" w:space="0" w:color="auto"/>
                <w:left w:val="none" w:sz="0" w:space="0" w:color="auto"/>
                <w:bottom w:val="none" w:sz="0" w:space="0" w:color="auto"/>
                <w:right w:val="none" w:sz="0" w:space="0" w:color="auto"/>
              </w:divBdr>
            </w:div>
            <w:div w:id="542792685">
              <w:marLeft w:val="0"/>
              <w:marRight w:val="0"/>
              <w:marTop w:val="0"/>
              <w:marBottom w:val="0"/>
              <w:divBdr>
                <w:top w:val="none" w:sz="0" w:space="0" w:color="auto"/>
                <w:left w:val="none" w:sz="0" w:space="0" w:color="auto"/>
                <w:bottom w:val="none" w:sz="0" w:space="0" w:color="auto"/>
                <w:right w:val="none" w:sz="0" w:space="0" w:color="auto"/>
              </w:divBdr>
            </w:div>
            <w:div w:id="1082222898">
              <w:marLeft w:val="0"/>
              <w:marRight w:val="0"/>
              <w:marTop w:val="0"/>
              <w:marBottom w:val="0"/>
              <w:divBdr>
                <w:top w:val="none" w:sz="0" w:space="0" w:color="auto"/>
                <w:left w:val="none" w:sz="0" w:space="0" w:color="auto"/>
                <w:bottom w:val="none" w:sz="0" w:space="0" w:color="auto"/>
                <w:right w:val="none" w:sz="0" w:space="0" w:color="auto"/>
              </w:divBdr>
            </w:div>
            <w:div w:id="1419403873">
              <w:marLeft w:val="0"/>
              <w:marRight w:val="0"/>
              <w:marTop w:val="0"/>
              <w:marBottom w:val="0"/>
              <w:divBdr>
                <w:top w:val="none" w:sz="0" w:space="0" w:color="auto"/>
                <w:left w:val="none" w:sz="0" w:space="0" w:color="auto"/>
                <w:bottom w:val="none" w:sz="0" w:space="0" w:color="auto"/>
                <w:right w:val="none" w:sz="0" w:space="0" w:color="auto"/>
              </w:divBdr>
            </w:div>
            <w:div w:id="1400202720">
              <w:marLeft w:val="0"/>
              <w:marRight w:val="0"/>
              <w:marTop w:val="0"/>
              <w:marBottom w:val="0"/>
              <w:divBdr>
                <w:top w:val="none" w:sz="0" w:space="0" w:color="auto"/>
                <w:left w:val="none" w:sz="0" w:space="0" w:color="auto"/>
                <w:bottom w:val="none" w:sz="0" w:space="0" w:color="auto"/>
                <w:right w:val="none" w:sz="0" w:space="0" w:color="auto"/>
              </w:divBdr>
            </w:div>
            <w:div w:id="2027487358">
              <w:marLeft w:val="0"/>
              <w:marRight w:val="0"/>
              <w:marTop w:val="0"/>
              <w:marBottom w:val="0"/>
              <w:divBdr>
                <w:top w:val="none" w:sz="0" w:space="0" w:color="auto"/>
                <w:left w:val="none" w:sz="0" w:space="0" w:color="auto"/>
                <w:bottom w:val="none" w:sz="0" w:space="0" w:color="auto"/>
                <w:right w:val="none" w:sz="0" w:space="0" w:color="auto"/>
              </w:divBdr>
            </w:div>
            <w:div w:id="1520776696">
              <w:marLeft w:val="0"/>
              <w:marRight w:val="0"/>
              <w:marTop w:val="0"/>
              <w:marBottom w:val="0"/>
              <w:divBdr>
                <w:top w:val="none" w:sz="0" w:space="0" w:color="auto"/>
                <w:left w:val="none" w:sz="0" w:space="0" w:color="auto"/>
                <w:bottom w:val="none" w:sz="0" w:space="0" w:color="auto"/>
                <w:right w:val="none" w:sz="0" w:space="0" w:color="auto"/>
              </w:divBdr>
            </w:div>
            <w:div w:id="76291694">
              <w:marLeft w:val="0"/>
              <w:marRight w:val="0"/>
              <w:marTop w:val="0"/>
              <w:marBottom w:val="0"/>
              <w:divBdr>
                <w:top w:val="none" w:sz="0" w:space="0" w:color="auto"/>
                <w:left w:val="none" w:sz="0" w:space="0" w:color="auto"/>
                <w:bottom w:val="none" w:sz="0" w:space="0" w:color="auto"/>
                <w:right w:val="none" w:sz="0" w:space="0" w:color="auto"/>
              </w:divBdr>
            </w:div>
            <w:div w:id="1612587180">
              <w:marLeft w:val="0"/>
              <w:marRight w:val="0"/>
              <w:marTop w:val="0"/>
              <w:marBottom w:val="0"/>
              <w:divBdr>
                <w:top w:val="none" w:sz="0" w:space="0" w:color="auto"/>
                <w:left w:val="none" w:sz="0" w:space="0" w:color="auto"/>
                <w:bottom w:val="none" w:sz="0" w:space="0" w:color="auto"/>
                <w:right w:val="none" w:sz="0" w:space="0" w:color="auto"/>
              </w:divBdr>
            </w:div>
            <w:div w:id="1808354030">
              <w:marLeft w:val="0"/>
              <w:marRight w:val="0"/>
              <w:marTop w:val="0"/>
              <w:marBottom w:val="0"/>
              <w:divBdr>
                <w:top w:val="none" w:sz="0" w:space="0" w:color="auto"/>
                <w:left w:val="none" w:sz="0" w:space="0" w:color="auto"/>
                <w:bottom w:val="none" w:sz="0" w:space="0" w:color="auto"/>
                <w:right w:val="none" w:sz="0" w:space="0" w:color="auto"/>
              </w:divBdr>
            </w:div>
            <w:div w:id="557741907">
              <w:marLeft w:val="0"/>
              <w:marRight w:val="0"/>
              <w:marTop w:val="0"/>
              <w:marBottom w:val="0"/>
              <w:divBdr>
                <w:top w:val="none" w:sz="0" w:space="0" w:color="auto"/>
                <w:left w:val="none" w:sz="0" w:space="0" w:color="auto"/>
                <w:bottom w:val="none" w:sz="0" w:space="0" w:color="auto"/>
                <w:right w:val="none" w:sz="0" w:space="0" w:color="auto"/>
              </w:divBdr>
            </w:div>
            <w:div w:id="1597208413">
              <w:marLeft w:val="0"/>
              <w:marRight w:val="0"/>
              <w:marTop w:val="0"/>
              <w:marBottom w:val="0"/>
              <w:divBdr>
                <w:top w:val="none" w:sz="0" w:space="0" w:color="auto"/>
                <w:left w:val="none" w:sz="0" w:space="0" w:color="auto"/>
                <w:bottom w:val="none" w:sz="0" w:space="0" w:color="auto"/>
                <w:right w:val="none" w:sz="0" w:space="0" w:color="auto"/>
              </w:divBdr>
            </w:div>
            <w:div w:id="1232274710">
              <w:marLeft w:val="0"/>
              <w:marRight w:val="0"/>
              <w:marTop w:val="0"/>
              <w:marBottom w:val="0"/>
              <w:divBdr>
                <w:top w:val="none" w:sz="0" w:space="0" w:color="auto"/>
                <w:left w:val="none" w:sz="0" w:space="0" w:color="auto"/>
                <w:bottom w:val="none" w:sz="0" w:space="0" w:color="auto"/>
                <w:right w:val="none" w:sz="0" w:space="0" w:color="auto"/>
              </w:divBdr>
            </w:div>
            <w:div w:id="835069073">
              <w:marLeft w:val="0"/>
              <w:marRight w:val="0"/>
              <w:marTop w:val="0"/>
              <w:marBottom w:val="0"/>
              <w:divBdr>
                <w:top w:val="none" w:sz="0" w:space="0" w:color="auto"/>
                <w:left w:val="none" w:sz="0" w:space="0" w:color="auto"/>
                <w:bottom w:val="none" w:sz="0" w:space="0" w:color="auto"/>
                <w:right w:val="none" w:sz="0" w:space="0" w:color="auto"/>
              </w:divBdr>
            </w:div>
            <w:div w:id="1911571053">
              <w:marLeft w:val="0"/>
              <w:marRight w:val="0"/>
              <w:marTop w:val="0"/>
              <w:marBottom w:val="0"/>
              <w:divBdr>
                <w:top w:val="none" w:sz="0" w:space="0" w:color="auto"/>
                <w:left w:val="none" w:sz="0" w:space="0" w:color="auto"/>
                <w:bottom w:val="none" w:sz="0" w:space="0" w:color="auto"/>
                <w:right w:val="none" w:sz="0" w:space="0" w:color="auto"/>
              </w:divBdr>
            </w:div>
            <w:div w:id="1700812935">
              <w:marLeft w:val="0"/>
              <w:marRight w:val="0"/>
              <w:marTop w:val="0"/>
              <w:marBottom w:val="0"/>
              <w:divBdr>
                <w:top w:val="none" w:sz="0" w:space="0" w:color="auto"/>
                <w:left w:val="none" w:sz="0" w:space="0" w:color="auto"/>
                <w:bottom w:val="none" w:sz="0" w:space="0" w:color="auto"/>
                <w:right w:val="none" w:sz="0" w:space="0" w:color="auto"/>
              </w:divBdr>
            </w:div>
            <w:div w:id="1525633056">
              <w:marLeft w:val="0"/>
              <w:marRight w:val="0"/>
              <w:marTop w:val="0"/>
              <w:marBottom w:val="0"/>
              <w:divBdr>
                <w:top w:val="none" w:sz="0" w:space="0" w:color="auto"/>
                <w:left w:val="none" w:sz="0" w:space="0" w:color="auto"/>
                <w:bottom w:val="none" w:sz="0" w:space="0" w:color="auto"/>
                <w:right w:val="none" w:sz="0" w:space="0" w:color="auto"/>
              </w:divBdr>
            </w:div>
            <w:div w:id="7953755">
              <w:marLeft w:val="0"/>
              <w:marRight w:val="0"/>
              <w:marTop w:val="0"/>
              <w:marBottom w:val="0"/>
              <w:divBdr>
                <w:top w:val="none" w:sz="0" w:space="0" w:color="auto"/>
                <w:left w:val="none" w:sz="0" w:space="0" w:color="auto"/>
                <w:bottom w:val="none" w:sz="0" w:space="0" w:color="auto"/>
                <w:right w:val="none" w:sz="0" w:space="0" w:color="auto"/>
              </w:divBdr>
            </w:div>
            <w:div w:id="351763356">
              <w:marLeft w:val="0"/>
              <w:marRight w:val="0"/>
              <w:marTop w:val="0"/>
              <w:marBottom w:val="0"/>
              <w:divBdr>
                <w:top w:val="none" w:sz="0" w:space="0" w:color="auto"/>
                <w:left w:val="none" w:sz="0" w:space="0" w:color="auto"/>
                <w:bottom w:val="none" w:sz="0" w:space="0" w:color="auto"/>
                <w:right w:val="none" w:sz="0" w:space="0" w:color="auto"/>
              </w:divBdr>
            </w:div>
            <w:div w:id="835924366">
              <w:marLeft w:val="0"/>
              <w:marRight w:val="0"/>
              <w:marTop w:val="0"/>
              <w:marBottom w:val="0"/>
              <w:divBdr>
                <w:top w:val="none" w:sz="0" w:space="0" w:color="auto"/>
                <w:left w:val="none" w:sz="0" w:space="0" w:color="auto"/>
                <w:bottom w:val="none" w:sz="0" w:space="0" w:color="auto"/>
                <w:right w:val="none" w:sz="0" w:space="0" w:color="auto"/>
              </w:divBdr>
            </w:div>
            <w:div w:id="606429021">
              <w:marLeft w:val="0"/>
              <w:marRight w:val="0"/>
              <w:marTop w:val="0"/>
              <w:marBottom w:val="0"/>
              <w:divBdr>
                <w:top w:val="none" w:sz="0" w:space="0" w:color="auto"/>
                <w:left w:val="none" w:sz="0" w:space="0" w:color="auto"/>
                <w:bottom w:val="none" w:sz="0" w:space="0" w:color="auto"/>
                <w:right w:val="none" w:sz="0" w:space="0" w:color="auto"/>
              </w:divBdr>
            </w:div>
            <w:div w:id="526335294">
              <w:marLeft w:val="0"/>
              <w:marRight w:val="0"/>
              <w:marTop w:val="0"/>
              <w:marBottom w:val="0"/>
              <w:divBdr>
                <w:top w:val="none" w:sz="0" w:space="0" w:color="auto"/>
                <w:left w:val="none" w:sz="0" w:space="0" w:color="auto"/>
                <w:bottom w:val="none" w:sz="0" w:space="0" w:color="auto"/>
                <w:right w:val="none" w:sz="0" w:space="0" w:color="auto"/>
              </w:divBdr>
            </w:div>
            <w:div w:id="524176904">
              <w:marLeft w:val="0"/>
              <w:marRight w:val="0"/>
              <w:marTop w:val="0"/>
              <w:marBottom w:val="0"/>
              <w:divBdr>
                <w:top w:val="none" w:sz="0" w:space="0" w:color="auto"/>
                <w:left w:val="none" w:sz="0" w:space="0" w:color="auto"/>
                <w:bottom w:val="none" w:sz="0" w:space="0" w:color="auto"/>
                <w:right w:val="none" w:sz="0" w:space="0" w:color="auto"/>
              </w:divBdr>
            </w:div>
            <w:div w:id="751661539">
              <w:marLeft w:val="0"/>
              <w:marRight w:val="0"/>
              <w:marTop w:val="0"/>
              <w:marBottom w:val="0"/>
              <w:divBdr>
                <w:top w:val="none" w:sz="0" w:space="0" w:color="auto"/>
                <w:left w:val="none" w:sz="0" w:space="0" w:color="auto"/>
                <w:bottom w:val="none" w:sz="0" w:space="0" w:color="auto"/>
                <w:right w:val="none" w:sz="0" w:space="0" w:color="auto"/>
              </w:divBdr>
            </w:div>
            <w:div w:id="932468816">
              <w:marLeft w:val="0"/>
              <w:marRight w:val="0"/>
              <w:marTop w:val="0"/>
              <w:marBottom w:val="0"/>
              <w:divBdr>
                <w:top w:val="none" w:sz="0" w:space="0" w:color="auto"/>
                <w:left w:val="none" w:sz="0" w:space="0" w:color="auto"/>
                <w:bottom w:val="none" w:sz="0" w:space="0" w:color="auto"/>
                <w:right w:val="none" w:sz="0" w:space="0" w:color="auto"/>
              </w:divBdr>
            </w:div>
            <w:div w:id="461844653">
              <w:marLeft w:val="0"/>
              <w:marRight w:val="0"/>
              <w:marTop w:val="0"/>
              <w:marBottom w:val="0"/>
              <w:divBdr>
                <w:top w:val="none" w:sz="0" w:space="0" w:color="auto"/>
                <w:left w:val="none" w:sz="0" w:space="0" w:color="auto"/>
                <w:bottom w:val="none" w:sz="0" w:space="0" w:color="auto"/>
                <w:right w:val="none" w:sz="0" w:space="0" w:color="auto"/>
              </w:divBdr>
            </w:div>
            <w:div w:id="1920406788">
              <w:marLeft w:val="0"/>
              <w:marRight w:val="0"/>
              <w:marTop w:val="0"/>
              <w:marBottom w:val="0"/>
              <w:divBdr>
                <w:top w:val="none" w:sz="0" w:space="0" w:color="auto"/>
                <w:left w:val="none" w:sz="0" w:space="0" w:color="auto"/>
                <w:bottom w:val="none" w:sz="0" w:space="0" w:color="auto"/>
                <w:right w:val="none" w:sz="0" w:space="0" w:color="auto"/>
              </w:divBdr>
            </w:div>
            <w:div w:id="1244531279">
              <w:marLeft w:val="0"/>
              <w:marRight w:val="0"/>
              <w:marTop w:val="0"/>
              <w:marBottom w:val="0"/>
              <w:divBdr>
                <w:top w:val="none" w:sz="0" w:space="0" w:color="auto"/>
                <w:left w:val="none" w:sz="0" w:space="0" w:color="auto"/>
                <w:bottom w:val="none" w:sz="0" w:space="0" w:color="auto"/>
                <w:right w:val="none" w:sz="0" w:space="0" w:color="auto"/>
              </w:divBdr>
            </w:div>
            <w:div w:id="298539506">
              <w:marLeft w:val="0"/>
              <w:marRight w:val="0"/>
              <w:marTop w:val="0"/>
              <w:marBottom w:val="0"/>
              <w:divBdr>
                <w:top w:val="none" w:sz="0" w:space="0" w:color="auto"/>
                <w:left w:val="none" w:sz="0" w:space="0" w:color="auto"/>
                <w:bottom w:val="none" w:sz="0" w:space="0" w:color="auto"/>
                <w:right w:val="none" w:sz="0" w:space="0" w:color="auto"/>
              </w:divBdr>
            </w:div>
            <w:div w:id="788278582">
              <w:marLeft w:val="0"/>
              <w:marRight w:val="0"/>
              <w:marTop w:val="0"/>
              <w:marBottom w:val="0"/>
              <w:divBdr>
                <w:top w:val="none" w:sz="0" w:space="0" w:color="auto"/>
                <w:left w:val="none" w:sz="0" w:space="0" w:color="auto"/>
                <w:bottom w:val="none" w:sz="0" w:space="0" w:color="auto"/>
                <w:right w:val="none" w:sz="0" w:space="0" w:color="auto"/>
              </w:divBdr>
            </w:div>
            <w:div w:id="291981827">
              <w:marLeft w:val="0"/>
              <w:marRight w:val="0"/>
              <w:marTop w:val="0"/>
              <w:marBottom w:val="0"/>
              <w:divBdr>
                <w:top w:val="none" w:sz="0" w:space="0" w:color="auto"/>
                <w:left w:val="none" w:sz="0" w:space="0" w:color="auto"/>
                <w:bottom w:val="none" w:sz="0" w:space="0" w:color="auto"/>
                <w:right w:val="none" w:sz="0" w:space="0" w:color="auto"/>
              </w:divBdr>
            </w:div>
            <w:div w:id="1731728432">
              <w:marLeft w:val="0"/>
              <w:marRight w:val="0"/>
              <w:marTop w:val="0"/>
              <w:marBottom w:val="0"/>
              <w:divBdr>
                <w:top w:val="none" w:sz="0" w:space="0" w:color="auto"/>
                <w:left w:val="none" w:sz="0" w:space="0" w:color="auto"/>
                <w:bottom w:val="none" w:sz="0" w:space="0" w:color="auto"/>
                <w:right w:val="none" w:sz="0" w:space="0" w:color="auto"/>
              </w:divBdr>
            </w:div>
            <w:div w:id="2041737239">
              <w:marLeft w:val="0"/>
              <w:marRight w:val="0"/>
              <w:marTop w:val="0"/>
              <w:marBottom w:val="0"/>
              <w:divBdr>
                <w:top w:val="none" w:sz="0" w:space="0" w:color="auto"/>
                <w:left w:val="none" w:sz="0" w:space="0" w:color="auto"/>
                <w:bottom w:val="none" w:sz="0" w:space="0" w:color="auto"/>
                <w:right w:val="none" w:sz="0" w:space="0" w:color="auto"/>
              </w:divBdr>
            </w:div>
            <w:div w:id="1502619664">
              <w:marLeft w:val="0"/>
              <w:marRight w:val="0"/>
              <w:marTop w:val="0"/>
              <w:marBottom w:val="0"/>
              <w:divBdr>
                <w:top w:val="none" w:sz="0" w:space="0" w:color="auto"/>
                <w:left w:val="none" w:sz="0" w:space="0" w:color="auto"/>
                <w:bottom w:val="none" w:sz="0" w:space="0" w:color="auto"/>
                <w:right w:val="none" w:sz="0" w:space="0" w:color="auto"/>
              </w:divBdr>
            </w:div>
            <w:div w:id="169830761">
              <w:marLeft w:val="0"/>
              <w:marRight w:val="0"/>
              <w:marTop w:val="0"/>
              <w:marBottom w:val="0"/>
              <w:divBdr>
                <w:top w:val="none" w:sz="0" w:space="0" w:color="auto"/>
                <w:left w:val="none" w:sz="0" w:space="0" w:color="auto"/>
                <w:bottom w:val="none" w:sz="0" w:space="0" w:color="auto"/>
                <w:right w:val="none" w:sz="0" w:space="0" w:color="auto"/>
              </w:divBdr>
            </w:div>
            <w:div w:id="353191479">
              <w:marLeft w:val="0"/>
              <w:marRight w:val="0"/>
              <w:marTop w:val="0"/>
              <w:marBottom w:val="0"/>
              <w:divBdr>
                <w:top w:val="none" w:sz="0" w:space="0" w:color="auto"/>
                <w:left w:val="none" w:sz="0" w:space="0" w:color="auto"/>
                <w:bottom w:val="none" w:sz="0" w:space="0" w:color="auto"/>
                <w:right w:val="none" w:sz="0" w:space="0" w:color="auto"/>
              </w:divBdr>
            </w:div>
            <w:div w:id="1143426888">
              <w:marLeft w:val="0"/>
              <w:marRight w:val="0"/>
              <w:marTop w:val="0"/>
              <w:marBottom w:val="0"/>
              <w:divBdr>
                <w:top w:val="none" w:sz="0" w:space="0" w:color="auto"/>
                <w:left w:val="none" w:sz="0" w:space="0" w:color="auto"/>
                <w:bottom w:val="none" w:sz="0" w:space="0" w:color="auto"/>
                <w:right w:val="none" w:sz="0" w:space="0" w:color="auto"/>
              </w:divBdr>
            </w:div>
            <w:div w:id="723987755">
              <w:marLeft w:val="0"/>
              <w:marRight w:val="0"/>
              <w:marTop w:val="0"/>
              <w:marBottom w:val="0"/>
              <w:divBdr>
                <w:top w:val="none" w:sz="0" w:space="0" w:color="auto"/>
                <w:left w:val="none" w:sz="0" w:space="0" w:color="auto"/>
                <w:bottom w:val="none" w:sz="0" w:space="0" w:color="auto"/>
                <w:right w:val="none" w:sz="0" w:space="0" w:color="auto"/>
              </w:divBdr>
            </w:div>
            <w:div w:id="1511482743">
              <w:marLeft w:val="0"/>
              <w:marRight w:val="0"/>
              <w:marTop w:val="0"/>
              <w:marBottom w:val="0"/>
              <w:divBdr>
                <w:top w:val="none" w:sz="0" w:space="0" w:color="auto"/>
                <w:left w:val="none" w:sz="0" w:space="0" w:color="auto"/>
                <w:bottom w:val="none" w:sz="0" w:space="0" w:color="auto"/>
                <w:right w:val="none" w:sz="0" w:space="0" w:color="auto"/>
              </w:divBdr>
            </w:div>
            <w:div w:id="945573329">
              <w:marLeft w:val="0"/>
              <w:marRight w:val="0"/>
              <w:marTop w:val="0"/>
              <w:marBottom w:val="0"/>
              <w:divBdr>
                <w:top w:val="none" w:sz="0" w:space="0" w:color="auto"/>
                <w:left w:val="none" w:sz="0" w:space="0" w:color="auto"/>
                <w:bottom w:val="none" w:sz="0" w:space="0" w:color="auto"/>
                <w:right w:val="none" w:sz="0" w:space="0" w:color="auto"/>
              </w:divBdr>
            </w:div>
            <w:div w:id="2050104440">
              <w:marLeft w:val="0"/>
              <w:marRight w:val="0"/>
              <w:marTop w:val="0"/>
              <w:marBottom w:val="0"/>
              <w:divBdr>
                <w:top w:val="none" w:sz="0" w:space="0" w:color="auto"/>
                <w:left w:val="none" w:sz="0" w:space="0" w:color="auto"/>
                <w:bottom w:val="none" w:sz="0" w:space="0" w:color="auto"/>
                <w:right w:val="none" w:sz="0" w:space="0" w:color="auto"/>
              </w:divBdr>
            </w:div>
            <w:div w:id="648437342">
              <w:marLeft w:val="0"/>
              <w:marRight w:val="0"/>
              <w:marTop w:val="0"/>
              <w:marBottom w:val="0"/>
              <w:divBdr>
                <w:top w:val="none" w:sz="0" w:space="0" w:color="auto"/>
                <w:left w:val="none" w:sz="0" w:space="0" w:color="auto"/>
                <w:bottom w:val="none" w:sz="0" w:space="0" w:color="auto"/>
                <w:right w:val="none" w:sz="0" w:space="0" w:color="auto"/>
              </w:divBdr>
            </w:div>
            <w:div w:id="1543978852">
              <w:marLeft w:val="0"/>
              <w:marRight w:val="0"/>
              <w:marTop w:val="0"/>
              <w:marBottom w:val="0"/>
              <w:divBdr>
                <w:top w:val="none" w:sz="0" w:space="0" w:color="auto"/>
                <w:left w:val="none" w:sz="0" w:space="0" w:color="auto"/>
                <w:bottom w:val="none" w:sz="0" w:space="0" w:color="auto"/>
                <w:right w:val="none" w:sz="0" w:space="0" w:color="auto"/>
              </w:divBdr>
            </w:div>
            <w:div w:id="106587636">
              <w:marLeft w:val="0"/>
              <w:marRight w:val="0"/>
              <w:marTop w:val="0"/>
              <w:marBottom w:val="0"/>
              <w:divBdr>
                <w:top w:val="none" w:sz="0" w:space="0" w:color="auto"/>
                <w:left w:val="none" w:sz="0" w:space="0" w:color="auto"/>
                <w:bottom w:val="none" w:sz="0" w:space="0" w:color="auto"/>
                <w:right w:val="none" w:sz="0" w:space="0" w:color="auto"/>
              </w:divBdr>
            </w:div>
            <w:div w:id="2030065733">
              <w:marLeft w:val="0"/>
              <w:marRight w:val="0"/>
              <w:marTop w:val="0"/>
              <w:marBottom w:val="0"/>
              <w:divBdr>
                <w:top w:val="none" w:sz="0" w:space="0" w:color="auto"/>
                <w:left w:val="none" w:sz="0" w:space="0" w:color="auto"/>
                <w:bottom w:val="none" w:sz="0" w:space="0" w:color="auto"/>
                <w:right w:val="none" w:sz="0" w:space="0" w:color="auto"/>
              </w:divBdr>
            </w:div>
            <w:div w:id="3288594">
              <w:marLeft w:val="0"/>
              <w:marRight w:val="0"/>
              <w:marTop w:val="0"/>
              <w:marBottom w:val="0"/>
              <w:divBdr>
                <w:top w:val="none" w:sz="0" w:space="0" w:color="auto"/>
                <w:left w:val="none" w:sz="0" w:space="0" w:color="auto"/>
                <w:bottom w:val="none" w:sz="0" w:space="0" w:color="auto"/>
                <w:right w:val="none" w:sz="0" w:space="0" w:color="auto"/>
              </w:divBdr>
            </w:div>
            <w:div w:id="284849878">
              <w:marLeft w:val="0"/>
              <w:marRight w:val="0"/>
              <w:marTop w:val="0"/>
              <w:marBottom w:val="0"/>
              <w:divBdr>
                <w:top w:val="none" w:sz="0" w:space="0" w:color="auto"/>
                <w:left w:val="none" w:sz="0" w:space="0" w:color="auto"/>
                <w:bottom w:val="none" w:sz="0" w:space="0" w:color="auto"/>
                <w:right w:val="none" w:sz="0" w:space="0" w:color="auto"/>
              </w:divBdr>
            </w:div>
            <w:div w:id="496309252">
              <w:marLeft w:val="0"/>
              <w:marRight w:val="0"/>
              <w:marTop w:val="0"/>
              <w:marBottom w:val="0"/>
              <w:divBdr>
                <w:top w:val="none" w:sz="0" w:space="0" w:color="auto"/>
                <w:left w:val="none" w:sz="0" w:space="0" w:color="auto"/>
                <w:bottom w:val="none" w:sz="0" w:space="0" w:color="auto"/>
                <w:right w:val="none" w:sz="0" w:space="0" w:color="auto"/>
              </w:divBdr>
            </w:div>
            <w:div w:id="1907956185">
              <w:marLeft w:val="0"/>
              <w:marRight w:val="0"/>
              <w:marTop w:val="0"/>
              <w:marBottom w:val="0"/>
              <w:divBdr>
                <w:top w:val="none" w:sz="0" w:space="0" w:color="auto"/>
                <w:left w:val="none" w:sz="0" w:space="0" w:color="auto"/>
                <w:bottom w:val="none" w:sz="0" w:space="0" w:color="auto"/>
                <w:right w:val="none" w:sz="0" w:space="0" w:color="auto"/>
              </w:divBdr>
            </w:div>
            <w:div w:id="899901772">
              <w:marLeft w:val="0"/>
              <w:marRight w:val="0"/>
              <w:marTop w:val="0"/>
              <w:marBottom w:val="0"/>
              <w:divBdr>
                <w:top w:val="none" w:sz="0" w:space="0" w:color="auto"/>
                <w:left w:val="none" w:sz="0" w:space="0" w:color="auto"/>
                <w:bottom w:val="none" w:sz="0" w:space="0" w:color="auto"/>
                <w:right w:val="none" w:sz="0" w:space="0" w:color="auto"/>
              </w:divBdr>
            </w:div>
            <w:div w:id="794328250">
              <w:marLeft w:val="0"/>
              <w:marRight w:val="0"/>
              <w:marTop w:val="0"/>
              <w:marBottom w:val="0"/>
              <w:divBdr>
                <w:top w:val="none" w:sz="0" w:space="0" w:color="auto"/>
                <w:left w:val="none" w:sz="0" w:space="0" w:color="auto"/>
                <w:bottom w:val="none" w:sz="0" w:space="0" w:color="auto"/>
                <w:right w:val="none" w:sz="0" w:space="0" w:color="auto"/>
              </w:divBdr>
            </w:div>
            <w:div w:id="612593922">
              <w:marLeft w:val="0"/>
              <w:marRight w:val="0"/>
              <w:marTop w:val="0"/>
              <w:marBottom w:val="0"/>
              <w:divBdr>
                <w:top w:val="none" w:sz="0" w:space="0" w:color="auto"/>
                <w:left w:val="none" w:sz="0" w:space="0" w:color="auto"/>
                <w:bottom w:val="none" w:sz="0" w:space="0" w:color="auto"/>
                <w:right w:val="none" w:sz="0" w:space="0" w:color="auto"/>
              </w:divBdr>
            </w:div>
            <w:div w:id="191917102">
              <w:marLeft w:val="0"/>
              <w:marRight w:val="0"/>
              <w:marTop w:val="0"/>
              <w:marBottom w:val="0"/>
              <w:divBdr>
                <w:top w:val="none" w:sz="0" w:space="0" w:color="auto"/>
                <w:left w:val="none" w:sz="0" w:space="0" w:color="auto"/>
                <w:bottom w:val="none" w:sz="0" w:space="0" w:color="auto"/>
                <w:right w:val="none" w:sz="0" w:space="0" w:color="auto"/>
              </w:divBdr>
            </w:div>
            <w:div w:id="1365711442">
              <w:marLeft w:val="0"/>
              <w:marRight w:val="0"/>
              <w:marTop w:val="0"/>
              <w:marBottom w:val="0"/>
              <w:divBdr>
                <w:top w:val="none" w:sz="0" w:space="0" w:color="auto"/>
                <w:left w:val="none" w:sz="0" w:space="0" w:color="auto"/>
                <w:bottom w:val="none" w:sz="0" w:space="0" w:color="auto"/>
                <w:right w:val="none" w:sz="0" w:space="0" w:color="auto"/>
              </w:divBdr>
            </w:div>
            <w:div w:id="1235747291">
              <w:marLeft w:val="0"/>
              <w:marRight w:val="0"/>
              <w:marTop w:val="0"/>
              <w:marBottom w:val="0"/>
              <w:divBdr>
                <w:top w:val="none" w:sz="0" w:space="0" w:color="auto"/>
                <w:left w:val="none" w:sz="0" w:space="0" w:color="auto"/>
                <w:bottom w:val="none" w:sz="0" w:space="0" w:color="auto"/>
                <w:right w:val="none" w:sz="0" w:space="0" w:color="auto"/>
              </w:divBdr>
            </w:div>
            <w:div w:id="976035734">
              <w:marLeft w:val="0"/>
              <w:marRight w:val="0"/>
              <w:marTop w:val="0"/>
              <w:marBottom w:val="0"/>
              <w:divBdr>
                <w:top w:val="none" w:sz="0" w:space="0" w:color="auto"/>
                <w:left w:val="none" w:sz="0" w:space="0" w:color="auto"/>
                <w:bottom w:val="none" w:sz="0" w:space="0" w:color="auto"/>
                <w:right w:val="none" w:sz="0" w:space="0" w:color="auto"/>
              </w:divBdr>
            </w:div>
            <w:div w:id="1194227781">
              <w:marLeft w:val="0"/>
              <w:marRight w:val="0"/>
              <w:marTop w:val="0"/>
              <w:marBottom w:val="0"/>
              <w:divBdr>
                <w:top w:val="none" w:sz="0" w:space="0" w:color="auto"/>
                <w:left w:val="none" w:sz="0" w:space="0" w:color="auto"/>
                <w:bottom w:val="none" w:sz="0" w:space="0" w:color="auto"/>
                <w:right w:val="none" w:sz="0" w:space="0" w:color="auto"/>
              </w:divBdr>
            </w:div>
            <w:div w:id="726075898">
              <w:marLeft w:val="0"/>
              <w:marRight w:val="0"/>
              <w:marTop w:val="0"/>
              <w:marBottom w:val="0"/>
              <w:divBdr>
                <w:top w:val="none" w:sz="0" w:space="0" w:color="auto"/>
                <w:left w:val="none" w:sz="0" w:space="0" w:color="auto"/>
                <w:bottom w:val="none" w:sz="0" w:space="0" w:color="auto"/>
                <w:right w:val="none" w:sz="0" w:space="0" w:color="auto"/>
              </w:divBdr>
            </w:div>
            <w:div w:id="1234319209">
              <w:marLeft w:val="0"/>
              <w:marRight w:val="0"/>
              <w:marTop w:val="0"/>
              <w:marBottom w:val="0"/>
              <w:divBdr>
                <w:top w:val="none" w:sz="0" w:space="0" w:color="auto"/>
                <w:left w:val="none" w:sz="0" w:space="0" w:color="auto"/>
                <w:bottom w:val="none" w:sz="0" w:space="0" w:color="auto"/>
                <w:right w:val="none" w:sz="0" w:space="0" w:color="auto"/>
              </w:divBdr>
            </w:div>
            <w:div w:id="1577133657">
              <w:marLeft w:val="0"/>
              <w:marRight w:val="0"/>
              <w:marTop w:val="0"/>
              <w:marBottom w:val="0"/>
              <w:divBdr>
                <w:top w:val="none" w:sz="0" w:space="0" w:color="auto"/>
                <w:left w:val="none" w:sz="0" w:space="0" w:color="auto"/>
                <w:bottom w:val="none" w:sz="0" w:space="0" w:color="auto"/>
                <w:right w:val="none" w:sz="0" w:space="0" w:color="auto"/>
              </w:divBdr>
            </w:div>
            <w:div w:id="1045717931">
              <w:marLeft w:val="0"/>
              <w:marRight w:val="0"/>
              <w:marTop w:val="0"/>
              <w:marBottom w:val="0"/>
              <w:divBdr>
                <w:top w:val="none" w:sz="0" w:space="0" w:color="auto"/>
                <w:left w:val="none" w:sz="0" w:space="0" w:color="auto"/>
                <w:bottom w:val="none" w:sz="0" w:space="0" w:color="auto"/>
                <w:right w:val="none" w:sz="0" w:space="0" w:color="auto"/>
              </w:divBdr>
            </w:div>
            <w:div w:id="1017006687">
              <w:marLeft w:val="0"/>
              <w:marRight w:val="0"/>
              <w:marTop w:val="0"/>
              <w:marBottom w:val="0"/>
              <w:divBdr>
                <w:top w:val="none" w:sz="0" w:space="0" w:color="auto"/>
                <w:left w:val="none" w:sz="0" w:space="0" w:color="auto"/>
                <w:bottom w:val="none" w:sz="0" w:space="0" w:color="auto"/>
                <w:right w:val="none" w:sz="0" w:space="0" w:color="auto"/>
              </w:divBdr>
            </w:div>
            <w:div w:id="1126851906">
              <w:marLeft w:val="0"/>
              <w:marRight w:val="0"/>
              <w:marTop w:val="0"/>
              <w:marBottom w:val="0"/>
              <w:divBdr>
                <w:top w:val="none" w:sz="0" w:space="0" w:color="auto"/>
                <w:left w:val="none" w:sz="0" w:space="0" w:color="auto"/>
                <w:bottom w:val="none" w:sz="0" w:space="0" w:color="auto"/>
                <w:right w:val="none" w:sz="0" w:space="0" w:color="auto"/>
              </w:divBdr>
            </w:div>
            <w:div w:id="1091437732">
              <w:marLeft w:val="0"/>
              <w:marRight w:val="0"/>
              <w:marTop w:val="0"/>
              <w:marBottom w:val="0"/>
              <w:divBdr>
                <w:top w:val="none" w:sz="0" w:space="0" w:color="auto"/>
                <w:left w:val="none" w:sz="0" w:space="0" w:color="auto"/>
                <w:bottom w:val="none" w:sz="0" w:space="0" w:color="auto"/>
                <w:right w:val="none" w:sz="0" w:space="0" w:color="auto"/>
              </w:divBdr>
            </w:div>
            <w:div w:id="295919763">
              <w:marLeft w:val="0"/>
              <w:marRight w:val="0"/>
              <w:marTop w:val="0"/>
              <w:marBottom w:val="0"/>
              <w:divBdr>
                <w:top w:val="none" w:sz="0" w:space="0" w:color="auto"/>
                <w:left w:val="none" w:sz="0" w:space="0" w:color="auto"/>
                <w:bottom w:val="none" w:sz="0" w:space="0" w:color="auto"/>
                <w:right w:val="none" w:sz="0" w:space="0" w:color="auto"/>
              </w:divBdr>
            </w:div>
            <w:div w:id="278609150">
              <w:marLeft w:val="0"/>
              <w:marRight w:val="0"/>
              <w:marTop w:val="0"/>
              <w:marBottom w:val="0"/>
              <w:divBdr>
                <w:top w:val="none" w:sz="0" w:space="0" w:color="auto"/>
                <w:left w:val="none" w:sz="0" w:space="0" w:color="auto"/>
                <w:bottom w:val="none" w:sz="0" w:space="0" w:color="auto"/>
                <w:right w:val="none" w:sz="0" w:space="0" w:color="auto"/>
              </w:divBdr>
            </w:div>
            <w:div w:id="1772509241">
              <w:marLeft w:val="0"/>
              <w:marRight w:val="0"/>
              <w:marTop w:val="0"/>
              <w:marBottom w:val="0"/>
              <w:divBdr>
                <w:top w:val="none" w:sz="0" w:space="0" w:color="auto"/>
                <w:left w:val="none" w:sz="0" w:space="0" w:color="auto"/>
                <w:bottom w:val="none" w:sz="0" w:space="0" w:color="auto"/>
                <w:right w:val="none" w:sz="0" w:space="0" w:color="auto"/>
              </w:divBdr>
            </w:div>
            <w:div w:id="456725283">
              <w:marLeft w:val="0"/>
              <w:marRight w:val="0"/>
              <w:marTop w:val="0"/>
              <w:marBottom w:val="0"/>
              <w:divBdr>
                <w:top w:val="none" w:sz="0" w:space="0" w:color="auto"/>
                <w:left w:val="none" w:sz="0" w:space="0" w:color="auto"/>
                <w:bottom w:val="none" w:sz="0" w:space="0" w:color="auto"/>
                <w:right w:val="none" w:sz="0" w:space="0" w:color="auto"/>
              </w:divBdr>
            </w:div>
            <w:div w:id="630983225">
              <w:marLeft w:val="0"/>
              <w:marRight w:val="0"/>
              <w:marTop w:val="0"/>
              <w:marBottom w:val="0"/>
              <w:divBdr>
                <w:top w:val="none" w:sz="0" w:space="0" w:color="auto"/>
                <w:left w:val="none" w:sz="0" w:space="0" w:color="auto"/>
                <w:bottom w:val="none" w:sz="0" w:space="0" w:color="auto"/>
                <w:right w:val="none" w:sz="0" w:space="0" w:color="auto"/>
              </w:divBdr>
            </w:div>
            <w:div w:id="1223246975">
              <w:marLeft w:val="0"/>
              <w:marRight w:val="0"/>
              <w:marTop w:val="0"/>
              <w:marBottom w:val="0"/>
              <w:divBdr>
                <w:top w:val="none" w:sz="0" w:space="0" w:color="auto"/>
                <w:left w:val="none" w:sz="0" w:space="0" w:color="auto"/>
                <w:bottom w:val="none" w:sz="0" w:space="0" w:color="auto"/>
                <w:right w:val="none" w:sz="0" w:space="0" w:color="auto"/>
              </w:divBdr>
            </w:div>
            <w:div w:id="1329821801">
              <w:marLeft w:val="0"/>
              <w:marRight w:val="0"/>
              <w:marTop w:val="0"/>
              <w:marBottom w:val="0"/>
              <w:divBdr>
                <w:top w:val="none" w:sz="0" w:space="0" w:color="auto"/>
                <w:left w:val="none" w:sz="0" w:space="0" w:color="auto"/>
                <w:bottom w:val="none" w:sz="0" w:space="0" w:color="auto"/>
                <w:right w:val="none" w:sz="0" w:space="0" w:color="auto"/>
              </w:divBdr>
            </w:div>
            <w:div w:id="2085446269">
              <w:marLeft w:val="0"/>
              <w:marRight w:val="0"/>
              <w:marTop w:val="0"/>
              <w:marBottom w:val="0"/>
              <w:divBdr>
                <w:top w:val="none" w:sz="0" w:space="0" w:color="auto"/>
                <w:left w:val="none" w:sz="0" w:space="0" w:color="auto"/>
                <w:bottom w:val="none" w:sz="0" w:space="0" w:color="auto"/>
                <w:right w:val="none" w:sz="0" w:space="0" w:color="auto"/>
              </w:divBdr>
            </w:div>
            <w:div w:id="92016642">
              <w:marLeft w:val="0"/>
              <w:marRight w:val="0"/>
              <w:marTop w:val="0"/>
              <w:marBottom w:val="0"/>
              <w:divBdr>
                <w:top w:val="none" w:sz="0" w:space="0" w:color="auto"/>
                <w:left w:val="none" w:sz="0" w:space="0" w:color="auto"/>
                <w:bottom w:val="none" w:sz="0" w:space="0" w:color="auto"/>
                <w:right w:val="none" w:sz="0" w:space="0" w:color="auto"/>
              </w:divBdr>
            </w:div>
            <w:div w:id="379289034">
              <w:marLeft w:val="0"/>
              <w:marRight w:val="0"/>
              <w:marTop w:val="0"/>
              <w:marBottom w:val="0"/>
              <w:divBdr>
                <w:top w:val="none" w:sz="0" w:space="0" w:color="auto"/>
                <w:left w:val="none" w:sz="0" w:space="0" w:color="auto"/>
                <w:bottom w:val="none" w:sz="0" w:space="0" w:color="auto"/>
                <w:right w:val="none" w:sz="0" w:space="0" w:color="auto"/>
              </w:divBdr>
            </w:div>
            <w:div w:id="1300266436">
              <w:marLeft w:val="0"/>
              <w:marRight w:val="0"/>
              <w:marTop w:val="0"/>
              <w:marBottom w:val="0"/>
              <w:divBdr>
                <w:top w:val="none" w:sz="0" w:space="0" w:color="auto"/>
                <w:left w:val="none" w:sz="0" w:space="0" w:color="auto"/>
                <w:bottom w:val="none" w:sz="0" w:space="0" w:color="auto"/>
                <w:right w:val="none" w:sz="0" w:space="0" w:color="auto"/>
              </w:divBdr>
            </w:div>
            <w:div w:id="1786076222">
              <w:marLeft w:val="0"/>
              <w:marRight w:val="0"/>
              <w:marTop w:val="0"/>
              <w:marBottom w:val="0"/>
              <w:divBdr>
                <w:top w:val="none" w:sz="0" w:space="0" w:color="auto"/>
                <w:left w:val="none" w:sz="0" w:space="0" w:color="auto"/>
                <w:bottom w:val="none" w:sz="0" w:space="0" w:color="auto"/>
                <w:right w:val="none" w:sz="0" w:space="0" w:color="auto"/>
              </w:divBdr>
            </w:div>
            <w:div w:id="1717705595">
              <w:marLeft w:val="0"/>
              <w:marRight w:val="0"/>
              <w:marTop w:val="0"/>
              <w:marBottom w:val="0"/>
              <w:divBdr>
                <w:top w:val="none" w:sz="0" w:space="0" w:color="auto"/>
                <w:left w:val="none" w:sz="0" w:space="0" w:color="auto"/>
                <w:bottom w:val="none" w:sz="0" w:space="0" w:color="auto"/>
                <w:right w:val="none" w:sz="0" w:space="0" w:color="auto"/>
              </w:divBdr>
            </w:div>
            <w:div w:id="1394815520">
              <w:marLeft w:val="0"/>
              <w:marRight w:val="0"/>
              <w:marTop w:val="0"/>
              <w:marBottom w:val="0"/>
              <w:divBdr>
                <w:top w:val="none" w:sz="0" w:space="0" w:color="auto"/>
                <w:left w:val="none" w:sz="0" w:space="0" w:color="auto"/>
                <w:bottom w:val="none" w:sz="0" w:space="0" w:color="auto"/>
                <w:right w:val="none" w:sz="0" w:space="0" w:color="auto"/>
              </w:divBdr>
            </w:div>
            <w:div w:id="356002120">
              <w:marLeft w:val="0"/>
              <w:marRight w:val="0"/>
              <w:marTop w:val="0"/>
              <w:marBottom w:val="0"/>
              <w:divBdr>
                <w:top w:val="none" w:sz="0" w:space="0" w:color="auto"/>
                <w:left w:val="none" w:sz="0" w:space="0" w:color="auto"/>
                <w:bottom w:val="none" w:sz="0" w:space="0" w:color="auto"/>
                <w:right w:val="none" w:sz="0" w:space="0" w:color="auto"/>
              </w:divBdr>
            </w:div>
            <w:div w:id="1248464418">
              <w:marLeft w:val="0"/>
              <w:marRight w:val="0"/>
              <w:marTop w:val="0"/>
              <w:marBottom w:val="0"/>
              <w:divBdr>
                <w:top w:val="none" w:sz="0" w:space="0" w:color="auto"/>
                <w:left w:val="none" w:sz="0" w:space="0" w:color="auto"/>
                <w:bottom w:val="none" w:sz="0" w:space="0" w:color="auto"/>
                <w:right w:val="none" w:sz="0" w:space="0" w:color="auto"/>
              </w:divBdr>
            </w:div>
            <w:div w:id="1176573589">
              <w:marLeft w:val="0"/>
              <w:marRight w:val="0"/>
              <w:marTop w:val="0"/>
              <w:marBottom w:val="0"/>
              <w:divBdr>
                <w:top w:val="none" w:sz="0" w:space="0" w:color="auto"/>
                <w:left w:val="none" w:sz="0" w:space="0" w:color="auto"/>
                <w:bottom w:val="none" w:sz="0" w:space="0" w:color="auto"/>
                <w:right w:val="none" w:sz="0" w:space="0" w:color="auto"/>
              </w:divBdr>
            </w:div>
            <w:div w:id="1434476954">
              <w:marLeft w:val="0"/>
              <w:marRight w:val="0"/>
              <w:marTop w:val="0"/>
              <w:marBottom w:val="0"/>
              <w:divBdr>
                <w:top w:val="none" w:sz="0" w:space="0" w:color="auto"/>
                <w:left w:val="none" w:sz="0" w:space="0" w:color="auto"/>
                <w:bottom w:val="none" w:sz="0" w:space="0" w:color="auto"/>
                <w:right w:val="none" w:sz="0" w:space="0" w:color="auto"/>
              </w:divBdr>
            </w:div>
            <w:div w:id="2130127388">
              <w:marLeft w:val="0"/>
              <w:marRight w:val="0"/>
              <w:marTop w:val="0"/>
              <w:marBottom w:val="0"/>
              <w:divBdr>
                <w:top w:val="none" w:sz="0" w:space="0" w:color="auto"/>
                <w:left w:val="none" w:sz="0" w:space="0" w:color="auto"/>
                <w:bottom w:val="none" w:sz="0" w:space="0" w:color="auto"/>
                <w:right w:val="none" w:sz="0" w:space="0" w:color="auto"/>
              </w:divBdr>
            </w:div>
            <w:div w:id="374739578">
              <w:marLeft w:val="0"/>
              <w:marRight w:val="0"/>
              <w:marTop w:val="0"/>
              <w:marBottom w:val="0"/>
              <w:divBdr>
                <w:top w:val="none" w:sz="0" w:space="0" w:color="auto"/>
                <w:left w:val="none" w:sz="0" w:space="0" w:color="auto"/>
                <w:bottom w:val="none" w:sz="0" w:space="0" w:color="auto"/>
                <w:right w:val="none" w:sz="0" w:space="0" w:color="auto"/>
              </w:divBdr>
            </w:div>
            <w:div w:id="1402022804">
              <w:marLeft w:val="0"/>
              <w:marRight w:val="0"/>
              <w:marTop w:val="0"/>
              <w:marBottom w:val="0"/>
              <w:divBdr>
                <w:top w:val="none" w:sz="0" w:space="0" w:color="auto"/>
                <w:left w:val="none" w:sz="0" w:space="0" w:color="auto"/>
                <w:bottom w:val="none" w:sz="0" w:space="0" w:color="auto"/>
                <w:right w:val="none" w:sz="0" w:space="0" w:color="auto"/>
              </w:divBdr>
            </w:div>
            <w:div w:id="1696689866">
              <w:marLeft w:val="0"/>
              <w:marRight w:val="0"/>
              <w:marTop w:val="0"/>
              <w:marBottom w:val="0"/>
              <w:divBdr>
                <w:top w:val="none" w:sz="0" w:space="0" w:color="auto"/>
                <w:left w:val="none" w:sz="0" w:space="0" w:color="auto"/>
                <w:bottom w:val="none" w:sz="0" w:space="0" w:color="auto"/>
                <w:right w:val="none" w:sz="0" w:space="0" w:color="auto"/>
              </w:divBdr>
            </w:div>
            <w:div w:id="1549410928">
              <w:marLeft w:val="0"/>
              <w:marRight w:val="0"/>
              <w:marTop w:val="0"/>
              <w:marBottom w:val="0"/>
              <w:divBdr>
                <w:top w:val="none" w:sz="0" w:space="0" w:color="auto"/>
                <w:left w:val="none" w:sz="0" w:space="0" w:color="auto"/>
                <w:bottom w:val="none" w:sz="0" w:space="0" w:color="auto"/>
                <w:right w:val="none" w:sz="0" w:space="0" w:color="auto"/>
              </w:divBdr>
            </w:div>
            <w:div w:id="617107849">
              <w:marLeft w:val="0"/>
              <w:marRight w:val="0"/>
              <w:marTop w:val="0"/>
              <w:marBottom w:val="0"/>
              <w:divBdr>
                <w:top w:val="none" w:sz="0" w:space="0" w:color="auto"/>
                <w:left w:val="none" w:sz="0" w:space="0" w:color="auto"/>
                <w:bottom w:val="none" w:sz="0" w:space="0" w:color="auto"/>
                <w:right w:val="none" w:sz="0" w:space="0" w:color="auto"/>
              </w:divBdr>
            </w:div>
            <w:div w:id="419909483">
              <w:marLeft w:val="0"/>
              <w:marRight w:val="0"/>
              <w:marTop w:val="0"/>
              <w:marBottom w:val="0"/>
              <w:divBdr>
                <w:top w:val="none" w:sz="0" w:space="0" w:color="auto"/>
                <w:left w:val="none" w:sz="0" w:space="0" w:color="auto"/>
                <w:bottom w:val="none" w:sz="0" w:space="0" w:color="auto"/>
                <w:right w:val="none" w:sz="0" w:space="0" w:color="auto"/>
              </w:divBdr>
            </w:div>
            <w:div w:id="1760712234">
              <w:marLeft w:val="0"/>
              <w:marRight w:val="0"/>
              <w:marTop w:val="0"/>
              <w:marBottom w:val="0"/>
              <w:divBdr>
                <w:top w:val="none" w:sz="0" w:space="0" w:color="auto"/>
                <w:left w:val="none" w:sz="0" w:space="0" w:color="auto"/>
                <w:bottom w:val="none" w:sz="0" w:space="0" w:color="auto"/>
                <w:right w:val="none" w:sz="0" w:space="0" w:color="auto"/>
              </w:divBdr>
            </w:div>
            <w:div w:id="848519267">
              <w:marLeft w:val="0"/>
              <w:marRight w:val="0"/>
              <w:marTop w:val="0"/>
              <w:marBottom w:val="0"/>
              <w:divBdr>
                <w:top w:val="none" w:sz="0" w:space="0" w:color="auto"/>
                <w:left w:val="none" w:sz="0" w:space="0" w:color="auto"/>
                <w:bottom w:val="none" w:sz="0" w:space="0" w:color="auto"/>
                <w:right w:val="none" w:sz="0" w:space="0" w:color="auto"/>
              </w:divBdr>
            </w:div>
            <w:div w:id="1202280282">
              <w:marLeft w:val="0"/>
              <w:marRight w:val="0"/>
              <w:marTop w:val="0"/>
              <w:marBottom w:val="0"/>
              <w:divBdr>
                <w:top w:val="none" w:sz="0" w:space="0" w:color="auto"/>
                <w:left w:val="none" w:sz="0" w:space="0" w:color="auto"/>
                <w:bottom w:val="none" w:sz="0" w:space="0" w:color="auto"/>
                <w:right w:val="none" w:sz="0" w:space="0" w:color="auto"/>
              </w:divBdr>
            </w:div>
            <w:div w:id="948590130">
              <w:marLeft w:val="0"/>
              <w:marRight w:val="0"/>
              <w:marTop w:val="0"/>
              <w:marBottom w:val="0"/>
              <w:divBdr>
                <w:top w:val="none" w:sz="0" w:space="0" w:color="auto"/>
                <w:left w:val="none" w:sz="0" w:space="0" w:color="auto"/>
                <w:bottom w:val="none" w:sz="0" w:space="0" w:color="auto"/>
                <w:right w:val="none" w:sz="0" w:space="0" w:color="auto"/>
              </w:divBdr>
            </w:div>
            <w:div w:id="1753892097">
              <w:marLeft w:val="0"/>
              <w:marRight w:val="0"/>
              <w:marTop w:val="0"/>
              <w:marBottom w:val="0"/>
              <w:divBdr>
                <w:top w:val="none" w:sz="0" w:space="0" w:color="auto"/>
                <w:left w:val="none" w:sz="0" w:space="0" w:color="auto"/>
                <w:bottom w:val="none" w:sz="0" w:space="0" w:color="auto"/>
                <w:right w:val="none" w:sz="0" w:space="0" w:color="auto"/>
              </w:divBdr>
            </w:div>
            <w:div w:id="1458063306">
              <w:marLeft w:val="0"/>
              <w:marRight w:val="0"/>
              <w:marTop w:val="0"/>
              <w:marBottom w:val="0"/>
              <w:divBdr>
                <w:top w:val="none" w:sz="0" w:space="0" w:color="auto"/>
                <w:left w:val="none" w:sz="0" w:space="0" w:color="auto"/>
                <w:bottom w:val="none" w:sz="0" w:space="0" w:color="auto"/>
                <w:right w:val="none" w:sz="0" w:space="0" w:color="auto"/>
              </w:divBdr>
            </w:div>
            <w:div w:id="846482376">
              <w:marLeft w:val="0"/>
              <w:marRight w:val="0"/>
              <w:marTop w:val="0"/>
              <w:marBottom w:val="0"/>
              <w:divBdr>
                <w:top w:val="none" w:sz="0" w:space="0" w:color="auto"/>
                <w:left w:val="none" w:sz="0" w:space="0" w:color="auto"/>
                <w:bottom w:val="none" w:sz="0" w:space="0" w:color="auto"/>
                <w:right w:val="none" w:sz="0" w:space="0" w:color="auto"/>
              </w:divBdr>
            </w:div>
            <w:div w:id="1695156887">
              <w:marLeft w:val="0"/>
              <w:marRight w:val="0"/>
              <w:marTop w:val="0"/>
              <w:marBottom w:val="0"/>
              <w:divBdr>
                <w:top w:val="none" w:sz="0" w:space="0" w:color="auto"/>
                <w:left w:val="none" w:sz="0" w:space="0" w:color="auto"/>
                <w:bottom w:val="none" w:sz="0" w:space="0" w:color="auto"/>
                <w:right w:val="none" w:sz="0" w:space="0" w:color="auto"/>
              </w:divBdr>
            </w:div>
            <w:div w:id="1293363839">
              <w:marLeft w:val="0"/>
              <w:marRight w:val="0"/>
              <w:marTop w:val="0"/>
              <w:marBottom w:val="0"/>
              <w:divBdr>
                <w:top w:val="none" w:sz="0" w:space="0" w:color="auto"/>
                <w:left w:val="none" w:sz="0" w:space="0" w:color="auto"/>
                <w:bottom w:val="none" w:sz="0" w:space="0" w:color="auto"/>
                <w:right w:val="none" w:sz="0" w:space="0" w:color="auto"/>
              </w:divBdr>
            </w:div>
            <w:div w:id="1713067391">
              <w:marLeft w:val="0"/>
              <w:marRight w:val="0"/>
              <w:marTop w:val="0"/>
              <w:marBottom w:val="0"/>
              <w:divBdr>
                <w:top w:val="none" w:sz="0" w:space="0" w:color="auto"/>
                <w:left w:val="none" w:sz="0" w:space="0" w:color="auto"/>
                <w:bottom w:val="none" w:sz="0" w:space="0" w:color="auto"/>
                <w:right w:val="none" w:sz="0" w:space="0" w:color="auto"/>
              </w:divBdr>
            </w:div>
            <w:div w:id="12731298">
              <w:marLeft w:val="0"/>
              <w:marRight w:val="0"/>
              <w:marTop w:val="0"/>
              <w:marBottom w:val="0"/>
              <w:divBdr>
                <w:top w:val="none" w:sz="0" w:space="0" w:color="auto"/>
                <w:left w:val="none" w:sz="0" w:space="0" w:color="auto"/>
                <w:bottom w:val="none" w:sz="0" w:space="0" w:color="auto"/>
                <w:right w:val="none" w:sz="0" w:space="0" w:color="auto"/>
              </w:divBdr>
            </w:div>
            <w:div w:id="1062217696">
              <w:marLeft w:val="0"/>
              <w:marRight w:val="0"/>
              <w:marTop w:val="0"/>
              <w:marBottom w:val="0"/>
              <w:divBdr>
                <w:top w:val="none" w:sz="0" w:space="0" w:color="auto"/>
                <w:left w:val="none" w:sz="0" w:space="0" w:color="auto"/>
                <w:bottom w:val="none" w:sz="0" w:space="0" w:color="auto"/>
                <w:right w:val="none" w:sz="0" w:space="0" w:color="auto"/>
              </w:divBdr>
            </w:div>
            <w:div w:id="1569995098">
              <w:marLeft w:val="0"/>
              <w:marRight w:val="0"/>
              <w:marTop w:val="0"/>
              <w:marBottom w:val="0"/>
              <w:divBdr>
                <w:top w:val="none" w:sz="0" w:space="0" w:color="auto"/>
                <w:left w:val="none" w:sz="0" w:space="0" w:color="auto"/>
                <w:bottom w:val="none" w:sz="0" w:space="0" w:color="auto"/>
                <w:right w:val="none" w:sz="0" w:space="0" w:color="auto"/>
              </w:divBdr>
            </w:div>
            <w:div w:id="1539506224">
              <w:marLeft w:val="0"/>
              <w:marRight w:val="0"/>
              <w:marTop w:val="0"/>
              <w:marBottom w:val="0"/>
              <w:divBdr>
                <w:top w:val="none" w:sz="0" w:space="0" w:color="auto"/>
                <w:left w:val="none" w:sz="0" w:space="0" w:color="auto"/>
                <w:bottom w:val="none" w:sz="0" w:space="0" w:color="auto"/>
                <w:right w:val="none" w:sz="0" w:space="0" w:color="auto"/>
              </w:divBdr>
            </w:div>
            <w:div w:id="844830231">
              <w:marLeft w:val="0"/>
              <w:marRight w:val="0"/>
              <w:marTop w:val="0"/>
              <w:marBottom w:val="0"/>
              <w:divBdr>
                <w:top w:val="none" w:sz="0" w:space="0" w:color="auto"/>
                <w:left w:val="none" w:sz="0" w:space="0" w:color="auto"/>
                <w:bottom w:val="none" w:sz="0" w:space="0" w:color="auto"/>
                <w:right w:val="none" w:sz="0" w:space="0" w:color="auto"/>
              </w:divBdr>
            </w:div>
            <w:div w:id="161043639">
              <w:marLeft w:val="0"/>
              <w:marRight w:val="0"/>
              <w:marTop w:val="0"/>
              <w:marBottom w:val="0"/>
              <w:divBdr>
                <w:top w:val="none" w:sz="0" w:space="0" w:color="auto"/>
                <w:left w:val="none" w:sz="0" w:space="0" w:color="auto"/>
                <w:bottom w:val="none" w:sz="0" w:space="0" w:color="auto"/>
                <w:right w:val="none" w:sz="0" w:space="0" w:color="auto"/>
              </w:divBdr>
            </w:div>
            <w:div w:id="2134982942">
              <w:marLeft w:val="0"/>
              <w:marRight w:val="0"/>
              <w:marTop w:val="0"/>
              <w:marBottom w:val="0"/>
              <w:divBdr>
                <w:top w:val="none" w:sz="0" w:space="0" w:color="auto"/>
                <w:left w:val="none" w:sz="0" w:space="0" w:color="auto"/>
                <w:bottom w:val="none" w:sz="0" w:space="0" w:color="auto"/>
                <w:right w:val="none" w:sz="0" w:space="0" w:color="auto"/>
              </w:divBdr>
            </w:div>
            <w:div w:id="1109423449">
              <w:marLeft w:val="0"/>
              <w:marRight w:val="0"/>
              <w:marTop w:val="0"/>
              <w:marBottom w:val="0"/>
              <w:divBdr>
                <w:top w:val="none" w:sz="0" w:space="0" w:color="auto"/>
                <w:left w:val="none" w:sz="0" w:space="0" w:color="auto"/>
                <w:bottom w:val="none" w:sz="0" w:space="0" w:color="auto"/>
                <w:right w:val="none" w:sz="0" w:space="0" w:color="auto"/>
              </w:divBdr>
            </w:div>
            <w:div w:id="1989898237">
              <w:marLeft w:val="0"/>
              <w:marRight w:val="0"/>
              <w:marTop w:val="0"/>
              <w:marBottom w:val="0"/>
              <w:divBdr>
                <w:top w:val="none" w:sz="0" w:space="0" w:color="auto"/>
                <w:left w:val="none" w:sz="0" w:space="0" w:color="auto"/>
                <w:bottom w:val="none" w:sz="0" w:space="0" w:color="auto"/>
                <w:right w:val="none" w:sz="0" w:space="0" w:color="auto"/>
              </w:divBdr>
            </w:div>
            <w:div w:id="1690913776">
              <w:marLeft w:val="0"/>
              <w:marRight w:val="0"/>
              <w:marTop w:val="0"/>
              <w:marBottom w:val="0"/>
              <w:divBdr>
                <w:top w:val="none" w:sz="0" w:space="0" w:color="auto"/>
                <w:left w:val="none" w:sz="0" w:space="0" w:color="auto"/>
                <w:bottom w:val="none" w:sz="0" w:space="0" w:color="auto"/>
                <w:right w:val="none" w:sz="0" w:space="0" w:color="auto"/>
              </w:divBdr>
            </w:div>
            <w:div w:id="1129394018">
              <w:marLeft w:val="0"/>
              <w:marRight w:val="0"/>
              <w:marTop w:val="0"/>
              <w:marBottom w:val="0"/>
              <w:divBdr>
                <w:top w:val="none" w:sz="0" w:space="0" w:color="auto"/>
                <w:left w:val="none" w:sz="0" w:space="0" w:color="auto"/>
                <w:bottom w:val="none" w:sz="0" w:space="0" w:color="auto"/>
                <w:right w:val="none" w:sz="0" w:space="0" w:color="auto"/>
              </w:divBdr>
            </w:div>
            <w:div w:id="1744713422">
              <w:marLeft w:val="0"/>
              <w:marRight w:val="0"/>
              <w:marTop w:val="0"/>
              <w:marBottom w:val="0"/>
              <w:divBdr>
                <w:top w:val="none" w:sz="0" w:space="0" w:color="auto"/>
                <w:left w:val="none" w:sz="0" w:space="0" w:color="auto"/>
                <w:bottom w:val="none" w:sz="0" w:space="0" w:color="auto"/>
                <w:right w:val="none" w:sz="0" w:space="0" w:color="auto"/>
              </w:divBdr>
            </w:div>
            <w:div w:id="122046534">
              <w:marLeft w:val="0"/>
              <w:marRight w:val="0"/>
              <w:marTop w:val="0"/>
              <w:marBottom w:val="0"/>
              <w:divBdr>
                <w:top w:val="none" w:sz="0" w:space="0" w:color="auto"/>
                <w:left w:val="none" w:sz="0" w:space="0" w:color="auto"/>
                <w:bottom w:val="none" w:sz="0" w:space="0" w:color="auto"/>
                <w:right w:val="none" w:sz="0" w:space="0" w:color="auto"/>
              </w:divBdr>
            </w:div>
            <w:div w:id="1397439822">
              <w:marLeft w:val="0"/>
              <w:marRight w:val="0"/>
              <w:marTop w:val="0"/>
              <w:marBottom w:val="0"/>
              <w:divBdr>
                <w:top w:val="none" w:sz="0" w:space="0" w:color="auto"/>
                <w:left w:val="none" w:sz="0" w:space="0" w:color="auto"/>
                <w:bottom w:val="none" w:sz="0" w:space="0" w:color="auto"/>
                <w:right w:val="none" w:sz="0" w:space="0" w:color="auto"/>
              </w:divBdr>
            </w:div>
            <w:div w:id="1987708711">
              <w:marLeft w:val="0"/>
              <w:marRight w:val="0"/>
              <w:marTop w:val="0"/>
              <w:marBottom w:val="0"/>
              <w:divBdr>
                <w:top w:val="none" w:sz="0" w:space="0" w:color="auto"/>
                <w:left w:val="none" w:sz="0" w:space="0" w:color="auto"/>
                <w:bottom w:val="none" w:sz="0" w:space="0" w:color="auto"/>
                <w:right w:val="none" w:sz="0" w:space="0" w:color="auto"/>
              </w:divBdr>
            </w:div>
            <w:div w:id="1757743887">
              <w:marLeft w:val="0"/>
              <w:marRight w:val="0"/>
              <w:marTop w:val="0"/>
              <w:marBottom w:val="0"/>
              <w:divBdr>
                <w:top w:val="none" w:sz="0" w:space="0" w:color="auto"/>
                <w:left w:val="none" w:sz="0" w:space="0" w:color="auto"/>
                <w:bottom w:val="none" w:sz="0" w:space="0" w:color="auto"/>
                <w:right w:val="none" w:sz="0" w:space="0" w:color="auto"/>
              </w:divBdr>
            </w:div>
            <w:div w:id="1182087086">
              <w:marLeft w:val="0"/>
              <w:marRight w:val="0"/>
              <w:marTop w:val="0"/>
              <w:marBottom w:val="0"/>
              <w:divBdr>
                <w:top w:val="none" w:sz="0" w:space="0" w:color="auto"/>
                <w:left w:val="none" w:sz="0" w:space="0" w:color="auto"/>
                <w:bottom w:val="none" w:sz="0" w:space="0" w:color="auto"/>
                <w:right w:val="none" w:sz="0" w:space="0" w:color="auto"/>
              </w:divBdr>
            </w:div>
            <w:div w:id="611666519">
              <w:marLeft w:val="0"/>
              <w:marRight w:val="0"/>
              <w:marTop w:val="0"/>
              <w:marBottom w:val="0"/>
              <w:divBdr>
                <w:top w:val="none" w:sz="0" w:space="0" w:color="auto"/>
                <w:left w:val="none" w:sz="0" w:space="0" w:color="auto"/>
                <w:bottom w:val="none" w:sz="0" w:space="0" w:color="auto"/>
                <w:right w:val="none" w:sz="0" w:space="0" w:color="auto"/>
              </w:divBdr>
            </w:div>
            <w:div w:id="267322772">
              <w:marLeft w:val="0"/>
              <w:marRight w:val="0"/>
              <w:marTop w:val="0"/>
              <w:marBottom w:val="0"/>
              <w:divBdr>
                <w:top w:val="none" w:sz="0" w:space="0" w:color="auto"/>
                <w:left w:val="none" w:sz="0" w:space="0" w:color="auto"/>
                <w:bottom w:val="none" w:sz="0" w:space="0" w:color="auto"/>
                <w:right w:val="none" w:sz="0" w:space="0" w:color="auto"/>
              </w:divBdr>
            </w:div>
            <w:div w:id="357659586">
              <w:marLeft w:val="0"/>
              <w:marRight w:val="0"/>
              <w:marTop w:val="0"/>
              <w:marBottom w:val="0"/>
              <w:divBdr>
                <w:top w:val="none" w:sz="0" w:space="0" w:color="auto"/>
                <w:left w:val="none" w:sz="0" w:space="0" w:color="auto"/>
                <w:bottom w:val="none" w:sz="0" w:space="0" w:color="auto"/>
                <w:right w:val="none" w:sz="0" w:space="0" w:color="auto"/>
              </w:divBdr>
            </w:div>
            <w:div w:id="1985162710">
              <w:marLeft w:val="0"/>
              <w:marRight w:val="0"/>
              <w:marTop w:val="0"/>
              <w:marBottom w:val="0"/>
              <w:divBdr>
                <w:top w:val="none" w:sz="0" w:space="0" w:color="auto"/>
                <w:left w:val="none" w:sz="0" w:space="0" w:color="auto"/>
                <w:bottom w:val="none" w:sz="0" w:space="0" w:color="auto"/>
                <w:right w:val="none" w:sz="0" w:space="0" w:color="auto"/>
              </w:divBdr>
            </w:div>
            <w:div w:id="301467726">
              <w:marLeft w:val="0"/>
              <w:marRight w:val="0"/>
              <w:marTop w:val="0"/>
              <w:marBottom w:val="0"/>
              <w:divBdr>
                <w:top w:val="none" w:sz="0" w:space="0" w:color="auto"/>
                <w:left w:val="none" w:sz="0" w:space="0" w:color="auto"/>
                <w:bottom w:val="none" w:sz="0" w:space="0" w:color="auto"/>
                <w:right w:val="none" w:sz="0" w:space="0" w:color="auto"/>
              </w:divBdr>
            </w:div>
            <w:div w:id="500774828">
              <w:marLeft w:val="0"/>
              <w:marRight w:val="0"/>
              <w:marTop w:val="0"/>
              <w:marBottom w:val="0"/>
              <w:divBdr>
                <w:top w:val="none" w:sz="0" w:space="0" w:color="auto"/>
                <w:left w:val="none" w:sz="0" w:space="0" w:color="auto"/>
                <w:bottom w:val="none" w:sz="0" w:space="0" w:color="auto"/>
                <w:right w:val="none" w:sz="0" w:space="0" w:color="auto"/>
              </w:divBdr>
            </w:div>
            <w:div w:id="1285843621">
              <w:marLeft w:val="0"/>
              <w:marRight w:val="0"/>
              <w:marTop w:val="0"/>
              <w:marBottom w:val="0"/>
              <w:divBdr>
                <w:top w:val="none" w:sz="0" w:space="0" w:color="auto"/>
                <w:left w:val="none" w:sz="0" w:space="0" w:color="auto"/>
                <w:bottom w:val="none" w:sz="0" w:space="0" w:color="auto"/>
                <w:right w:val="none" w:sz="0" w:space="0" w:color="auto"/>
              </w:divBdr>
            </w:div>
            <w:div w:id="1779523035">
              <w:marLeft w:val="0"/>
              <w:marRight w:val="0"/>
              <w:marTop w:val="0"/>
              <w:marBottom w:val="0"/>
              <w:divBdr>
                <w:top w:val="none" w:sz="0" w:space="0" w:color="auto"/>
                <w:left w:val="none" w:sz="0" w:space="0" w:color="auto"/>
                <w:bottom w:val="none" w:sz="0" w:space="0" w:color="auto"/>
                <w:right w:val="none" w:sz="0" w:space="0" w:color="auto"/>
              </w:divBdr>
            </w:div>
            <w:div w:id="1034497072">
              <w:marLeft w:val="0"/>
              <w:marRight w:val="0"/>
              <w:marTop w:val="0"/>
              <w:marBottom w:val="0"/>
              <w:divBdr>
                <w:top w:val="none" w:sz="0" w:space="0" w:color="auto"/>
                <w:left w:val="none" w:sz="0" w:space="0" w:color="auto"/>
                <w:bottom w:val="none" w:sz="0" w:space="0" w:color="auto"/>
                <w:right w:val="none" w:sz="0" w:space="0" w:color="auto"/>
              </w:divBdr>
            </w:div>
            <w:div w:id="1314791834">
              <w:marLeft w:val="0"/>
              <w:marRight w:val="0"/>
              <w:marTop w:val="0"/>
              <w:marBottom w:val="0"/>
              <w:divBdr>
                <w:top w:val="none" w:sz="0" w:space="0" w:color="auto"/>
                <w:left w:val="none" w:sz="0" w:space="0" w:color="auto"/>
                <w:bottom w:val="none" w:sz="0" w:space="0" w:color="auto"/>
                <w:right w:val="none" w:sz="0" w:space="0" w:color="auto"/>
              </w:divBdr>
            </w:div>
            <w:div w:id="288978641">
              <w:marLeft w:val="0"/>
              <w:marRight w:val="0"/>
              <w:marTop w:val="0"/>
              <w:marBottom w:val="0"/>
              <w:divBdr>
                <w:top w:val="none" w:sz="0" w:space="0" w:color="auto"/>
                <w:left w:val="none" w:sz="0" w:space="0" w:color="auto"/>
                <w:bottom w:val="none" w:sz="0" w:space="0" w:color="auto"/>
                <w:right w:val="none" w:sz="0" w:space="0" w:color="auto"/>
              </w:divBdr>
            </w:div>
            <w:div w:id="1394548548">
              <w:marLeft w:val="0"/>
              <w:marRight w:val="0"/>
              <w:marTop w:val="0"/>
              <w:marBottom w:val="0"/>
              <w:divBdr>
                <w:top w:val="none" w:sz="0" w:space="0" w:color="auto"/>
                <w:left w:val="none" w:sz="0" w:space="0" w:color="auto"/>
                <w:bottom w:val="none" w:sz="0" w:space="0" w:color="auto"/>
                <w:right w:val="none" w:sz="0" w:space="0" w:color="auto"/>
              </w:divBdr>
            </w:div>
            <w:div w:id="2006005518">
              <w:marLeft w:val="0"/>
              <w:marRight w:val="0"/>
              <w:marTop w:val="0"/>
              <w:marBottom w:val="0"/>
              <w:divBdr>
                <w:top w:val="none" w:sz="0" w:space="0" w:color="auto"/>
                <w:left w:val="none" w:sz="0" w:space="0" w:color="auto"/>
                <w:bottom w:val="none" w:sz="0" w:space="0" w:color="auto"/>
                <w:right w:val="none" w:sz="0" w:space="0" w:color="auto"/>
              </w:divBdr>
            </w:div>
            <w:div w:id="482940153">
              <w:marLeft w:val="0"/>
              <w:marRight w:val="0"/>
              <w:marTop w:val="0"/>
              <w:marBottom w:val="0"/>
              <w:divBdr>
                <w:top w:val="none" w:sz="0" w:space="0" w:color="auto"/>
                <w:left w:val="none" w:sz="0" w:space="0" w:color="auto"/>
                <w:bottom w:val="none" w:sz="0" w:space="0" w:color="auto"/>
                <w:right w:val="none" w:sz="0" w:space="0" w:color="auto"/>
              </w:divBdr>
            </w:div>
            <w:div w:id="783308623">
              <w:marLeft w:val="0"/>
              <w:marRight w:val="0"/>
              <w:marTop w:val="0"/>
              <w:marBottom w:val="0"/>
              <w:divBdr>
                <w:top w:val="none" w:sz="0" w:space="0" w:color="auto"/>
                <w:left w:val="none" w:sz="0" w:space="0" w:color="auto"/>
                <w:bottom w:val="none" w:sz="0" w:space="0" w:color="auto"/>
                <w:right w:val="none" w:sz="0" w:space="0" w:color="auto"/>
              </w:divBdr>
            </w:div>
            <w:div w:id="115956105">
              <w:marLeft w:val="0"/>
              <w:marRight w:val="0"/>
              <w:marTop w:val="0"/>
              <w:marBottom w:val="0"/>
              <w:divBdr>
                <w:top w:val="none" w:sz="0" w:space="0" w:color="auto"/>
                <w:left w:val="none" w:sz="0" w:space="0" w:color="auto"/>
                <w:bottom w:val="none" w:sz="0" w:space="0" w:color="auto"/>
                <w:right w:val="none" w:sz="0" w:space="0" w:color="auto"/>
              </w:divBdr>
            </w:div>
            <w:div w:id="199560331">
              <w:marLeft w:val="0"/>
              <w:marRight w:val="0"/>
              <w:marTop w:val="0"/>
              <w:marBottom w:val="0"/>
              <w:divBdr>
                <w:top w:val="none" w:sz="0" w:space="0" w:color="auto"/>
                <w:left w:val="none" w:sz="0" w:space="0" w:color="auto"/>
                <w:bottom w:val="none" w:sz="0" w:space="0" w:color="auto"/>
                <w:right w:val="none" w:sz="0" w:space="0" w:color="auto"/>
              </w:divBdr>
            </w:div>
            <w:div w:id="768543518">
              <w:marLeft w:val="0"/>
              <w:marRight w:val="0"/>
              <w:marTop w:val="0"/>
              <w:marBottom w:val="0"/>
              <w:divBdr>
                <w:top w:val="none" w:sz="0" w:space="0" w:color="auto"/>
                <w:left w:val="none" w:sz="0" w:space="0" w:color="auto"/>
                <w:bottom w:val="none" w:sz="0" w:space="0" w:color="auto"/>
                <w:right w:val="none" w:sz="0" w:space="0" w:color="auto"/>
              </w:divBdr>
            </w:div>
            <w:div w:id="136269900">
              <w:marLeft w:val="0"/>
              <w:marRight w:val="0"/>
              <w:marTop w:val="0"/>
              <w:marBottom w:val="0"/>
              <w:divBdr>
                <w:top w:val="none" w:sz="0" w:space="0" w:color="auto"/>
                <w:left w:val="none" w:sz="0" w:space="0" w:color="auto"/>
                <w:bottom w:val="none" w:sz="0" w:space="0" w:color="auto"/>
                <w:right w:val="none" w:sz="0" w:space="0" w:color="auto"/>
              </w:divBdr>
            </w:div>
            <w:div w:id="182747043">
              <w:marLeft w:val="0"/>
              <w:marRight w:val="0"/>
              <w:marTop w:val="0"/>
              <w:marBottom w:val="0"/>
              <w:divBdr>
                <w:top w:val="none" w:sz="0" w:space="0" w:color="auto"/>
                <w:left w:val="none" w:sz="0" w:space="0" w:color="auto"/>
                <w:bottom w:val="none" w:sz="0" w:space="0" w:color="auto"/>
                <w:right w:val="none" w:sz="0" w:space="0" w:color="auto"/>
              </w:divBdr>
            </w:div>
            <w:div w:id="970020091">
              <w:marLeft w:val="0"/>
              <w:marRight w:val="0"/>
              <w:marTop w:val="0"/>
              <w:marBottom w:val="0"/>
              <w:divBdr>
                <w:top w:val="none" w:sz="0" w:space="0" w:color="auto"/>
                <w:left w:val="none" w:sz="0" w:space="0" w:color="auto"/>
                <w:bottom w:val="none" w:sz="0" w:space="0" w:color="auto"/>
                <w:right w:val="none" w:sz="0" w:space="0" w:color="auto"/>
              </w:divBdr>
            </w:div>
            <w:div w:id="1001467819">
              <w:marLeft w:val="0"/>
              <w:marRight w:val="0"/>
              <w:marTop w:val="0"/>
              <w:marBottom w:val="0"/>
              <w:divBdr>
                <w:top w:val="none" w:sz="0" w:space="0" w:color="auto"/>
                <w:left w:val="none" w:sz="0" w:space="0" w:color="auto"/>
                <w:bottom w:val="none" w:sz="0" w:space="0" w:color="auto"/>
                <w:right w:val="none" w:sz="0" w:space="0" w:color="auto"/>
              </w:divBdr>
            </w:div>
            <w:div w:id="1467355306">
              <w:marLeft w:val="0"/>
              <w:marRight w:val="0"/>
              <w:marTop w:val="0"/>
              <w:marBottom w:val="0"/>
              <w:divBdr>
                <w:top w:val="none" w:sz="0" w:space="0" w:color="auto"/>
                <w:left w:val="none" w:sz="0" w:space="0" w:color="auto"/>
                <w:bottom w:val="none" w:sz="0" w:space="0" w:color="auto"/>
                <w:right w:val="none" w:sz="0" w:space="0" w:color="auto"/>
              </w:divBdr>
            </w:div>
            <w:div w:id="1757433778">
              <w:marLeft w:val="0"/>
              <w:marRight w:val="0"/>
              <w:marTop w:val="0"/>
              <w:marBottom w:val="0"/>
              <w:divBdr>
                <w:top w:val="none" w:sz="0" w:space="0" w:color="auto"/>
                <w:left w:val="none" w:sz="0" w:space="0" w:color="auto"/>
                <w:bottom w:val="none" w:sz="0" w:space="0" w:color="auto"/>
                <w:right w:val="none" w:sz="0" w:space="0" w:color="auto"/>
              </w:divBdr>
            </w:div>
            <w:div w:id="2032147673">
              <w:marLeft w:val="0"/>
              <w:marRight w:val="0"/>
              <w:marTop w:val="0"/>
              <w:marBottom w:val="0"/>
              <w:divBdr>
                <w:top w:val="none" w:sz="0" w:space="0" w:color="auto"/>
                <w:left w:val="none" w:sz="0" w:space="0" w:color="auto"/>
                <w:bottom w:val="none" w:sz="0" w:space="0" w:color="auto"/>
                <w:right w:val="none" w:sz="0" w:space="0" w:color="auto"/>
              </w:divBdr>
            </w:div>
            <w:div w:id="974339067">
              <w:marLeft w:val="0"/>
              <w:marRight w:val="0"/>
              <w:marTop w:val="0"/>
              <w:marBottom w:val="0"/>
              <w:divBdr>
                <w:top w:val="none" w:sz="0" w:space="0" w:color="auto"/>
                <w:left w:val="none" w:sz="0" w:space="0" w:color="auto"/>
                <w:bottom w:val="none" w:sz="0" w:space="0" w:color="auto"/>
                <w:right w:val="none" w:sz="0" w:space="0" w:color="auto"/>
              </w:divBdr>
            </w:div>
            <w:div w:id="654843786">
              <w:marLeft w:val="0"/>
              <w:marRight w:val="0"/>
              <w:marTop w:val="0"/>
              <w:marBottom w:val="0"/>
              <w:divBdr>
                <w:top w:val="none" w:sz="0" w:space="0" w:color="auto"/>
                <w:left w:val="none" w:sz="0" w:space="0" w:color="auto"/>
                <w:bottom w:val="none" w:sz="0" w:space="0" w:color="auto"/>
                <w:right w:val="none" w:sz="0" w:space="0" w:color="auto"/>
              </w:divBdr>
            </w:div>
            <w:div w:id="1952084381">
              <w:marLeft w:val="0"/>
              <w:marRight w:val="0"/>
              <w:marTop w:val="0"/>
              <w:marBottom w:val="0"/>
              <w:divBdr>
                <w:top w:val="none" w:sz="0" w:space="0" w:color="auto"/>
                <w:left w:val="none" w:sz="0" w:space="0" w:color="auto"/>
                <w:bottom w:val="none" w:sz="0" w:space="0" w:color="auto"/>
                <w:right w:val="none" w:sz="0" w:space="0" w:color="auto"/>
              </w:divBdr>
            </w:div>
            <w:div w:id="781388233">
              <w:marLeft w:val="0"/>
              <w:marRight w:val="0"/>
              <w:marTop w:val="0"/>
              <w:marBottom w:val="0"/>
              <w:divBdr>
                <w:top w:val="none" w:sz="0" w:space="0" w:color="auto"/>
                <w:left w:val="none" w:sz="0" w:space="0" w:color="auto"/>
                <w:bottom w:val="none" w:sz="0" w:space="0" w:color="auto"/>
                <w:right w:val="none" w:sz="0" w:space="0" w:color="auto"/>
              </w:divBdr>
            </w:div>
            <w:div w:id="1809472072">
              <w:marLeft w:val="0"/>
              <w:marRight w:val="0"/>
              <w:marTop w:val="0"/>
              <w:marBottom w:val="0"/>
              <w:divBdr>
                <w:top w:val="none" w:sz="0" w:space="0" w:color="auto"/>
                <w:left w:val="none" w:sz="0" w:space="0" w:color="auto"/>
                <w:bottom w:val="none" w:sz="0" w:space="0" w:color="auto"/>
                <w:right w:val="none" w:sz="0" w:space="0" w:color="auto"/>
              </w:divBdr>
            </w:div>
            <w:div w:id="549417288">
              <w:marLeft w:val="0"/>
              <w:marRight w:val="0"/>
              <w:marTop w:val="0"/>
              <w:marBottom w:val="0"/>
              <w:divBdr>
                <w:top w:val="none" w:sz="0" w:space="0" w:color="auto"/>
                <w:left w:val="none" w:sz="0" w:space="0" w:color="auto"/>
                <w:bottom w:val="none" w:sz="0" w:space="0" w:color="auto"/>
                <w:right w:val="none" w:sz="0" w:space="0" w:color="auto"/>
              </w:divBdr>
            </w:div>
            <w:div w:id="61103101">
              <w:marLeft w:val="0"/>
              <w:marRight w:val="0"/>
              <w:marTop w:val="0"/>
              <w:marBottom w:val="0"/>
              <w:divBdr>
                <w:top w:val="none" w:sz="0" w:space="0" w:color="auto"/>
                <w:left w:val="none" w:sz="0" w:space="0" w:color="auto"/>
                <w:bottom w:val="none" w:sz="0" w:space="0" w:color="auto"/>
                <w:right w:val="none" w:sz="0" w:space="0" w:color="auto"/>
              </w:divBdr>
            </w:div>
            <w:div w:id="328488815">
              <w:marLeft w:val="0"/>
              <w:marRight w:val="0"/>
              <w:marTop w:val="0"/>
              <w:marBottom w:val="0"/>
              <w:divBdr>
                <w:top w:val="none" w:sz="0" w:space="0" w:color="auto"/>
                <w:left w:val="none" w:sz="0" w:space="0" w:color="auto"/>
                <w:bottom w:val="none" w:sz="0" w:space="0" w:color="auto"/>
                <w:right w:val="none" w:sz="0" w:space="0" w:color="auto"/>
              </w:divBdr>
            </w:div>
          </w:divsChild>
        </w:div>
        <w:div w:id="412777429">
          <w:marLeft w:val="0"/>
          <w:marRight w:val="0"/>
          <w:marTop w:val="567"/>
          <w:marBottom w:val="567"/>
          <w:divBdr>
            <w:top w:val="none" w:sz="0" w:space="0" w:color="auto"/>
            <w:left w:val="none" w:sz="0" w:space="0" w:color="auto"/>
            <w:bottom w:val="none" w:sz="0" w:space="0" w:color="auto"/>
            <w:right w:val="none" w:sz="0" w:space="0" w:color="auto"/>
          </w:divBdr>
          <w:divsChild>
            <w:div w:id="1893694114">
              <w:marLeft w:val="0"/>
              <w:marRight w:val="0"/>
              <w:marTop w:val="0"/>
              <w:marBottom w:val="0"/>
              <w:divBdr>
                <w:top w:val="none" w:sz="0" w:space="0" w:color="auto"/>
                <w:left w:val="none" w:sz="0" w:space="0" w:color="auto"/>
                <w:bottom w:val="none" w:sz="0" w:space="0" w:color="auto"/>
                <w:right w:val="none" w:sz="0" w:space="0" w:color="auto"/>
              </w:divBdr>
            </w:div>
            <w:div w:id="1258636074">
              <w:marLeft w:val="0"/>
              <w:marRight w:val="0"/>
              <w:marTop w:val="0"/>
              <w:marBottom w:val="0"/>
              <w:divBdr>
                <w:top w:val="none" w:sz="0" w:space="0" w:color="auto"/>
                <w:left w:val="none" w:sz="0" w:space="0" w:color="auto"/>
                <w:bottom w:val="none" w:sz="0" w:space="0" w:color="auto"/>
                <w:right w:val="none" w:sz="0" w:space="0" w:color="auto"/>
              </w:divBdr>
            </w:div>
            <w:div w:id="909460873">
              <w:marLeft w:val="0"/>
              <w:marRight w:val="0"/>
              <w:marTop w:val="0"/>
              <w:marBottom w:val="0"/>
              <w:divBdr>
                <w:top w:val="none" w:sz="0" w:space="0" w:color="auto"/>
                <w:left w:val="none" w:sz="0" w:space="0" w:color="auto"/>
                <w:bottom w:val="none" w:sz="0" w:space="0" w:color="auto"/>
                <w:right w:val="none" w:sz="0" w:space="0" w:color="auto"/>
              </w:divBdr>
            </w:div>
            <w:div w:id="787161632">
              <w:marLeft w:val="0"/>
              <w:marRight w:val="0"/>
              <w:marTop w:val="0"/>
              <w:marBottom w:val="0"/>
              <w:divBdr>
                <w:top w:val="none" w:sz="0" w:space="0" w:color="auto"/>
                <w:left w:val="none" w:sz="0" w:space="0" w:color="auto"/>
                <w:bottom w:val="none" w:sz="0" w:space="0" w:color="auto"/>
                <w:right w:val="none" w:sz="0" w:space="0" w:color="auto"/>
              </w:divBdr>
            </w:div>
            <w:div w:id="1056470756">
              <w:marLeft w:val="0"/>
              <w:marRight w:val="0"/>
              <w:marTop w:val="0"/>
              <w:marBottom w:val="0"/>
              <w:divBdr>
                <w:top w:val="none" w:sz="0" w:space="0" w:color="auto"/>
                <w:left w:val="none" w:sz="0" w:space="0" w:color="auto"/>
                <w:bottom w:val="none" w:sz="0" w:space="0" w:color="auto"/>
                <w:right w:val="none" w:sz="0" w:space="0" w:color="auto"/>
              </w:divBdr>
            </w:div>
            <w:div w:id="621032569">
              <w:marLeft w:val="0"/>
              <w:marRight w:val="0"/>
              <w:marTop w:val="0"/>
              <w:marBottom w:val="0"/>
              <w:divBdr>
                <w:top w:val="none" w:sz="0" w:space="0" w:color="auto"/>
                <w:left w:val="none" w:sz="0" w:space="0" w:color="auto"/>
                <w:bottom w:val="none" w:sz="0" w:space="0" w:color="auto"/>
                <w:right w:val="none" w:sz="0" w:space="0" w:color="auto"/>
              </w:divBdr>
            </w:div>
            <w:div w:id="264072992">
              <w:marLeft w:val="0"/>
              <w:marRight w:val="0"/>
              <w:marTop w:val="0"/>
              <w:marBottom w:val="0"/>
              <w:divBdr>
                <w:top w:val="none" w:sz="0" w:space="0" w:color="auto"/>
                <w:left w:val="none" w:sz="0" w:space="0" w:color="auto"/>
                <w:bottom w:val="none" w:sz="0" w:space="0" w:color="auto"/>
                <w:right w:val="none" w:sz="0" w:space="0" w:color="auto"/>
              </w:divBdr>
            </w:div>
            <w:div w:id="1105732959">
              <w:marLeft w:val="0"/>
              <w:marRight w:val="0"/>
              <w:marTop w:val="0"/>
              <w:marBottom w:val="0"/>
              <w:divBdr>
                <w:top w:val="none" w:sz="0" w:space="0" w:color="auto"/>
                <w:left w:val="none" w:sz="0" w:space="0" w:color="auto"/>
                <w:bottom w:val="none" w:sz="0" w:space="0" w:color="auto"/>
                <w:right w:val="none" w:sz="0" w:space="0" w:color="auto"/>
              </w:divBdr>
            </w:div>
            <w:div w:id="875891711">
              <w:marLeft w:val="0"/>
              <w:marRight w:val="0"/>
              <w:marTop w:val="0"/>
              <w:marBottom w:val="0"/>
              <w:divBdr>
                <w:top w:val="none" w:sz="0" w:space="0" w:color="auto"/>
                <w:left w:val="none" w:sz="0" w:space="0" w:color="auto"/>
                <w:bottom w:val="none" w:sz="0" w:space="0" w:color="auto"/>
                <w:right w:val="none" w:sz="0" w:space="0" w:color="auto"/>
              </w:divBdr>
            </w:div>
            <w:div w:id="1130781916">
              <w:marLeft w:val="0"/>
              <w:marRight w:val="0"/>
              <w:marTop w:val="0"/>
              <w:marBottom w:val="0"/>
              <w:divBdr>
                <w:top w:val="none" w:sz="0" w:space="0" w:color="auto"/>
                <w:left w:val="none" w:sz="0" w:space="0" w:color="auto"/>
                <w:bottom w:val="none" w:sz="0" w:space="0" w:color="auto"/>
                <w:right w:val="none" w:sz="0" w:space="0" w:color="auto"/>
              </w:divBdr>
            </w:div>
            <w:div w:id="2004894419">
              <w:marLeft w:val="0"/>
              <w:marRight w:val="0"/>
              <w:marTop w:val="0"/>
              <w:marBottom w:val="0"/>
              <w:divBdr>
                <w:top w:val="none" w:sz="0" w:space="0" w:color="auto"/>
                <w:left w:val="none" w:sz="0" w:space="0" w:color="auto"/>
                <w:bottom w:val="none" w:sz="0" w:space="0" w:color="auto"/>
                <w:right w:val="none" w:sz="0" w:space="0" w:color="auto"/>
              </w:divBdr>
            </w:div>
            <w:div w:id="1038047439">
              <w:marLeft w:val="0"/>
              <w:marRight w:val="0"/>
              <w:marTop w:val="0"/>
              <w:marBottom w:val="0"/>
              <w:divBdr>
                <w:top w:val="none" w:sz="0" w:space="0" w:color="auto"/>
                <w:left w:val="none" w:sz="0" w:space="0" w:color="auto"/>
                <w:bottom w:val="none" w:sz="0" w:space="0" w:color="auto"/>
                <w:right w:val="none" w:sz="0" w:space="0" w:color="auto"/>
              </w:divBdr>
            </w:div>
            <w:div w:id="547685445">
              <w:marLeft w:val="0"/>
              <w:marRight w:val="0"/>
              <w:marTop w:val="0"/>
              <w:marBottom w:val="0"/>
              <w:divBdr>
                <w:top w:val="none" w:sz="0" w:space="0" w:color="auto"/>
                <w:left w:val="none" w:sz="0" w:space="0" w:color="auto"/>
                <w:bottom w:val="none" w:sz="0" w:space="0" w:color="auto"/>
                <w:right w:val="none" w:sz="0" w:space="0" w:color="auto"/>
              </w:divBdr>
            </w:div>
            <w:div w:id="1559781967">
              <w:marLeft w:val="0"/>
              <w:marRight w:val="0"/>
              <w:marTop w:val="0"/>
              <w:marBottom w:val="0"/>
              <w:divBdr>
                <w:top w:val="none" w:sz="0" w:space="0" w:color="auto"/>
                <w:left w:val="none" w:sz="0" w:space="0" w:color="auto"/>
                <w:bottom w:val="none" w:sz="0" w:space="0" w:color="auto"/>
                <w:right w:val="none" w:sz="0" w:space="0" w:color="auto"/>
              </w:divBdr>
            </w:div>
            <w:div w:id="475073453">
              <w:marLeft w:val="0"/>
              <w:marRight w:val="0"/>
              <w:marTop w:val="0"/>
              <w:marBottom w:val="0"/>
              <w:divBdr>
                <w:top w:val="none" w:sz="0" w:space="0" w:color="auto"/>
                <w:left w:val="none" w:sz="0" w:space="0" w:color="auto"/>
                <w:bottom w:val="none" w:sz="0" w:space="0" w:color="auto"/>
                <w:right w:val="none" w:sz="0" w:space="0" w:color="auto"/>
              </w:divBdr>
            </w:div>
            <w:div w:id="2052798739">
              <w:marLeft w:val="0"/>
              <w:marRight w:val="0"/>
              <w:marTop w:val="0"/>
              <w:marBottom w:val="0"/>
              <w:divBdr>
                <w:top w:val="none" w:sz="0" w:space="0" w:color="auto"/>
                <w:left w:val="none" w:sz="0" w:space="0" w:color="auto"/>
                <w:bottom w:val="none" w:sz="0" w:space="0" w:color="auto"/>
                <w:right w:val="none" w:sz="0" w:space="0" w:color="auto"/>
              </w:divBdr>
            </w:div>
            <w:div w:id="809859811">
              <w:marLeft w:val="0"/>
              <w:marRight w:val="0"/>
              <w:marTop w:val="0"/>
              <w:marBottom w:val="0"/>
              <w:divBdr>
                <w:top w:val="none" w:sz="0" w:space="0" w:color="auto"/>
                <w:left w:val="none" w:sz="0" w:space="0" w:color="auto"/>
                <w:bottom w:val="none" w:sz="0" w:space="0" w:color="auto"/>
                <w:right w:val="none" w:sz="0" w:space="0" w:color="auto"/>
              </w:divBdr>
            </w:div>
            <w:div w:id="213392440">
              <w:marLeft w:val="0"/>
              <w:marRight w:val="0"/>
              <w:marTop w:val="0"/>
              <w:marBottom w:val="0"/>
              <w:divBdr>
                <w:top w:val="none" w:sz="0" w:space="0" w:color="auto"/>
                <w:left w:val="none" w:sz="0" w:space="0" w:color="auto"/>
                <w:bottom w:val="none" w:sz="0" w:space="0" w:color="auto"/>
                <w:right w:val="none" w:sz="0" w:space="0" w:color="auto"/>
              </w:divBdr>
            </w:div>
            <w:div w:id="539707505">
              <w:marLeft w:val="0"/>
              <w:marRight w:val="0"/>
              <w:marTop w:val="0"/>
              <w:marBottom w:val="0"/>
              <w:divBdr>
                <w:top w:val="none" w:sz="0" w:space="0" w:color="auto"/>
                <w:left w:val="none" w:sz="0" w:space="0" w:color="auto"/>
                <w:bottom w:val="none" w:sz="0" w:space="0" w:color="auto"/>
                <w:right w:val="none" w:sz="0" w:space="0" w:color="auto"/>
              </w:divBdr>
            </w:div>
            <w:div w:id="679045445">
              <w:marLeft w:val="0"/>
              <w:marRight w:val="0"/>
              <w:marTop w:val="0"/>
              <w:marBottom w:val="0"/>
              <w:divBdr>
                <w:top w:val="none" w:sz="0" w:space="0" w:color="auto"/>
                <w:left w:val="none" w:sz="0" w:space="0" w:color="auto"/>
                <w:bottom w:val="none" w:sz="0" w:space="0" w:color="auto"/>
                <w:right w:val="none" w:sz="0" w:space="0" w:color="auto"/>
              </w:divBdr>
            </w:div>
            <w:div w:id="506792563">
              <w:marLeft w:val="0"/>
              <w:marRight w:val="0"/>
              <w:marTop w:val="0"/>
              <w:marBottom w:val="0"/>
              <w:divBdr>
                <w:top w:val="none" w:sz="0" w:space="0" w:color="auto"/>
                <w:left w:val="none" w:sz="0" w:space="0" w:color="auto"/>
                <w:bottom w:val="none" w:sz="0" w:space="0" w:color="auto"/>
                <w:right w:val="none" w:sz="0" w:space="0" w:color="auto"/>
              </w:divBdr>
            </w:div>
            <w:div w:id="1525244209">
              <w:marLeft w:val="0"/>
              <w:marRight w:val="0"/>
              <w:marTop w:val="0"/>
              <w:marBottom w:val="0"/>
              <w:divBdr>
                <w:top w:val="none" w:sz="0" w:space="0" w:color="auto"/>
                <w:left w:val="none" w:sz="0" w:space="0" w:color="auto"/>
                <w:bottom w:val="none" w:sz="0" w:space="0" w:color="auto"/>
                <w:right w:val="none" w:sz="0" w:space="0" w:color="auto"/>
              </w:divBdr>
            </w:div>
            <w:div w:id="975915725">
              <w:marLeft w:val="0"/>
              <w:marRight w:val="0"/>
              <w:marTop w:val="0"/>
              <w:marBottom w:val="0"/>
              <w:divBdr>
                <w:top w:val="none" w:sz="0" w:space="0" w:color="auto"/>
                <w:left w:val="none" w:sz="0" w:space="0" w:color="auto"/>
                <w:bottom w:val="none" w:sz="0" w:space="0" w:color="auto"/>
                <w:right w:val="none" w:sz="0" w:space="0" w:color="auto"/>
              </w:divBdr>
            </w:div>
            <w:div w:id="993755052">
              <w:marLeft w:val="0"/>
              <w:marRight w:val="0"/>
              <w:marTop w:val="0"/>
              <w:marBottom w:val="0"/>
              <w:divBdr>
                <w:top w:val="none" w:sz="0" w:space="0" w:color="auto"/>
                <w:left w:val="none" w:sz="0" w:space="0" w:color="auto"/>
                <w:bottom w:val="none" w:sz="0" w:space="0" w:color="auto"/>
                <w:right w:val="none" w:sz="0" w:space="0" w:color="auto"/>
              </w:divBdr>
            </w:div>
            <w:div w:id="205143107">
              <w:marLeft w:val="0"/>
              <w:marRight w:val="0"/>
              <w:marTop w:val="0"/>
              <w:marBottom w:val="0"/>
              <w:divBdr>
                <w:top w:val="none" w:sz="0" w:space="0" w:color="auto"/>
                <w:left w:val="none" w:sz="0" w:space="0" w:color="auto"/>
                <w:bottom w:val="none" w:sz="0" w:space="0" w:color="auto"/>
                <w:right w:val="none" w:sz="0" w:space="0" w:color="auto"/>
              </w:divBdr>
            </w:div>
            <w:div w:id="1642928290">
              <w:marLeft w:val="0"/>
              <w:marRight w:val="0"/>
              <w:marTop w:val="0"/>
              <w:marBottom w:val="0"/>
              <w:divBdr>
                <w:top w:val="none" w:sz="0" w:space="0" w:color="auto"/>
                <w:left w:val="none" w:sz="0" w:space="0" w:color="auto"/>
                <w:bottom w:val="none" w:sz="0" w:space="0" w:color="auto"/>
                <w:right w:val="none" w:sz="0" w:space="0" w:color="auto"/>
              </w:divBdr>
            </w:div>
            <w:div w:id="2087804439">
              <w:marLeft w:val="0"/>
              <w:marRight w:val="0"/>
              <w:marTop w:val="0"/>
              <w:marBottom w:val="0"/>
              <w:divBdr>
                <w:top w:val="none" w:sz="0" w:space="0" w:color="auto"/>
                <w:left w:val="none" w:sz="0" w:space="0" w:color="auto"/>
                <w:bottom w:val="none" w:sz="0" w:space="0" w:color="auto"/>
                <w:right w:val="none" w:sz="0" w:space="0" w:color="auto"/>
              </w:divBdr>
            </w:div>
            <w:div w:id="1316567662">
              <w:marLeft w:val="0"/>
              <w:marRight w:val="0"/>
              <w:marTop w:val="0"/>
              <w:marBottom w:val="0"/>
              <w:divBdr>
                <w:top w:val="none" w:sz="0" w:space="0" w:color="auto"/>
                <w:left w:val="none" w:sz="0" w:space="0" w:color="auto"/>
                <w:bottom w:val="none" w:sz="0" w:space="0" w:color="auto"/>
                <w:right w:val="none" w:sz="0" w:space="0" w:color="auto"/>
              </w:divBdr>
            </w:div>
            <w:div w:id="635069131">
              <w:marLeft w:val="0"/>
              <w:marRight w:val="0"/>
              <w:marTop w:val="0"/>
              <w:marBottom w:val="0"/>
              <w:divBdr>
                <w:top w:val="none" w:sz="0" w:space="0" w:color="auto"/>
                <w:left w:val="none" w:sz="0" w:space="0" w:color="auto"/>
                <w:bottom w:val="none" w:sz="0" w:space="0" w:color="auto"/>
                <w:right w:val="none" w:sz="0" w:space="0" w:color="auto"/>
              </w:divBdr>
            </w:div>
            <w:div w:id="700742058">
              <w:marLeft w:val="0"/>
              <w:marRight w:val="0"/>
              <w:marTop w:val="0"/>
              <w:marBottom w:val="0"/>
              <w:divBdr>
                <w:top w:val="none" w:sz="0" w:space="0" w:color="auto"/>
                <w:left w:val="none" w:sz="0" w:space="0" w:color="auto"/>
                <w:bottom w:val="none" w:sz="0" w:space="0" w:color="auto"/>
                <w:right w:val="none" w:sz="0" w:space="0" w:color="auto"/>
              </w:divBdr>
            </w:div>
            <w:div w:id="511650278">
              <w:marLeft w:val="0"/>
              <w:marRight w:val="0"/>
              <w:marTop w:val="0"/>
              <w:marBottom w:val="0"/>
              <w:divBdr>
                <w:top w:val="none" w:sz="0" w:space="0" w:color="auto"/>
                <w:left w:val="none" w:sz="0" w:space="0" w:color="auto"/>
                <w:bottom w:val="none" w:sz="0" w:space="0" w:color="auto"/>
                <w:right w:val="none" w:sz="0" w:space="0" w:color="auto"/>
              </w:divBdr>
            </w:div>
            <w:div w:id="2019651536">
              <w:marLeft w:val="0"/>
              <w:marRight w:val="0"/>
              <w:marTop w:val="0"/>
              <w:marBottom w:val="0"/>
              <w:divBdr>
                <w:top w:val="none" w:sz="0" w:space="0" w:color="auto"/>
                <w:left w:val="none" w:sz="0" w:space="0" w:color="auto"/>
                <w:bottom w:val="none" w:sz="0" w:space="0" w:color="auto"/>
                <w:right w:val="none" w:sz="0" w:space="0" w:color="auto"/>
              </w:divBdr>
            </w:div>
            <w:div w:id="701711686">
              <w:marLeft w:val="0"/>
              <w:marRight w:val="0"/>
              <w:marTop w:val="0"/>
              <w:marBottom w:val="0"/>
              <w:divBdr>
                <w:top w:val="none" w:sz="0" w:space="0" w:color="auto"/>
                <w:left w:val="none" w:sz="0" w:space="0" w:color="auto"/>
                <w:bottom w:val="none" w:sz="0" w:space="0" w:color="auto"/>
                <w:right w:val="none" w:sz="0" w:space="0" w:color="auto"/>
              </w:divBdr>
            </w:div>
            <w:div w:id="1015888195">
              <w:marLeft w:val="0"/>
              <w:marRight w:val="0"/>
              <w:marTop w:val="0"/>
              <w:marBottom w:val="0"/>
              <w:divBdr>
                <w:top w:val="none" w:sz="0" w:space="0" w:color="auto"/>
                <w:left w:val="none" w:sz="0" w:space="0" w:color="auto"/>
                <w:bottom w:val="none" w:sz="0" w:space="0" w:color="auto"/>
                <w:right w:val="none" w:sz="0" w:space="0" w:color="auto"/>
              </w:divBdr>
            </w:div>
            <w:div w:id="1339309681">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288516608">
              <w:marLeft w:val="0"/>
              <w:marRight w:val="0"/>
              <w:marTop w:val="0"/>
              <w:marBottom w:val="0"/>
              <w:divBdr>
                <w:top w:val="none" w:sz="0" w:space="0" w:color="auto"/>
                <w:left w:val="none" w:sz="0" w:space="0" w:color="auto"/>
                <w:bottom w:val="none" w:sz="0" w:space="0" w:color="auto"/>
                <w:right w:val="none" w:sz="0" w:space="0" w:color="auto"/>
              </w:divBdr>
            </w:div>
            <w:div w:id="640883538">
              <w:marLeft w:val="0"/>
              <w:marRight w:val="0"/>
              <w:marTop w:val="0"/>
              <w:marBottom w:val="0"/>
              <w:divBdr>
                <w:top w:val="none" w:sz="0" w:space="0" w:color="auto"/>
                <w:left w:val="none" w:sz="0" w:space="0" w:color="auto"/>
                <w:bottom w:val="none" w:sz="0" w:space="0" w:color="auto"/>
                <w:right w:val="none" w:sz="0" w:space="0" w:color="auto"/>
              </w:divBdr>
            </w:div>
            <w:div w:id="444078596">
              <w:marLeft w:val="0"/>
              <w:marRight w:val="0"/>
              <w:marTop w:val="0"/>
              <w:marBottom w:val="0"/>
              <w:divBdr>
                <w:top w:val="none" w:sz="0" w:space="0" w:color="auto"/>
                <w:left w:val="none" w:sz="0" w:space="0" w:color="auto"/>
                <w:bottom w:val="none" w:sz="0" w:space="0" w:color="auto"/>
                <w:right w:val="none" w:sz="0" w:space="0" w:color="auto"/>
              </w:divBdr>
            </w:div>
            <w:div w:id="353769270">
              <w:marLeft w:val="0"/>
              <w:marRight w:val="0"/>
              <w:marTop w:val="0"/>
              <w:marBottom w:val="0"/>
              <w:divBdr>
                <w:top w:val="none" w:sz="0" w:space="0" w:color="auto"/>
                <w:left w:val="none" w:sz="0" w:space="0" w:color="auto"/>
                <w:bottom w:val="none" w:sz="0" w:space="0" w:color="auto"/>
                <w:right w:val="none" w:sz="0" w:space="0" w:color="auto"/>
              </w:divBdr>
            </w:div>
            <w:div w:id="1906061916">
              <w:marLeft w:val="0"/>
              <w:marRight w:val="0"/>
              <w:marTop w:val="0"/>
              <w:marBottom w:val="0"/>
              <w:divBdr>
                <w:top w:val="none" w:sz="0" w:space="0" w:color="auto"/>
                <w:left w:val="none" w:sz="0" w:space="0" w:color="auto"/>
                <w:bottom w:val="none" w:sz="0" w:space="0" w:color="auto"/>
                <w:right w:val="none" w:sz="0" w:space="0" w:color="auto"/>
              </w:divBdr>
            </w:div>
            <w:div w:id="2029210434">
              <w:marLeft w:val="0"/>
              <w:marRight w:val="0"/>
              <w:marTop w:val="0"/>
              <w:marBottom w:val="0"/>
              <w:divBdr>
                <w:top w:val="none" w:sz="0" w:space="0" w:color="auto"/>
                <w:left w:val="none" w:sz="0" w:space="0" w:color="auto"/>
                <w:bottom w:val="none" w:sz="0" w:space="0" w:color="auto"/>
                <w:right w:val="none" w:sz="0" w:space="0" w:color="auto"/>
              </w:divBdr>
            </w:div>
            <w:div w:id="1221209816">
              <w:marLeft w:val="0"/>
              <w:marRight w:val="0"/>
              <w:marTop w:val="0"/>
              <w:marBottom w:val="0"/>
              <w:divBdr>
                <w:top w:val="none" w:sz="0" w:space="0" w:color="auto"/>
                <w:left w:val="none" w:sz="0" w:space="0" w:color="auto"/>
                <w:bottom w:val="none" w:sz="0" w:space="0" w:color="auto"/>
                <w:right w:val="none" w:sz="0" w:space="0" w:color="auto"/>
              </w:divBdr>
            </w:div>
            <w:div w:id="647710442">
              <w:marLeft w:val="0"/>
              <w:marRight w:val="0"/>
              <w:marTop w:val="0"/>
              <w:marBottom w:val="0"/>
              <w:divBdr>
                <w:top w:val="none" w:sz="0" w:space="0" w:color="auto"/>
                <w:left w:val="none" w:sz="0" w:space="0" w:color="auto"/>
                <w:bottom w:val="none" w:sz="0" w:space="0" w:color="auto"/>
                <w:right w:val="none" w:sz="0" w:space="0" w:color="auto"/>
              </w:divBdr>
            </w:div>
            <w:div w:id="748967539">
              <w:marLeft w:val="0"/>
              <w:marRight w:val="0"/>
              <w:marTop w:val="0"/>
              <w:marBottom w:val="0"/>
              <w:divBdr>
                <w:top w:val="none" w:sz="0" w:space="0" w:color="auto"/>
                <w:left w:val="none" w:sz="0" w:space="0" w:color="auto"/>
                <w:bottom w:val="none" w:sz="0" w:space="0" w:color="auto"/>
                <w:right w:val="none" w:sz="0" w:space="0" w:color="auto"/>
              </w:divBdr>
            </w:div>
            <w:div w:id="723717290">
              <w:marLeft w:val="0"/>
              <w:marRight w:val="0"/>
              <w:marTop w:val="0"/>
              <w:marBottom w:val="0"/>
              <w:divBdr>
                <w:top w:val="none" w:sz="0" w:space="0" w:color="auto"/>
                <w:left w:val="none" w:sz="0" w:space="0" w:color="auto"/>
                <w:bottom w:val="none" w:sz="0" w:space="0" w:color="auto"/>
                <w:right w:val="none" w:sz="0" w:space="0" w:color="auto"/>
              </w:divBdr>
            </w:div>
            <w:div w:id="1769234307">
              <w:marLeft w:val="0"/>
              <w:marRight w:val="0"/>
              <w:marTop w:val="0"/>
              <w:marBottom w:val="0"/>
              <w:divBdr>
                <w:top w:val="none" w:sz="0" w:space="0" w:color="auto"/>
                <w:left w:val="none" w:sz="0" w:space="0" w:color="auto"/>
                <w:bottom w:val="none" w:sz="0" w:space="0" w:color="auto"/>
                <w:right w:val="none" w:sz="0" w:space="0" w:color="auto"/>
              </w:divBdr>
            </w:div>
            <w:div w:id="1005398572">
              <w:marLeft w:val="0"/>
              <w:marRight w:val="0"/>
              <w:marTop w:val="0"/>
              <w:marBottom w:val="0"/>
              <w:divBdr>
                <w:top w:val="none" w:sz="0" w:space="0" w:color="auto"/>
                <w:left w:val="none" w:sz="0" w:space="0" w:color="auto"/>
                <w:bottom w:val="none" w:sz="0" w:space="0" w:color="auto"/>
                <w:right w:val="none" w:sz="0" w:space="0" w:color="auto"/>
              </w:divBdr>
            </w:div>
            <w:div w:id="1656881619">
              <w:marLeft w:val="0"/>
              <w:marRight w:val="0"/>
              <w:marTop w:val="0"/>
              <w:marBottom w:val="0"/>
              <w:divBdr>
                <w:top w:val="none" w:sz="0" w:space="0" w:color="auto"/>
                <w:left w:val="none" w:sz="0" w:space="0" w:color="auto"/>
                <w:bottom w:val="none" w:sz="0" w:space="0" w:color="auto"/>
                <w:right w:val="none" w:sz="0" w:space="0" w:color="auto"/>
              </w:divBdr>
            </w:div>
            <w:div w:id="8996980">
              <w:marLeft w:val="0"/>
              <w:marRight w:val="0"/>
              <w:marTop w:val="0"/>
              <w:marBottom w:val="0"/>
              <w:divBdr>
                <w:top w:val="none" w:sz="0" w:space="0" w:color="auto"/>
                <w:left w:val="none" w:sz="0" w:space="0" w:color="auto"/>
                <w:bottom w:val="none" w:sz="0" w:space="0" w:color="auto"/>
                <w:right w:val="none" w:sz="0" w:space="0" w:color="auto"/>
              </w:divBdr>
            </w:div>
            <w:div w:id="748235573">
              <w:marLeft w:val="0"/>
              <w:marRight w:val="0"/>
              <w:marTop w:val="0"/>
              <w:marBottom w:val="0"/>
              <w:divBdr>
                <w:top w:val="none" w:sz="0" w:space="0" w:color="auto"/>
                <w:left w:val="none" w:sz="0" w:space="0" w:color="auto"/>
                <w:bottom w:val="none" w:sz="0" w:space="0" w:color="auto"/>
                <w:right w:val="none" w:sz="0" w:space="0" w:color="auto"/>
              </w:divBdr>
            </w:div>
            <w:div w:id="591856898">
              <w:marLeft w:val="0"/>
              <w:marRight w:val="0"/>
              <w:marTop w:val="0"/>
              <w:marBottom w:val="0"/>
              <w:divBdr>
                <w:top w:val="none" w:sz="0" w:space="0" w:color="auto"/>
                <w:left w:val="none" w:sz="0" w:space="0" w:color="auto"/>
                <w:bottom w:val="none" w:sz="0" w:space="0" w:color="auto"/>
                <w:right w:val="none" w:sz="0" w:space="0" w:color="auto"/>
              </w:divBdr>
            </w:div>
            <w:div w:id="695807979">
              <w:marLeft w:val="0"/>
              <w:marRight w:val="0"/>
              <w:marTop w:val="0"/>
              <w:marBottom w:val="0"/>
              <w:divBdr>
                <w:top w:val="none" w:sz="0" w:space="0" w:color="auto"/>
                <w:left w:val="none" w:sz="0" w:space="0" w:color="auto"/>
                <w:bottom w:val="none" w:sz="0" w:space="0" w:color="auto"/>
                <w:right w:val="none" w:sz="0" w:space="0" w:color="auto"/>
              </w:divBdr>
            </w:div>
            <w:div w:id="1660771197">
              <w:marLeft w:val="0"/>
              <w:marRight w:val="0"/>
              <w:marTop w:val="0"/>
              <w:marBottom w:val="0"/>
              <w:divBdr>
                <w:top w:val="none" w:sz="0" w:space="0" w:color="auto"/>
                <w:left w:val="none" w:sz="0" w:space="0" w:color="auto"/>
                <w:bottom w:val="none" w:sz="0" w:space="0" w:color="auto"/>
                <w:right w:val="none" w:sz="0" w:space="0" w:color="auto"/>
              </w:divBdr>
            </w:div>
            <w:div w:id="1981958311">
              <w:marLeft w:val="0"/>
              <w:marRight w:val="0"/>
              <w:marTop w:val="0"/>
              <w:marBottom w:val="0"/>
              <w:divBdr>
                <w:top w:val="none" w:sz="0" w:space="0" w:color="auto"/>
                <w:left w:val="none" w:sz="0" w:space="0" w:color="auto"/>
                <w:bottom w:val="none" w:sz="0" w:space="0" w:color="auto"/>
                <w:right w:val="none" w:sz="0" w:space="0" w:color="auto"/>
              </w:divBdr>
            </w:div>
            <w:div w:id="965962274">
              <w:marLeft w:val="0"/>
              <w:marRight w:val="0"/>
              <w:marTop w:val="0"/>
              <w:marBottom w:val="0"/>
              <w:divBdr>
                <w:top w:val="none" w:sz="0" w:space="0" w:color="auto"/>
                <w:left w:val="none" w:sz="0" w:space="0" w:color="auto"/>
                <w:bottom w:val="none" w:sz="0" w:space="0" w:color="auto"/>
                <w:right w:val="none" w:sz="0" w:space="0" w:color="auto"/>
              </w:divBdr>
            </w:div>
            <w:div w:id="1417828545">
              <w:marLeft w:val="0"/>
              <w:marRight w:val="0"/>
              <w:marTop w:val="0"/>
              <w:marBottom w:val="0"/>
              <w:divBdr>
                <w:top w:val="none" w:sz="0" w:space="0" w:color="auto"/>
                <w:left w:val="none" w:sz="0" w:space="0" w:color="auto"/>
                <w:bottom w:val="none" w:sz="0" w:space="0" w:color="auto"/>
                <w:right w:val="none" w:sz="0" w:space="0" w:color="auto"/>
              </w:divBdr>
            </w:div>
            <w:div w:id="2102093764">
              <w:marLeft w:val="0"/>
              <w:marRight w:val="0"/>
              <w:marTop w:val="0"/>
              <w:marBottom w:val="0"/>
              <w:divBdr>
                <w:top w:val="none" w:sz="0" w:space="0" w:color="auto"/>
                <w:left w:val="none" w:sz="0" w:space="0" w:color="auto"/>
                <w:bottom w:val="none" w:sz="0" w:space="0" w:color="auto"/>
                <w:right w:val="none" w:sz="0" w:space="0" w:color="auto"/>
              </w:divBdr>
            </w:div>
            <w:div w:id="2106610571">
              <w:marLeft w:val="0"/>
              <w:marRight w:val="0"/>
              <w:marTop w:val="0"/>
              <w:marBottom w:val="0"/>
              <w:divBdr>
                <w:top w:val="none" w:sz="0" w:space="0" w:color="auto"/>
                <w:left w:val="none" w:sz="0" w:space="0" w:color="auto"/>
                <w:bottom w:val="none" w:sz="0" w:space="0" w:color="auto"/>
                <w:right w:val="none" w:sz="0" w:space="0" w:color="auto"/>
              </w:divBdr>
            </w:div>
            <w:div w:id="752434851">
              <w:marLeft w:val="0"/>
              <w:marRight w:val="0"/>
              <w:marTop w:val="0"/>
              <w:marBottom w:val="0"/>
              <w:divBdr>
                <w:top w:val="none" w:sz="0" w:space="0" w:color="auto"/>
                <w:left w:val="none" w:sz="0" w:space="0" w:color="auto"/>
                <w:bottom w:val="none" w:sz="0" w:space="0" w:color="auto"/>
                <w:right w:val="none" w:sz="0" w:space="0" w:color="auto"/>
              </w:divBdr>
            </w:div>
            <w:div w:id="459418517">
              <w:marLeft w:val="0"/>
              <w:marRight w:val="0"/>
              <w:marTop w:val="0"/>
              <w:marBottom w:val="0"/>
              <w:divBdr>
                <w:top w:val="none" w:sz="0" w:space="0" w:color="auto"/>
                <w:left w:val="none" w:sz="0" w:space="0" w:color="auto"/>
                <w:bottom w:val="none" w:sz="0" w:space="0" w:color="auto"/>
                <w:right w:val="none" w:sz="0" w:space="0" w:color="auto"/>
              </w:divBdr>
            </w:div>
            <w:div w:id="21633152">
              <w:marLeft w:val="0"/>
              <w:marRight w:val="0"/>
              <w:marTop w:val="0"/>
              <w:marBottom w:val="0"/>
              <w:divBdr>
                <w:top w:val="none" w:sz="0" w:space="0" w:color="auto"/>
                <w:left w:val="none" w:sz="0" w:space="0" w:color="auto"/>
                <w:bottom w:val="none" w:sz="0" w:space="0" w:color="auto"/>
                <w:right w:val="none" w:sz="0" w:space="0" w:color="auto"/>
              </w:divBdr>
            </w:div>
            <w:div w:id="1830443654">
              <w:marLeft w:val="0"/>
              <w:marRight w:val="0"/>
              <w:marTop w:val="0"/>
              <w:marBottom w:val="0"/>
              <w:divBdr>
                <w:top w:val="none" w:sz="0" w:space="0" w:color="auto"/>
                <w:left w:val="none" w:sz="0" w:space="0" w:color="auto"/>
                <w:bottom w:val="none" w:sz="0" w:space="0" w:color="auto"/>
                <w:right w:val="none" w:sz="0" w:space="0" w:color="auto"/>
              </w:divBdr>
            </w:div>
            <w:div w:id="2004890035">
              <w:marLeft w:val="0"/>
              <w:marRight w:val="0"/>
              <w:marTop w:val="0"/>
              <w:marBottom w:val="0"/>
              <w:divBdr>
                <w:top w:val="none" w:sz="0" w:space="0" w:color="auto"/>
                <w:left w:val="none" w:sz="0" w:space="0" w:color="auto"/>
                <w:bottom w:val="none" w:sz="0" w:space="0" w:color="auto"/>
                <w:right w:val="none" w:sz="0" w:space="0" w:color="auto"/>
              </w:divBdr>
            </w:div>
            <w:div w:id="1061749138">
              <w:marLeft w:val="0"/>
              <w:marRight w:val="0"/>
              <w:marTop w:val="0"/>
              <w:marBottom w:val="0"/>
              <w:divBdr>
                <w:top w:val="none" w:sz="0" w:space="0" w:color="auto"/>
                <w:left w:val="none" w:sz="0" w:space="0" w:color="auto"/>
                <w:bottom w:val="none" w:sz="0" w:space="0" w:color="auto"/>
                <w:right w:val="none" w:sz="0" w:space="0" w:color="auto"/>
              </w:divBdr>
            </w:div>
            <w:div w:id="1405223926">
              <w:marLeft w:val="0"/>
              <w:marRight w:val="0"/>
              <w:marTop w:val="0"/>
              <w:marBottom w:val="0"/>
              <w:divBdr>
                <w:top w:val="none" w:sz="0" w:space="0" w:color="auto"/>
                <w:left w:val="none" w:sz="0" w:space="0" w:color="auto"/>
                <w:bottom w:val="none" w:sz="0" w:space="0" w:color="auto"/>
                <w:right w:val="none" w:sz="0" w:space="0" w:color="auto"/>
              </w:divBdr>
            </w:div>
            <w:div w:id="1899245952">
              <w:marLeft w:val="0"/>
              <w:marRight w:val="0"/>
              <w:marTop w:val="0"/>
              <w:marBottom w:val="0"/>
              <w:divBdr>
                <w:top w:val="none" w:sz="0" w:space="0" w:color="auto"/>
                <w:left w:val="none" w:sz="0" w:space="0" w:color="auto"/>
                <w:bottom w:val="none" w:sz="0" w:space="0" w:color="auto"/>
                <w:right w:val="none" w:sz="0" w:space="0" w:color="auto"/>
              </w:divBdr>
            </w:div>
            <w:div w:id="215554065">
              <w:marLeft w:val="0"/>
              <w:marRight w:val="0"/>
              <w:marTop w:val="0"/>
              <w:marBottom w:val="0"/>
              <w:divBdr>
                <w:top w:val="none" w:sz="0" w:space="0" w:color="auto"/>
                <w:left w:val="none" w:sz="0" w:space="0" w:color="auto"/>
                <w:bottom w:val="none" w:sz="0" w:space="0" w:color="auto"/>
                <w:right w:val="none" w:sz="0" w:space="0" w:color="auto"/>
              </w:divBdr>
            </w:div>
            <w:div w:id="1415660026">
              <w:marLeft w:val="0"/>
              <w:marRight w:val="0"/>
              <w:marTop w:val="0"/>
              <w:marBottom w:val="0"/>
              <w:divBdr>
                <w:top w:val="none" w:sz="0" w:space="0" w:color="auto"/>
                <w:left w:val="none" w:sz="0" w:space="0" w:color="auto"/>
                <w:bottom w:val="none" w:sz="0" w:space="0" w:color="auto"/>
                <w:right w:val="none" w:sz="0" w:space="0" w:color="auto"/>
              </w:divBdr>
            </w:div>
            <w:div w:id="976884021">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00509018">
              <w:marLeft w:val="0"/>
              <w:marRight w:val="0"/>
              <w:marTop w:val="0"/>
              <w:marBottom w:val="0"/>
              <w:divBdr>
                <w:top w:val="none" w:sz="0" w:space="0" w:color="auto"/>
                <w:left w:val="none" w:sz="0" w:space="0" w:color="auto"/>
                <w:bottom w:val="none" w:sz="0" w:space="0" w:color="auto"/>
                <w:right w:val="none" w:sz="0" w:space="0" w:color="auto"/>
              </w:divBdr>
            </w:div>
            <w:div w:id="1720131297">
              <w:marLeft w:val="0"/>
              <w:marRight w:val="0"/>
              <w:marTop w:val="0"/>
              <w:marBottom w:val="0"/>
              <w:divBdr>
                <w:top w:val="none" w:sz="0" w:space="0" w:color="auto"/>
                <w:left w:val="none" w:sz="0" w:space="0" w:color="auto"/>
                <w:bottom w:val="none" w:sz="0" w:space="0" w:color="auto"/>
                <w:right w:val="none" w:sz="0" w:space="0" w:color="auto"/>
              </w:divBdr>
            </w:div>
            <w:div w:id="1068190525">
              <w:marLeft w:val="0"/>
              <w:marRight w:val="0"/>
              <w:marTop w:val="0"/>
              <w:marBottom w:val="0"/>
              <w:divBdr>
                <w:top w:val="none" w:sz="0" w:space="0" w:color="auto"/>
                <w:left w:val="none" w:sz="0" w:space="0" w:color="auto"/>
                <w:bottom w:val="none" w:sz="0" w:space="0" w:color="auto"/>
                <w:right w:val="none" w:sz="0" w:space="0" w:color="auto"/>
              </w:divBdr>
            </w:div>
            <w:div w:id="1864827872">
              <w:marLeft w:val="0"/>
              <w:marRight w:val="0"/>
              <w:marTop w:val="0"/>
              <w:marBottom w:val="0"/>
              <w:divBdr>
                <w:top w:val="none" w:sz="0" w:space="0" w:color="auto"/>
                <w:left w:val="none" w:sz="0" w:space="0" w:color="auto"/>
                <w:bottom w:val="none" w:sz="0" w:space="0" w:color="auto"/>
                <w:right w:val="none" w:sz="0" w:space="0" w:color="auto"/>
              </w:divBdr>
            </w:div>
            <w:div w:id="1003046079">
              <w:marLeft w:val="0"/>
              <w:marRight w:val="0"/>
              <w:marTop w:val="0"/>
              <w:marBottom w:val="0"/>
              <w:divBdr>
                <w:top w:val="none" w:sz="0" w:space="0" w:color="auto"/>
                <w:left w:val="none" w:sz="0" w:space="0" w:color="auto"/>
                <w:bottom w:val="none" w:sz="0" w:space="0" w:color="auto"/>
                <w:right w:val="none" w:sz="0" w:space="0" w:color="auto"/>
              </w:divBdr>
            </w:div>
            <w:div w:id="2119525564">
              <w:marLeft w:val="0"/>
              <w:marRight w:val="0"/>
              <w:marTop w:val="0"/>
              <w:marBottom w:val="0"/>
              <w:divBdr>
                <w:top w:val="none" w:sz="0" w:space="0" w:color="auto"/>
                <w:left w:val="none" w:sz="0" w:space="0" w:color="auto"/>
                <w:bottom w:val="none" w:sz="0" w:space="0" w:color="auto"/>
                <w:right w:val="none" w:sz="0" w:space="0" w:color="auto"/>
              </w:divBdr>
            </w:div>
            <w:div w:id="524708760">
              <w:marLeft w:val="0"/>
              <w:marRight w:val="0"/>
              <w:marTop w:val="0"/>
              <w:marBottom w:val="0"/>
              <w:divBdr>
                <w:top w:val="none" w:sz="0" w:space="0" w:color="auto"/>
                <w:left w:val="none" w:sz="0" w:space="0" w:color="auto"/>
                <w:bottom w:val="none" w:sz="0" w:space="0" w:color="auto"/>
                <w:right w:val="none" w:sz="0" w:space="0" w:color="auto"/>
              </w:divBdr>
            </w:div>
            <w:div w:id="1585727969">
              <w:marLeft w:val="0"/>
              <w:marRight w:val="0"/>
              <w:marTop w:val="0"/>
              <w:marBottom w:val="0"/>
              <w:divBdr>
                <w:top w:val="none" w:sz="0" w:space="0" w:color="auto"/>
                <w:left w:val="none" w:sz="0" w:space="0" w:color="auto"/>
                <w:bottom w:val="none" w:sz="0" w:space="0" w:color="auto"/>
                <w:right w:val="none" w:sz="0" w:space="0" w:color="auto"/>
              </w:divBdr>
            </w:div>
            <w:div w:id="1741441665">
              <w:marLeft w:val="0"/>
              <w:marRight w:val="0"/>
              <w:marTop w:val="0"/>
              <w:marBottom w:val="0"/>
              <w:divBdr>
                <w:top w:val="none" w:sz="0" w:space="0" w:color="auto"/>
                <w:left w:val="none" w:sz="0" w:space="0" w:color="auto"/>
                <w:bottom w:val="none" w:sz="0" w:space="0" w:color="auto"/>
                <w:right w:val="none" w:sz="0" w:space="0" w:color="auto"/>
              </w:divBdr>
            </w:div>
            <w:div w:id="1113017381">
              <w:marLeft w:val="0"/>
              <w:marRight w:val="0"/>
              <w:marTop w:val="0"/>
              <w:marBottom w:val="0"/>
              <w:divBdr>
                <w:top w:val="none" w:sz="0" w:space="0" w:color="auto"/>
                <w:left w:val="none" w:sz="0" w:space="0" w:color="auto"/>
                <w:bottom w:val="none" w:sz="0" w:space="0" w:color="auto"/>
                <w:right w:val="none" w:sz="0" w:space="0" w:color="auto"/>
              </w:divBdr>
            </w:div>
            <w:div w:id="1266500896">
              <w:marLeft w:val="0"/>
              <w:marRight w:val="0"/>
              <w:marTop w:val="0"/>
              <w:marBottom w:val="0"/>
              <w:divBdr>
                <w:top w:val="none" w:sz="0" w:space="0" w:color="auto"/>
                <w:left w:val="none" w:sz="0" w:space="0" w:color="auto"/>
                <w:bottom w:val="none" w:sz="0" w:space="0" w:color="auto"/>
                <w:right w:val="none" w:sz="0" w:space="0" w:color="auto"/>
              </w:divBdr>
            </w:div>
            <w:div w:id="102458114">
              <w:marLeft w:val="0"/>
              <w:marRight w:val="0"/>
              <w:marTop w:val="0"/>
              <w:marBottom w:val="0"/>
              <w:divBdr>
                <w:top w:val="none" w:sz="0" w:space="0" w:color="auto"/>
                <w:left w:val="none" w:sz="0" w:space="0" w:color="auto"/>
                <w:bottom w:val="none" w:sz="0" w:space="0" w:color="auto"/>
                <w:right w:val="none" w:sz="0" w:space="0" w:color="auto"/>
              </w:divBdr>
            </w:div>
            <w:div w:id="1445034227">
              <w:marLeft w:val="0"/>
              <w:marRight w:val="0"/>
              <w:marTop w:val="0"/>
              <w:marBottom w:val="0"/>
              <w:divBdr>
                <w:top w:val="none" w:sz="0" w:space="0" w:color="auto"/>
                <w:left w:val="none" w:sz="0" w:space="0" w:color="auto"/>
                <w:bottom w:val="none" w:sz="0" w:space="0" w:color="auto"/>
                <w:right w:val="none" w:sz="0" w:space="0" w:color="auto"/>
              </w:divBdr>
            </w:div>
            <w:div w:id="669603733">
              <w:marLeft w:val="0"/>
              <w:marRight w:val="0"/>
              <w:marTop w:val="0"/>
              <w:marBottom w:val="0"/>
              <w:divBdr>
                <w:top w:val="none" w:sz="0" w:space="0" w:color="auto"/>
                <w:left w:val="none" w:sz="0" w:space="0" w:color="auto"/>
                <w:bottom w:val="none" w:sz="0" w:space="0" w:color="auto"/>
                <w:right w:val="none" w:sz="0" w:space="0" w:color="auto"/>
              </w:divBdr>
            </w:div>
            <w:div w:id="342978403">
              <w:marLeft w:val="0"/>
              <w:marRight w:val="0"/>
              <w:marTop w:val="0"/>
              <w:marBottom w:val="0"/>
              <w:divBdr>
                <w:top w:val="none" w:sz="0" w:space="0" w:color="auto"/>
                <w:left w:val="none" w:sz="0" w:space="0" w:color="auto"/>
                <w:bottom w:val="none" w:sz="0" w:space="0" w:color="auto"/>
                <w:right w:val="none" w:sz="0" w:space="0" w:color="auto"/>
              </w:divBdr>
            </w:div>
            <w:div w:id="1495414448">
              <w:marLeft w:val="0"/>
              <w:marRight w:val="0"/>
              <w:marTop w:val="0"/>
              <w:marBottom w:val="0"/>
              <w:divBdr>
                <w:top w:val="none" w:sz="0" w:space="0" w:color="auto"/>
                <w:left w:val="none" w:sz="0" w:space="0" w:color="auto"/>
                <w:bottom w:val="none" w:sz="0" w:space="0" w:color="auto"/>
                <w:right w:val="none" w:sz="0" w:space="0" w:color="auto"/>
              </w:divBdr>
            </w:div>
            <w:div w:id="531724097">
              <w:marLeft w:val="0"/>
              <w:marRight w:val="0"/>
              <w:marTop w:val="0"/>
              <w:marBottom w:val="0"/>
              <w:divBdr>
                <w:top w:val="none" w:sz="0" w:space="0" w:color="auto"/>
                <w:left w:val="none" w:sz="0" w:space="0" w:color="auto"/>
                <w:bottom w:val="none" w:sz="0" w:space="0" w:color="auto"/>
                <w:right w:val="none" w:sz="0" w:space="0" w:color="auto"/>
              </w:divBdr>
            </w:div>
            <w:div w:id="381056897">
              <w:marLeft w:val="0"/>
              <w:marRight w:val="0"/>
              <w:marTop w:val="0"/>
              <w:marBottom w:val="0"/>
              <w:divBdr>
                <w:top w:val="none" w:sz="0" w:space="0" w:color="auto"/>
                <w:left w:val="none" w:sz="0" w:space="0" w:color="auto"/>
                <w:bottom w:val="none" w:sz="0" w:space="0" w:color="auto"/>
                <w:right w:val="none" w:sz="0" w:space="0" w:color="auto"/>
              </w:divBdr>
            </w:div>
            <w:div w:id="795022770">
              <w:marLeft w:val="0"/>
              <w:marRight w:val="0"/>
              <w:marTop w:val="0"/>
              <w:marBottom w:val="0"/>
              <w:divBdr>
                <w:top w:val="none" w:sz="0" w:space="0" w:color="auto"/>
                <w:left w:val="none" w:sz="0" w:space="0" w:color="auto"/>
                <w:bottom w:val="none" w:sz="0" w:space="0" w:color="auto"/>
                <w:right w:val="none" w:sz="0" w:space="0" w:color="auto"/>
              </w:divBdr>
            </w:div>
            <w:div w:id="1228103298">
              <w:marLeft w:val="0"/>
              <w:marRight w:val="0"/>
              <w:marTop w:val="0"/>
              <w:marBottom w:val="0"/>
              <w:divBdr>
                <w:top w:val="none" w:sz="0" w:space="0" w:color="auto"/>
                <w:left w:val="none" w:sz="0" w:space="0" w:color="auto"/>
                <w:bottom w:val="none" w:sz="0" w:space="0" w:color="auto"/>
                <w:right w:val="none" w:sz="0" w:space="0" w:color="auto"/>
              </w:divBdr>
            </w:div>
            <w:div w:id="947854539">
              <w:marLeft w:val="0"/>
              <w:marRight w:val="0"/>
              <w:marTop w:val="0"/>
              <w:marBottom w:val="0"/>
              <w:divBdr>
                <w:top w:val="none" w:sz="0" w:space="0" w:color="auto"/>
                <w:left w:val="none" w:sz="0" w:space="0" w:color="auto"/>
                <w:bottom w:val="none" w:sz="0" w:space="0" w:color="auto"/>
                <w:right w:val="none" w:sz="0" w:space="0" w:color="auto"/>
              </w:divBdr>
            </w:div>
            <w:div w:id="684550140">
              <w:marLeft w:val="0"/>
              <w:marRight w:val="0"/>
              <w:marTop w:val="0"/>
              <w:marBottom w:val="0"/>
              <w:divBdr>
                <w:top w:val="none" w:sz="0" w:space="0" w:color="auto"/>
                <w:left w:val="none" w:sz="0" w:space="0" w:color="auto"/>
                <w:bottom w:val="none" w:sz="0" w:space="0" w:color="auto"/>
                <w:right w:val="none" w:sz="0" w:space="0" w:color="auto"/>
              </w:divBdr>
            </w:div>
            <w:div w:id="1555971211">
              <w:marLeft w:val="0"/>
              <w:marRight w:val="0"/>
              <w:marTop w:val="0"/>
              <w:marBottom w:val="0"/>
              <w:divBdr>
                <w:top w:val="none" w:sz="0" w:space="0" w:color="auto"/>
                <w:left w:val="none" w:sz="0" w:space="0" w:color="auto"/>
                <w:bottom w:val="none" w:sz="0" w:space="0" w:color="auto"/>
                <w:right w:val="none" w:sz="0" w:space="0" w:color="auto"/>
              </w:divBdr>
            </w:div>
            <w:div w:id="1104694545">
              <w:marLeft w:val="0"/>
              <w:marRight w:val="0"/>
              <w:marTop w:val="0"/>
              <w:marBottom w:val="0"/>
              <w:divBdr>
                <w:top w:val="none" w:sz="0" w:space="0" w:color="auto"/>
                <w:left w:val="none" w:sz="0" w:space="0" w:color="auto"/>
                <w:bottom w:val="none" w:sz="0" w:space="0" w:color="auto"/>
                <w:right w:val="none" w:sz="0" w:space="0" w:color="auto"/>
              </w:divBdr>
            </w:div>
            <w:div w:id="527303734">
              <w:marLeft w:val="0"/>
              <w:marRight w:val="0"/>
              <w:marTop w:val="0"/>
              <w:marBottom w:val="0"/>
              <w:divBdr>
                <w:top w:val="none" w:sz="0" w:space="0" w:color="auto"/>
                <w:left w:val="none" w:sz="0" w:space="0" w:color="auto"/>
                <w:bottom w:val="none" w:sz="0" w:space="0" w:color="auto"/>
                <w:right w:val="none" w:sz="0" w:space="0" w:color="auto"/>
              </w:divBdr>
            </w:div>
            <w:div w:id="450779648">
              <w:marLeft w:val="0"/>
              <w:marRight w:val="0"/>
              <w:marTop w:val="0"/>
              <w:marBottom w:val="0"/>
              <w:divBdr>
                <w:top w:val="none" w:sz="0" w:space="0" w:color="auto"/>
                <w:left w:val="none" w:sz="0" w:space="0" w:color="auto"/>
                <w:bottom w:val="none" w:sz="0" w:space="0" w:color="auto"/>
                <w:right w:val="none" w:sz="0" w:space="0" w:color="auto"/>
              </w:divBdr>
            </w:div>
            <w:div w:id="1354577304">
              <w:marLeft w:val="0"/>
              <w:marRight w:val="0"/>
              <w:marTop w:val="0"/>
              <w:marBottom w:val="0"/>
              <w:divBdr>
                <w:top w:val="none" w:sz="0" w:space="0" w:color="auto"/>
                <w:left w:val="none" w:sz="0" w:space="0" w:color="auto"/>
                <w:bottom w:val="none" w:sz="0" w:space="0" w:color="auto"/>
                <w:right w:val="none" w:sz="0" w:space="0" w:color="auto"/>
              </w:divBdr>
            </w:div>
            <w:div w:id="678002072">
              <w:marLeft w:val="0"/>
              <w:marRight w:val="0"/>
              <w:marTop w:val="0"/>
              <w:marBottom w:val="0"/>
              <w:divBdr>
                <w:top w:val="none" w:sz="0" w:space="0" w:color="auto"/>
                <w:left w:val="none" w:sz="0" w:space="0" w:color="auto"/>
                <w:bottom w:val="none" w:sz="0" w:space="0" w:color="auto"/>
                <w:right w:val="none" w:sz="0" w:space="0" w:color="auto"/>
              </w:divBdr>
            </w:div>
            <w:div w:id="1880779372">
              <w:marLeft w:val="0"/>
              <w:marRight w:val="0"/>
              <w:marTop w:val="0"/>
              <w:marBottom w:val="0"/>
              <w:divBdr>
                <w:top w:val="none" w:sz="0" w:space="0" w:color="auto"/>
                <w:left w:val="none" w:sz="0" w:space="0" w:color="auto"/>
                <w:bottom w:val="none" w:sz="0" w:space="0" w:color="auto"/>
                <w:right w:val="none" w:sz="0" w:space="0" w:color="auto"/>
              </w:divBdr>
            </w:div>
            <w:div w:id="1583486864">
              <w:marLeft w:val="0"/>
              <w:marRight w:val="0"/>
              <w:marTop w:val="0"/>
              <w:marBottom w:val="0"/>
              <w:divBdr>
                <w:top w:val="none" w:sz="0" w:space="0" w:color="auto"/>
                <w:left w:val="none" w:sz="0" w:space="0" w:color="auto"/>
                <w:bottom w:val="none" w:sz="0" w:space="0" w:color="auto"/>
                <w:right w:val="none" w:sz="0" w:space="0" w:color="auto"/>
              </w:divBdr>
            </w:div>
            <w:div w:id="61874506">
              <w:marLeft w:val="0"/>
              <w:marRight w:val="0"/>
              <w:marTop w:val="0"/>
              <w:marBottom w:val="0"/>
              <w:divBdr>
                <w:top w:val="none" w:sz="0" w:space="0" w:color="auto"/>
                <w:left w:val="none" w:sz="0" w:space="0" w:color="auto"/>
                <w:bottom w:val="none" w:sz="0" w:space="0" w:color="auto"/>
                <w:right w:val="none" w:sz="0" w:space="0" w:color="auto"/>
              </w:divBdr>
            </w:div>
            <w:div w:id="723334782">
              <w:marLeft w:val="0"/>
              <w:marRight w:val="0"/>
              <w:marTop w:val="0"/>
              <w:marBottom w:val="0"/>
              <w:divBdr>
                <w:top w:val="none" w:sz="0" w:space="0" w:color="auto"/>
                <w:left w:val="none" w:sz="0" w:space="0" w:color="auto"/>
                <w:bottom w:val="none" w:sz="0" w:space="0" w:color="auto"/>
                <w:right w:val="none" w:sz="0" w:space="0" w:color="auto"/>
              </w:divBdr>
            </w:div>
            <w:div w:id="463429257">
              <w:marLeft w:val="0"/>
              <w:marRight w:val="0"/>
              <w:marTop w:val="0"/>
              <w:marBottom w:val="0"/>
              <w:divBdr>
                <w:top w:val="none" w:sz="0" w:space="0" w:color="auto"/>
                <w:left w:val="none" w:sz="0" w:space="0" w:color="auto"/>
                <w:bottom w:val="none" w:sz="0" w:space="0" w:color="auto"/>
                <w:right w:val="none" w:sz="0" w:space="0" w:color="auto"/>
              </w:divBdr>
            </w:div>
            <w:div w:id="1085029393">
              <w:marLeft w:val="0"/>
              <w:marRight w:val="0"/>
              <w:marTop w:val="0"/>
              <w:marBottom w:val="0"/>
              <w:divBdr>
                <w:top w:val="none" w:sz="0" w:space="0" w:color="auto"/>
                <w:left w:val="none" w:sz="0" w:space="0" w:color="auto"/>
                <w:bottom w:val="none" w:sz="0" w:space="0" w:color="auto"/>
                <w:right w:val="none" w:sz="0" w:space="0" w:color="auto"/>
              </w:divBdr>
            </w:div>
            <w:div w:id="8022614">
              <w:marLeft w:val="0"/>
              <w:marRight w:val="0"/>
              <w:marTop w:val="0"/>
              <w:marBottom w:val="0"/>
              <w:divBdr>
                <w:top w:val="none" w:sz="0" w:space="0" w:color="auto"/>
                <w:left w:val="none" w:sz="0" w:space="0" w:color="auto"/>
                <w:bottom w:val="none" w:sz="0" w:space="0" w:color="auto"/>
                <w:right w:val="none" w:sz="0" w:space="0" w:color="auto"/>
              </w:divBdr>
            </w:div>
            <w:div w:id="2135244469">
              <w:marLeft w:val="0"/>
              <w:marRight w:val="0"/>
              <w:marTop w:val="0"/>
              <w:marBottom w:val="0"/>
              <w:divBdr>
                <w:top w:val="none" w:sz="0" w:space="0" w:color="auto"/>
                <w:left w:val="none" w:sz="0" w:space="0" w:color="auto"/>
                <w:bottom w:val="none" w:sz="0" w:space="0" w:color="auto"/>
                <w:right w:val="none" w:sz="0" w:space="0" w:color="auto"/>
              </w:divBdr>
            </w:div>
            <w:div w:id="1085423405">
              <w:marLeft w:val="0"/>
              <w:marRight w:val="0"/>
              <w:marTop w:val="0"/>
              <w:marBottom w:val="0"/>
              <w:divBdr>
                <w:top w:val="none" w:sz="0" w:space="0" w:color="auto"/>
                <w:left w:val="none" w:sz="0" w:space="0" w:color="auto"/>
                <w:bottom w:val="none" w:sz="0" w:space="0" w:color="auto"/>
                <w:right w:val="none" w:sz="0" w:space="0" w:color="auto"/>
              </w:divBdr>
            </w:div>
            <w:div w:id="1299990351">
              <w:marLeft w:val="0"/>
              <w:marRight w:val="0"/>
              <w:marTop w:val="0"/>
              <w:marBottom w:val="0"/>
              <w:divBdr>
                <w:top w:val="none" w:sz="0" w:space="0" w:color="auto"/>
                <w:left w:val="none" w:sz="0" w:space="0" w:color="auto"/>
                <w:bottom w:val="none" w:sz="0" w:space="0" w:color="auto"/>
                <w:right w:val="none" w:sz="0" w:space="0" w:color="auto"/>
              </w:divBdr>
            </w:div>
            <w:div w:id="1341008256">
              <w:marLeft w:val="0"/>
              <w:marRight w:val="0"/>
              <w:marTop w:val="0"/>
              <w:marBottom w:val="0"/>
              <w:divBdr>
                <w:top w:val="none" w:sz="0" w:space="0" w:color="auto"/>
                <w:left w:val="none" w:sz="0" w:space="0" w:color="auto"/>
                <w:bottom w:val="none" w:sz="0" w:space="0" w:color="auto"/>
                <w:right w:val="none" w:sz="0" w:space="0" w:color="auto"/>
              </w:divBdr>
            </w:div>
            <w:div w:id="955940713">
              <w:marLeft w:val="0"/>
              <w:marRight w:val="0"/>
              <w:marTop w:val="0"/>
              <w:marBottom w:val="0"/>
              <w:divBdr>
                <w:top w:val="none" w:sz="0" w:space="0" w:color="auto"/>
                <w:left w:val="none" w:sz="0" w:space="0" w:color="auto"/>
                <w:bottom w:val="none" w:sz="0" w:space="0" w:color="auto"/>
                <w:right w:val="none" w:sz="0" w:space="0" w:color="auto"/>
              </w:divBdr>
            </w:div>
            <w:div w:id="39214596">
              <w:marLeft w:val="0"/>
              <w:marRight w:val="0"/>
              <w:marTop w:val="0"/>
              <w:marBottom w:val="0"/>
              <w:divBdr>
                <w:top w:val="none" w:sz="0" w:space="0" w:color="auto"/>
                <w:left w:val="none" w:sz="0" w:space="0" w:color="auto"/>
                <w:bottom w:val="none" w:sz="0" w:space="0" w:color="auto"/>
                <w:right w:val="none" w:sz="0" w:space="0" w:color="auto"/>
              </w:divBdr>
            </w:div>
            <w:div w:id="1480881338">
              <w:marLeft w:val="0"/>
              <w:marRight w:val="0"/>
              <w:marTop w:val="0"/>
              <w:marBottom w:val="0"/>
              <w:divBdr>
                <w:top w:val="none" w:sz="0" w:space="0" w:color="auto"/>
                <w:left w:val="none" w:sz="0" w:space="0" w:color="auto"/>
                <w:bottom w:val="none" w:sz="0" w:space="0" w:color="auto"/>
                <w:right w:val="none" w:sz="0" w:space="0" w:color="auto"/>
              </w:divBdr>
            </w:div>
            <w:div w:id="912542970">
              <w:marLeft w:val="0"/>
              <w:marRight w:val="0"/>
              <w:marTop w:val="0"/>
              <w:marBottom w:val="0"/>
              <w:divBdr>
                <w:top w:val="none" w:sz="0" w:space="0" w:color="auto"/>
                <w:left w:val="none" w:sz="0" w:space="0" w:color="auto"/>
                <w:bottom w:val="none" w:sz="0" w:space="0" w:color="auto"/>
                <w:right w:val="none" w:sz="0" w:space="0" w:color="auto"/>
              </w:divBdr>
            </w:div>
            <w:div w:id="685905959">
              <w:marLeft w:val="0"/>
              <w:marRight w:val="0"/>
              <w:marTop w:val="0"/>
              <w:marBottom w:val="0"/>
              <w:divBdr>
                <w:top w:val="none" w:sz="0" w:space="0" w:color="auto"/>
                <w:left w:val="none" w:sz="0" w:space="0" w:color="auto"/>
                <w:bottom w:val="none" w:sz="0" w:space="0" w:color="auto"/>
                <w:right w:val="none" w:sz="0" w:space="0" w:color="auto"/>
              </w:divBdr>
            </w:div>
            <w:div w:id="595790005">
              <w:marLeft w:val="0"/>
              <w:marRight w:val="0"/>
              <w:marTop w:val="0"/>
              <w:marBottom w:val="0"/>
              <w:divBdr>
                <w:top w:val="none" w:sz="0" w:space="0" w:color="auto"/>
                <w:left w:val="none" w:sz="0" w:space="0" w:color="auto"/>
                <w:bottom w:val="none" w:sz="0" w:space="0" w:color="auto"/>
                <w:right w:val="none" w:sz="0" w:space="0" w:color="auto"/>
              </w:divBdr>
            </w:div>
            <w:div w:id="538125554">
              <w:marLeft w:val="0"/>
              <w:marRight w:val="0"/>
              <w:marTop w:val="0"/>
              <w:marBottom w:val="0"/>
              <w:divBdr>
                <w:top w:val="none" w:sz="0" w:space="0" w:color="auto"/>
                <w:left w:val="none" w:sz="0" w:space="0" w:color="auto"/>
                <w:bottom w:val="none" w:sz="0" w:space="0" w:color="auto"/>
                <w:right w:val="none" w:sz="0" w:space="0" w:color="auto"/>
              </w:divBdr>
            </w:div>
            <w:div w:id="1892766184">
              <w:marLeft w:val="0"/>
              <w:marRight w:val="0"/>
              <w:marTop w:val="0"/>
              <w:marBottom w:val="0"/>
              <w:divBdr>
                <w:top w:val="none" w:sz="0" w:space="0" w:color="auto"/>
                <w:left w:val="none" w:sz="0" w:space="0" w:color="auto"/>
                <w:bottom w:val="none" w:sz="0" w:space="0" w:color="auto"/>
                <w:right w:val="none" w:sz="0" w:space="0" w:color="auto"/>
              </w:divBdr>
            </w:div>
            <w:div w:id="1218782459">
              <w:marLeft w:val="0"/>
              <w:marRight w:val="0"/>
              <w:marTop w:val="0"/>
              <w:marBottom w:val="0"/>
              <w:divBdr>
                <w:top w:val="none" w:sz="0" w:space="0" w:color="auto"/>
                <w:left w:val="none" w:sz="0" w:space="0" w:color="auto"/>
                <w:bottom w:val="none" w:sz="0" w:space="0" w:color="auto"/>
                <w:right w:val="none" w:sz="0" w:space="0" w:color="auto"/>
              </w:divBdr>
            </w:div>
            <w:div w:id="1377657442">
              <w:marLeft w:val="0"/>
              <w:marRight w:val="0"/>
              <w:marTop w:val="0"/>
              <w:marBottom w:val="0"/>
              <w:divBdr>
                <w:top w:val="none" w:sz="0" w:space="0" w:color="auto"/>
                <w:left w:val="none" w:sz="0" w:space="0" w:color="auto"/>
                <w:bottom w:val="none" w:sz="0" w:space="0" w:color="auto"/>
                <w:right w:val="none" w:sz="0" w:space="0" w:color="auto"/>
              </w:divBdr>
            </w:div>
            <w:div w:id="1742942102">
              <w:marLeft w:val="0"/>
              <w:marRight w:val="0"/>
              <w:marTop w:val="0"/>
              <w:marBottom w:val="0"/>
              <w:divBdr>
                <w:top w:val="none" w:sz="0" w:space="0" w:color="auto"/>
                <w:left w:val="none" w:sz="0" w:space="0" w:color="auto"/>
                <w:bottom w:val="none" w:sz="0" w:space="0" w:color="auto"/>
                <w:right w:val="none" w:sz="0" w:space="0" w:color="auto"/>
              </w:divBdr>
            </w:div>
            <w:div w:id="886717692">
              <w:marLeft w:val="0"/>
              <w:marRight w:val="0"/>
              <w:marTop w:val="0"/>
              <w:marBottom w:val="0"/>
              <w:divBdr>
                <w:top w:val="none" w:sz="0" w:space="0" w:color="auto"/>
                <w:left w:val="none" w:sz="0" w:space="0" w:color="auto"/>
                <w:bottom w:val="none" w:sz="0" w:space="0" w:color="auto"/>
                <w:right w:val="none" w:sz="0" w:space="0" w:color="auto"/>
              </w:divBdr>
            </w:div>
            <w:div w:id="977537830">
              <w:marLeft w:val="0"/>
              <w:marRight w:val="0"/>
              <w:marTop w:val="0"/>
              <w:marBottom w:val="0"/>
              <w:divBdr>
                <w:top w:val="none" w:sz="0" w:space="0" w:color="auto"/>
                <w:left w:val="none" w:sz="0" w:space="0" w:color="auto"/>
                <w:bottom w:val="none" w:sz="0" w:space="0" w:color="auto"/>
                <w:right w:val="none" w:sz="0" w:space="0" w:color="auto"/>
              </w:divBdr>
            </w:div>
            <w:div w:id="1017348005">
              <w:marLeft w:val="0"/>
              <w:marRight w:val="0"/>
              <w:marTop w:val="0"/>
              <w:marBottom w:val="0"/>
              <w:divBdr>
                <w:top w:val="none" w:sz="0" w:space="0" w:color="auto"/>
                <w:left w:val="none" w:sz="0" w:space="0" w:color="auto"/>
                <w:bottom w:val="none" w:sz="0" w:space="0" w:color="auto"/>
                <w:right w:val="none" w:sz="0" w:space="0" w:color="auto"/>
              </w:divBdr>
            </w:div>
            <w:div w:id="437717501">
              <w:marLeft w:val="0"/>
              <w:marRight w:val="0"/>
              <w:marTop w:val="0"/>
              <w:marBottom w:val="0"/>
              <w:divBdr>
                <w:top w:val="none" w:sz="0" w:space="0" w:color="auto"/>
                <w:left w:val="none" w:sz="0" w:space="0" w:color="auto"/>
                <w:bottom w:val="none" w:sz="0" w:space="0" w:color="auto"/>
                <w:right w:val="none" w:sz="0" w:space="0" w:color="auto"/>
              </w:divBdr>
            </w:div>
            <w:div w:id="870146639">
              <w:marLeft w:val="0"/>
              <w:marRight w:val="0"/>
              <w:marTop w:val="0"/>
              <w:marBottom w:val="0"/>
              <w:divBdr>
                <w:top w:val="none" w:sz="0" w:space="0" w:color="auto"/>
                <w:left w:val="none" w:sz="0" w:space="0" w:color="auto"/>
                <w:bottom w:val="none" w:sz="0" w:space="0" w:color="auto"/>
                <w:right w:val="none" w:sz="0" w:space="0" w:color="auto"/>
              </w:divBdr>
            </w:div>
            <w:div w:id="624972453">
              <w:marLeft w:val="0"/>
              <w:marRight w:val="0"/>
              <w:marTop w:val="0"/>
              <w:marBottom w:val="0"/>
              <w:divBdr>
                <w:top w:val="none" w:sz="0" w:space="0" w:color="auto"/>
                <w:left w:val="none" w:sz="0" w:space="0" w:color="auto"/>
                <w:bottom w:val="none" w:sz="0" w:space="0" w:color="auto"/>
                <w:right w:val="none" w:sz="0" w:space="0" w:color="auto"/>
              </w:divBdr>
            </w:div>
            <w:div w:id="880557472">
              <w:marLeft w:val="0"/>
              <w:marRight w:val="0"/>
              <w:marTop w:val="0"/>
              <w:marBottom w:val="0"/>
              <w:divBdr>
                <w:top w:val="none" w:sz="0" w:space="0" w:color="auto"/>
                <w:left w:val="none" w:sz="0" w:space="0" w:color="auto"/>
                <w:bottom w:val="none" w:sz="0" w:space="0" w:color="auto"/>
                <w:right w:val="none" w:sz="0" w:space="0" w:color="auto"/>
              </w:divBdr>
            </w:div>
            <w:div w:id="1328362588">
              <w:marLeft w:val="0"/>
              <w:marRight w:val="0"/>
              <w:marTop w:val="0"/>
              <w:marBottom w:val="0"/>
              <w:divBdr>
                <w:top w:val="none" w:sz="0" w:space="0" w:color="auto"/>
                <w:left w:val="none" w:sz="0" w:space="0" w:color="auto"/>
                <w:bottom w:val="none" w:sz="0" w:space="0" w:color="auto"/>
                <w:right w:val="none" w:sz="0" w:space="0" w:color="auto"/>
              </w:divBdr>
            </w:div>
            <w:div w:id="1317763978">
              <w:marLeft w:val="0"/>
              <w:marRight w:val="0"/>
              <w:marTop w:val="0"/>
              <w:marBottom w:val="0"/>
              <w:divBdr>
                <w:top w:val="none" w:sz="0" w:space="0" w:color="auto"/>
                <w:left w:val="none" w:sz="0" w:space="0" w:color="auto"/>
                <w:bottom w:val="none" w:sz="0" w:space="0" w:color="auto"/>
                <w:right w:val="none" w:sz="0" w:space="0" w:color="auto"/>
              </w:divBdr>
            </w:div>
            <w:div w:id="262689300">
              <w:marLeft w:val="0"/>
              <w:marRight w:val="0"/>
              <w:marTop w:val="0"/>
              <w:marBottom w:val="0"/>
              <w:divBdr>
                <w:top w:val="none" w:sz="0" w:space="0" w:color="auto"/>
                <w:left w:val="none" w:sz="0" w:space="0" w:color="auto"/>
                <w:bottom w:val="none" w:sz="0" w:space="0" w:color="auto"/>
                <w:right w:val="none" w:sz="0" w:space="0" w:color="auto"/>
              </w:divBdr>
            </w:div>
            <w:div w:id="1970893813">
              <w:marLeft w:val="0"/>
              <w:marRight w:val="0"/>
              <w:marTop w:val="0"/>
              <w:marBottom w:val="0"/>
              <w:divBdr>
                <w:top w:val="none" w:sz="0" w:space="0" w:color="auto"/>
                <w:left w:val="none" w:sz="0" w:space="0" w:color="auto"/>
                <w:bottom w:val="none" w:sz="0" w:space="0" w:color="auto"/>
                <w:right w:val="none" w:sz="0" w:space="0" w:color="auto"/>
              </w:divBdr>
            </w:div>
            <w:div w:id="896013072">
              <w:marLeft w:val="0"/>
              <w:marRight w:val="0"/>
              <w:marTop w:val="0"/>
              <w:marBottom w:val="0"/>
              <w:divBdr>
                <w:top w:val="none" w:sz="0" w:space="0" w:color="auto"/>
                <w:left w:val="none" w:sz="0" w:space="0" w:color="auto"/>
                <w:bottom w:val="none" w:sz="0" w:space="0" w:color="auto"/>
                <w:right w:val="none" w:sz="0" w:space="0" w:color="auto"/>
              </w:divBdr>
            </w:div>
            <w:div w:id="1481270346">
              <w:marLeft w:val="0"/>
              <w:marRight w:val="0"/>
              <w:marTop w:val="0"/>
              <w:marBottom w:val="0"/>
              <w:divBdr>
                <w:top w:val="none" w:sz="0" w:space="0" w:color="auto"/>
                <w:left w:val="none" w:sz="0" w:space="0" w:color="auto"/>
                <w:bottom w:val="none" w:sz="0" w:space="0" w:color="auto"/>
                <w:right w:val="none" w:sz="0" w:space="0" w:color="auto"/>
              </w:divBdr>
            </w:div>
            <w:div w:id="360664702">
              <w:marLeft w:val="0"/>
              <w:marRight w:val="0"/>
              <w:marTop w:val="0"/>
              <w:marBottom w:val="0"/>
              <w:divBdr>
                <w:top w:val="none" w:sz="0" w:space="0" w:color="auto"/>
                <w:left w:val="none" w:sz="0" w:space="0" w:color="auto"/>
                <w:bottom w:val="none" w:sz="0" w:space="0" w:color="auto"/>
                <w:right w:val="none" w:sz="0" w:space="0" w:color="auto"/>
              </w:divBdr>
            </w:div>
            <w:div w:id="1652638400">
              <w:marLeft w:val="0"/>
              <w:marRight w:val="0"/>
              <w:marTop w:val="0"/>
              <w:marBottom w:val="0"/>
              <w:divBdr>
                <w:top w:val="none" w:sz="0" w:space="0" w:color="auto"/>
                <w:left w:val="none" w:sz="0" w:space="0" w:color="auto"/>
                <w:bottom w:val="none" w:sz="0" w:space="0" w:color="auto"/>
                <w:right w:val="none" w:sz="0" w:space="0" w:color="auto"/>
              </w:divBdr>
            </w:div>
            <w:div w:id="1707099918">
              <w:marLeft w:val="0"/>
              <w:marRight w:val="0"/>
              <w:marTop w:val="0"/>
              <w:marBottom w:val="0"/>
              <w:divBdr>
                <w:top w:val="none" w:sz="0" w:space="0" w:color="auto"/>
                <w:left w:val="none" w:sz="0" w:space="0" w:color="auto"/>
                <w:bottom w:val="none" w:sz="0" w:space="0" w:color="auto"/>
                <w:right w:val="none" w:sz="0" w:space="0" w:color="auto"/>
              </w:divBdr>
            </w:div>
            <w:div w:id="228154669">
              <w:marLeft w:val="0"/>
              <w:marRight w:val="0"/>
              <w:marTop w:val="0"/>
              <w:marBottom w:val="0"/>
              <w:divBdr>
                <w:top w:val="none" w:sz="0" w:space="0" w:color="auto"/>
                <w:left w:val="none" w:sz="0" w:space="0" w:color="auto"/>
                <w:bottom w:val="none" w:sz="0" w:space="0" w:color="auto"/>
                <w:right w:val="none" w:sz="0" w:space="0" w:color="auto"/>
              </w:divBdr>
            </w:div>
            <w:div w:id="972246994">
              <w:marLeft w:val="0"/>
              <w:marRight w:val="0"/>
              <w:marTop w:val="0"/>
              <w:marBottom w:val="0"/>
              <w:divBdr>
                <w:top w:val="none" w:sz="0" w:space="0" w:color="auto"/>
                <w:left w:val="none" w:sz="0" w:space="0" w:color="auto"/>
                <w:bottom w:val="none" w:sz="0" w:space="0" w:color="auto"/>
                <w:right w:val="none" w:sz="0" w:space="0" w:color="auto"/>
              </w:divBdr>
            </w:div>
            <w:div w:id="1337809606">
              <w:marLeft w:val="0"/>
              <w:marRight w:val="0"/>
              <w:marTop w:val="0"/>
              <w:marBottom w:val="0"/>
              <w:divBdr>
                <w:top w:val="none" w:sz="0" w:space="0" w:color="auto"/>
                <w:left w:val="none" w:sz="0" w:space="0" w:color="auto"/>
                <w:bottom w:val="none" w:sz="0" w:space="0" w:color="auto"/>
                <w:right w:val="none" w:sz="0" w:space="0" w:color="auto"/>
              </w:divBdr>
            </w:div>
            <w:div w:id="288171580">
              <w:marLeft w:val="0"/>
              <w:marRight w:val="0"/>
              <w:marTop w:val="0"/>
              <w:marBottom w:val="0"/>
              <w:divBdr>
                <w:top w:val="none" w:sz="0" w:space="0" w:color="auto"/>
                <w:left w:val="none" w:sz="0" w:space="0" w:color="auto"/>
                <w:bottom w:val="none" w:sz="0" w:space="0" w:color="auto"/>
                <w:right w:val="none" w:sz="0" w:space="0" w:color="auto"/>
              </w:divBdr>
            </w:div>
            <w:div w:id="1397625895">
              <w:marLeft w:val="0"/>
              <w:marRight w:val="0"/>
              <w:marTop w:val="0"/>
              <w:marBottom w:val="0"/>
              <w:divBdr>
                <w:top w:val="none" w:sz="0" w:space="0" w:color="auto"/>
                <w:left w:val="none" w:sz="0" w:space="0" w:color="auto"/>
                <w:bottom w:val="none" w:sz="0" w:space="0" w:color="auto"/>
                <w:right w:val="none" w:sz="0" w:space="0" w:color="auto"/>
              </w:divBdr>
            </w:div>
            <w:div w:id="1005744220">
              <w:marLeft w:val="0"/>
              <w:marRight w:val="0"/>
              <w:marTop w:val="0"/>
              <w:marBottom w:val="0"/>
              <w:divBdr>
                <w:top w:val="none" w:sz="0" w:space="0" w:color="auto"/>
                <w:left w:val="none" w:sz="0" w:space="0" w:color="auto"/>
                <w:bottom w:val="none" w:sz="0" w:space="0" w:color="auto"/>
                <w:right w:val="none" w:sz="0" w:space="0" w:color="auto"/>
              </w:divBdr>
            </w:div>
            <w:div w:id="495416533">
              <w:marLeft w:val="0"/>
              <w:marRight w:val="0"/>
              <w:marTop w:val="0"/>
              <w:marBottom w:val="0"/>
              <w:divBdr>
                <w:top w:val="none" w:sz="0" w:space="0" w:color="auto"/>
                <w:left w:val="none" w:sz="0" w:space="0" w:color="auto"/>
                <w:bottom w:val="none" w:sz="0" w:space="0" w:color="auto"/>
                <w:right w:val="none" w:sz="0" w:space="0" w:color="auto"/>
              </w:divBdr>
            </w:div>
            <w:div w:id="810096094">
              <w:marLeft w:val="0"/>
              <w:marRight w:val="0"/>
              <w:marTop w:val="0"/>
              <w:marBottom w:val="0"/>
              <w:divBdr>
                <w:top w:val="none" w:sz="0" w:space="0" w:color="auto"/>
                <w:left w:val="none" w:sz="0" w:space="0" w:color="auto"/>
                <w:bottom w:val="none" w:sz="0" w:space="0" w:color="auto"/>
                <w:right w:val="none" w:sz="0" w:space="0" w:color="auto"/>
              </w:divBdr>
            </w:div>
            <w:div w:id="1701203038">
              <w:marLeft w:val="0"/>
              <w:marRight w:val="0"/>
              <w:marTop w:val="0"/>
              <w:marBottom w:val="0"/>
              <w:divBdr>
                <w:top w:val="none" w:sz="0" w:space="0" w:color="auto"/>
                <w:left w:val="none" w:sz="0" w:space="0" w:color="auto"/>
                <w:bottom w:val="none" w:sz="0" w:space="0" w:color="auto"/>
                <w:right w:val="none" w:sz="0" w:space="0" w:color="auto"/>
              </w:divBdr>
            </w:div>
            <w:div w:id="1123232804">
              <w:marLeft w:val="0"/>
              <w:marRight w:val="0"/>
              <w:marTop w:val="0"/>
              <w:marBottom w:val="0"/>
              <w:divBdr>
                <w:top w:val="none" w:sz="0" w:space="0" w:color="auto"/>
                <w:left w:val="none" w:sz="0" w:space="0" w:color="auto"/>
                <w:bottom w:val="none" w:sz="0" w:space="0" w:color="auto"/>
                <w:right w:val="none" w:sz="0" w:space="0" w:color="auto"/>
              </w:divBdr>
            </w:div>
            <w:div w:id="2071805925">
              <w:marLeft w:val="0"/>
              <w:marRight w:val="0"/>
              <w:marTop w:val="0"/>
              <w:marBottom w:val="0"/>
              <w:divBdr>
                <w:top w:val="none" w:sz="0" w:space="0" w:color="auto"/>
                <w:left w:val="none" w:sz="0" w:space="0" w:color="auto"/>
                <w:bottom w:val="none" w:sz="0" w:space="0" w:color="auto"/>
                <w:right w:val="none" w:sz="0" w:space="0" w:color="auto"/>
              </w:divBdr>
            </w:div>
            <w:div w:id="1440180722">
              <w:marLeft w:val="0"/>
              <w:marRight w:val="0"/>
              <w:marTop w:val="0"/>
              <w:marBottom w:val="0"/>
              <w:divBdr>
                <w:top w:val="none" w:sz="0" w:space="0" w:color="auto"/>
                <w:left w:val="none" w:sz="0" w:space="0" w:color="auto"/>
                <w:bottom w:val="none" w:sz="0" w:space="0" w:color="auto"/>
                <w:right w:val="none" w:sz="0" w:space="0" w:color="auto"/>
              </w:divBdr>
            </w:div>
            <w:div w:id="540631795">
              <w:marLeft w:val="0"/>
              <w:marRight w:val="0"/>
              <w:marTop w:val="0"/>
              <w:marBottom w:val="0"/>
              <w:divBdr>
                <w:top w:val="none" w:sz="0" w:space="0" w:color="auto"/>
                <w:left w:val="none" w:sz="0" w:space="0" w:color="auto"/>
                <w:bottom w:val="none" w:sz="0" w:space="0" w:color="auto"/>
                <w:right w:val="none" w:sz="0" w:space="0" w:color="auto"/>
              </w:divBdr>
            </w:div>
            <w:div w:id="493030335">
              <w:marLeft w:val="0"/>
              <w:marRight w:val="0"/>
              <w:marTop w:val="0"/>
              <w:marBottom w:val="0"/>
              <w:divBdr>
                <w:top w:val="none" w:sz="0" w:space="0" w:color="auto"/>
                <w:left w:val="none" w:sz="0" w:space="0" w:color="auto"/>
                <w:bottom w:val="none" w:sz="0" w:space="0" w:color="auto"/>
                <w:right w:val="none" w:sz="0" w:space="0" w:color="auto"/>
              </w:divBdr>
            </w:div>
            <w:div w:id="889465594">
              <w:marLeft w:val="0"/>
              <w:marRight w:val="0"/>
              <w:marTop w:val="0"/>
              <w:marBottom w:val="0"/>
              <w:divBdr>
                <w:top w:val="none" w:sz="0" w:space="0" w:color="auto"/>
                <w:left w:val="none" w:sz="0" w:space="0" w:color="auto"/>
                <w:bottom w:val="none" w:sz="0" w:space="0" w:color="auto"/>
                <w:right w:val="none" w:sz="0" w:space="0" w:color="auto"/>
              </w:divBdr>
            </w:div>
            <w:div w:id="1428844239">
              <w:marLeft w:val="0"/>
              <w:marRight w:val="0"/>
              <w:marTop w:val="0"/>
              <w:marBottom w:val="0"/>
              <w:divBdr>
                <w:top w:val="none" w:sz="0" w:space="0" w:color="auto"/>
                <w:left w:val="none" w:sz="0" w:space="0" w:color="auto"/>
                <w:bottom w:val="none" w:sz="0" w:space="0" w:color="auto"/>
                <w:right w:val="none" w:sz="0" w:space="0" w:color="auto"/>
              </w:divBdr>
            </w:div>
            <w:div w:id="554246351">
              <w:marLeft w:val="0"/>
              <w:marRight w:val="0"/>
              <w:marTop w:val="0"/>
              <w:marBottom w:val="0"/>
              <w:divBdr>
                <w:top w:val="none" w:sz="0" w:space="0" w:color="auto"/>
                <w:left w:val="none" w:sz="0" w:space="0" w:color="auto"/>
                <w:bottom w:val="none" w:sz="0" w:space="0" w:color="auto"/>
                <w:right w:val="none" w:sz="0" w:space="0" w:color="auto"/>
              </w:divBdr>
            </w:div>
            <w:div w:id="758479409">
              <w:marLeft w:val="0"/>
              <w:marRight w:val="0"/>
              <w:marTop w:val="0"/>
              <w:marBottom w:val="0"/>
              <w:divBdr>
                <w:top w:val="none" w:sz="0" w:space="0" w:color="auto"/>
                <w:left w:val="none" w:sz="0" w:space="0" w:color="auto"/>
                <w:bottom w:val="none" w:sz="0" w:space="0" w:color="auto"/>
                <w:right w:val="none" w:sz="0" w:space="0" w:color="auto"/>
              </w:divBdr>
            </w:div>
            <w:div w:id="1493108099">
              <w:marLeft w:val="0"/>
              <w:marRight w:val="0"/>
              <w:marTop w:val="0"/>
              <w:marBottom w:val="0"/>
              <w:divBdr>
                <w:top w:val="none" w:sz="0" w:space="0" w:color="auto"/>
                <w:left w:val="none" w:sz="0" w:space="0" w:color="auto"/>
                <w:bottom w:val="none" w:sz="0" w:space="0" w:color="auto"/>
                <w:right w:val="none" w:sz="0" w:space="0" w:color="auto"/>
              </w:divBdr>
            </w:div>
            <w:div w:id="1950550057">
              <w:marLeft w:val="0"/>
              <w:marRight w:val="0"/>
              <w:marTop w:val="0"/>
              <w:marBottom w:val="0"/>
              <w:divBdr>
                <w:top w:val="none" w:sz="0" w:space="0" w:color="auto"/>
                <w:left w:val="none" w:sz="0" w:space="0" w:color="auto"/>
                <w:bottom w:val="none" w:sz="0" w:space="0" w:color="auto"/>
                <w:right w:val="none" w:sz="0" w:space="0" w:color="auto"/>
              </w:divBdr>
            </w:div>
            <w:div w:id="480579207">
              <w:marLeft w:val="0"/>
              <w:marRight w:val="0"/>
              <w:marTop w:val="0"/>
              <w:marBottom w:val="0"/>
              <w:divBdr>
                <w:top w:val="none" w:sz="0" w:space="0" w:color="auto"/>
                <w:left w:val="none" w:sz="0" w:space="0" w:color="auto"/>
                <w:bottom w:val="none" w:sz="0" w:space="0" w:color="auto"/>
                <w:right w:val="none" w:sz="0" w:space="0" w:color="auto"/>
              </w:divBdr>
            </w:div>
            <w:div w:id="1851021811">
              <w:marLeft w:val="0"/>
              <w:marRight w:val="0"/>
              <w:marTop w:val="0"/>
              <w:marBottom w:val="0"/>
              <w:divBdr>
                <w:top w:val="none" w:sz="0" w:space="0" w:color="auto"/>
                <w:left w:val="none" w:sz="0" w:space="0" w:color="auto"/>
                <w:bottom w:val="none" w:sz="0" w:space="0" w:color="auto"/>
                <w:right w:val="none" w:sz="0" w:space="0" w:color="auto"/>
              </w:divBdr>
            </w:div>
            <w:div w:id="1886529446">
              <w:marLeft w:val="0"/>
              <w:marRight w:val="0"/>
              <w:marTop w:val="0"/>
              <w:marBottom w:val="0"/>
              <w:divBdr>
                <w:top w:val="none" w:sz="0" w:space="0" w:color="auto"/>
                <w:left w:val="none" w:sz="0" w:space="0" w:color="auto"/>
                <w:bottom w:val="none" w:sz="0" w:space="0" w:color="auto"/>
                <w:right w:val="none" w:sz="0" w:space="0" w:color="auto"/>
              </w:divBdr>
            </w:div>
            <w:div w:id="530727126">
              <w:marLeft w:val="0"/>
              <w:marRight w:val="0"/>
              <w:marTop w:val="0"/>
              <w:marBottom w:val="0"/>
              <w:divBdr>
                <w:top w:val="none" w:sz="0" w:space="0" w:color="auto"/>
                <w:left w:val="none" w:sz="0" w:space="0" w:color="auto"/>
                <w:bottom w:val="none" w:sz="0" w:space="0" w:color="auto"/>
                <w:right w:val="none" w:sz="0" w:space="0" w:color="auto"/>
              </w:divBdr>
            </w:div>
            <w:div w:id="2014412303">
              <w:marLeft w:val="0"/>
              <w:marRight w:val="0"/>
              <w:marTop w:val="0"/>
              <w:marBottom w:val="0"/>
              <w:divBdr>
                <w:top w:val="none" w:sz="0" w:space="0" w:color="auto"/>
                <w:left w:val="none" w:sz="0" w:space="0" w:color="auto"/>
                <w:bottom w:val="none" w:sz="0" w:space="0" w:color="auto"/>
                <w:right w:val="none" w:sz="0" w:space="0" w:color="auto"/>
              </w:divBdr>
            </w:div>
            <w:div w:id="1068697774">
              <w:marLeft w:val="0"/>
              <w:marRight w:val="0"/>
              <w:marTop w:val="0"/>
              <w:marBottom w:val="0"/>
              <w:divBdr>
                <w:top w:val="none" w:sz="0" w:space="0" w:color="auto"/>
                <w:left w:val="none" w:sz="0" w:space="0" w:color="auto"/>
                <w:bottom w:val="none" w:sz="0" w:space="0" w:color="auto"/>
                <w:right w:val="none" w:sz="0" w:space="0" w:color="auto"/>
              </w:divBdr>
            </w:div>
            <w:div w:id="107706521">
              <w:marLeft w:val="0"/>
              <w:marRight w:val="0"/>
              <w:marTop w:val="0"/>
              <w:marBottom w:val="0"/>
              <w:divBdr>
                <w:top w:val="none" w:sz="0" w:space="0" w:color="auto"/>
                <w:left w:val="none" w:sz="0" w:space="0" w:color="auto"/>
                <w:bottom w:val="none" w:sz="0" w:space="0" w:color="auto"/>
                <w:right w:val="none" w:sz="0" w:space="0" w:color="auto"/>
              </w:divBdr>
            </w:div>
            <w:div w:id="955984542">
              <w:marLeft w:val="0"/>
              <w:marRight w:val="0"/>
              <w:marTop w:val="0"/>
              <w:marBottom w:val="0"/>
              <w:divBdr>
                <w:top w:val="none" w:sz="0" w:space="0" w:color="auto"/>
                <w:left w:val="none" w:sz="0" w:space="0" w:color="auto"/>
                <w:bottom w:val="none" w:sz="0" w:space="0" w:color="auto"/>
                <w:right w:val="none" w:sz="0" w:space="0" w:color="auto"/>
              </w:divBdr>
            </w:div>
            <w:div w:id="286013595">
              <w:marLeft w:val="0"/>
              <w:marRight w:val="0"/>
              <w:marTop w:val="0"/>
              <w:marBottom w:val="0"/>
              <w:divBdr>
                <w:top w:val="none" w:sz="0" w:space="0" w:color="auto"/>
                <w:left w:val="none" w:sz="0" w:space="0" w:color="auto"/>
                <w:bottom w:val="none" w:sz="0" w:space="0" w:color="auto"/>
                <w:right w:val="none" w:sz="0" w:space="0" w:color="auto"/>
              </w:divBdr>
            </w:div>
            <w:div w:id="1020543709">
              <w:marLeft w:val="0"/>
              <w:marRight w:val="0"/>
              <w:marTop w:val="0"/>
              <w:marBottom w:val="0"/>
              <w:divBdr>
                <w:top w:val="none" w:sz="0" w:space="0" w:color="auto"/>
                <w:left w:val="none" w:sz="0" w:space="0" w:color="auto"/>
                <w:bottom w:val="none" w:sz="0" w:space="0" w:color="auto"/>
                <w:right w:val="none" w:sz="0" w:space="0" w:color="auto"/>
              </w:divBdr>
            </w:div>
            <w:div w:id="874585565">
              <w:marLeft w:val="0"/>
              <w:marRight w:val="0"/>
              <w:marTop w:val="0"/>
              <w:marBottom w:val="0"/>
              <w:divBdr>
                <w:top w:val="none" w:sz="0" w:space="0" w:color="auto"/>
                <w:left w:val="none" w:sz="0" w:space="0" w:color="auto"/>
                <w:bottom w:val="none" w:sz="0" w:space="0" w:color="auto"/>
                <w:right w:val="none" w:sz="0" w:space="0" w:color="auto"/>
              </w:divBdr>
            </w:div>
            <w:div w:id="690842719">
              <w:marLeft w:val="0"/>
              <w:marRight w:val="0"/>
              <w:marTop w:val="0"/>
              <w:marBottom w:val="0"/>
              <w:divBdr>
                <w:top w:val="none" w:sz="0" w:space="0" w:color="auto"/>
                <w:left w:val="none" w:sz="0" w:space="0" w:color="auto"/>
                <w:bottom w:val="none" w:sz="0" w:space="0" w:color="auto"/>
                <w:right w:val="none" w:sz="0" w:space="0" w:color="auto"/>
              </w:divBdr>
            </w:div>
            <w:div w:id="685592904">
              <w:marLeft w:val="0"/>
              <w:marRight w:val="0"/>
              <w:marTop w:val="0"/>
              <w:marBottom w:val="0"/>
              <w:divBdr>
                <w:top w:val="none" w:sz="0" w:space="0" w:color="auto"/>
                <w:left w:val="none" w:sz="0" w:space="0" w:color="auto"/>
                <w:bottom w:val="none" w:sz="0" w:space="0" w:color="auto"/>
                <w:right w:val="none" w:sz="0" w:space="0" w:color="auto"/>
              </w:divBdr>
            </w:div>
            <w:div w:id="1165900488">
              <w:marLeft w:val="0"/>
              <w:marRight w:val="0"/>
              <w:marTop w:val="0"/>
              <w:marBottom w:val="0"/>
              <w:divBdr>
                <w:top w:val="none" w:sz="0" w:space="0" w:color="auto"/>
                <w:left w:val="none" w:sz="0" w:space="0" w:color="auto"/>
                <w:bottom w:val="none" w:sz="0" w:space="0" w:color="auto"/>
                <w:right w:val="none" w:sz="0" w:space="0" w:color="auto"/>
              </w:divBdr>
            </w:div>
            <w:div w:id="523174673">
              <w:marLeft w:val="0"/>
              <w:marRight w:val="0"/>
              <w:marTop w:val="0"/>
              <w:marBottom w:val="0"/>
              <w:divBdr>
                <w:top w:val="none" w:sz="0" w:space="0" w:color="auto"/>
                <w:left w:val="none" w:sz="0" w:space="0" w:color="auto"/>
                <w:bottom w:val="none" w:sz="0" w:space="0" w:color="auto"/>
                <w:right w:val="none" w:sz="0" w:space="0" w:color="auto"/>
              </w:divBdr>
            </w:div>
            <w:div w:id="872110996">
              <w:marLeft w:val="0"/>
              <w:marRight w:val="0"/>
              <w:marTop w:val="0"/>
              <w:marBottom w:val="0"/>
              <w:divBdr>
                <w:top w:val="none" w:sz="0" w:space="0" w:color="auto"/>
                <w:left w:val="none" w:sz="0" w:space="0" w:color="auto"/>
                <w:bottom w:val="none" w:sz="0" w:space="0" w:color="auto"/>
                <w:right w:val="none" w:sz="0" w:space="0" w:color="auto"/>
              </w:divBdr>
            </w:div>
            <w:div w:id="1633095622">
              <w:marLeft w:val="0"/>
              <w:marRight w:val="0"/>
              <w:marTop w:val="0"/>
              <w:marBottom w:val="0"/>
              <w:divBdr>
                <w:top w:val="none" w:sz="0" w:space="0" w:color="auto"/>
                <w:left w:val="none" w:sz="0" w:space="0" w:color="auto"/>
                <w:bottom w:val="none" w:sz="0" w:space="0" w:color="auto"/>
                <w:right w:val="none" w:sz="0" w:space="0" w:color="auto"/>
              </w:divBdr>
            </w:div>
            <w:div w:id="690495713">
              <w:marLeft w:val="0"/>
              <w:marRight w:val="0"/>
              <w:marTop w:val="0"/>
              <w:marBottom w:val="0"/>
              <w:divBdr>
                <w:top w:val="none" w:sz="0" w:space="0" w:color="auto"/>
                <w:left w:val="none" w:sz="0" w:space="0" w:color="auto"/>
                <w:bottom w:val="none" w:sz="0" w:space="0" w:color="auto"/>
                <w:right w:val="none" w:sz="0" w:space="0" w:color="auto"/>
              </w:divBdr>
            </w:div>
            <w:div w:id="1720934979">
              <w:marLeft w:val="0"/>
              <w:marRight w:val="0"/>
              <w:marTop w:val="0"/>
              <w:marBottom w:val="0"/>
              <w:divBdr>
                <w:top w:val="none" w:sz="0" w:space="0" w:color="auto"/>
                <w:left w:val="none" w:sz="0" w:space="0" w:color="auto"/>
                <w:bottom w:val="none" w:sz="0" w:space="0" w:color="auto"/>
                <w:right w:val="none" w:sz="0" w:space="0" w:color="auto"/>
              </w:divBdr>
            </w:div>
            <w:div w:id="1101611983">
              <w:marLeft w:val="0"/>
              <w:marRight w:val="0"/>
              <w:marTop w:val="0"/>
              <w:marBottom w:val="0"/>
              <w:divBdr>
                <w:top w:val="none" w:sz="0" w:space="0" w:color="auto"/>
                <w:left w:val="none" w:sz="0" w:space="0" w:color="auto"/>
                <w:bottom w:val="none" w:sz="0" w:space="0" w:color="auto"/>
                <w:right w:val="none" w:sz="0" w:space="0" w:color="auto"/>
              </w:divBdr>
            </w:div>
            <w:div w:id="190262077">
              <w:marLeft w:val="0"/>
              <w:marRight w:val="0"/>
              <w:marTop w:val="0"/>
              <w:marBottom w:val="0"/>
              <w:divBdr>
                <w:top w:val="none" w:sz="0" w:space="0" w:color="auto"/>
                <w:left w:val="none" w:sz="0" w:space="0" w:color="auto"/>
                <w:bottom w:val="none" w:sz="0" w:space="0" w:color="auto"/>
                <w:right w:val="none" w:sz="0" w:space="0" w:color="auto"/>
              </w:divBdr>
            </w:div>
            <w:div w:id="1244530544">
              <w:marLeft w:val="0"/>
              <w:marRight w:val="0"/>
              <w:marTop w:val="0"/>
              <w:marBottom w:val="0"/>
              <w:divBdr>
                <w:top w:val="none" w:sz="0" w:space="0" w:color="auto"/>
                <w:left w:val="none" w:sz="0" w:space="0" w:color="auto"/>
                <w:bottom w:val="none" w:sz="0" w:space="0" w:color="auto"/>
                <w:right w:val="none" w:sz="0" w:space="0" w:color="auto"/>
              </w:divBdr>
            </w:div>
            <w:div w:id="1582256479">
              <w:marLeft w:val="0"/>
              <w:marRight w:val="0"/>
              <w:marTop w:val="0"/>
              <w:marBottom w:val="0"/>
              <w:divBdr>
                <w:top w:val="none" w:sz="0" w:space="0" w:color="auto"/>
                <w:left w:val="none" w:sz="0" w:space="0" w:color="auto"/>
                <w:bottom w:val="none" w:sz="0" w:space="0" w:color="auto"/>
                <w:right w:val="none" w:sz="0" w:space="0" w:color="auto"/>
              </w:divBdr>
            </w:div>
            <w:div w:id="1186754109">
              <w:marLeft w:val="0"/>
              <w:marRight w:val="0"/>
              <w:marTop w:val="0"/>
              <w:marBottom w:val="0"/>
              <w:divBdr>
                <w:top w:val="none" w:sz="0" w:space="0" w:color="auto"/>
                <w:left w:val="none" w:sz="0" w:space="0" w:color="auto"/>
                <w:bottom w:val="none" w:sz="0" w:space="0" w:color="auto"/>
                <w:right w:val="none" w:sz="0" w:space="0" w:color="auto"/>
              </w:divBdr>
            </w:div>
            <w:div w:id="1310938367">
              <w:marLeft w:val="0"/>
              <w:marRight w:val="0"/>
              <w:marTop w:val="0"/>
              <w:marBottom w:val="0"/>
              <w:divBdr>
                <w:top w:val="none" w:sz="0" w:space="0" w:color="auto"/>
                <w:left w:val="none" w:sz="0" w:space="0" w:color="auto"/>
                <w:bottom w:val="none" w:sz="0" w:space="0" w:color="auto"/>
                <w:right w:val="none" w:sz="0" w:space="0" w:color="auto"/>
              </w:divBdr>
            </w:div>
            <w:div w:id="1670519419">
              <w:marLeft w:val="0"/>
              <w:marRight w:val="0"/>
              <w:marTop w:val="0"/>
              <w:marBottom w:val="0"/>
              <w:divBdr>
                <w:top w:val="none" w:sz="0" w:space="0" w:color="auto"/>
                <w:left w:val="none" w:sz="0" w:space="0" w:color="auto"/>
                <w:bottom w:val="none" w:sz="0" w:space="0" w:color="auto"/>
                <w:right w:val="none" w:sz="0" w:space="0" w:color="auto"/>
              </w:divBdr>
            </w:div>
            <w:div w:id="1933198675">
              <w:marLeft w:val="0"/>
              <w:marRight w:val="0"/>
              <w:marTop w:val="0"/>
              <w:marBottom w:val="0"/>
              <w:divBdr>
                <w:top w:val="none" w:sz="0" w:space="0" w:color="auto"/>
                <w:left w:val="none" w:sz="0" w:space="0" w:color="auto"/>
                <w:bottom w:val="none" w:sz="0" w:space="0" w:color="auto"/>
                <w:right w:val="none" w:sz="0" w:space="0" w:color="auto"/>
              </w:divBdr>
            </w:div>
            <w:div w:id="760764367">
              <w:marLeft w:val="0"/>
              <w:marRight w:val="0"/>
              <w:marTop w:val="0"/>
              <w:marBottom w:val="0"/>
              <w:divBdr>
                <w:top w:val="none" w:sz="0" w:space="0" w:color="auto"/>
                <w:left w:val="none" w:sz="0" w:space="0" w:color="auto"/>
                <w:bottom w:val="none" w:sz="0" w:space="0" w:color="auto"/>
                <w:right w:val="none" w:sz="0" w:space="0" w:color="auto"/>
              </w:divBdr>
            </w:div>
            <w:div w:id="1068267041">
              <w:marLeft w:val="0"/>
              <w:marRight w:val="0"/>
              <w:marTop w:val="0"/>
              <w:marBottom w:val="0"/>
              <w:divBdr>
                <w:top w:val="none" w:sz="0" w:space="0" w:color="auto"/>
                <w:left w:val="none" w:sz="0" w:space="0" w:color="auto"/>
                <w:bottom w:val="none" w:sz="0" w:space="0" w:color="auto"/>
                <w:right w:val="none" w:sz="0" w:space="0" w:color="auto"/>
              </w:divBdr>
            </w:div>
            <w:div w:id="166292422">
              <w:marLeft w:val="0"/>
              <w:marRight w:val="0"/>
              <w:marTop w:val="0"/>
              <w:marBottom w:val="0"/>
              <w:divBdr>
                <w:top w:val="none" w:sz="0" w:space="0" w:color="auto"/>
                <w:left w:val="none" w:sz="0" w:space="0" w:color="auto"/>
                <w:bottom w:val="none" w:sz="0" w:space="0" w:color="auto"/>
                <w:right w:val="none" w:sz="0" w:space="0" w:color="auto"/>
              </w:divBdr>
            </w:div>
            <w:div w:id="1012956862">
              <w:marLeft w:val="0"/>
              <w:marRight w:val="0"/>
              <w:marTop w:val="0"/>
              <w:marBottom w:val="0"/>
              <w:divBdr>
                <w:top w:val="none" w:sz="0" w:space="0" w:color="auto"/>
                <w:left w:val="none" w:sz="0" w:space="0" w:color="auto"/>
                <w:bottom w:val="none" w:sz="0" w:space="0" w:color="auto"/>
                <w:right w:val="none" w:sz="0" w:space="0" w:color="auto"/>
              </w:divBdr>
            </w:div>
            <w:div w:id="1659841906">
              <w:marLeft w:val="0"/>
              <w:marRight w:val="0"/>
              <w:marTop w:val="0"/>
              <w:marBottom w:val="0"/>
              <w:divBdr>
                <w:top w:val="none" w:sz="0" w:space="0" w:color="auto"/>
                <w:left w:val="none" w:sz="0" w:space="0" w:color="auto"/>
                <w:bottom w:val="none" w:sz="0" w:space="0" w:color="auto"/>
                <w:right w:val="none" w:sz="0" w:space="0" w:color="auto"/>
              </w:divBdr>
            </w:div>
            <w:div w:id="94911894">
              <w:marLeft w:val="0"/>
              <w:marRight w:val="0"/>
              <w:marTop w:val="0"/>
              <w:marBottom w:val="0"/>
              <w:divBdr>
                <w:top w:val="none" w:sz="0" w:space="0" w:color="auto"/>
                <w:left w:val="none" w:sz="0" w:space="0" w:color="auto"/>
                <w:bottom w:val="none" w:sz="0" w:space="0" w:color="auto"/>
                <w:right w:val="none" w:sz="0" w:space="0" w:color="auto"/>
              </w:divBdr>
            </w:div>
            <w:div w:id="1011294081">
              <w:marLeft w:val="0"/>
              <w:marRight w:val="0"/>
              <w:marTop w:val="0"/>
              <w:marBottom w:val="0"/>
              <w:divBdr>
                <w:top w:val="none" w:sz="0" w:space="0" w:color="auto"/>
                <w:left w:val="none" w:sz="0" w:space="0" w:color="auto"/>
                <w:bottom w:val="none" w:sz="0" w:space="0" w:color="auto"/>
                <w:right w:val="none" w:sz="0" w:space="0" w:color="auto"/>
              </w:divBdr>
            </w:div>
            <w:div w:id="619722648">
              <w:marLeft w:val="0"/>
              <w:marRight w:val="0"/>
              <w:marTop w:val="0"/>
              <w:marBottom w:val="0"/>
              <w:divBdr>
                <w:top w:val="none" w:sz="0" w:space="0" w:color="auto"/>
                <w:left w:val="none" w:sz="0" w:space="0" w:color="auto"/>
                <w:bottom w:val="none" w:sz="0" w:space="0" w:color="auto"/>
                <w:right w:val="none" w:sz="0" w:space="0" w:color="auto"/>
              </w:divBdr>
            </w:div>
            <w:div w:id="1608661854">
              <w:marLeft w:val="0"/>
              <w:marRight w:val="0"/>
              <w:marTop w:val="0"/>
              <w:marBottom w:val="0"/>
              <w:divBdr>
                <w:top w:val="none" w:sz="0" w:space="0" w:color="auto"/>
                <w:left w:val="none" w:sz="0" w:space="0" w:color="auto"/>
                <w:bottom w:val="none" w:sz="0" w:space="0" w:color="auto"/>
                <w:right w:val="none" w:sz="0" w:space="0" w:color="auto"/>
              </w:divBdr>
            </w:div>
            <w:div w:id="831675943">
              <w:marLeft w:val="0"/>
              <w:marRight w:val="0"/>
              <w:marTop w:val="0"/>
              <w:marBottom w:val="0"/>
              <w:divBdr>
                <w:top w:val="none" w:sz="0" w:space="0" w:color="auto"/>
                <w:left w:val="none" w:sz="0" w:space="0" w:color="auto"/>
                <w:bottom w:val="none" w:sz="0" w:space="0" w:color="auto"/>
                <w:right w:val="none" w:sz="0" w:space="0" w:color="auto"/>
              </w:divBdr>
            </w:div>
            <w:div w:id="609123832">
              <w:marLeft w:val="0"/>
              <w:marRight w:val="0"/>
              <w:marTop w:val="0"/>
              <w:marBottom w:val="0"/>
              <w:divBdr>
                <w:top w:val="none" w:sz="0" w:space="0" w:color="auto"/>
                <w:left w:val="none" w:sz="0" w:space="0" w:color="auto"/>
                <w:bottom w:val="none" w:sz="0" w:space="0" w:color="auto"/>
                <w:right w:val="none" w:sz="0" w:space="0" w:color="auto"/>
              </w:divBdr>
            </w:div>
            <w:div w:id="1248542812">
              <w:marLeft w:val="0"/>
              <w:marRight w:val="0"/>
              <w:marTop w:val="0"/>
              <w:marBottom w:val="0"/>
              <w:divBdr>
                <w:top w:val="none" w:sz="0" w:space="0" w:color="auto"/>
                <w:left w:val="none" w:sz="0" w:space="0" w:color="auto"/>
                <w:bottom w:val="none" w:sz="0" w:space="0" w:color="auto"/>
                <w:right w:val="none" w:sz="0" w:space="0" w:color="auto"/>
              </w:divBdr>
            </w:div>
            <w:div w:id="518736527">
              <w:marLeft w:val="0"/>
              <w:marRight w:val="0"/>
              <w:marTop w:val="0"/>
              <w:marBottom w:val="0"/>
              <w:divBdr>
                <w:top w:val="none" w:sz="0" w:space="0" w:color="auto"/>
                <w:left w:val="none" w:sz="0" w:space="0" w:color="auto"/>
                <w:bottom w:val="none" w:sz="0" w:space="0" w:color="auto"/>
                <w:right w:val="none" w:sz="0" w:space="0" w:color="auto"/>
              </w:divBdr>
            </w:div>
            <w:div w:id="1979918440">
              <w:marLeft w:val="0"/>
              <w:marRight w:val="0"/>
              <w:marTop w:val="0"/>
              <w:marBottom w:val="0"/>
              <w:divBdr>
                <w:top w:val="none" w:sz="0" w:space="0" w:color="auto"/>
                <w:left w:val="none" w:sz="0" w:space="0" w:color="auto"/>
                <w:bottom w:val="none" w:sz="0" w:space="0" w:color="auto"/>
                <w:right w:val="none" w:sz="0" w:space="0" w:color="auto"/>
              </w:divBdr>
            </w:div>
            <w:div w:id="1079399953">
              <w:marLeft w:val="0"/>
              <w:marRight w:val="0"/>
              <w:marTop w:val="0"/>
              <w:marBottom w:val="0"/>
              <w:divBdr>
                <w:top w:val="none" w:sz="0" w:space="0" w:color="auto"/>
                <w:left w:val="none" w:sz="0" w:space="0" w:color="auto"/>
                <w:bottom w:val="none" w:sz="0" w:space="0" w:color="auto"/>
                <w:right w:val="none" w:sz="0" w:space="0" w:color="auto"/>
              </w:divBdr>
            </w:div>
            <w:div w:id="1959681124">
              <w:marLeft w:val="0"/>
              <w:marRight w:val="0"/>
              <w:marTop w:val="0"/>
              <w:marBottom w:val="0"/>
              <w:divBdr>
                <w:top w:val="none" w:sz="0" w:space="0" w:color="auto"/>
                <w:left w:val="none" w:sz="0" w:space="0" w:color="auto"/>
                <w:bottom w:val="none" w:sz="0" w:space="0" w:color="auto"/>
                <w:right w:val="none" w:sz="0" w:space="0" w:color="auto"/>
              </w:divBdr>
            </w:div>
            <w:div w:id="2063477733">
              <w:marLeft w:val="0"/>
              <w:marRight w:val="0"/>
              <w:marTop w:val="0"/>
              <w:marBottom w:val="0"/>
              <w:divBdr>
                <w:top w:val="none" w:sz="0" w:space="0" w:color="auto"/>
                <w:left w:val="none" w:sz="0" w:space="0" w:color="auto"/>
                <w:bottom w:val="none" w:sz="0" w:space="0" w:color="auto"/>
                <w:right w:val="none" w:sz="0" w:space="0" w:color="auto"/>
              </w:divBdr>
            </w:div>
            <w:div w:id="336347032">
              <w:marLeft w:val="0"/>
              <w:marRight w:val="0"/>
              <w:marTop w:val="0"/>
              <w:marBottom w:val="0"/>
              <w:divBdr>
                <w:top w:val="none" w:sz="0" w:space="0" w:color="auto"/>
                <w:left w:val="none" w:sz="0" w:space="0" w:color="auto"/>
                <w:bottom w:val="none" w:sz="0" w:space="0" w:color="auto"/>
                <w:right w:val="none" w:sz="0" w:space="0" w:color="auto"/>
              </w:divBdr>
            </w:div>
            <w:div w:id="1040741477">
              <w:marLeft w:val="0"/>
              <w:marRight w:val="0"/>
              <w:marTop w:val="0"/>
              <w:marBottom w:val="0"/>
              <w:divBdr>
                <w:top w:val="none" w:sz="0" w:space="0" w:color="auto"/>
                <w:left w:val="none" w:sz="0" w:space="0" w:color="auto"/>
                <w:bottom w:val="none" w:sz="0" w:space="0" w:color="auto"/>
                <w:right w:val="none" w:sz="0" w:space="0" w:color="auto"/>
              </w:divBdr>
            </w:div>
            <w:div w:id="2072731211">
              <w:marLeft w:val="0"/>
              <w:marRight w:val="0"/>
              <w:marTop w:val="0"/>
              <w:marBottom w:val="0"/>
              <w:divBdr>
                <w:top w:val="none" w:sz="0" w:space="0" w:color="auto"/>
                <w:left w:val="none" w:sz="0" w:space="0" w:color="auto"/>
                <w:bottom w:val="none" w:sz="0" w:space="0" w:color="auto"/>
                <w:right w:val="none" w:sz="0" w:space="0" w:color="auto"/>
              </w:divBdr>
            </w:div>
            <w:div w:id="322856353">
              <w:marLeft w:val="0"/>
              <w:marRight w:val="0"/>
              <w:marTop w:val="0"/>
              <w:marBottom w:val="0"/>
              <w:divBdr>
                <w:top w:val="none" w:sz="0" w:space="0" w:color="auto"/>
                <w:left w:val="none" w:sz="0" w:space="0" w:color="auto"/>
                <w:bottom w:val="none" w:sz="0" w:space="0" w:color="auto"/>
                <w:right w:val="none" w:sz="0" w:space="0" w:color="auto"/>
              </w:divBdr>
            </w:div>
            <w:div w:id="123159235">
              <w:marLeft w:val="0"/>
              <w:marRight w:val="0"/>
              <w:marTop w:val="0"/>
              <w:marBottom w:val="0"/>
              <w:divBdr>
                <w:top w:val="none" w:sz="0" w:space="0" w:color="auto"/>
                <w:left w:val="none" w:sz="0" w:space="0" w:color="auto"/>
                <w:bottom w:val="none" w:sz="0" w:space="0" w:color="auto"/>
                <w:right w:val="none" w:sz="0" w:space="0" w:color="auto"/>
              </w:divBdr>
            </w:div>
            <w:div w:id="1595940404">
              <w:marLeft w:val="0"/>
              <w:marRight w:val="0"/>
              <w:marTop w:val="0"/>
              <w:marBottom w:val="0"/>
              <w:divBdr>
                <w:top w:val="none" w:sz="0" w:space="0" w:color="auto"/>
                <w:left w:val="none" w:sz="0" w:space="0" w:color="auto"/>
                <w:bottom w:val="none" w:sz="0" w:space="0" w:color="auto"/>
                <w:right w:val="none" w:sz="0" w:space="0" w:color="auto"/>
              </w:divBdr>
            </w:div>
            <w:div w:id="1054158272">
              <w:marLeft w:val="0"/>
              <w:marRight w:val="0"/>
              <w:marTop w:val="0"/>
              <w:marBottom w:val="0"/>
              <w:divBdr>
                <w:top w:val="none" w:sz="0" w:space="0" w:color="auto"/>
                <w:left w:val="none" w:sz="0" w:space="0" w:color="auto"/>
                <w:bottom w:val="none" w:sz="0" w:space="0" w:color="auto"/>
                <w:right w:val="none" w:sz="0" w:space="0" w:color="auto"/>
              </w:divBdr>
            </w:div>
            <w:div w:id="843593950">
              <w:marLeft w:val="0"/>
              <w:marRight w:val="0"/>
              <w:marTop w:val="0"/>
              <w:marBottom w:val="0"/>
              <w:divBdr>
                <w:top w:val="none" w:sz="0" w:space="0" w:color="auto"/>
                <w:left w:val="none" w:sz="0" w:space="0" w:color="auto"/>
                <w:bottom w:val="none" w:sz="0" w:space="0" w:color="auto"/>
                <w:right w:val="none" w:sz="0" w:space="0" w:color="auto"/>
              </w:divBdr>
            </w:div>
            <w:div w:id="1114326240">
              <w:marLeft w:val="0"/>
              <w:marRight w:val="0"/>
              <w:marTop w:val="0"/>
              <w:marBottom w:val="0"/>
              <w:divBdr>
                <w:top w:val="none" w:sz="0" w:space="0" w:color="auto"/>
                <w:left w:val="none" w:sz="0" w:space="0" w:color="auto"/>
                <w:bottom w:val="none" w:sz="0" w:space="0" w:color="auto"/>
                <w:right w:val="none" w:sz="0" w:space="0" w:color="auto"/>
              </w:divBdr>
            </w:div>
            <w:div w:id="1926068335">
              <w:marLeft w:val="0"/>
              <w:marRight w:val="0"/>
              <w:marTop w:val="0"/>
              <w:marBottom w:val="0"/>
              <w:divBdr>
                <w:top w:val="none" w:sz="0" w:space="0" w:color="auto"/>
                <w:left w:val="none" w:sz="0" w:space="0" w:color="auto"/>
                <w:bottom w:val="none" w:sz="0" w:space="0" w:color="auto"/>
                <w:right w:val="none" w:sz="0" w:space="0" w:color="auto"/>
              </w:divBdr>
            </w:div>
            <w:div w:id="1677150576">
              <w:marLeft w:val="0"/>
              <w:marRight w:val="0"/>
              <w:marTop w:val="0"/>
              <w:marBottom w:val="0"/>
              <w:divBdr>
                <w:top w:val="none" w:sz="0" w:space="0" w:color="auto"/>
                <w:left w:val="none" w:sz="0" w:space="0" w:color="auto"/>
                <w:bottom w:val="none" w:sz="0" w:space="0" w:color="auto"/>
                <w:right w:val="none" w:sz="0" w:space="0" w:color="auto"/>
              </w:divBdr>
            </w:div>
            <w:div w:id="1561939033">
              <w:marLeft w:val="0"/>
              <w:marRight w:val="0"/>
              <w:marTop w:val="0"/>
              <w:marBottom w:val="0"/>
              <w:divBdr>
                <w:top w:val="none" w:sz="0" w:space="0" w:color="auto"/>
                <w:left w:val="none" w:sz="0" w:space="0" w:color="auto"/>
                <w:bottom w:val="none" w:sz="0" w:space="0" w:color="auto"/>
                <w:right w:val="none" w:sz="0" w:space="0" w:color="auto"/>
              </w:divBdr>
            </w:div>
            <w:div w:id="449512359">
              <w:marLeft w:val="0"/>
              <w:marRight w:val="0"/>
              <w:marTop w:val="0"/>
              <w:marBottom w:val="0"/>
              <w:divBdr>
                <w:top w:val="none" w:sz="0" w:space="0" w:color="auto"/>
                <w:left w:val="none" w:sz="0" w:space="0" w:color="auto"/>
                <w:bottom w:val="none" w:sz="0" w:space="0" w:color="auto"/>
                <w:right w:val="none" w:sz="0" w:space="0" w:color="auto"/>
              </w:divBdr>
            </w:div>
            <w:div w:id="731195292">
              <w:marLeft w:val="0"/>
              <w:marRight w:val="0"/>
              <w:marTop w:val="0"/>
              <w:marBottom w:val="0"/>
              <w:divBdr>
                <w:top w:val="none" w:sz="0" w:space="0" w:color="auto"/>
                <w:left w:val="none" w:sz="0" w:space="0" w:color="auto"/>
                <w:bottom w:val="none" w:sz="0" w:space="0" w:color="auto"/>
                <w:right w:val="none" w:sz="0" w:space="0" w:color="auto"/>
              </w:divBdr>
            </w:div>
            <w:div w:id="402531549">
              <w:marLeft w:val="0"/>
              <w:marRight w:val="0"/>
              <w:marTop w:val="0"/>
              <w:marBottom w:val="0"/>
              <w:divBdr>
                <w:top w:val="none" w:sz="0" w:space="0" w:color="auto"/>
                <w:left w:val="none" w:sz="0" w:space="0" w:color="auto"/>
                <w:bottom w:val="none" w:sz="0" w:space="0" w:color="auto"/>
                <w:right w:val="none" w:sz="0" w:space="0" w:color="auto"/>
              </w:divBdr>
            </w:div>
            <w:div w:id="874191576">
              <w:marLeft w:val="0"/>
              <w:marRight w:val="0"/>
              <w:marTop w:val="0"/>
              <w:marBottom w:val="0"/>
              <w:divBdr>
                <w:top w:val="none" w:sz="0" w:space="0" w:color="auto"/>
                <w:left w:val="none" w:sz="0" w:space="0" w:color="auto"/>
                <w:bottom w:val="none" w:sz="0" w:space="0" w:color="auto"/>
                <w:right w:val="none" w:sz="0" w:space="0" w:color="auto"/>
              </w:divBdr>
            </w:div>
            <w:div w:id="1303466312">
              <w:marLeft w:val="0"/>
              <w:marRight w:val="0"/>
              <w:marTop w:val="0"/>
              <w:marBottom w:val="0"/>
              <w:divBdr>
                <w:top w:val="none" w:sz="0" w:space="0" w:color="auto"/>
                <w:left w:val="none" w:sz="0" w:space="0" w:color="auto"/>
                <w:bottom w:val="none" w:sz="0" w:space="0" w:color="auto"/>
                <w:right w:val="none" w:sz="0" w:space="0" w:color="auto"/>
              </w:divBdr>
            </w:div>
            <w:div w:id="1196891132">
              <w:marLeft w:val="0"/>
              <w:marRight w:val="0"/>
              <w:marTop w:val="0"/>
              <w:marBottom w:val="0"/>
              <w:divBdr>
                <w:top w:val="none" w:sz="0" w:space="0" w:color="auto"/>
                <w:left w:val="none" w:sz="0" w:space="0" w:color="auto"/>
                <w:bottom w:val="none" w:sz="0" w:space="0" w:color="auto"/>
                <w:right w:val="none" w:sz="0" w:space="0" w:color="auto"/>
              </w:divBdr>
            </w:div>
            <w:div w:id="740832648">
              <w:marLeft w:val="0"/>
              <w:marRight w:val="0"/>
              <w:marTop w:val="0"/>
              <w:marBottom w:val="0"/>
              <w:divBdr>
                <w:top w:val="none" w:sz="0" w:space="0" w:color="auto"/>
                <w:left w:val="none" w:sz="0" w:space="0" w:color="auto"/>
                <w:bottom w:val="none" w:sz="0" w:space="0" w:color="auto"/>
                <w:right w:val="none" w:sz="0" w:space="0" w:color="auto"/>
              </w:divBdr>
            </w:div>
            <w:div w:id="672419526">
              <w:marLeft w:val="0"/>
              <w:marRight w:val="0"/>
              <w:marTop w:val="0"/>
              <w:marBottom w:val="0"/>
              <w:divBdr>
                <w:top w:val="none" w:sz="0" w:space="0" w:color="auto"/>
                <w:left w:val="none" w:sz="0" w:space="0" w:color="auto"/>
                <w:bottom w:val="none" w:sz="0" w:space="0" w:color="auto"/>
                <w:right w:val="none" w:sz="0" w:space="0" w:color="auto"/>
              </w:divBdr>
            </w:div>
            <w:div w:id="557016973">
              <w:marLeft w:val="0"/>
              <w:marRight w:val="0"/>
              <w:marTop w:val="0"/>
              <w:marBottom w:val="0"/>
              <w:divBdr>
                <w:top w:val="none" w:sz="0" w:space="0" w:color="auto"/>
                <w:left w:val="none" w:sz="0" w:space="0" w:color="auto"/>
                <w:bottom w:val="none" w:sz="0" w:space="0" w:color="auto"/>
                <w:right w:val="none" w:sz="0" w:space="0" w:color="auto"/>
              </w:divBdr>
            </w:div>
            <w:div w:id="967472236">
              <w:marLeft w:val="0"/>
              <w:marRight w:val="0"/>
              <w:marTop w:val="0"/>
              <w:marBottom w:val="0"/>
              <w:divBdr>
                <w:top w:val="none" w:sz="0" w:space="0" w:color="auto"/>
                <w:left w:val="none" w:sz="0" w:space="0" w:color="auto"/>
                <w:bottom w:val="none" w:sz="0" w:space="0" w:color="auto"/>
                <w:right w:val="none" w:sz="0" w:space="0" w:color="auto"/>
              </w:divBdr>
            </w:div>
            <w:div w:id="2065568238">
              <w:marLeft w:val="0"/>
              <w:marRight w:val="0"/>
              <w:marTop w:val="0"/>
              <w:marBottom w:val="0"/>
              <w:divBdr>
                <w:top w:val="none" w:sz="0" w:space="0" w:color="auto"/>
                <w:left w:val="none" w:sz="0" w:space="0" w:color="auto"/>
                <w:bottom w:val="none" w:sz="0" w:space="0" w:color="auto"/>
                <w:right w:val="none" w:sz="0" w:space="0" w:color="auto"/>
              </w:divBdr>
            </w:div>
            <w:div w:id="1798721988">
              <w:marLeft w:val="0"/>
              <w:marRight w:val="0"/>
              <w:marTop w:val="0"/>
              <w:marBottom w:val="0"/>
              <w:divBdr>
                <w:top w:val="none" w:sz="0" w:space="0" w:color="auto"/>
                <w:left w:val="none" w:sz="0" w:space="0" w:color="auto"/>
                <w:bottom w:val="none" w:sz="0" w:space="0" w:color="auto"/>
                <w:right w:val="none" w:sz="0" w:space="0" w:color="auto"/>
              </w:divBdr>
            </w:div>
            <w:div w:id="2127576908">
              <w:marLeft w:val="0"/>
              <w:marRight w:val="0"/>
              <w:marTop w:val="0"/>
              <w:marBottom w:val="0"/>
              <w:divBdr>
                <w:top w:val="none" w:sz="0" w:space="0" w:color="auto"/>
                <w:left w:val="none" w:sz="0" w:space="0" w:color="auto"/>
                <w:bottom w:val="none" w:sz="0" w:space="0" w:color="auto"/>
                <w:right w:val="none" w:sz="0" w:space="0" w:color="auto"/>
              </w:divBdr>
            </w:div>
            <w:div w:id="1866748427">
              <w:marLeft w:val="0"/>
              <w:marRight w:val="0"/>
              <w:marTop w:val="0"/>
              <w:marBottom w:val="0"/>
              <w:divBdr>
                <w:top w:val="none" w:sz="0" w:space="0" w:color="auto"/>
                <w:left w:val="none" w:sz="0" w:space="0" w:color="auto"/>
                <w:bottom w:val="none" w:sz="0" w:space="0" w:color="auto"/>
                <w:right w:val="none" w:sz="0" w:space="0" w:color="auto"/>
              </w:divBdr>
            </w:div>
            <w:div w:id="2116321200">
              <w:marLeft w:val="0"/>
              <w:marRight w:val="0"/>
              <w:marTop w:val="0"/>
              <w:marBottom w:val="0"/>
              <w:divBdr>
                <w:top w:val="none" w:sz="0" w:space="0" w:color="auto"/>
                <w:left w:val="none" w:sz="0" w:space="0" w:color="auto"/>
                <w:bottom w:val="none" w:sz="0" w:space="0" w:color="auto"/>
                <w:right w:val="none" w:sz="0" w:space="0" w:color="auto"/>
              </w:divBdr>
            </w:div>
            <w:div w:id="639384356">
              <w:marLeft w:val="0"/>
              <w:marRight w:val="0"/>
              <w:marTop w:val="0"/>
              <w:marBottom w:val="0"/>
              <w:divBdr>
                <w:top w:val="none" w:sz="0" w:space="0" w:color="auto"/>
                <w:left w:val="none" w:sz="0" w:space="0" w:color="auto"/>
                <w:bottom w:val="none" w:sz="0" w:space="0" w:color="auto"/>
                <w:right w:val="none" w:sz="0" w:space="0" w:color="auto"/>
              </w:divBdr>
            </w:div>
            <w:div w:id="1756823848">
              <w:marLeft w:val="0"/>
              <w:marRight w:val="0"/>
              <w:marTop w:val="0"/>
              <w:marBottom w:val="0"/>
              <w:divBdr>
                <w:top w:val="none" w:sz="0" w:space="0" w:color="auto"/>
                <w:left w:val="none" w:sz="0" w:space="0" w:color="auto"/>
                <w:bottom w:val="none" w:sz="0" w:space="0" w:color="auto"/>
                <w:right w:val="none" w:sz="0" w:space="0" w:color="auto"/>
              </w:divBdr>
            </w:div>
            <w:div w:id="1725255424">
              <w:marLeft w:val="0"/>
              <w:marRight w:val="0"/>
              <w:marTop w:val="0"/>
              <w:marBottom w:val="0"/>
              <w:divBdr>
                <w:top w:val="none" w:sz="0" w:space="0" w:color="auto"/>
                <w:left w:val="none" w:sz="0" w:space="0" w:color="auto"/>
                <w:bottom w:val="none" w:sz="0" w:space="0" w:color="auto"/>
                <w:right w:val="none" w:sz="0" w:space="0" w:color="auto"/>
              </w:divBdr>
            </w:div>
            <w:div w:id="1351833516">
              <w:marLeft w:val="0"/>
              <w:marRight w:val="0"/>
              <w:marTop w:val="0"/>
              <w:marBottom w:val="0"/>
              <w:divBdr>
                <w:top w:val="none" w:sz="0" w:space="0" w:color="auto"/>
                <w:left w:val="none" w:sz="0" w:space="0" w:color="auto"/>
                <w:bottom w:val="none" w:sz="0" w:space="0" w:color="auto"/>
                <w:right w:val="none" w:sz="0" w:space="0" w:color="auto"/>
              </w:divBdr>
            </w:div>
            <w:div w:id="228465603">
              <w:marLeft w:val="0"/>
              <w:marRight w:val="0"/>
              <w:marTop w:val="0"/>
              <w:marBottom w:val="0"/>
              <w:divBdr>
                <w:top w:val="none" w:sz="0" w:space="0" w:color="auto"/>
                <w:left w:val="none" w:sz="0" w:space="0" w:color="auto"/>
                <w:bottom w:val="none" w:sz="0" w:space="0" w:color="auto"/>
                <w:right w:val="none" w:sz="0" w:space="0" w:color="auto"/>
              </w:divBdr>
            </w:div>
            <w:div w:id="522011684">
              <w:marLeft w:val="0"/>
              <w:marRight w:val="0"/>
              <w:marTop w:val="0"/>
              <w:marBottom w:val="0"/>
              <w:divBdr>
                <w:top w:val="none" w:sz="0" w:space="0" w:color="auto"/>
                <w:left w:val="none" w:sz="0" w:space="0" w:color="auto"/>
                <w:bottom w:val="none" w:sz="0" w:space="0" w:color="auto"/>
                <w:right w:val="none" w:sz="0" w:space="0" w:color="auto"/>
              </w:divBdr>
            </w:div>
            <w:div w:id="900600897">
              <w:marLeft w:val="0"/>
              <w:marRight w:val="0"/>
              <w:marTop w:val="0"/>
              <w:marBottom w:val="0"/>
              <w:divBdr>
                <w:top w:val="none" w:sz="0" w:space="0" w:color="auto"/>
                <w:left w:val="none" w:sz="0" w:space="0" w:color="auto"/>
                <w:bottom w:val="none" w:sz="0" w:space="0" w:color="auto"/>
                <w:right w:val="none" w:sz="0" w:space="0" w:color="auto"/>
              </w:divBdr>
            </w:div>
            <w:div w:id="145247080">
              <w:marLeft w:val="0"/>
              <w:marRight w:val="0"/>
              <w:marTop w:val="0"/>
              <w:marBottom w:val="0"/>
              <w:divBdr>
                <w:top w:val="none" w:sz="0" w:space="0" w:color="auto"/>
                <w:left w:val="none" w:sz="0" w:space="0" w:color="auto"/>
                <w:bottom w:val="none" w:sz="0" w:space="0" w:color="auto"/>
                <w:right w:val="none" w:sz="0" w:space="0" w:color="auto"/>
              </w:divBdr>
            </w:div>
            <w:div w:id="6448080">
              <w:marLeft w:val="0"/>
              <w:marRight w:val="0"/>
              <w:marTop w:val="0"/>
              <w:marBottom w:val="0"/>
              <w:divBdr>
                <w:top w:val="none" w:sz="0" w:space="0" w:color="auto"/>
                <w:left w:val="none" w:sz="0" w:space="0" w:color="auto"/>
                <w:bottom w:val="none" w:sz="0" w:space="0" w:color="auto"/>
                <w:right w:val="none" w:sz="0" w:space="0" w:color="auto"/>
              </w:divBdr>
            </w:div>
            <w:div w:id="1476873274">
              <w:marLeft w:val="0"/>
              <w:marRight w:val="0"/>
              <w:marTop w:val="0"/>
              <w:marBottom w:val="0"/>
              <w:divBdr>
                <w:top w:val="none" w:sz="0" w:space="0" w:color="auto"/>
                <w:left w:val="none" w:sz="0" w:space="0" w:color="auto"/>
                <w:bottom w:val="none" w:sz="0" w:space="0" w:color="auto"/>
                <w:right w:val="none" w:sz="0" w:space="0" w:color="auto"/>
              </w:divBdr>
            </w:div>
            <w:div w:id="2056151585">
              <w:marLeft w:val="0"/>
              <w:marRight w:val="0"/>
              <w:marTop w:val="0"/>
              <w:marBottom w:val="0"/>
              <w:divBdr>
                <w:top w:val="none" w:sz="0" w:space="0" w:color="auto"/>
                <w:left w:val="none" w:sz="0" w:space="0" w:color="auto"/>
                <w:bottom w:val="none" w:sz="0" w:space="0" w:color="auto"/>
                <w:right w:val="none" w:sz="0" w:space="0" w:color="auto"/>
              </w:divBdr>
            </w:div>
            <w:div w:id="876501741">
              <w:marLeft w:val="0"/>
              <w:marRight w:val="0"/>
              <w:marTop w:val="0"/>
              <w:marBottom w:val="0"/>
              <w:divBdr>
                <w:top w:val="none" w:sz="0" w:space="0" w:color="auto"/>
                <w:left w:val="none" w:sz="0" w:space="0" w:color="auto"/>
                <w:bottom w:val="none" w:sz="0" w:space="0" w:color="auto"/>
                <w:right w:val="none" w:sz="0" w:space="0" w:color="auto"/>
              </w:divBdr>
            </w:div>
            <w:div w:id="1662613954">
              <w:marLeft w:val="0"/>
              <w:marRight w:val="0"/>
              <w:marTop w:val="0"/>
              <w:marBottom w:val="0"/>
              <w:divBdr>
                <w:top w:val="none" w:sz="0" w:space="0" w:color="auto"/>
                <w:left w:val="none" w:sz="0" w:space="0" w:color="auto"/>
                <w:bottom w:val="none" w:sz="0" w:space="0" w:color="auto"/>
                <w:right w:val="none" w:sz="0" w:space="0" w:color="auto"/>
              </w:divBdr>
            </w:div>
            <w:div w:id="634992320">
              <w:marLeft w:val="0"/>
              <w:marRight w:val="0"/>
              <w:marTop w:val="0"/>
              <w:marBottom w:val="0"/>
              <w:divBdr>
                <w:top w:val="none" w:sz="0" w:space="0" w:color="auto"/>
                <w:left w:val="none" w:sz="0" w:space="0" w:color="auto"/>
                <w:bottom w:val="none" w:sz="0" w:space="0" w:color="auto"/>
                <w:right w:val="none" w:sz="0" w:space="0" w:color="auto"/>
              </w:divBdr>
            </w:div>
            <w:div w:id="2007246950">
              <w:marLeft w:val="0"/>
              <w:marRight w:val="0"/>
              <w:marTop w:val="0"/>
              <w:marBottom w:val="0"/>
              <w:divBdr>
                <w:top w:val="none" w:sz="0" w:space="0" w:color="auto"/>
                <w:left w:val="none" w:sz="0" w:space="0" w:color="auto"/>
                <w:bottom w:val="none" w:sz="0" w:space="0" w:color="auto"/>
                <w:right w:val="none" w:sz="0" w:space="0" w:color="auto"/>
              </w:divBdr>
            </w:div>
            <w:div w:id="1596940240">
              <w:marLeft w:val="0"/>
              <w:marRight w:val="0"/>
              <w:marTop w:val="0"/>
              <w:marBottom w:val="0"/>
              <w:divBdr>
                <w:top w:val="none" w:sz="0" w:space="0" w:color="auto"/>
                <w:left w:val="none" w:sz="0" w:space="0" w:color="auto"/>
                <w:bottom w:val="none" w:sz="0" w:space="0" w:color="auto"/>
                <w:right w:val="none" w:sz="0" w:space="0" w:color="auto"/>
              </w:divBdr>
            </w:div>
            <w:div w:id="1553497159">
              <w:marLeft w:val="0"/>
              <w:marRight w:val="0"/>
              <w:marTop w:val="0"/>
              <w:marBottom w:val="0"/>
              <w:divBdr>
                <w:top w:val="none" w:sz="0" w:space="0" w:color="auto"/>
                <w:left w:val="none" w:sz="0" w:space="0" w:color="auto"/>
                <w:bottom w:val="none" w:sz="0" w:space="0" w:color="auto"/>
                <w:right w:val="none" w:sz="0" w:space="0" w:color="auto"/>
              </w:divBdr>
            </w:div>
            <w:div w:id="1533420009">
              <w:marLeft w:val="0"/>
              <w:marRight w:val="0"/>
              <w:marTop w:val="0"/>
              <w:marBottom w:val="0"/>
              <w:divBdr>
                <w:top w:val="none" w:sz="0" w:space="0" w:color="auto"/>
                <w:left w:val="none" w:sz="0" w:space="0" w:color="auto"/>
                <w:bottom w:val="none" w:sz="0" w:space="0" w:color="auto"/>
                <w:right w:val="none" w:sz="0" w:space="0" w:color="auto"/>
              </w:divBdr>
            </w:div>
            <w:div w:id="38285978">
              <w:marLeft w:val="0"/>
              <w:marRight w:val="0"/>
              <w:marTop w:val="0"/>
              <w:marBottom w:val="0"/>
              <w:divBdr>
                <w:top w:val="none" w:sz="0" w:space="0" w:color="auto"/>
                <w:left w:val="none" w:sz="0" w:space="0" w:color="auto"/>
                <w:bottom w:val="none" w:sz="0" w:space="0" w:color="auto"/>
                <w:right w:val="none" w:sz="0" w:space="0" w:color="auto"/>
              </w:divBdr>
            </w:div>
            <w:div w:id="1538588783">
              <w:marLeft w:val="0"/>
              <w:marRight w:val="0"/>
              <w:marTop w:val="0"/>
              <w:marBottom w:val="0"/>
              <w:divBdr>
                <w:top w:val="none" w:sz="0" w:space="0" w:color="auto"/>
                <w:left w:val="none" w:sz="0" w:space="0" w:color="auto"/>
                <w:bottom w:val="none" w:sz="0" w:space="0" w:color="auto"/>
                <w:right w:val="none" w:sz="0" w:space="0" w:color="auto"/>
              </w:divBdr>
            </w:div>
            <w:div w:id="726689610">
              <w:marLeft w:val="0"/>
              <w:marRight w:val="0"/>
              <w:marTop w:val="0"/>
              <w:marBottom w:val="0"/>
              <w:divBdr>
                <w:top w:val="none" w:sz="0" w:space="0" w:color="auto"/>
                <w:left w:val="none" w:sz="0" w:space="0" w:color="auto"/>
                <w:bottom w:val="none" w:sz="0" w:space="0" w:color="auto"/>
                <w:right w:val="none" w:sz="0" w:space="0" w:color="auto"/>
              </w:divBdr>
            </w:div>
            <w:div w:id="773553133">
              <w:marLeft w:val="0"/>
              <w:marRight w:val="0"/>
              <w:marTop w:val="0"/>
              <w:marBottom w:val="0"/>
              <w:divBdr>
                <w:top w:val="none" w:sz="0" w:space="0" w:color="auto"/>
                <w:left w:val="none" w:sz="0" w:space="0" w:color="auto"/>
                <w:bottom w:val="none" w:sz="0" w:space="0" w:color="auto"/>
                <w:right w:val="none" w:sz="0" w:space="0" w:color="auto"/>
              </w:divBdr>
            </w:div>
            <w:div w:id="1827431735">
              <w:marLeft w:val="0"/>
              <w:marRight w:val="0"/>
              <w:marTop w:val="0"/>
              <w:marBottom w:val="0"/>
              <w:divBdr>
                <w:top w:val="none" w:sz="0" w:space="0" w:color="auto"/>
                <w:left w:val="none" w:sz="0" w:space="0" w:color="auto"/>
                <w:bottom w:val="none" w:sz="0" w:space="0" w:color="auto"/>
                <w:right w:val="none" w:sz="0" w:space="0" w:color="auto"/>
              </w:divBdr>
            </w:div>
            <w:div w:id="196116401">
              <w:marLeft w:val="0"/>
              <w:marRight w:val="0"/>
              <w:marTop w:val="0"/>
              <w:marBottom w:val="0"/>
              <w:divBdr>
                <w:top w:val="none" w:sz="0" w:space="0" w:color="auto"/>
                <w:left w:val="none" w:sz="0" w:space="0" w:color="auto"/>
                <w:bottom w:val="none" w:sz="0" w:space="0" w:color="auto"/>
                <w:right w:val="none" w:sz="0" w:space="0" w:color="auto"/>
              </w:divBdr>
            </w:div>
            <w:div w:id="1490517871">
              <w:marLeft w:val="0"/>
              <w:marRight w:val="0"/>
              <w:marTop w:val="0"/>
              <w:marBottom w:val="0"/>
              <w:divBdr>
                <w:top w:val="none" w:sz="0" w:space="0" w:color="auto"/>
                <w:left w:val="none" w:sz="0" w:space="0" w:color="auto"/>
                <w:bottom w:val="none" w:sz="0" w:space="0" w:color="auto"/>
                <w:right w:val="none" w:sz="0" w:space="0" w:color="auto"/>
              </w:divBdr>
            </w:div>
            <w:div w:id="1723483467">
              <w:marLeft w:val="0"/>
              <w:marRight w:val="0"/>
              <w:marTop w:val="0"/>
              <w:marBottom w:val="0"/>
              <w:divBdr>
                <w:top w:val="none" w:sz="0" w:space="0" w:color="auto"/>
                <w:left w:val="none" w:sz="0" w:space="0" w:color="auto"/>
                <w:bottom w:val="none" w:sz="0" w:space="0" w:color="auto"/>
                <w:right w:val="none" w:sz="0" w:space="0" w:color="auto"/>
              </w:divBdr>
            </w:div>
            <w:div w:id="1953046470">
              <w:marLeft w:val="0"/>
              <w:marRight w:val="0"/>
              <w:marTop w:val="0"/>
              <w:marBottom w:val="0"/>
              <w:divBdr>
                <w:top w:val="none" w:sz="0" w:space="0" w:color="auto"/>
                <w:left w:val="none" w:sz="0" w:space="0" w:color="auto"/>
                <w:bottom w:val="none" w:sz="0" w:space="0" w:color="auto"/>
                <w:right w:val="none" w:sz="0" w:space="0" w:color="auto"/>
              </w:divBdr>
            </w:div>
            <w:div w:id="254635846">
              <w:marLeft w:val="0"/>
              <w:marRight w:val="0"/>
              <w:marTop w:val="0"/>
              <w:marBottom w:val="0"/>
              <w:divBdr>
                <w:top w:val="none" w:sz="0" w:space="0" w:color="auto"/>
                <w:left w:val="none" w:sz="0" w:space="0" w:color="auto"/>
                <w:bottom w:val="none" w:sz="0" w:space="0" w:color="auto"/>
                <w:right w:val="none" w:sz="0" w:space="0" w:color="auto"/>
              </w:divBdr>
            </w:div>
            <w:div w:id="119110292">
              <w:marLeft w:val="0"/>
              <w:marRight w:val="0"/>
              <w:marTop w:val="0"/>
              <w:marBottom w:val="0"/>
              <w:divBdr>
                <w:top w:val="none" w:sz="0" w:space="0" w:color="auto"/>
                <w:left w:val="none" w:sz="0" w:space="0" w:color="auto"/>
                <w:bottom w:val="none" w:sz="0" w:space="0" w:color="auto"/>
                <w:right w:val="none" w:sz="0" w:space="0" w:color="auto"/>
              </w:divBdr>
            </w:div>
            <w:div w:id="1004240536">
              <w:marLeft w:val="0"/>
              <w:marRight w:val="0"/>
              <w:marTop w:val="0"/>
              <w:marBottom w:val="0"/>
              <w:divBdr>
                <w:top w:val="none" w:sz="0" w:space="0" w:color="auto"/>
                <w:left w:val="none" w:sz="0" w:space="0" w:color="auto"/>
                <w:bottom w:val="none" w:sz="0" w:space="0" w:color="auto"/>
                <w:right w:val="none" w:sz="0" w:space="0" w:color="auto"/>
              </w:divBdr>
            </w:div>
            <w:div w:id="1123503717">
              <w:marLeft w:val="0"/>
              <w:marRight w:val="0"/>
              <w:marTop w:val="0"/>
              <w:marBottom w:val="0"/>
              <w:divBdr>
                <w:top w:val="none" w:sz="0" w:space="0" w:color="auto"/>
                <w:left w:val="none" w:sz="0" w:space="0" w:color="auto"/>
                <w:bottom w:val="none" w:sz="0" w:space="0" w:color="auto"/>
                <w:right w:val="none" w:sz="0" w:space="0" w:color="auto"/>
              </w:divBdr>
            </w:div>
            <w:div w:id="572088689">
              <w:marLeft w:val="0"/>
              <w:marRight w:val="0"/>
              <w:marTop w:val="0"/>
              <w:marBottom w:val="0"/>
              <w:divBdr>
                <w:top w:val="none" w:sz="0" w:space="0" w:color="auto"/>
                <w:left w:val="none" w:sz="0" w:space="0" w:color="auto"/>
                <w:bottom w:val="none" w:sz="0" w:space="0" w:color="auto"/>
                <w:right w:val="none" w:sz="0" w:space="0" w:color="auto"/>
              </w:divBdr>
            </w:div>
            <w:div w:id="1621835116">
              <w:marLeft w:val="0"/>
              <w:marRight w:val="0"/>
              <w:marTop w:val="0"/>
              <w:marBottom w:val="0"/>
              <w:divBdr>
                <w:top w:val="none" w:sz="0" w:space="0" w:color="auto"/>
                <w:left w:val="none" w:sz="0" w:space="0" w:color="auto"/>
                <w:bottom w:val="none" w:sz="0" w:space="0" w:color="auto"/>
                <w:right w:val="none" w:sz="0" w:space="0" w:color="auto"/>
              </w:divBdr>
            </w:div>
            <w:div w:id="2132048121">
              <w:marLeft w:val="0"/>
              <w:marRight w:val="0"/>
              <w:marTop w:val="0"/>
              <w:marBottom w:val="0"/>
              <w:divBdr>
                <w:top w:val="none" w:sz="0" w:space="0" w:color="auto"/>
                <w:left w:val="none" w:sz="0" w:space="0" w:color="auto"/>
                <w:bottom w:val="none" w:sz="0" w:space="0" w:color="auto"/>
                <w:right w:val="none" w:sz="0" w:space="0" w:color="auto"/>
              </w:divBdr>
            </w:div>
            <w:div w:id="556936772">
              <w:marLeft w:val="0"/>
              <w:marRight w:val="0"/>
              <w:marTop w:val="0"/>
              <w:marBottom w:val="0"/>
              <w:divBdr>
                <w:top w:val="none" w:sz="0" w:space="0" w:color="auto"/>
                <w:left w:val="none" w:sz="0" w:space="0" w:color="auto"/>
                <w:bottom w:val="none" w:sz="0" w:space="0" w:color="auto"/>
                <w:right w:val="none" w:sz="0" w:space="0" w:color="auto"/>
              </w:divBdr>
            </w:div>
            <w:div w:id="168839833">
              <w:marLeft w:val="0"/>
              <w:marRight w:val="0"/>
              <w:marTop w:val="0"/>
              <w:marBottom w:val="0"/>
              <w:divBdr>
                <w:top w:val="none" w:sz="0" w:space="0" w:color="auto"/>
                <w:left w:val="none" w:sz="0" w:space="0" w:color="auto"/>
                <w:bottom w:val="none" w:sz="0" w:space="0" w:color="auto"/>
                <w:right w:val="none" w:sz="0" w:space="0" w:color="auto"/>
              </w:divBdr>
            </w:div>
            <w:div w:id="1794206590">
              <w:marLeft w:val="0"/>
              <w:marRight w:val="0"/>
              <w:marTop w:val="0"/>
              <w:marBottom w:val="0"/>
              <w:divBdr>
                <w:top w:val="none" w:sz="0" w:space="0" w:color="auto"/>
                <w:left w:val="none" w:sz="0" w:space="0" w:color="auto"/>
                <w:bottom w:val="none" w:sz="0" w:space="0" w:color="auto"/>
                <w:right w:val="none" w:sz="0" w:space="0" w:color="auto"/>
              </w:divBdr>
            </w:div>
            <w:div w:id="1659336919">
              <w:marLeft w:val="0"/>
              <w:marRight w:val="0"/>
              <w:marTop w:val="0"/>
              <w:marBottom w:val="0"/>
              <w:divBdr>
                <w:top w:val="none" w:sz="0" w:space="0" w:color="auto"/>
                <w:left w:val="none" w:sz="0" w:space="0" w:color="auto"/>
                <w:bottom w:val="none" w:sz="0" w:space="0" w:color="auto"/>
                <w:right w:val="none" w:sz="0" w:space="0" w:color="auto"/>
              </w:divBdr>
            </w:div>
            <w:div w:id="1898005265">
              <w:marLeft w:val="0"/>
              <w:marRight w:val="0"/>
              <w:marTop w:val="0"/>
              <w:marBottom w:val="0"/>
              <w:divBdr>
                <w:top w:val="none" w:sz="0" w:space="0" w:color="auto"/>
                <w:left w:val="none" w:sz="0" w:space="0" w:color="auto"/>
                <w:bottom w:val="none" w:sz="0" w:space="0" w:color="auto"/>
                <w:right w:val="none" w:sz="0" w:space="0" w:color="auto"/>
              </w:divBdr>
            </w:div>
            <w:div w:id="1857186584">
              <w:marLeft w:val="0"/>
              <w:marRight w:val="0"/>
              <w:marTop w:val="0"/>
              <w:marBottom w:val="0"/>
              <w:divBdr>
                <w:top w:val="none" w:sz="0" w:space="0" w:color="auto"/>
                <w:left w:val="none" w:sz="0" w:space="0" w:color="auto"/>
                <w:bottom w:val="none" w:sz="0" w:space="0" w:color="auto"/>
                <w:right w:val="none" w:sz="0" w:space="0" w:color="auto"/>
              </w:divBdr>
            </w:div>
            <w:div w:id="719401518">
              <w:marLeft w:val="0"/>
              <w:marRight w:val="0"/>
              <w:marTop w:val="0"/>
              <w:marBottom w:val="0"/>
              <w:divBdr>
                <w:top w:val="none" w:sz="0" w:space="0" w:color="auto"/>
                <w:left w:val="none" w:sz="0" w:space="0" w:color="auto"/>
                <w:bottom w:val="none" w:sz="0" w:space="0" w:color="auto"/>
                <w:right w:val="none" w:sz="0" w:space="0" w:color="auto"/>
              </w:divBdr>
            </w:div>
            <w:div w:id="345253579">
              <w:marLeft w:val="0"/>
              <w:marRight w:val="0"/>
              <w:marTop w:val="0"/>
              <w:marBottom w:val="0"/>
              <w:divBdr>
                <w:top w:val="none" w:sz="0" w:space="0" w:color="auto"/>
                <w:left w:val="none" w:sz="0" w:space="0" w:color="auto"/>
                <w:bottom w:val="none" w:sz="0" w:space="0" w:color="auto"/>
                <w:right w:val="none" w:sz="0" w:space="0" w:color="auto"/>
              </w:divBdr>
            </w:div>
            <w:div w:id="1192105632">
              <w:marLeft w:val="0"/>
              <w:marRight w:val="0"/>
              <w:marTop w:val="0"/>
              <w:marBottom w:val="0"/>
              <w:divBdr>
                <w:top w:val="none" w:sz="0" w:space="0" w:color="auto"/>
                <w:left w:val="none" w:sz="0" w:space="0" w:color="auto"/>
                <w:bottom w:val="none" w:sz="0" w:space="0" w:color="auto"/>
                <w:right w:val="none" w:sz="0" w:space="0" w:color="auto"/>
              </w:divBdr>
            </w:div>
            <w:div w:id="2136243867">
              <w:marLeft w:val="0"/>
              <w:marRight w:val="0"/>
              <w:marTop w:val="0"/>
              <w:marBottom w:val="0"/>
              <w:divBdr>
                <w:top w:val="none" w:sz="0" w:space="0" w:color="auto"/>
                <w:left w:val="none" w:sz="0" w:space="0" w:color="auto"/>
                <w:bottom w:val="none" w:sz="0" w:space="0" w:color="auto"/>
                <w:right w:val="none" w:sz="0" w:space="0" w:color="auto"/>
              </w:divBdr>
            </w:div>
            <w:div w:id="541793760">
              <w:marLeft w:val="0"/>
              <w:marRight w:val="0"/>
              <w:marTop w:val="0"/>
              <w:marBottom w:val="0"/>
              <w:divBdr>
                <w:top w:val="none" w:sz="0" w:space="0" w:color="auto"/>
                <w:left w:val="none" w:sz="0" w:space="0" w:color="auto"/>
                <w:bottom w:val="none" w:sz="0" w:space="0" w:color="auto"/>
                <w:right w:val="none" w:sz="0" w:space="0" w:color="auto"/>
              </w:divBdr>
            </w:div>
            <w:div w:id="407503080">
              <w:marLeft w:val="0"/>
              <w:marRight w:val="0"/>
              <w:marTop w:val="0"/>
              <w:marBottom w:val="0"/>
              <w:divBdr>
                <w:top w:val="none" w:sz="0" w:space="0" w:color="auto"/>
                <w:left w:val="none" w:sz="0" w:space="0" w:color="auto"/>
                <w:bottom w:val="none" w:sz="0" w:space="0" w:color="auto"/>
                <w:right w:val="none" w:sz="0" w:space="0" w:color="auto"/>
              </w:divBdr>
            </w:div>
            <w:div w:id="1054546124">
              <w:marLeft w:val="0"/>
              <w:marRight w:val="0"/>
              <w:marTop w:val="0"/>
              <w:marBottom w:val="0"/>
              <w:divBdr>
                <w:top w:val="none" w:sz="0" w:space="0" w:color="auto"/>
                <w:left w:val="none" w:sz="0" w:space="0" w:color="auto"/>
                <w:bottom w:val="none" w:sz="0" w:space="0" w:color="auto"/>
                <w:right w:val="none" w:sz="0" w:space="0" w:color="auto"/>
              </w:divBdr>
            </w:div>
            <w:div w:id="1661620698">
              <w:marLeft w:val="0"/>
              <w:marRight w:val="0"/>
              <w:marTop w:val="0"/>
              <w:marBottom w:val="0"/>
              <w:divBdr>
                <w:top w:val="none" w:sz="0" w:space="0" w:color="auto"/>
                <w:left w:val="none" w:sz="0" w:space="0" w:color="auto"/>
                <w:bottom w:val="none" w:sz="0" w:space="0" w:color="auto"/>
                <w:right w:val="none" w:sz="0" w:space="0" w:color="auto"/>
              </w:divBdr>
            </w:div>
            <w:div w:id="661156524">
              <w:marLeft w:val="0"/>
              <w:marRight w:val="0"/>
              <w:marTop w:val="0"/>
              <w:marBottom w:val="0"/>
              <w:divBdr>
                <w:top w:val="none" w:sz="0" w:space="0" w:color="auto"/>
                <w:left w:val="none" w:sz="0" w:space="0" w:color="auto"/>
                <w:bottom w:val="none" w:sz="0" w:space="0" w:color="auto"/>
                <w:right w:val="none" w:sz="0" w:space="0" w:color="auto"/>
              </w:divBdr>
            </w:div>
            <w:div w:id="1638602926">
              <w:marLeft w:val="0"/>
              <w:marRight w:val="0"/>
              <w:marTop w:val="0"/>
              <w:marBottom w:val="0"/>
              <w:divBdr>
                <w:top w:val="none" w:sz="0" w:space="0" w:color="auto"/>
                <w:left w:val="none" w:sz="0" w:space="0" w:color="auto"/>
                <w:bottom w:val="none" w:sz="0" w:space="0" w:color="auto"/>
                <w:right w:val="none" w:sz="0" w:space="0" w:color="auto"/>
              </w:divBdr>
            </w:div>
            <w:div w:id="1658486346">
              <w:marLeft w:val="0"/>
              <w:marRight w:val="0"/>
              <w:marTop w:val="0"/>
              <w:marBottom w:val="0"/>
              <w:divBdr>
                <w:top w:val="none" w:sz="0" w:space="0" w:color="auto"/>
                <w:left w:val="none" w:sz="0" w:space="0" w:color="auto"/>
                <w:bottom w:val="none" w:sz="0" w:space="0" w:color="auto"/>
                <w:right w:val="none" w:sz="0" w:space="0" w:color="auto"/>
              </w:divBdr>
            </w:div>
            <w:div w:id="141433709">
              <w:marLeft w:val="0"/>
              <w:marRight w:val="0"/>
              <w:marTop w:val="0"/>
              <w:marBottom w:val="0"/>
              <w:divBdr>
                <w:top w:val="none" w:sz="0" w:space="0" w:color="auto"/>
                <w:left w:val="none" w:sz="0" w:space="0" w:color="auto"/>
                <w:bottom w:val="none" w:sz="0" w:space="0" w:color="auto"/>
                <w:right w:val="none" w:sz="0" w:space="0" w:color="auto"/>
              </w:divBdr>
            </w:div>
            <w:div w:id="798760903">
              <w:marLeft w:val="0"/>
              <w:marRight w:val="0"/>
              <w:marTop w:val="0"/>
              <w:marBottom w:val="0"/>
              <w:divBdr>
                <w:top w:val="none" w:sz="0" w:space="0" w:color="auto"/>
                <w:left w:val="none" w:sz="0" w:space="0" w:color="auto"/>
                <w:bottom w:val="none" w:sz="0" w:space="0" w:color="auto"/>
                <w:right w:val="none" w:sz="0" w:space="0" w:color="auto"/>
              </w:divBdr>
            </w:div>
            <w:div w:id="429665074">
              <w:marLeft w:val="0"/>
              <w:marRight w:val="0"/>
              <w:marTop w:val="0"/>
              <w:marBottom w:val="0"/>
              <w:divBdr>
                <w:top w:val="none" w:sz="0" w:space="0" w:color="auto"/>
                <w:left w:val="none" w:sz="0" w:space="0" w:color="auto"/>
                <w:bottom w:val="none" w:sz="0" w:space="0" w:color="auto"/>
                <w:right w:val="none" w:sz="0" w:space="0" w:color="auto"/>
              </w:divBdr>
            </w:div>
            <w:div w:id="1000737900">
              <w:marLeft w:val="0"/>
              <w:marRight w:val="0"/>
              <w:marTop w:val="0"/>
              <w:marBottom w:val="0"/>
              <w:divBdr>
                <w:top w:val="none" w:sz="0" w:space="0" w:color="auto"/>
                <w:left w:val="none" w:sz="0" w:space="0" w:color="auto"/>
                <w:bottom w:val="none" w:sz="0" w:space="0" w:color="auto"/>
                <w:right w:val="none" w:sz="0" w:space="0" w:color="auto"/>
              </w:divBdr>
            </w:div>
            <w:div w:id="677922491">
              <w:marLeft w:val="0"/>
              <w:marRight w:val="0"/>
              <w:marTop w:val="0"/>
              <w:marBottom w:val="0"/>
              <w:divBdr>
                <w:top w:val="none" w:sz="0" w:space="0" w:color="auto"/>
                <w:left w:val="none" w:sz="0" w:space="0" w:color="auto"/>
                <w:bottom w:val="none" w:sz="0" w:space="0" w:color="auto"/>
                <w:right w:val="none" w:sz="0" w:space="0" w:color="auto"/>
              </w:divBdr>
            </w:div>
            <w:div w:id="24328406">
              <w:marLeft w:val="0"/>
              <w:marRight w:val="0"/>
              <w:marTop w:val="0"/>
              <w:marBottom w:val="0"/>
              <w:divBdr>
                <w:top w:val="none" w:sz="0" w:space="0" w:color="auto"/>
                <w:left w:val="none" w:sz="0" w:space="0" w:color="auto"/>
                <w:bottom w:val="none" w:sz="0" w:space="0" w:color="auto"/>
                <w:right w:val="none" w:sz="0" w:space="0" w:color="auto"/>
              </w:divBdr>
            </w:div>
            <w:div w:id="1961644186">
              <w:marLeft w:val="0"/>
              <w:marRight w:val="0"/>
              <w:marTop w:val="0"/>
              <w:marBottom w:val="0"/>
              <w:divBdr>
                <w:top w:val="none" w:sz="0" w:space="0" w:color="auto"/>
                <w:left w:val="none" w:sz="0" w:space="0" w:color="auto"/>
                <w:bottom w:val="none" w:sz="0" w:space="0" w:color="auto"/>
                <w:right w:val="none" w:sz="0" w:space="0" w:color="auto"/>
              </w:divBdr>
            </w:div>
            <w:div w:id="1327395021">
              <w:marLeft w:val="0"/>
              <w:marRight w:val="0"/>
              <w:marTop w:val="0"/>
              <w:marBottom w:val="0"/>
              <w:divBdr>
                <w:top w:val="none" w:sz="0" w:space="0" w:color="auto"/>
                <w:left w:val="none" w:sz="0" w:space="0" w:color="auto"/>
                <w:bottom w:val="none" w:sz="0" w:space="0" w:color="auto"/>
                <w:right w:val="none" w:sz="0" w:space="0" w:color="auto"/>
              </w:divBdr>
            </w:div>
            <w:div w:id="263197840">
              <w:marLeft w:val="0"/>
              <w:marRight w:val="0"/>
              <w:marTop w:val="0"/>
              <w:marBottom w:val="0"/>
              <w:divBdr>
                <w:top w:val="none" w:sz="0" w:space="0" w:color="auto"/>
                <w:left w:val="none" w:sz="0" w:space="0" w:color="auto"/>
                <w:bottom w:val="none" w:sz="0" w:space="0" w:color="auto"/>
                <w:right w:val="none" w:sz="0" w:space="0" w:color="auto"/>
              </w:divBdr>
            </w:div>
            <w:div w:id="1535343335">
              <w:marLeft w:val="0"/>
              <w:marRight w:val="0"/>
              <w:marTop w:val="0"/>
              <w:marBottom w:val="0"/>
              <w:divBdr>
                <w:top w:val="none" w:sz="0" w:space="0" w:color="auto"/>
                <w:left w:val="none" w:sz="0" w:space="0" w:color="auto"/>
                <w:bottom w:val="none" w:sz="0" w:space="0" w:color="auto"/>
                <w:right w:val="none" w:sz="0" w:space="0" w:color="auto"/>
              </w:divBdr>
            </w:div>
            <w:div w:id="691688692">
              <w:marLeft w:val="0"/>
              <w:marRight w:val="0"/>
              <w:marTop w:val="0"/>
              <w:marBottom w:val="0"/>
              <w:divBdr>
                <w:top w:val="none" w:sz="0" w:space="0" w:color="auto"/>
                <w:left w:val="none" w:sz="0" w:space="0" w:color="auto"/>
                <w:bottom w:val="none" w:sz="0" w:space="0" w:color="auto"/>
                <w:right w:val="none" w:sz="0" w:space="0" w:color="auto"/>
              </w:divBdr>
            </w:div>
            <w:div w:id="1164707000">
              <w:marLeft w:val="0"/>
              <w:marRight w:val="0"/>
              <w:marTop w:val="0"/>
              <w:marBottom w:val="0"/>
              <w:divBdr>
                <w:top w:val="none" w:sz="0" w:space="0" w:color="auto"/>
                <w:left w:val="none" w:sz="0" w:space="0" w:color="auto"/>
                <w:bottom w:val="none" w:sz="0" w:space="0" w:color="auto"/>
                <w:right w:val="none" w:sz="0" w:space="0" w:color="auto"/>
              </w:divBdr>
            </w:div>
            <w:div w:id="351029462">
              <w:marLeft w:val="0"/>
              <w:marRight w:val="0"/>
              <w:marTop w:val="0"/>
              <w:marBottom w:val="0"/>
              <w:divBdr>
                <w:top w:val="none" w:sz="0" w:space="0" w:color="auto"/>
                <w:left w:val="none" w:sz="0" w:space="0" w:color="auto"/>
                <w:bottom w:val="none" w:sz="0" w:space="0" w:color="auto"/>
                <w:right w:val="none" w:sz="0" w:space="0" w:color="auto"/>
              </w:divBdr>
            </w:div>
            <w:div w:id="1728919037">
              <w:marLeft w:val="0"/>
              <w:marRight w:val="0"/>
              <w:marTop w:val="0"/>
              <w:marBottom w:val="0"/>
              <w:divBdr>
                <w:top w:val="none" w:sz="0" w:space="0" w:color="auto"/>
                <w:left w:val="none" w:sz="0" w:space="0" w:color="auto"/>
                <w:bottom w:val="none" w:sz="0" w:space="0" w:color="auto"/>
                <w:right w:val="none" w:sz="0" w:space="0" w:color="auto"/>
              </w:divBdr>
            </w:div>
            <w:div w:id="968827605">
              <w:marLeft w:val="0"/>
              <w:marRight w:val="0"/>
              <w:marTop w:val="0"/>
              <w:marBottom w:val="0"/>
              <w:divBdr>
                <w:top w:val="none" w:sz="0" w:space="0" w:color="auto"/>
                <w:left w:val="none" w:sz="0" w:space="0" w:color="auto"/>
                <w:bottom w:val="none" w:sz="0" w:space="0" w:color="auto"/>
                <w:right w:val="none" w:sz="0" w:space="0" w:color="auto"/>
              </w:divBdr>
            </w:div>
            <w:div w:id="1207833780">
              <w:marLeft w:val="0"/>
              <w:marRight w:val="0"/>
              <w:marTop w:val="0"/>
              <w:marBottom w:val="0"/>
              <w:divBdr>
                <w:top w:val="none" w:sz="0" w:space="0" w:color="auto"/>
                <w:left w:val="none" w:sz="0" w:space="0" w:color="auto"/>
                <w:bottom w:val="none" w:sz="0" w:space="0" w:color="auto"/>
                <w:right w:val="none" w:sz="0" w:space="0" w:color="auto"/>
              </w:divBdr>
            </w:div>
            <w:div w:id="1289313099">
              <w:marLeft w:val="0"/>
              <w:marRight w:val="0"/>
              <w:marTop w:val="0"/>
              <w:marBottom w:val="0"/>
              <w:divBdr>
                <w:top w:val="none" w:sz="0" w:space="0" w:color="auto"/>
                <w:left w:val="none" w:sz="0" w:space="0" w:color="auto"/>
                <w:bottom w:val="none" w:sz="0" w:space="0" w:color="auto"/>
                <w:right w:val="none" w:sz="0" w:space="0" w:color="auto"/>
              </w:divBdr>
            </w:div>
            <w:div w:id="1944536494">
              <w:marLeft w:val="0"/>
              <w:marRight w:val="0"/>
              <w:marTop w:val="0"/>
              <w:marBottom w:val="0"/>
              <w:divBdr>
                <w:top w:val="none" w:sz="0" w:space="0" w:color="auto"/>
                <w:left w:val="none" w:sz="0" w:space="0" w:color="auto"/>
                <w:bottom w:val="none" w:sz="0" w:space="0" w:color="auto"/>
                <w:right w:val="none" w:sz="0" w:space="0" w:color="auto"/>
              </w:divBdr>
            </w:div>
            <w:div w:id="942034413">
              <w:marLeft w:val="0"/>
              <w:marRight w:val="0"/>
              <w:marTop w:val="0"/>
              <w:marBottom w:val="0"/>
              <w:divBdr>
                <w:top w:val="none" w:sz="0" w:space="0" w:color="auto"/>
                <w:left w:val="none" w:sz="0" w:space="0" w:color="auto"/>
                <w:bottom w:val="none" w:sz="0" w:space="0" w:color="auto"/>
                <w:right w:val="none" w:sz="0" w:space="0" w:color="auto"/>
              </w:divBdr>
            </w:div>
            <w:div w:id="760684783">
              <w:marLeft w:val="0"/>
              <w:marRight w:val="0"/>
              <w:marTop w:val="0"/>
              <w:marBottom w:val="0"/>
              <w:divBdr>
                <w:top w:val="none" w:sz="0" w:space="0" w:color="auto"/>
                <w:left w:val="none" w:sz="0" w:space="0" w:color="auto"/>
                <w:bottom w:val="none" w:sz="0" w:space="0" w:color="auto"/>
                <w:right w:val="none" w:sz="0" w:space="0" w:color="auto"/>
              </w:divBdr>
            </w:div>
            <w:div w:id="199973853">
              <w:marLeft w:val="0"/>
              <w:marRight w:val="0"/>
              <w:marTop w:val="0"/>
              <w:marBottom w:val="0"/>
              <w:divBdr>
                <w:top w:val="none" w:sz="0" w:space="0" w:color="auto"/>
                <w:left w:val="none" w:sz="0" w:space="0" w:color="auto"/>
                <w:bottom w:val="none" w:sz="0" w:space="0" w:color="auto"/>
                <w:right w:val="none" w:sz="0" w:space="0" w:color="auto"/>
              </w:divBdr>
            </w:div>
            <w:div w:id="1475563099">
              <w:marLeft w:val="0"/>
              <w:marRight w:val="0"/>
              <w:marTop w:val="0"/>
              <w:marBottom w:val="0"/>
              <w:divBdr>
                <w:top w:val="none" w:sz="0" w:space="0" w:color="auto"/>
                <w:left w:val="none" w:sz="0" w:space="0" w:color="auto"/>
                <w:bottom w:val="none" w:sz="0" w:space="0" w:color="auto"/>
                <w:right w:val="none" w:sz="0" w:space="0" w:color="auto"/>
              </w:divBdr>
            </w:div>
            <w:div w:id="169294431">
              <w:marLeft w:val="0"/>
              <w:marRight w:val="0"/>
              <w:marTop w:val="0"/>
              <w:marBottom w:val="0"/>
              <w:divBdr>
                <w:top w:val="none" w:sz="0" w:space="0" w:color="auto"/>
                <w:left w:val="none" w:sz="0" w:space="0" w:color="auto"/>
                <w:bottom w:val="none" w:sz="0" w:space="0" w:color="auto"/>
                <w:right w:val="none" w:sz="0" w:space="0" w:color="auto"/>
              </w:divBdr>
            </w:div>
            <w:div w:id="1801605487">
              <w:marLeft w:val="0"/>
              <w:marRight w:val="0"/>
              <w:marTop w:val="0"/>
              <w:marBottom w:val="0"/>
              <w:divBdr>
                <w:top w:val="none" w:sz="0" w:space="0" w:color="auto"/>
                <w:left w:val="none" w:sz="0" w:space="0" w:color="auto"/>
                <w:bottom w:val="none" w:sz="0" w:space="0" w:color="auto"/>
                <w:right w:val="none" w:sz="0" w:space="0" w:color="auto"/>
              </w:divBdr>
            </w:div>
            <w:div w:id="716859936">
              <w:marLeft w:val="0"/>
              <w:marRight w:val="0"/>
              <w:marTop w:val="0"/>
              <w:marBottom w:val="0"/>
              <w:divBdr>
                <w:top w:val="none" w:sz="0" w:space="0" w:color="auto"/>
                <w:left w:val="none" w:sz="0" w:space="0" w:color="auto"/>
                <w:bottom w:val="none" w:sz="0" w:space="0" w:color="auto"/>
                <w:right w:val="none" w:sz="0" w:space="0" w:color="auto"/>
              </w:divBdr>
            </w:div>
            <w:div w:id="1901556726">
              <w:marLeft w:val="0"/>
              <w:marRight w:val="0"/>
              <w:marTop w:val="0"/>
              <w:marBottom w:val="0"/>
              <w:divBdr>
                <w:top w:val="none" w:sz="0" w:space="0" w:color="auto"/>
                <w:left w:val="none" w:sz="0" w:space="0" w:color="auto"/>
                <w:bottom w:val="none" w:sz="0" w:space="0" w:color="auto"/>
                <w:right w:val="none" w:sz="0" w:space="0" w:color="auto"/>
              </w:divBdr>
            </w:div>
            <w:div w:id="1142575257">
              <w:marLeft w:val="0"/>
              <w:marRight w:val="0"/>
              <w:marTop w:val="0"/>
              <w:marBottom w:val="0"/>
              <w:divBdr>
                <w:top w:val="none" w:sz="0" w:space="0" w:color="auto"/>
                <w:left w:val="none" w:sz="0" w:space="0" w:color="auto"/>
                <w:bottom w:val="none" w:sz="0" w:space="0" w:color="auto"/>
                <w:right w:val="none" w:sz="0" w:space="0" w:color="auto"/>
              </w:divBdr>
            </w:div>
            <w:div w:id="658078904">
              <w:marLeft w:val="0"/>
              <w:marRight w:val="0"/>
              <w:marTop w:val="0"/>
              <w:marBottom w:val="0"/>
              <w:divBdr>
                <w:top w:val="none" w:sz="0" w:space="0" w:color="auto"/>
                <w:left w:val="none" w:sz="0" w:space="0" w:color="auto"/>
                <w:bottom w:val="none" w:sz="0" w:space="0" w:color="auto"/>
                <w:right w:val="none" w:sz="0" w:space="0" w:color="auto"/>
              </w:divBdr>
            </w:div>
            <w:div w:id="1400859434">
              <w:marLeft w:val="0"/>
              <w:marRight w:val="0"/>
              <w:marTop w:val="0"/>
              <w:marBottom w:val="0"/>
              <w:divBdr>
                <w:top w:val="none" w:sz="0" w:space="0" w:color="auto"/>
                <w:left w:val="none" w:sz="0" w:space="0" w:color="auto"/>
                <w:bottom w:val="none" w:sz="0" w:space="0" w:color="auto"/>
                <w:right w:val="none" w:sz="0" w:space="0" w:color="auto"/>
              </w:divBdr>
            </w:div>
            <w:div w:id="1375764350">
              <w:marLeft w:val="0"/>
              <w:marRight w:val="0"/>
              <w:marTop w:val="0"/>
              <w:marBottom w:val="0"/>
              <w:divBdr>
                <w:top w:val="none" w:sz="0" w:space="0" w:color="auto"/>
                <w:left w:val="none" w:sz="0" w:space="0" w:color="auto"/>
                <w:bottom w:val="none" w:sz="0" w:space="0" w:color="auto"/>
                <w:right w:val="none" w:sz="0" w:space="0" w:color="auto"/>
              </w:divBdr>
            </w:div>
            <w:div w:id="1042289292">
              <w:marLeft w:val="0"/>
              <w:marRight w:val="0"/>
              <w:marTop w:val="0"/>
              <w:marBottom w:val="0"/>
              <w:divBdr>
                <w:top w:val="none" w:sz="0" w:space="0" w:color="auto"/>
                <w:left w:val="none" w:sz="0" w:space="0" w:color="auto"/>
                <w:bottom w:val="none" w:sz="0" w:space="0" w:color="auto"/>
                <w:right w:val="none" w:sz="0" w:space="0" w:color="auto"/>
              </w:divBdr>
            </w:div>
            <w:div w:id="528222822">
              <w:marLeft w:val="0"/>
              <w:marRight w:val="0"/>
              <w:marTop w:val="0"/>
              <w:marBottom w:val="0"/>
              <w:divBdr>
                <w:top w:val="none" w:sz="0" w:space="0" w:color="auto"/>
                <w:left w:val="none" w:sz="0" w:space="0" w:color="auto"/>
                <w:bottom w:val="none" w:sz="0" w:space="0" w:color="auto"/>
                <w:right w:val="none" w:sz="0" w:space="0" w:color="auto"/>
              </w:divBdr>
            </w:div>
            <w:div w:id="2135980219">
              <w:marLeft w:val="0"/>
              <w:marRight w:val="0"/>
              <w:marTop w:val="0"/>
              <w:marBottom w:val="0"/>
              <w:divBdr>
                <w:top w:val="none" w:sz="0" w:space="0" w:color="auto"/>
                <w:left w:val="none" w:sz="0" w:space="0" w:color="auto"/>
                <w:bottom w:val="none" w:sz="0" w:space="0" w:color="auto"/>
                <w:right w:val="none" w:sz="0" w:space="0" w:color="auto"/>
              </w:divBdr>
            </w:div>
            <w:div w:id="1098528087">
              <w:marLeft w:val="0"/>
              <w:marRight w:val="0"/>
              <w:marTop w:val="0"/>
              <w:marBottom w:val="0"/>
              <w:divBdr>
                <w:top w:val="none" w:sz="0" w:space="0" w:color="auto"/>
                <w:left w:val="none" w:sz="0" w:space="0" w:color="auto"/>
                <w:bottom w:val="none" w:sz="0" w:space="0" w:color="auto"/>
                <w:right w:val="none" w:sz="0" w:space="0" w:color="auto"/>
              </w:divBdr>
            </w:div>
            <w:div w:id="1973321493">
              <w:marLeft w:val="0"/>
              <w:marRight w:val="0"/>
              <w:marTop w:val="0"/>
              <w:marBottom w:val="0"/>
              <w:divBdr>
                <w:top w:val="none" w:sz="0" w:space="0" w:color="auto"/>
                <w:left w:val="none" w:sz="0" w:space="0" w:color="auto"/>
                <w:bottom w:val="none" w:sz="0" w:space="0" w:color="auto"/>
                <w:right w:val="none" w:sz="0" w:space="0" w:color="auto"/>
              </w:divBdr>
            </w:div>
            <w:div w:id="1934824726">
              <w:marLeft w:val="0"/>
              <w:marRight w:val="0"/>
              <w:marTop w:val="0"/>
              <w:marBottom w:val="0"/>
              <w:divBdr>
                <w:top w:val="none" w:sz="0" w:space="0" w:color="auto"/>
                <w:left w:val="none" w:sz="0" w:space="0" w:color="auto"/>
                <w:bottom w:val="none" w:sz="0" w:space="0" w:color="auto"/>
                <w:right w:val="none" w:sz="0" w:space="0" w:color="auto"/>
              </w:divBdr>
            </w:div>
            <w:div w:id="1795096802">
              <w:marLeft w:val="0"/>
              <w:marRight w:val="0"/>
              <w:marTop w:val="0"/>
              <w:marBottom w:val="0"/>
              <w:divBdr>
                <w:top w:val="none" w:sz="0" w:space="0" w:color="auto"/>
                <w:left w:val="none" w:sz="0" w:space="0" w:color="auto"/>
                <w:bottom w:val="none" w:sz="0" w:space="0" w:color="auto"/>
                <w:right w:val="none" w:sz="0" w:space="0" w:color="auto"/>
              </w:divBdr>
            </w:div>
            <w:div w:id="1601832966">
              <w:marLeft w:val="0"/>
              <w:marRight w:val="0"/>
              <w:marTop w:val="0"/>
              <w:marBottom w:val="0"/>
              <w:divBdr>
                <w:top w:val="none" w:sz="0" w:space="0" w:color="auto"/>
                <w:left w:val="none" w:sz="0" w:space="0" w:color="auto"/>
                <w:bottom w:val="none" w:sz="0" w:space="0" w:color="auto"/>
                <w:right w:val="none" w:sz="0" w:space="0" w:color="auto"/>
              </w:divBdr>
            </w:div>
            <w:div w:id="1164399332">
              <w:marLeft w:val="0"/>
              <w:marRight w:val="0"/>
              <w:marTop w:val="0"/>
              <w:marBottom w:val="0"/>
              <w:divBdr>
                <w:top w:val="none" w:sz="0" w:space="0" w:color="auto"/>
                <w:left w:val="none" w:sz="0" w:space="0" w:color="auto"/>
                <w:bottom w:val="none" w:sz="0" w:space="0" w:color="auto"/>
                <w:right w:val="none" w:sz="0" w:space="0" w:color="auto"/>
              </w:divBdr>
            </w:div>
            <w:div w:id="635378579">
              <w:marLeft w:val="0"/>
              <w:marRight w:val="0"/>
              <w:marTop w:val="0"/>
              <w:marBottom w:val="0"/>
              <w:divBdr>
                <w:top w:val="none" w:sz="0" w:space="0" w:color="auto"/>
                <w:left w:val="none" w:sz="0" w:space="0" w:color="auto"/>
                <w:bottom w:val="none" w:sz="0" w:space="0" w:color="auto"/>
                <w:right w:val="none" w:sz="0" w:space="0" w:color="auto"/>
              </w:divBdr>
            </w:div>
            <w:div w:id="1897931674">
              <w:marLeft w:val="0"/>
              <w:marRight w:val="0"/>
              <w:marTop w:val="0"/>
              <w:marBottom w:val="0"/>
              <w:divBdr>
                <w:top w:val="none" w:sz="0" w:space="0" w:color="auto"/>
                <w:left w:val="none" w:sz="0" w:space="0" w:color="auto"/>
                <w:bottom w:val="none" w:sz="0" w:space="0" w:color="auto"/>
                <w:right w:val="none" w:sz="0" w:space="0" w:color="auto"/>
              </w:divBdr>
            </w:div>
            <w:div w:id="1431393356">
              <w:marLeft w:val="0"/>
              <w:marRight w:val="0"/>
              <w:marTop w:val="0"/>
              <w:marBottom w:val="0"/>
              <w:divBdr>
                <w:top w:val="none" w:sz="0" w:space="0" w:color="auto"/>
                <w:left w:val="none" w:sz="0" w:space="0" w:color="auto"/>
                <w:bottom w:val="none" w:sz="0" w:space="0" w:color="auto"/>
                <w:right w:val="none" w:sz="0" w:space="0" w:color="auto"/>
              </w:divBdr>
            </w:div>
            <w:div w:id="35929617">
              <w:marLeft w:val="0"/>
              <w:marRight w:val="0"/>
              <w:marTop w:val="0"/>
              <w:marBottom w:val="0"/>
              <w:divBdr>
                <w:top w:val="none" w:sz="0" w:space="0" w:color="auto"/>
                <w:left w:val="none" w:sz="0" w:space="0" w:color="auto"/>
                <w:bottom w:val="none" w:sz="0" w:space="0" w:color="auto"/>
                <w:right w:val="none" w:sz="0" w:space="0" w:color="auto"/>
              </w:divBdr>
            </w:div>
            <w:div w:id="432555969">
              <w:marLeft w:val="0"/>
              <w:marRight w:val="0"/>
              <w:marTop w:val="0"/>
              <w:marBottom w:val="0"/>
              <w:divBdr>
                <w:top w:val="none" w:sz="0" w:space="0" w:color="auto"/>
                <w:left w:val="none" w:sz="0" w:space="0" w:color="auto"/>
                <w:bottom w:val="none" w:sz="0" w:space="0" w:color="auto"/>
                <w:right w:val="none" w:sz="0" w:space="0" w:color="auto"/>
              </w:divBdr>
            </w:div>
            <w:div w:id="1739203498">
              <w:marLeft w:val="0"/>
              <w:marRight w:val="0"/>
              <w:marTop w:val="0"/>
              <w:marBottom w:val="0"/>
              <w:divBdr>
                <w:top w:val="none" w:sz="0" w:space="0" w:color="auto"/>
                <w:left w:val="none" w:sz="0" w:space="0" w:color="auto"/>
                <w:bottom w:val="none" w:sz="0" w:space="0" w:color="auto"/>
                <w:right w:val="none" w:sz="0" w:space="0" w:color="auto"/>
              </w:divBdr>
            </w:div>
            <w:div w:id="1430395543">
              <w:marLeft w:val="0"/>
              <w:marRight w:val="0"/>
              <w:marTop w:val="0"/>
              <w:marBottom w:val="0"/>
              <w:divBdr>
                <w:top w:val="none" w:sz="0" w:space="0" w:color="auto"/>
                <w:left w:val="none" w:sz="0" w:space="0" w:color="auto"/>
                <w:bottom w:val="none" w:sz="0" w:space="0" w:color="auto"/>
                <w:right w:val="none" w:sz="0" w:space="0" w:color="auto"/>
              </w:divBdr>
            </w:div>
            <w:div w:id="558058252">
              <w:marLeft w:val="0"/>
              <w:marRight w:val="0"/>
              <w:marTop w:val="0"/>
              <w:marBottom w:val="0"/>
              <w:divBdr>
                <w:top w:val="none" w:sz="0" w:space="0" w:color="auto"/>
                <w:left w:val="none" w:sz="0" w:space="0" w:color="auto"/>
                <w:bottom w:val="none" w:sz="0" w:space="0" w:color="auto"/>
                <w:right w:val="none" w:sz="0" w:space="0" w:color="auto"/>
              </w:divBdr>
            </w:div>
            <w:div w:id="937493547">
              <w:marLeft w:val="0"/>
              <w:marRight w:val="0"/>
              <w:marTop w:val="0"/>
              <w:marBottom w:val="0"/>
              <w:divBdr>
                <w:top w:val="none" w:sz="0" w:space="0" w:color="auto"/>
                <w:left w:val="none" w:sz="0" w:space="0" w:color="auto"/>
                <w:bottom w:val="none" w:sz="0" w:space="0" w:color="auto"/>
                <w:right w:val="none" w:sz="0" w:space="0" w:color="auto"/>
              </w:divBdr>
            </w:div>
            <w:div w:id="2088071576">
              <w:marLeft w:val="0"/>
              <w:marRight w:val="0"/>
              <w:marTop w:val="0"/>
              <w:marBottom w:val="0"/>
              <w:divBdr>
                <w:top w:val="none" w:sz="0" w:space="0" w:color="auto"/>
                <w:left w:val="none" w:sz="0" w:space="0" w:color="auto"/>
                <w:bottom w:val="none" w:sz="0" w:space="0" w:color="auto"/>
                <w:right w:val="none" w:sz="0" w:space="0" w:color="auto"/>
              </w:divBdr>
            </w:div>
            <w:div w:id="1941176652">
              <w:marLeft w:val="0"/>
              <w:marRight w:val="0"/>
              <w:marTop w:val="0"/>
              <w:marBottom w:val="0"/>
              <w:divBdr>
                <w:top w:val="none" w:sz="0" w:space="0" w:color="auto"/>
                <w:left w:val="none" w:sz="0" w:space="0" w:color="auto"/>
                <w:bottom w:val="none" w:sz="0" w:space="0" w:color="auto"/>
                <w:right w:val="none" w:sz="0" w:space="0" w:color="auto"/>
              </w:divBdr>
            </w:div>
            <w:div w:id="1315985884">
              <w:marLeft w:val="0"/>
              <w:marRight w:val="0"/>
              <w:marTop w:val="0"/>
              <w:marBottom w:val="0"/>
              <w:divBdr>
                <w:top w:val="none" w:sz="0" w:space="0" w:color="auto"/>
                <w:left w:val="none" w:sz="0" w:space="0" w:color="auto"/>
                <w:bottom w:val="none" w:sz="0" w:space="0" w:color="auto"/>
                <w:right w:val="none" w:sz="0" w:space="0" w:color="auto"/>
              </w:divBdr>
            </w:div>
            <w:div w:id="2009361755">
              <w:marLeft w:val="0"/>
              <w:marRight w:val="0"/>
              <w:marTop w:val="0"/>
              <w:marBottom w:val="0"/>
              <w:divBdr>
                <w:top w:val="none" w:sz="0" w:space="0" w:color="auto"/>
                <w:left w:val="none" w:sz="0" w:space="0" w:color="auto"/>
                <w:bottom w:val="none" w:sz="0" w:space="0" w:color="auto"/>
                <w:right w:val="none" w:sz="0" w:space="0" w:color="auto"/>
              </w:divBdr>
            </w:div>
            <w:div w:id="1631782237">
              <w:marLeft w:val="0"/>
              <w:marRight w:val="0"/>
              <w:marTop w:val="0"/>
              <w:marBottom w:val="0"/>
              <w:divBdr>
                <w:top w:val="none" w:sz="0" w:space="0" w:color="auto"/>
                <w:left w:val="none" w:sz="0" w:space="0" w:color="auto"/>
                <w:bottom w:val="none" w:sz="0" w:space="0" w:color="auto"/>
                <w:right w:val="none" w:sz="0" w:space="0" w:color="auto"/>
              </w:divBdr>
            </w:div>
            <w:div w:id="1011682229">
              <w:marLeft w:val="0"/>
              <w:marRight w:val="0"/>
              <w:marTop w:val="0"/>
              <w:marBottom w:val="0"/>
              <w:divBdr>
                <w:top w:val="none" w:sz="0" w:space="0" w:color="auto"/>
                <w:left w:val="none" w:sz="0" w:space="0" w:color="auto"/>
                <w:bottom w:val="none" w:sz="0" w:space="0" w:color="auto"/>
                <w:right w:val="none" w:sz="0" w:space="0" w:color="auto"/>
              </w:divBdr>
            </w:div>
            <w:div w:id="646470643">
              <w:marLeft w:val="0"/>
              <w:marRight w:val="0"/>
              <w:marTop w:val="0"/>
              <w:marBottom w:val="0"/>
              <w:divBdr>
                <w:top w:val="none" w:sz="0" w:space="0" w:color="auto"/>
                <w:left w:val="none" w:sz="0" w:space="0" w:color="auto"/>
                <w:bottom w:val="none" w:sz="0" w:space="0" w:color="auto"/>
                <w:right w:val="none" w:sz="0" w:space="0" w:color="auto"/>
              </w:divBdr>
            </w:div>
            <w:div w:id="187724416">
              <w:marLeft w:val="0"/>
              <w:marRight w:val="0"/>
              <w:marTop w:val="0"/>
              <w:marBottom w:val="0"/>
              <w:divBdr>
                <w:top w:val="none" w:sz="0" w:space="0" w:color="auto"/>
                <w:left w:val="none" w:sz="0" w:space="0" w:color="auto"/>
                <w:bottom w:val="none" w:sz="0" w:space="0" w:color="auto"/>
                <w:right w:val="none" w:sz="0" w:space="0" w:color="auto"/>
              </w:divBdr>
            </w:div>
            <w:div w:id="1065420073">
              <w:marLeft w:val="0"/>
              <w:marRight w:val="0"/>
              <w:marTop w:val="0"/>
              <w:marBottom w:val="0"/>
              <w:divBdr>
                <w:top w:val="none" w:sz="0" w:space="0" w:color="auto"/>
                <w:left w:val="none" w:sz="0" w:space="0" w:color="auto"/>
                <w:bottom w:val="none" w:sz="0" w:space="0" w:color="auto"/>
                <w:right w:val="none" w:sz="0" w:space="0" w:color="auto"/>
              </w:divBdr>
            </w:div>
            <w:div w:id="1905095028">
              <w:marLeft w:val="0"/>
              <w:marRight w:val="0"/>
              <w:marTop w:val="0"/>
              <w:marBottom w:val="0"/>
              <w:divBdr>
                <w:top w:val="none" w:sz="0" w:space="0" w:color="auto"/>
                <w:left w:val="none" w:sz="0" w:space="0" w:color="auto"/>
                <w:bottom w:val="none" w:sz="0" w:space="0" w:color="auto"/>
                <w:right w:val="none" w:sz="0" w:space="0" w:color="auto"/>
              </w:divBdr>
            </w:div>
            <w:div w:id="656498016">
              <w:marLeft w:val="0"/>
              <w:marRight w:val="0"/>
              <w:marTop w:val="0"/>
              <w:marBottom w:val="0"/>
              <w:divBdr>
                <w:top w:val="none" w:sz="0" w:space="0" w:color="auto"/>
                <w:left w:val="none" w:sz="0" w:space="0" w:color="auto"/>
                <w:bottom w:val="none" w:sz="0" w:space="0" w:color="auto"/>
                <w:right w:val="none" w:sz="0" w:space="0" w:color="auto"/>
              </w:divBdr>
            </w:div>
            <w:div w:id="1518152635">
              <w:marLeft w:val="0"/>
              <w:marRight w:val="0"/>
              <w:marTop w:val="0"/>
              <w:marBottom w:val="0"/>
              <w:divBdr>
                <w:top w:val="none" w:sz="0" w:space="0" w:color="auto"/>
                <w:left w:val="none" w:sz="0" w:space="0" w:color="auto"/>
                <w:bottom w:val="none" w:sz="0" w:space="0" w:color="auto"/>
                <w:right w:val="none" w:sz="0" w:space="0" w:color="auto"/>
              </w:divBdr>
            </w:div>
            <w:div w:id="1148403850">
              <w:marLeft w:val="0"/>
              <w:marRight w:val="0"/>
              <w:marTop w:val="0"/>
              <w:marBottom w:val="0"/>
              <w:divBdr>
                <w:top w:val="none" w:sz="0" w:space="0" w:color="auto"/>
                <w:left w:val="none" w:sz="0" w:space="0" w:color="auto"/>
                <w:bottom w:val="none" w:sz="0" w:space="0" w:color="auto"/>
                <w:right w:val="none" w:sz="0" w:space="0" w:color="auto"/>
              </w:divBdr>
            </w:div>
            <w:div w:id="159664896">
              <w:marLeft w:val="0"/>
              <w:marRight w:val="0"/>
              <w:marTop w:val="0"/>
              <w:marBottom w:val="0"/>
              <w:divBdr>
                <w:top w:val="none" w:sz="0" w:space="0" w:color="auto"/>
                <w:left w:val="none" w:sz="0" w:space="0" w:color="auto"/>
                <w:bottom w:val="none" w:sz="0" w:space="0" w:color="auto"/>
                <w:right w:val="none" w:sz="0" w:space="0" w:color="auto"/>
              </w:divBdr>
            </w:div>
            <w:div w:id="1320116624">
              <w:marLeft w:val="0"/>
              <w:marRight w:val="0"/>
              <w:marTop w:val="0"/>
              <w:marBottom w:val="0"/>
              <w:divBdr>
                <w:top w:val="none" w:sz="0" w:space="0" w:color="auto"/>
                <w:left w:val="none" w:sz="0" w:space="0" w:color="auto"/>
                <w:bottom w:val="none" w:sz="0" w:space="0" w:color="auto"/>
                <w:right w:val="none" w:sz="0" w:space="0" w:color="auto"/>
              </w:divBdr>
            </w:div>
            <w:div w:id="1761682533">
              <w:marLeft w:val="0"/>
              <w:marRight w:val="0"/>
              <w:marTop w:val="0"/>
              <w:marBottom w:val="0"/>
              <w:divBdr>
                <w:top w:val="none" w:sz="0" w:space="0" w:color="auto"/>
                <w:left w:val="none" w:sz="0" w:space="0" w:color="auto"/>
                <w:bottom w:val="none" w:sz="0" w:space="0" w:color="auto"/>
                <w:right w:val="none" w:sz="0" w:space="0" w:color="auto"/>
              </w:divBdr>
            </w:div>
            <w:div w:id="1406952980">
              <w:marLeft w:val="0"/>
              <w:marRight w:val="0"/>
              <w:marTop w:val="0"/>
              <w:marBottom w:val="0"/>
              <w:divBdr>
                <w:top w:val="none" w:sz="0" w:space="0" w:color="auto"/>
                <w:left w:val="none" w:sz="0" w:space="0" w:color="auto"/>
                <w:bottom w:val="none" w:sz="0" w:space="0" w:color="auto"/>
                <w:right w:val="none" w:sz="0" w:space="0" w:color="auto"/>
              </w:divBdr>
            </w:div>
            <w:div w:id="1168056243">
              <w:marLeft w:val="0"/>
              <w:marRight w:val="0"/>
              <w:marTop w:val="0"/>
              <w:marBottom w:val="0"/>
              <w:divBdr>
                <w:top w:val="none" w:sz="0" w:space="0" w:color="auto"/>
                <w:left w:val="none" w:sz="0" w:space="0" w:color="auto"/>
                <w:bottom w:val="none" w:sz="0" w:space="0" w:color="auto"/>
                <w:right w:val="none" w:sz="0" w:space="0" w:color="auto"/>
              </w:divBdr>
            </w:div>
            <w:div w:id="911156714">
              <w:marLeft w:val="0"/>
              <w:marRight w:val="0"/>
              <w:marTop w:val="0"/>
              <w:marBottom w:val="0"/>
              <w:divBdr>
                <w:top w:val="none" w:sz="0" w:space="0" w:color="auto"/>
                <w:left w:val="none" w:sz="0" w:space="0" w:color="auto"/>
                <w:bottom w:val="none" w:sz="0" w:space="0" w:color="auto"/>
                <w:right w:val="none" w:sz="0" w:space="0" w:color="auto"/>
              </w:divBdr>
            </w:div>
            <w:div w:id="251352540">
              <w:marLeft w:val="0"/>
              <w:marRight w:val="0"/>
              <w:marTop w:val="0"/>
              <w:marBottom w:val="0"/>
              <w:divBdr>
                <w:top w:val="none" w:sz="0" w:space="0" w:color="auto"/>
                <w:left w:val="none" w:sz="0" w:space="0" w:color="auto"/>
                <w:bottom w:val="none" w:sz="0" w:space="0" w:color="auto"/>
                <w:right w:val="none" w:sz="0" w:space="0" w:color="auto"/>
              </w:divBdr>
            </w:div>
            <w:div w:id="204873018">
              <w:marLeft w:val="0"/>
              <w:marRight w:val="0"/>
              <w:marTop w:val="0"/>
              <w:marBottom w:val="0"/>
              <w:divBdr>
                <w:top w:val="none" w:sz="0" w:space="0" w:color="auto"/>
                <w:left w:val="none" w:sz="0" w:space="0" w:color="auto"/>
                <w:bottom w:val="none" w:sz="0" w:space="0" w:color="auto"/>
                <w:right w:val="none" w:sz="0" w:space="0" w:color="auto"/>
              </w:divBdr>
            </w:div>
            <w:div w:id="1287735241">
              <w:marLeft w:val="0"/>
              <w:marRight w:val="0"/>
              <w:marTop w:val="0"/>
              <w:marBottom w:val="0"/>
              <w:divBdr>
                <w:top w:val="none" w:sz="0" w:space="0" w:color="auto"/>
                <w:left w:val="none" w:sz="0" w:space="0" w:color="auto"/>
                <w:bottom w:val="none" w:sz="0" w:space="0" w:color="auto"/>
                <w:right w:val="none" w:sz="0" w:space="0" w:color="auto"/>
              </w:divBdr>
            </w:div>
            <w:div w:id="356807574">
              <w:marLeft w:val="0"/>
              <w:marRight w:val="0"/>
              <w:marTop w:val="0"/>
              <w:marBottom w:val="0"/>
              <w:divBdr>
                <w:top w:val="none" w:sz="0" w:space="0" w:color="auto"/>
                <w:left w:val="none" w:sz="0" w:space="0" w:color="auto"/>
                <w:bottom w:val="none" w:sz="0" w:space="0" w:color="auto"/>
                <w:right w:val="none" w:sz="0" w:space="0" w:color="auto"/>
              </w:divBdr>
            </w:div>
            <w:div w:id="1844662458">
              <w:marLeft w:val="0"/>
              <w:marRight w:val="0"/>
              <w:marTop w:val="0"/>
              <w:marBottom w:val="0"/>
              <w:divBdr>
                <w:top w:val="none" w:sz="0" w:space="0" w:color="auto"/>
                <w:left w:val="none" w:sz="0" w:space="0" w:color="auto"/>
                <w:bottom w:val="none" w:sz="0" w:space="0" w:color="auto"/>
                <w:right w:val="none" w:sz="0" w:space="0" w:color="auto"/>
              </w:divBdr>
            </w:div>
            <w:div w:id="297417440">
              <w:marLeft w:val="0"/>
              <w:marRight w:val="0"/>
              <w:marTop w:val="0"/>
              <w:marBottom w:val="0"/>
              <w:divBdr>
                <w:top w:val="none" w:sz="0" w:space="0" w:color="auto"/>
                <w:left w:val="none" w:sz="0" w:space="0" w:color="auto"/>
                <w:bottom w:val="none" w:sz="0" w:space="0" w:color="auto"/>
                <w:right w:val="none" w:sz="0" w:space="0" w:color="auto"/>
              </w:divBdr>
            </w:div>
            <w:div w:id="829251547">
              <w:marLeft w:val="0"/>
              <w:marRight w:val="0"/>
              <w:marTop w:val="0"/>
              <w:marBottom w:val="0"/>
              <w:divBdr>
                <w:top w:val="none" w:sz="0" w:space="0" w:color="auto"/>
                <w:left w:val="none" w:sz="0" w:space="0" w:color="auto"/>
                <w:bottom w:val="none" w:sz="0" w:space="0" w:color="auto"/>
                <w:right w:val="none" w:sz="0" w:space="0" w:color="auto"/>
              </w:divBdr>
            </w:div>
            <w:div w:id="5788278">
              <w:marLeft w:val="0"/>
              <w:marRight w:val="0"/>
              <w:marTop w:val="0"/>
              <w:marBottom w:val="0"/>
              <w:divBdr>
                <w:top w:val="none" w:sz="0" w:space="0" w:color="auto"/>
                <w:left w:val="none" w:sz="0" w:space="0" w:color="auto"/>
                <w:bottom w:val="none" w:sz="0" w:space="0" w:color="auto"/>
                <w:right w:val="none" w:sz="0" w:space="0" w:color="auto"/>
              </w:divBdr>
            </w:div>
            <w:div w:id="407582572">
              <w:marLeft w:val="0"/>
              <w:marRight w:val="0"/>
              <w:marTop w:val="0"/>
              <w:marBottom w:val="0"/>
              <w:divBdr>
                <w:top w:val="none" w:sz="0" w:space="0" w:color="auto"/>
                <w:left w:val="none" w:sz="0" w:space="0" w:color="auto"/>
                <w:bottom w:val="none" w:sz="0" w:space="0" w:color="auto"/>
                <w:right w:val="none" w:sz="0" w:space="0" w:color="auto"/>
              </w:divBdr>
            </w:div>
            <w:div w:id="868957196">
              <w:marLeft w:val="0"/>
              <w:marRight w:val="0"/>
              <w:marTop w:val="0"/>
              <w:marBottom w:val="0"/>
              <w:divBdr>
                <w:top w:val="none" w:sz="0" w:space="0" w:color="auto"/>
                <w:left w:val="none" w:sz="0" w:space="0" w:color="auto"/>
                <w:bottom w:val="none" w:sz="0" w:space="0" w:color="auto"/>
                <w:right w:val="none" w:sz="0" w:space="0" w:color="auto"/>
              </w:divBdr>
            </w:div>
            <w:div w:id="887645521">
              <w:marLeft w:val="0"/>
              <w:marRight w:val="0"/>
              <w:marTop w:val="0"/>
              <w:marBottom w:val="0"/>
              <w:divBdr>
                <w:top w:val="none" w:sz="0" w:space="0" w:color="auto"/>
                <w:left w:val="none" w:sz="0" w:space="0" w:color="auto"/>
                <w:bottom w:val="none" w:sz="0" w:space="0" w:color="auto"/>
                <w:right w:val="none" w:sz="0" w:space="0" w:color="auto"/>
              </w:divBdr>
            </w:div>
            <w:div w:id="2048874819">
              <w:marLeft w:val="0"/>
              <w:marRight w:val="0"/>
              <w:marTop w:val="0"/>
              <w:marBottom w:val="0"/>
              <w:divBdr>
                <w:top w:val="none" w:sz="0" w:space="0" w:color="auto"/>
                <w:left w:val="none" w:sz="0" w:space="0" w:color="auto"/>
                <w:bottom w:val="none" w:sz="0" w:space="0" w:color="auto"/>
                <w:right w:val="none" w:sz="0" w:space="0" w:color="auto"/>
              </w:divBdr>
            </w:div>
            <w:div w:id="2107075467">
              <w:marLeft w:val="0"/>
              <w:marRight w:val="0"/>
              <w:marTop w:val="0"/>
              <w:marBottom w:val="0"/>
              <w:divBdr>
                <w:top w:val="none" w:sz="0" w:space="0" w:color="auto"/>
                <w:left w:val="none" w:sz="0" w:space="0" w:color="auto"/>
                <w:bottom w:val="none" w:sz="0" w:space="0" w:color="auto"/>
                <w:right w:val="none" w:sz="0" w:space="0" w:color="auto"/>
              </w:divBdr>
            </w:div>
            <w:div w:id="1539583610">
              <w:marLeft w:val="0"/>
              <w:marRight w:val="0"/>
              <w:marTop w:val="0"/>
              <w:marBottom w:val="0"/>
              <w:divBdr>
                <w:top w:val="none" w:sz="0" w:space="0" w:color="auto"/>
                <w:left w:val="none" w:sz="0" w:space="0" w:color="auto"/>
                <w:bottom w:val="none" w:sz="0" w:space="0" w:color="auto"/>
                <w:right w:val="none" w:sz="0" w:space="0" w:color="auto"/>
              </w:divBdr>
            </w:div>
            <w:div w:id="535239431">
              <w:marLeft w:val="0"/>
              <w:marRight w:val="0"/>
              <w:marTop w:val="0"/>
              <w:marBottom w:val="0"/>
              <w:divBdr>
                <w:top w:val="none" w:sz="0" w:space="0" w:color="auto"/>
                <w:left w:val="none" w:sz="0" w:space="0" w:color="auto"/>
                <w:bottom w:val="none" w:sz="0" w:space="0" w:color="auto"/>
                <w:right w:val="none" w:sz="0" w:space="0" w:color="auto"/>
              </w:divBdr>
            </w:div>
            <w:div w:id="1652637381">
              <w:marLeft w:val="0"/>
              <w:marRight w:val="0"/>
              <w:marTop w:val="0"/>
              <w:marBottom w:val="0"/>
              <w:divBdr>
                <w:top w:val="none" w:sz="0" w:space="0" w:color="auto"/>
                <w:left w:val="none" w:sz="0" w:space="0" w:color="auto"/>
                <w:bottom w:val="none" w:sz="0" w:space="0" w:color="auto"/>
                <w:right w:val="none" w:sz="0" w:space="0" w:color="auto"/>
              </w:divBdr>
            </w:div>
            <w:div w:id="585958925">
              <w:marLeft w:val="0"/>
              <w:marRight w:val="0"/>
              <w:marTop w:val="0"/>
              <w:marBottom w:val="0"/>
              <w:divBdr>
                <w:top w:val="none" w:sz="0" w:space="0" w:color="auto"/>
                <w:left w:val="none" w:sz="0" w:space="0" w:color="auto"/>
                <w:bottom w:val="none" w:sz="0" w:space="0" w:color="auto"/>
                <w:right w:val="none" w:sz="0" w:space="0" w:color="auto"/>
              </w:divBdr>
            </w:div>
            <w:div w:id="824513841">
              <w:marLeft w:val="0"/>
              <w:marRight w:val="0"/>
              <w:marTop w:val="0"/>
              <w:marBottom w:val="0"/>
              <w:divBdr>
                <w:top w:val="none" w:sz="0" w:space="0" w:color="auto"/>
                <w:left w:val="none" w:sz="0" w:space="0" w:color="auto"/>
                <w:bottom w:val="none" w:sz="0" w:space="0" w:color="auto"/>
                <w:right w:val="none" w:sz="0" w:space="0" w:color="auto"/>
              </w:divBdr>
            </w:div>
            <w:div w:id="271868090">
              <w:marLeft w:val="0"/>
              <w:marRight w:val="0"/>
              <w:marTop w:val="0"/>
              <w:marBottom w:val="0"/>
              <w:divBdr>
                <w:top w:val="none" w:sz="0" w:space="0" w:color="auto"/>
                <w:left w:val="none" w:sz="0" w:space="0" w:color="auto"/>
                <w:bottom w:val="none" w:sz="0" w:space="0" w:color="auto"/>
                <w:right w:val="none" w:sz="0" w:space="0" w:color="auto"/>
              </w:divBdr>
            </w:div>
            <w:div w:id="1451167757">
              <w:marLeft w:val="0"/>
              <w:marRight w:val="0"/>
              <w:marTop w:val="0"/>
              <w:marBottom w:val="0"/>
              <w:divBdr>
                <w:top w:val="none" w:sz="0" w:space="0" w:color="auto"/>
                <w:left w:val="none" w:sz="0" w:space="0" w:color="auto"/>
                <w:bottom w:val="none" w:sz="0" w:space="0" w:color="auto"/>
                <w:right w:val="none" w:sz="0" w:space="0" w:color="auto"/>
              </w:divBdr>
            </w:div>
            <w:div w:id="1592884499">
              <w:marLeft w:val="0"/>
              <w:marRight w:val="0"/>
              <w:marTop w:val="0"/>
              <w:marBottom w:val="0"/>
              <w:divBdr>
                <w:top w:val="none" w:sz="0" w:space="0" w:color="auto"/>
                <w:left w:val="none" w:sz="0" w:space="0" w:color="auto"/>
                <w:bottom w:val="none" w:sz="0" w:space="0" w:color="auto"/>
                <w:right w:val="none" w:sz="0" w:space="0" w:color="auto"/>
              </w:divBdr>
            </w:div>
            <w:div w:id="2070570549">
              <w:marLeft w:val="0"/>
              <w:marRight w:val="0"/>
              <w:marTop w:val="0"/>
              <w:marBottom w:val="0"/>
              <w:divBdr>
                <w:top w:val="none" w:sz="0" w:space="0" w:color="auto"/>
                <w:left w:val="none" w:sz="0" w:space="0" w:color="auto"/>
                <w:bottom w:val="none" w:sz="0" w:space="0" w:color="auto"/>
                <w:right w:val="none" w:sz="0" w:space="0" w:color="auto"/>
              </w:divBdr>
            </w:div>
            <w:div w:id="494536815">
              <w:marLeft w:val="0"/>
              <w:marRight w:val="0"/>
              <w:marTop w:val="0"/>
              <w:marBottom w:val="0"/>
              <w:divBdr>
                <w:top w:val="none" w:sz="0" w:space="0" w:color="auto"/>
                <w:left w:val="none" w:sz="0" w:space="0" w:color="auto"/>
                <w:bottom w:val="none" w:sz="0" w:space="0" w:color="auto"/>
                <w:right w:val="none" w:sz="0" w:space="0" w:color="auto"/>
              </w:divBdr>
            </w:div>
            <w:div w:id="525411918">
              <w:marLeft w:val="0"/>
              <w:marRight w:val="0"/>
              <w:marTop w:val="0"/>
              <w:marBottom w:val="0"/>
              <w:divBdr>
                <w:top w:val="none" w:sz="0" w:space="0" w:color="auto"/>
                <w:left w:val="none" w:sz="0" w:space="0" w:color="auto"/>
                <w:bottom w:val="none" w:sz="0" w:space="0" w:color="auto"/>
                <w:right w:val="none" w:sz="0" w:space="0" w:color="auto"/>
              </w:divBdr>
            </w:div>
            <w:div w:id="248737176">
              <w:marLeft w:val="0"/>
              <w:marRight w:val="0"/>
              <w:marTop w:val="0"/>
              <w:marBottom w:val="0"/>
              <w:divBdr>
                <w:top w:val="none" w:sz="0" w:space="0" w:color="auto"/>
                <w:left w:val="none" w:sz="0" w:space="0" w:color="auto"/>
                <w:bottom w:val="none" w:sz="0" w:space="0" w:color="auto"/>
                <w:right w:val="none" w:sz="0" w:space="0" w:color="auto"/>
              </w:divBdr>
            </w:div>
            <w:div w:id="1977566953">
              <w:marLeft w:val="0"/>
              <w:marRight w:val="0"/>
              <w:marTop w:val="0"/>
              <w:marBottom w:val="0"/>
              <w:divBdr>
                <w:top w:val="none" w:sz="0" w:space="0" w:color="auto"/>
                <w:left w:val="none" w:sz="0" w:space="0" w:color="auto"/>
                <w:bottom w:val="none" w:sz="0" w:space="0" w:color="auto"/>
                <w:right w:val="none" w:sz="0" w:space="0" w:color="auto"/>
              </w:divBdr>
            </w:div>
            <w:div w:id="2144421533">
              <w:marLeft w:val="0"/>
              <w:marRight w:val="0"/>
              <w:marTop w:val="0"/>
              <w:marBottom w:val="0"/>
              <w:divBdr>
                <w:top w:val="none" w:sz="0" w:space="0" w:color="auto"/>
                <w:left w:val="none" w:sz="0" w:space="0" w:color="auto"/>
                <w:bottom w:val="none" w:sz="0" w:space="0" w:color="auto"/>
                <w:right w:val="none" w:sz="0" w:space="0" w:color="auto"/>
              </w:divBdr>
            </w:div>
            <w:div w:id="39017631">
              <w:marLeft w:val="0"/>
              <w:marRight w:val="0"/>
              <w:marTop w:val="0"/>
              <w:marBottom w:val="0"/>
              <w:divBdr>
                <w:top w:val="none" w:sz="0" w:space="0" w:color="auto"/>
                <w:left w:val="none" w:sz="0" w:space="0" w:color="auto"/>
                <w:bottom w:val="none" w:sz="0" w:space="0" w:color="auto"/>
                <w:right w:val="none" w:sz="0" w:space="0" w:color="auto"/>
              </w:divBdr>
            </w:div>
            <w:div w:id="1678462423">
              <w:marLeft w:val="0"/>
              <w:marRight w:val="0"/>
              <w:marTop w:val="0"/>
              <w:marBottom w:val="0"/>
              <w:divBdr>
                <w:top w:val="none" w:sz="0" w:space="0" w:color="auto"/>
                <w:left w:val="none" w:sz="0" w:space="0" w:color="auto"/>
                <w:bottom w:val="none" w:sz="0" w:space="0" w:color="auto"/>
                <w:right w:val="none" w:sz="0" w:space="0" w:color="auto"/>
              </w:divBdr>
            </w:div>
            <w:div w:id="1516184951">
              <w:marLeft w:val="0"/>
              <w:marRight w:val="0"/>
              <w:marTop w:val="0"/>
              <w:marBottom w:val="0"/>
              <w:divBdr>
                <w:top w:val="none" w:sz="0" w:space="0" w:color="auto"/>
                <w:left w:val="none" w:sz="0" w:space="0" w:color="auto"/>
                <w:bottom w:val="none" w:sz="0" w:space="0" w:color="auto"/>
                <w:right w:val="none" w:sz="0" w:space="0" w:color="auto"/>
              </w:divBdr>
            </w:div>
            <w:div w:id="1687098339">
              <w:marLeft w:val="0"/>
              <w:marRight w:val="0"/>
              <w:marTop w:val="0"/>
              <w:marBottom w:val="0"/>
              <w:divBdr>
                <w:top w:val="none" w:sz="0" w:space="0" w:color="auto"/>
                <w:left w:val="none" w:sz="0" w:space="0" w:color="auto"/>
                <w:bottom w:val="none" w:sz="0" w:space="0" w:color="auto"/>
                <w:right w:val="none" w:sz="0" w:space="0" w:color="auto"/>
              </w:divBdr>
            </w:div>
            <w:div w:id="1876038493">
              <w:marLeft w:val="0"/>
              <w:marRight w:val="0"/>
              <w:marTop w:val="0"/>
              <w:marBottom w:val="0"/>
              <w:divBdr>
                <w:top w:val="none" w:sz="0" w:space="0" w:color="auto"/>
                <w:left w:val="none" w:sz="0" w:space="0" w:color="auto"/>
                <w:bottom w:val="none" w:sz="0" w:space="0" w:color="auto"/>
                <w:right w:val="none" w:sz="0" w:space="0" w:color="auto"/>
              </w:divBdr>
            </w:div>
            <w:div w:id="1745686169">
              <w:marLeft w:val="0"/>
              <w:marRight w:val="0"/>
              <w:marTop w:val="0"/>
              <w:marBottom w:val="0"/>
              <w:divBdr>
                <w:top w:val="none" w:sz="0" w:space="0" w:color="auto"/>
                <w:left w:val="none" w:sz="0" w:space="0" w:color="auto"/>
                <w:bottom w:val="none" w:sz="0" w:space="0" w:color="auto"/>
                <w:right w:val="none" w:sz="0" w:space="0" w:color="auto"/>
              </w:divBdr>
            </w:div>
            <w:div w:id="143594640">
              <w:marLeft w:val="0"/>
              <w:marRight w:val="0"/>
              <w:marTop w:val="0"/>
              <w:marBottom w:val="0"/>
              <w:divBdr>
                <w:top w:val="none" w:sz="0" w:space="0" w:color="auto"/>
                <w:left w:val="none" w:sz="0" w:space="0" w:color="auto"/>
                <w:bottom w:val="none" w:sz="0" w:space="0" w:color="auto"/>
                <w:right w:val="none" w:sz="0" w:space="0" w:color="auto"/>
              </w:divBdr>
            </w:div>
            <w:div w:id="2007778832">
              <w:marLeft w:val="0"/>
              <w:marRight w:val="0"/>
              <w:marTop w:val="0"/>
              <w:marBottom w:val="0"/>
              <w:divBdr>
                <w:top w:val="none" w:sz="0" w:space="0" w:color="auto"/>
                <w:left w:val="none" w:sz="0" w:space="0" w:color="auto"/>
                <w:bottom w:val="none" w:sz="0" w:space="0" w:color="auto"/>
                <w:right w:val="none" w:sz="0" w:space="0" w:color="auto"/>
              </w:divBdr>
            </w:div>
            <w:div w:id="2002611733">
              <w:marLeft w:val="0"/>
              <w:marRight w:val="0"/>
              <w:marTop w:val="0"/>
              <w:marBottom w:val="0"/>
              <w:divBdr>
                <w:top w:val="none" w:sz="0" w:space="0" w:color="auto"/>
                <w:left w:val="none" w:sz="0" w:space="0" w:color="auto"/>
                <w:bottom w:val="none" w:sz="0" w:space="0" w:color="auto"/>
                <w:right w:val="none" w:sz="0" w:space="0" w:color="auto"/>
              </w:divBdr>
            </w:div>
            <w:div w:id="940725603">
              <w:marLeft w:val="0"/>
              <w:marRight w:val="0"/>
              <w:marTop w:val="0"/>
              <w:marBottom w:val="0"/>
              <w:divBdr>
                <w:top w:val="none" w:sz="0" w:space="0" w:color="auto"/>
                <w:left w:val="none" w:sz="0" w:space="0" w:color="auto"/>
                <w:bottom w:val="none" w:sz="0" w:space="0" w:color="auto"/>
                <w:right w:val="none" w:sz="0" w:space="0" w:color="auto"/>
              </w:divBdr>
            </w:div>
            <w:div w:id="1703093639">
              <w:marLeft w:val="0"/>
              <w:marRight w:val="0"/>
              <w:marTop w:val="0"/>
              <w:marBottom w:val="0"/>
              <w:divBdr>
                <w:top w:val="none" w:sz="0" w:space="0" w:color="auto"/>
                <w:left w:val="none" w:sz="0" w:space="0" w:color="auto"/>
                <w:bottom w:val="none" w:sz="0" w:space="0" w:color="auto"/>
                <w:right w:val="none" w:sz="0" w:space="0" w:color="auto"/>
              </w:divBdr>
            </w:div>
            <w:div w:id="1373458207">
              <w:marLeft w:val="0"/>
              <w:marRight w:val="0"/>
              <w:marTop w:val="0"/>
              <w:marBottom w:val="0"/>
              <w:divBdr>
                <w:top w:val="none" w:sz="0" w:space="0" w:color="auto"/>
                <w:left w:val="none" w:sz="0" w:space="0" w:color="auto"/>
                <w:bottom w:val="none" w:sz="0" w:space="0" w:color="auto"/>
                <w:right w:val="none" w:sz="0" w:space="0" w:color="auto"/>
              </w:divBdr>
            </w:div>
            <w:div w:id="162824026">
              <w:marLeft w:val="0"/>
              <w:marRight w:val="0"/>
              <w:marTop w:val="0"/>
              <w:marBottom w:val="0"/>
              <w:divBdr>
                <w:top w:val="none" w:sz="0" w:space="0" w:color="auto"/>
                <w:left w:val="none" w:sz="0" w:space="0" w:color="auto"/>
                <w:bottom w:val="none" w:sz="0" w:space="0" w:color="auto"/>
                <w:right w:val="none" w:sz="0" w:space="0" w:color="auto"/>
              </w:divBdr>
            </w:div>
            <w:div w:id="1389108576">
              <w:marLeft w:val="0"/>
              <w:marRight w:val="0"/>
              <w:marTop w:val="0"/>
              <w:marBottom w:val="0"/>
              <w:divBdr>
                <w:top w:val="none" w:sz="0" w:space="0" w:color="auto"/>
                <w:left w:val="none" w:sz="0" w:space="0" w:color="auto"/>
                <w:bottom w:val="none" w:sz="0" w:space="0" w:color="auto"/>
                <w:right w:val="none" w:sz="0" w:space="0" w:color="auto"/>
              </w:divBdr>
            </w:div>
            <w:div w:id="2144809073">
              <w:marLeft w:val="0"/>
              <w:marRight w:val="0"/>
              <w:marTop w:val="0"/>
              <w:marBottom w:val="0"/>
              <w:divBdr>
                <w:top w:val="none" w:sz="0" w:space="0" w:color="auto"/>
                <w:left w:val="none" w:sz="0" w:space="0" w:color="auto"/>
                <w:bottom w:val="none" w:sz="0" w:space="0" w:color="auto"/>
                <w:right w:val="none" w:sz="0" w:space="0" w:color="auto"/>
              </w:divBdr>
            </w:div>
            <w:div w:id="1772434581">
              <w:marLeft w:val="0"/>
              <w:marRight w:val="0"/>
              <w:marTop w:val="0"/>
              <w:marBottom w:val="0"/>
              <w:divBdr>
                <w:top w:val="none" w:sz="0" w:space="0" w:color="auto"/>
                <w:left w:val="none" w:sz="0" w:space="0" w:color="auto"/>
                <w:bottom w:val="none" w:sz="0" w:space="0" w:color="auto"/>
                <w:right w:val="none" w:sz="0" w:space="0" w:color="auto"/>
              </w:divBdr>
            </w:div>
            <w:div w:id="1295797597">
              <w:marLeft w:val="0"/>
              <w:marRight w:val="0"/>
              <w:marTop w:val="0"/>
              <w:marBottom w:val="0"/>
              <w:divBdr>
                <w:top w:val="none" w:sz="0" w:space="0" w:color="auto"/>
                <w:left w:val="none" w:sz="0" w:space="0" w:color="auto"/>
                <w:bottom w:val="none" w:sz="0" w:space="0" w:color="auto"/>
                <w:right w:val="none" w:sz="0" w:space="0" w:color="auto"/>
              </w:divBdr>
            </w:div>
            <w:div w:id="83712">
              <w:marLeft w:val="0"/>
              <w:marRight w:val="0"/>
              <w:marTop w:val="0"/>
              <w:marBottom w:val="0"/>
              <w:divBdr>
                <w:top w:val="none" w:sz="0" w:space="0" w:color="auto"/>
                <w:left w:val="none" w:sz="0" w:space="0" w:color="auto"/>
                <w:bottom w:val="none" w:sz="0" w:space="0" w:color="auto"/>
                <w:right w:val="none" w:sz="0" w:space="0" w:color="auto"/>
              </w:divBdr>
            </w:div>
            <w:div w:id="1913465003">
              <w:marLeft w:val="0"/>
              <w:marRight w:val="0"/>
              <w:marTop w:val="0"/>
              <w:marBottom w:val="0"/>
              <w:divBdr>
                <w:top w:val="none" w:sz="0" w:space="0" w:color="auto"/>
                <w:left w:val="none" w:sz="0" w:space="0" w:color="auto"/>
                <w:bottom w:val="none" w:sz="0" w:space="0" w:color="auto"/>
                <w:right w:val="none" w:sz="0" w:space="0" w:color="auto"/>
              </w:divBdr>
            </w:div>
            <w:div w:id="940066261">
              <w:marLeft w:val="0"/>
              <w:marRight w:val="0"/>
              <w:marTop w:val="0"/>
              <w:marBottom w:val="0"/>
              <w:divBdr>
                <w:top w:val="none" w:sz="0" w:space="0" w:color="auto"/>
                <w:left w:val="none" w:sz="0" w:space="0" w:color="auto"/>
                <w:bottom w:val="none" w:sz="0" w:space="0" w:color="auto"/>
                <w:right w:val="none" w:sz="0" w:space="0" w:color="auto"/>
              </w:divBdr>
            </w:div>
            <w:div w:id="532966619">
              <w:marLeft w:val="0"/>
              <w:marRight w:val="0"/>
              <w:marTop w:val="0"/>
              <w:marBottom w:val="0"/>
              <w:divBdr>
                <w:top w:val="none" w:sz="0" w:space="0" w:color="auto"/>
                <w:left w:val="none" w:sz="0" w:space="0" w:color="auto"/>
                <w:bottom w:val="none" w:sz="0" w:space="0" w:color="auto"/>
                <w:right w:val="none" w:sz="0" w:space="0" w:color="auto"/>
              </w:divBdr>
            </w:div>
            <w:div w:id="969090348">
              <w:marLeft w:val="0"/>
              <w:marRight w:val="0"/>
              <w:marTop w:val="0"/>
              <w:marBottom w:val="0"/>
              <w:divBdr>
                <w:top w:val="none" w:sz="0" w:space="0" w:color="auto"/>
                <w:left w:val="none" w:sz="0" w:space="0" w:color="auto"/>
                <w:bottom w:val="none" w:sz="0" w:space="0" w:color="auto"/>
                <w:right w:val="none" w:sz="0" w:space="0" w:color="auto"/>
              </w:divBdr>
            </w:div>
            <w:div w:id="279803323">
              <w:marLeft w:val="0"/>
              <w:marRight w:val="0"/>
              <w:marTop w:val="0"/>
              <w:marBottom w:val="0"/>
              <w:divBdr>
                <w:top w:val="none" w:sz="0" w:space="0" w:color="auto"/>
                <w:left w:val="none" w:sz="0" w:space="0" w:color="auto"/>
                <w:bottom w:val="none" w:sz="0" w:space="0" w:color="auto"/>
                <w:right w:val="none" w:sz="0" w:space="0" w:color="auto"/>
              </w:divBdr>
            </w:div>
            <w:div w:id="845899947">
              <w:marLeft w:val="0"/>
              <w:marRight w:val="0"/>
              <w:marTop w:val="0"/>
              <w:marBottom w:val="0"/>
              <w:divBdr>
                <w:top w:val="none" w:sz="0" w:space="0" w:color="auto"/>
                <w:left w:val="none" w:sz="0" w:space="0" w:color="auto"/>
                <w:bottom w:val="none" w:sz="0" w:space="0" w:color="auto"/>
                <w:right w:val="none" w:sz="0" w:space="0" w:color="auto"/>
              </w:divBdr>
            </w:div>
            <w:div w:id="67506046">
              <w:marLeft w:val="0"/>
              <w:marRight w:val="0"/>
              <w:marTop w:val="0"/>
              <w:marBottom w:val="0"/>
              <w:divBdr>
                <w:top w:val="none" w:sz="0" w:space="0" w:color="auto"/>
                <w:left w:val="none" w:sz="0" w:space="0" w:color="auto"/>
                <w:bottom w:val="none" w:sz="0" w:space="0" w:color="auto"/>
                <w:right w:val="none" w:sz="0" w:space="0" w:color="auto"/>
              </w:divBdr>
            </w:div>
            <w:div w:id="1740513296">
              <w:marLeft w:val="0"/>
              <w:marRight w:val="0"/>
              <w:marTop w:val="0"/>
              <w:marBottom w:val="0"/>
              <w:divBdr>
                <w:top w:val="none" w:sz="0" w:space="0" w:color="auto"/>
                <w:left w:val="none" w:sz="0" w:space="0" w:color="auto"/>
                <w:bottom w:val="none" w:sz="0" w:space="0" w:color="auto"/>
                <w:right w:val="none" w:sz="0" w:space="0" w:color="auto"/>
              </w:divBdr>
            </w:div>
            <w:div w:id="286205424">
              <w:marLeft w:val="0"/>
              <w:marRight w:val="0"/>
              <w:marTop w:val="0"/>
              <w:marBottom w:val="0"/>
              <w:divBdr>
                <w:top w:val="none" w:sz="0" w:space="0" w:color="auto"/>
                <w:left w:val="none" w:sz="0" w:space="0" w:color="auto"/>
                <w:bottom w:val="none" w:sz="0" w:space="0" w:color="auto"/>
                <w:right w:val="none" w:sz="0" w:space="0" w:color="auto"/>
              </w:divBdr>
            </w:div>
            <w:div w:id="2037999018">
              <w:marLeft w:val="0"/>
              <w:marRight w:val="0"/>
              <w:marTop w:val="0"/>
              <w:marBottom w:val="0"/>
              <w:divBdr>
                <w:top w:val="none" w:sz="0" w:space="0" w:color="auto"/>
                <w:left w:val="none" w:sz="0" w:space="0" w:color="auto"/>
                <w:bottom w:val="none" w:sz="0" w:space="0" w:color="auto"/>
                <w:right w:val="none" w:sz="0" w:space="0" w:color="auto"/>
              </w:divBdr>
            </w:div>
            <w:div w:id="1269042146">
              <w:marLeft w:val="0"/>
              <w:marRight w:val="0"/>
              <w:marTop w:val="0"/>
              <w:marBottom w:val="0"/>
              <w:divBdr>
                <w:top w:val="none" w:sz="0" w:space="0" w:color="auto"/>
                <w:left w:val="none" w:sz="0" w:space="0" w:color="auto"/>
                <w:bottom w:val="none" w:sz="0" w:space="0" w:color="auto"/>
                <w:right w:val="none" w:sz="0" w:space="0" w:color="auto"/>
              </w:divBdr>
            </w:div>
            <w:div w:id="1913270762">
              <w:marLeft w:val="0"/>
              <w:marRight w:val="0"/>
              <w:marTop w:val="0"/>
              <w:marBottom w:val="0"/>
              <w:divBdr>
                <w:top w:val="none" w:sz="0" w:space="0" w:color="auto"/>
                <w:left w:val="none" w:sz="0" w:space="0" w:color="auto"/>
                <w:bottom w:val="none" w:sz="0" w:space="0" w:color="auto"/>
                <w:right w:val="none" w:sz="0" w:space="0" w:color="auto"/>
              </w:divBdr>
            </w:div>
            <w:div w:id="2037803979">
              <w:marLeft w:val="0"/>
              <w:marRight w:val="0"/>
              <w:marTop w:val="0"/>
              <w:marBottom w:val="0"/>
              <w:divBdr>
                <w:top w:val="none" w:sz="0" w:space="0" w:color="auto"/>
                <w:left w:val="none" w:sz="0" w:space="0" w:color="auto"/>
                <w:bottom w:val="none" w:sz="0" w:space="0" w:color="auto"/>
                <w:right w:val="none" w:sz="0" w:space="0" w:color="auto"/>
              </w:divBdr>
            </w:div>
            <w:div w:id="85734673">
              <w:marLeft w:val="0"/>
              <w:marRight w:val="0"/>
              <w:marTop w:val="0"/>
              <w:marBottom w:val="0"/>
              <w:divBdr>
                <w:top w:val="none" w:sz="0" w:space="0" w:color="auto"/>
                <w:left w:val="none" w:sz="0" w:space="0" w:color="auto"/>
                <w:bottom w:val="none" w:sz="0" w:space="0" w:color="auto"/>
                <w:right w:val="none" w:sz="0" w:space="0" w:color="auto"/>
              </w:divBdr>
            </w:div>
            <w:div w:id="1431312757">
              <w:marLeft w:val="0"/>
              <w:marRight w:val="0"/>
              <w:marTop w:val="0"/>
              <w:marBottom w:val="0"/>
              <w:divBdr>
                <w:top w:val="none" w:sz="0" w:space="0" w:color="auto"/>
                <w:left w:val="none" w:sz="0" w:space="0" w:color="auto"/>
                <w:bottom w:val="none" w:sz="0" w:space="0" w:color="auto"/>
                <w:right w:val="none" w:sz="0" w:space="0" w:color="auto"/>
              </w:divBdr>
            </w:div>
            <w:div w:id="982273919">
              <w:marLeft w:val="0"/>
              <w:marRight w:val="0"/>
              <w:marTop w:val="0"/>
              <w:marBottom w:val="0"/>
              <w:divBdr>
                <w:top w:val="none" w:sz="0" w:space="0" w:color="auto"/>
                <w:left w:val="none" w:sz="0" w:space="0" w:color="auto"/>
                <w:bottom w:val="none" w:sz="0" w:space="0" w:color="auto"/>
                <w:right w:val="none" w:sz="0" w:space="0" w:color="auto"/>
              </w:divBdr>
            </w:div>
            <w:div w:id="1413310512">
              <w:marLeft w:val="0"/>
              <w:marRight w:val="0"/>
              <w:marTop w:val="0"/>
              <w:marBottom w:val="0"/>
              <w:divBdr>
                <w:top w:val="none" w:sz="0" w:space="0" w:color="auto"/>
                <w:left w:val="none" w:sz="0" w:space="0" w:color="auto"/>
                <w:bottom w:val="none" w:sz="0" w:space="0" w:color="auto"/>
                <w:right w:val="none" w:sz="0" w:space="0" w:color="auto"/>
              </w:divBdr>
            </w:div>
            <w:div w:id="566307406">
              <w:marLeft w:val="0"/>
              <w:marRight w:val="0"/>
              <w:marTop w:val="0"/>
              <w:marBottom w:val="0"/>
              <w:divBdr>
                <w:top w:val="none" w:sz="0" w:space="0" w:color="auto"/>
                <w:left w:val="none" w:sz="0" w:space="0" w:color="auto"/>
                <w:bottom w:val="none" w:sz="0" w:space="0" w:color="auto"/>
                <w:right w:val="none" w:sz="0" w:space="0" w:color="auto"/>
              </w:divBdr>
            </w:div>
            <w:div w:id="412357544">
              <w:marLeft w:val="0"/>
              <w:marRight w:val="0"/>
              <w:marTop w:val="0"/>
              <w:marBottom w:val="0"/>
              <w:divBdr>
                <w:top w:val="none" w:sz="0" w:space="0" w:color="auto"/>
                <w:left w:val="none" w:sz="0" w:space="0" w:color="auto"/>
                <w:bottom w:val="none" w:sz="0" w:space="0" w:color="auto"/>
                <w:right w:val="none" w:sz="0" w:space="0" w:color="auto"/>
              </w:divBdr>
            </w:div>
            <w:div w:id="412554856">
              <w:marLeft w:val="0"/>
              <w:marRight w:val="0"/>
              <w:marTop w:val="0"/>
              <w:marBottom w:val="0"/>
              <w:divBdr>
                <w:top w:val="none" w:sz="0" w:space="0" w:color="auto"/>
                <w:left w:val="none" w:sz="0" w:space="0" w:color="auto"/>
                <w:bottom w:val="none" w:sz="0" w:space="0" w:color="auto"/>
                <w:right w:val="none" w:sz="0" w:space="0" w:color="auto"/>
              </w:divBdr>
            </w:div>
            <w:div w:id="603417913">
              <w:marLeft w:val="0"/>
              <w:marRight w:val="0"/>
              <w:marTop w:val="0"/>
              <w:marBottom w:val="0"/>
              <w:divBdr>
                <w:top w:val="none" w:sz="0" w:space="0" w:color="auto"/>
                <w:left w:val="none" w:sz="0" w:space="0" w:color="auto"/>
                <w:bottom w:val="none" w:sz="0" w:space="0" w:color="auto"/>
                <w:right w:val="none" w:sz="0" w:space="0" w:color="auto"/>
              </w:divBdr>
            </w:div>
            <w:div w:id="1311641137">
              <w:marLeft w:val="0"/>
              <w:marRight w:val="0"/>
              <w:marTop w:val="0"/>
              <w:marBottom w:val="0"/>
              <w:divBdr>
                <w:top w:val="none" w:sz="0" w:space="0" w:color="auto"/>
                <w:left w:val="none" w:sz="0" w:space="0" w:color="auto"/>
                <w:bottom w:val="none" w:sz="0" w:space="0" w:color="auto"/>
                <w:right w:val="none" w:sz="0" w:space="0" w:color="auto"/>
              </w:divBdr>
            </w:div>
            <w:div w:id="2115438568">
              <w:marLeft w:val="0"/>
              <w:marRight w:val="0"/>
              <w:marTop w:val="0"/>
              <w:marBottom w:val="0"/>
              <w:divBdr>
                <w:top w:val="none" w:sz="0" w:space="0" w:color="auto"/>
                <w:left w:val="none" w:sz="0" w:space="0" w:color="auto"/>
                <w:bottom w:val="none" w:sz="0" w:space="0" w:color="auto"/>
                <w:right w:val="none" w:sz="0" w:space="0" w:color="auto"/>
              </w:divBdr>
            </w:div>
            <w:div w:id="1779368652">
              <w:marLeft w:val="0"/>
              <w:marRight w:val="0"/>
              <w:marTop w:val="0"/>
              <w:marBottom w:val="0"/>
              <w:divBdr>
                <w:top w:val="none" w:sz="0" w:space="0" w:color="auto"/>
                <w:left w:val="none" w:sz="0" w:space="0" w:color="auto"/>
                <w:bottom w:val="none" w:sz="0" w:space="0" w:color="auto"/>
                <w:right w:val="none" w:sz="0" w:space="0" w:color="auto"/>
              </w:divBdr>
            </w:div>
            <w:div w:id="1704667359">
              <w:marLeft w:val="0"/>
              <w:marRight w:val="0"/>
              <w:marTop w:val="0"/>
              <w:marBottom w:val="0"/>
              <w:divBdr>
                <w:top w:val="none" w:sz="0" w:space="0" w:color="auto"/>
                <w:left w:val="none" w:sz="0" w:space="0" w:color="auto"/>
                <w:bottom w:val="none" w:sz="0" w:space="0" w:color="auto"/>
                <w:right w:val="none" w:sz="0" w:space="0" w:color="auto"/>
              </w:divBdr>
            </w:div>
            <w:div w:id="240019218">
              <w:marLeft w:val="0"/>
              <w:marRight w:val="0"/>
              <w:marTop w:val="0"/>
              <w:marBottom w:val="0"/>
              <w:divBdr>
                <w:top w:val="none" w:sz="0" w:space="0" w:color="auto"/>
                <w:left w:val="none" w:sz="0" w:space="0" w:color="auto"/>
                <w:bottom w:val="none" w:sz="0" w:space="0" w:color="auto"/>
                <w:right w:val="none" w:sz="0" w:space="0" w:color="auto"/>
              </w:divBdr>
            </w:div>
            <w:div w:id="1412972216">
              <w:marLeft w:val="0"/>
              <w:marRight w:val="0"/>
              <w:marTop w:val="0"/>
              <w:marBottom w:val="0"/>
              <w:divBdr>
                <w:top w:val="none" w:sz="0" w:space="0" w:color="auto"/>
                <w:left w:val="none" w:sz="0" w:space="0" w:color="auto"/>
                <w:bottom w:val="none" w:sz="0" w:space="0" w:color="auto"/>
                <w:right w:val="none" w:sz="0" w:space="0" w:color="auto"/>
              </w:divBdr>
            </w:div>
            <w:div w:id="937522142">
              <w:marLeft w:val="0"/>
              <w:marRight w:val="0"/>
              <w:marTop w:val="0"/>
              <w:marBottom w:val="0"/>
              <w:divBdr>
                <w:top w:val="none" w:sz="0" w:space="0" w:color="auto"/>
                <w:left w:val="none" w:sz="0" w:space="0" w:color="auto"/>
                <w:bottom w:val="none" w:sz="0" w:space="0" w:color="auto"/>
                <w:right w:val="none" w:sz="0" w:space="0" w:color="auto"/>
              </w:divBdr>
            </w:div>
            <w:div w:id="816191478">
              <w:marLeft w:val="0"/>
              <w:marRight w:val="0"/>
              <w:marTop w:val="0"/>
              <w:marBottom w:val="0"/>
              <w:divBdr>
                <w:top w:val="none" w:sz="0" w:space="0" w:color="auto"/>
                <w:left w:val="none" w:sz="0" w:space="0" w:color="auto"/>
                <w:bottom w:val="none" w:sz="0" w:space="0" w:color="auto"/>
                <w:right w:val="none" w:sz="0" w:space="0" w:color="auto"/>
              </w:divBdr>
            </w:div>
            <w:div w:id="1477717906">
              <w:marLeft w:val="0"/>
              <w:marRight w:val="0"/>
              <w:marTop w:val="0"/>
              <w:marBottom w:val="0"/>
              <w:divBdr>
                <w:top w:val="none" w:sz="0" w:space="0" w:color="auto"/>
                <w:left w:val="none" w:sz="0" w:space="0" w:color="auto"/>
                <w:bottom w:val="none" w:sz="0" w:space="0" w:color="auto"/>
                <w:right w:val="none" w:sz="0" w:space="0" w:color="auto"/>
              </w:divBdr>
            </w:div>
            <w:div w:id="452209440">
              <w:marLeft w:val="0"/>
              <w:marRight w:val="0"/>
              <w:marTop w:val="0"/>
              <w:marBottom w:val="0"/>
              <w:divBdr>
                <w:top w:val="none" w:sz="0" w:space="0" w:color="auto"/>
                <w:left w:val="none" w:sz="0" w:space="0" w:color="auto"/>
                <w:bottom w:val="none" w:sz="0" w:space="0" w:color="auto"/>
                <w:right w:val="none" w:sz="0" w:space="0" w:color="auto"/>
              </w:divBdr>
            </w:div>
            <w:div w:id="118189256">
              <w:marLeft w:val="0"/>
              <w:marRight w:val="0"/>
              <w:marTop w:val="0"/>
              <w:marBottom w:val="0"/>
              <w:divBdr>
                <w:top w:val="none" w:sz="0" w:space="0" w:color="auto"/>
                <w:left w:val="none" w:sz="0" w:space="0" w:color="auto"/>
                <w:bottom w:val="none" w:sz="0" w:space="0" w:color="auto"/>
                <w:right w:val="none" w:sz="0" w:space="0" w:color="auto"/>
              </w:divBdr>
            </w:div>
            <w:div w:id="1766266998">
              <w:marLeft w:val="0"/>
              <w:marRight w:val="0"/>
              <w:marTop w:val="0"/>
              <w:marBottom w:val="0"/>
              <w:divBdr>
                <w:top w:val="none" w:sz="0" w:space="0" w:color="auto"/>
                <w:left w:val="none" w:sz="0" w:space="0" w:color="auto"/>
                <w:bottom w:val="none" w:sz="0" w:space="0" w:color="auto"/>
                <w:right w:val="none" w:sz="0" w:space="0" w:color="auto"/>
              </w:divBdr>
            </w:div>
            <w:div w:id="1700352511">
              <w:marLeft w:val="0"/>
              <w:marRight w:val="0"/>
              <w:marTop w:val="0"/>
              <w:marBottom w:val="0"/>
              <w:divBdr>
                <w:top w:val="none" w:sz="0" w:space="0" w:color="auto"/>
                <w:left w:val="none" w:sz="0" w:space="0" w:color="auto"/>
                <w:bottom w:val="none" w:sz="0" w:space="0" w:color="auto"/>
                <w:right w:val="none" w:sz="0" w:space="0" w:color="auto"/>
              </w:divBdr>
            </w:div>
            <w:div w:id="1389837265">
              <w:marLeft w:val="0"/>
              <w:marRight w:val="0"/>
              <w:marTop w:val="0"/>
              <w:marBottom w:val="0"/>
              <w:divBdr>
                <w:top w:val="none" w:sz="0" w:space="0" w:color="auto"/>
                <w:left w:val="none" w:sz="0" w:space="0" w:color="auto"/>
                <w:bottom w:val="none" w:sz="0" w:space="0" w:color="auto"/>
                <w:right w:val="none" w:sz="0" w:space="0" w:color="auto"/>
              </w:divBdr>
            </w:div>
            <w:div w:id="1349135382">
              <w:marLeft w:val="0"/>
              <w:marRight w:val="0"/>
              <w:marTop w:val="0"/>
              <w:marBottom w:val="0"/>
              <w:divBdr>
                <w:top w:val="none" w:sz="0" w:space="0" w:color="auto"/>
                <w:left w:val="none" w:sz="0" w:space="0" w:color="auto"/>
                <w:bottom w:val="none" w:sz="0" w:space="0" w:color="auto"/>
                <w:right w:val="none" w:sz="0" w:space="0" w:color="auto"/>
              </w:divBdr>
            </w:div>
            <w:div w:id="1539734973">
              <w:marLeft w:val="0"/>
              <w:marRight w:val="0"/>
              <w:marTop w:val="0"/>
              <w:marBottom w:val="0"/>
              <w:divBdr>
                <w:top w:val="none" w:sz="0" w:space="0" w:color="auto"/>
                <w:left w:val="none" w:sz="0" w:space="0" w:color="auto"/>
                <w:bottom w:val="none" w:sz="0" w:space="0" w:color="auto"/>
                <w:right w:val="none" w:sz="0" w:space="0" w:color="auto"/>
              </w:divBdr>
            </w:div>
            <w:div w:id="1632593558">
              <w:marLeft w:val="0"/>
              <w:marRight w:val="0"/>
              <w:marTop w:val="0"/>
              <w:marBottom w:val="0"/>
              <w:divBdr>
                <w:top w:val="none" w:sz="0" w:space="0" w:color="auto"/>
                <w:left w:val="none" w:sz="0" w:space="0" w:color="auto"/>
                <w:bottom w:val="none" w:sz="0" w:space="0" w:color="auto"/>
                <w:right w:val="none" w:sz="0" w:space="0" w:color="auto"/>
              </w:divBdr>
            </w:div>
            <w:div w:id="983048768">
              <w:marLeft w:val="0"/>
              <w:marRight w:val="0"/>
              <w:marTop w:val="0"/>
              <w:marBottom w:val="0"/>
              <w:divBdr>
                <w:top w:val="none" w:sz="0" w:space="0" w:color="auto"/>
                <w:left w:val="none" w:sz="0" w:space="0" w:color="auto"/>
                <w:bottom w:val="none" w:sz="0" w:space="0" w:color="auto"/>
                <w:right w:val="none" w:sz="0" w:space="0" w:color="auto"/>
              </w:divBdr>
            </w:div>
            <w:div w:id="251935896">
              <w:marLeft w:val="0"/>
              <w:marRight w:val="0"/>
              <w:marTop w:val="0"/>
              <w:marBottom w:val="0"/>
              <w:divBdr>
                <w:top w:val="none" w:sz="0" w:space="0" w:color="auto"/>
                <w:left w:val="none" w:sz="0" w:space="0" w:color="auto"/>
                <w:bottom w:val="none" w:sz="0" w:space="0" w:color="auto"/>
                <w:right w:val="none" w:sz="0" w:space="0" w:color="auto"/>
              </w:divBdr>
            </w:div>
            <w:div w:id="1080173454">
              <w:marLeft w:val="0"/>
              <w:marRight w:val="0"/>
              <w:marTop w:val="0"/>
              <w:marBottom w:val="0"/>
              <w:divBdr>
                <w:top w:val="none" w:sz="0" w:space="0" w:color="auto"/>
                <w:left w:val="none" w:sz="0" w:space="0" w:color="auto"/>
                <w:bottom w:val="none" w:sz="0" w:space="0" w:color="auto"/>
                <w:right w:val="none" w:sz="0" w:space="0" w:color="auto"/>
              </w:divBdr>
            </w:div>
            <w:div w:id="544172620">
              <w:marLeft w:val="0"/>
              <w:marRight w:val="0"/>
              <w:marTop w:val="0"/>
              <w:marBottom w:val="0"/>
              <w:divBdr>
                <w:top w:val="none" w:sz="0" w:space="0" w:color="auto"/>
                <w:left w:val="none" w:sz="0" w:space="0" w:color="auto"/>
                <w:bottom w:val="none" w:sz="0" w:space="0" w:color="auto"/>
                <w:right w:val="none" w:sz="0" w:space="0" w:color="auto"/>
              </w:divBdr>
            </w:div>
            <w:div w:id="445199786">
              <w:marLeft w:val="0"/>
              <w:marRight w:val="0"/>
              <w:marTop w:val="0"/>
              <w:marBottom w:val="0"/>
              <w:divBdr>
                <w:top w:val="none" w:sz="0" w:space="0" w:color="auto"/>
                <w:left w:val="none" w:sz="0" w:space="0" w:color="auto"/>
                <w:bottom w:val="none" w:sz="0" w:space="0" w:color="auto"/>
                <w:right w:val="none" w:sz="0" w:space="0" w:color="auto"/>
              </w:divBdr>
            </w:div>
            <w:div w:id="1289749927">
              <w:marLeft w:val="0"/>
              <w:marRight w:val="0"/>
              <w:marTop w:val="0"/>
              <w:marBottom w:val="0"/>
              <w:divBdr>
                <w:top w:val="none" w:sz="0" w:space="0" w:color="auto"/>
                <w:left w:val="none" w:sz="0" w:space="0" w:color="auto"/>
                <w:bottom w:val="none" w:sz="0" w:space="0" w:color="auto"/>
                <w:right w:val="none" w:sz="0" w:space="0" w:color="auto"/>
              </w:divBdr>
            </w:div>
            <w:div w:id="1657226222">
              <w:marLeft w:val="0"/>
              <w:marRight w:val="0"/>
              <w:marTop w:val="0"/>
              <w:marBottom w:val="0"/>
              <w:divBdr>
                <w:top w:val="none" w:sz="0" w:space="0" w:color="auto"/>
                <w:left w:val="none" w:sz="0" w:space="0" w:color="auto"/>
                <w:bottom w:val="none" w:sz="0" w:space="0" w:color="auto"/>
                <w:right w:val="none" w:sz="0" w:space="0" w:color="auto"/>
              </w:divBdr>
            </w:div>
            <w:div w:id="348919907">
              <w:marLeft w:val="0"/>
              <w:marRight w:val="0"/>
              <w:marTop w:val="0"/>
              <w:marBottom w:val="0"/>
              <w:divBdr>
                <w:top w:val="none" w:sz="0" w:space="0" w:color="auto"/>
                <w:left w:val="none" w:sz="0" w:space="0" w:color="auto"/>
                <w:bottom w:val="none" w:sz="0" w:space="0" w:color="auto"/>
                <w:right w:val="none" w:sz="0" w:space="0" w:color="auto"/>
              </w:divBdr>
            </w:div>
            <w:div w:id="407388295">
              <w:marLeft w:val="0"/>
              <w:marRight w:val="0"/>
              <w:marTop w:val="0"/>
              <w:marBottom w:val="0"/>
              <w:divBdr>
                <w:top w:val="none" w:sz="0" w:space="0" w:color="auto"/>
                <w:left w:val="none" w:sz="0" w:space="0" w:color="auto"/>
                <w:bottom w:val="none" w:sz="0" w:space="0" w:color="auto"/>
                <w:right w:val="none" w:sz="0" w:space="0" w:color="auto"/>
              </w:divBdr>
            </w:div>
            <w:div w:id="250160324">
              <w:marLeft w:val="0"/>
              <w:marRight w:val="0"/>
              <w:marTop w:val="0"/>
              <w:marBottom w:val="0"/>
              <w:divBdr>
                <w:top w:val="none" w:sz="0" w:space="0" w:color="auto"/>
                <w:left w:val="none" w:sz="0" w:space="0" w:color="auto"/>
                <w:bottom w:val="none" w:sz="0" w:space="0" w:color="auto"/>
                <w:right w:val="none" w:sz="0" w:space="0" w:color="auto"/>
              </w:divBdr>
            </w:div>
            <w:div w:id="36517308">
              <w:marLeft w:val="0"/>
              <w:marRight w:val="0"/>
              <w:marTop w:val="0"/>
              <w:marBottom w:val="0"/>
              <w:divBdr>
                <w:top w:val="none" w:sz="0" w:space="0" w:color="auto"/>
                <w:left w:val="none" w:sz="0" w:space="0" w:color="auto"/>
                <w:bottom w:val="none" w:sz="0" w:space="0" w:color="auto"/>
                <w:right w:val="none" w:sz="0" w:space="0" w:color="auto"/>
              </w:divBdr>
            </w:div>
            <w:div w:id="121117263">
              <w:marLeft w:val="0"/>
              <w:marRight w:val="0"/>
              <w:marTop w:val="0"/>
              <w:marBottom w:val="0"/>
              <w:divBdr>
                <w:top w:val="none" w:sz="0" w:space="0" w:color="auto"/>
                <w:left w:val="none" w:sz="0" w:space="0" w:color="auto"/>
                <w:bottom w:val="none" w:sz="0" w:space="0" w:color="auto"/>
                <w:right w:val="none" w:sz="0" w:space="0" w:color="auto"/>
              </w:divBdr>
            </w:div>
            <w:div w:id="1463960583">
              <w:marLeft w:val="0"/>
              <w:marRight w:val="0"/>
              <w:marTop w:val="0"/>
              <w:marBottom w:val="0"/>
              <w:divBdr>
                <w:top w:val="none" w:sz="0" w:space="0" w:color="auto"/>
                <w:left w:val="none" w:sz="0" w:space="0" w:color="auto"/>
                <w:bottom w:val="none" w:sz="0" w:space="0" w:color="auto"/>
                <w:right w:val="none" w:sz="0" w:space="0" w:color="auto"/>
              </w:divBdr>
            </w:div>
            <w:div w:id="1669333742">
              <w:marLeft w:val="0"/>
              <w:marRight w:val="0"/>
              <w:marTop w:val="0"/>
              <w:marBottom w:val="0"/>
              <w:divBdr>
                <w:top w:val="none" w:sz="0" w:space="0" w:color="auto"/>
                <w:left w:val="none" w:sz="0" w:space="0" w:color="auto"/>
                <w:bottom w:val="none" w:sz="0" w:space="0" w:color="auto"/>
                <w:right w:val="none" w:sz="0" w:space="0" w:color="auto"/>
              </w:divBdr>
            </w:div>
            <w:div w:id="1953856802">
              <w:marLeft w:val="0"/>
              <w:marRight w:val="0"/>
              <w:marTop w:val="0"/>
              <w:marBottom w:val="0"/>
              <w:divBdr>
                <w:top w:val="none" w:sz="0" w:space="0" w:color="auto"/>
                <w:left w:val="none" w:sz="0" w:space="0" w:color="auto"/>
                <w:bottom w:val="none" w:sz="0" w:space="0" w:color="auto"/>
                <w:right w:val="none" w:sz="0" w:space="0" w:color="auto"/>
              </w:divBdr>
            </w:div>
            <w:div w:id="488790742">
              <w:marLeft w:val="0"/>
              <w:marRight w:val="0"/>
              <w:marTop w:val="0"/>
              <w:marBottom w:val="0"/>
              <w:divBdr>
                <w:top w:val="none" w:sz="0" w:space="0" w:color="auto"/>
                <w:left w:val="none" w:sz="0" w:space="0" w:color="auto"/>
                <w:bottom w:val="none" w:sz="0" w:space="0" w:color="auto"/>
                <w:right w:val="none" w:sz="0" w:space="0" w:color="auto"/>
              </w:divBdr>
            </w:div>
            <w:div w:id="1579247935">
              <w:marLeft w:val="0"/>
              <w:marRight w:val="0"/>
              <w:marTop w:val="0"/>
              <w:marBottom w:val="0"/>
              <w:divBdr>
                <w:top w:val="none" w:sz="0" w:space="0" w:color="auto"/>
                <w:left w:val="none" w:sz="0" w:space="0" w:color="auto"/>
                <w:bottom w:val="none" w:sz="0" w:space="0" w:color="auto"/>
                <w:right w:val="none" w:sz="0" w:space="0" w:color="auto"/>
              </w:divBdr>
            </w:div>
            <w:div w:id="961426470">
              <w:marLeft w:val="0"/>
              <w:marRight w:val="0"/>
              <w:marTop w:val="0"/>
              <w:marBottom w:val="0"/>
              <w:divBdr>
                <w:top w:val="none" w:sz="0" w:space="0" w:color="auto"/>
                <w:left w:val="none" w:sz="0" w:space="0" w:color="auto"/>
                <w:bottom w:val="none" w:sz="0" w:space="0" w:color="auto"/>
                <w:right w:val="none" w:sz="0" w:space="0" w:color="auto"/>
              </w:divBdr>
            </w:div>
            <w:div w:id="547494897">
              <w:marLeft w:val="0"/>
              <w:marRight w:val="0"/>
              <w:marTop w:val="0"/>
              <w:marBottom w:val="0"/>
              <w:divBdr>
                <w:top w:val="none" w:sz="0" w:space="0" w:color="auto"/>
                <w:left w:val="none" w:sz="0" w:space="0" w:color="auto"/>
                <w:bottom w:val="none" w:sz="0" w:space="0" w:color="auto"/>
                <w:right w:val="none" w:sz="0" w:space="0" w:color="auto"/>
              </w:divBdr>
            </w:div>
            <w:div w:id="2033602305">
              <w:marLeft w:val="0"/>
              <w:marRight w:val="0"/>
              <w:marTop w:val="0"/>
              <w:marBottom w:val="0"/>
              <w:divBdr>
                <w:top w:val="none" w:sz="0" w:space="0" w:color="auto"/>
                <w:left w:val="none" w:sz="0" w:space="0" w:color="auto"/>
                <w:bottom w:val="none" w:sz="0" w:space="0" w:color="auto"/>
                <w:right w:val="none" w:sz="0" w:space="0" w:color="auto"/>
              </w:divBdr>
            </w:div>
            <w:div w:id="2136364297">
              <w:marLeft w:val="0"/>
              <w:marRight w:val="0"/>
              <w:marTop w:val="0"/>
              <w:marBottom w:val="0"/>
              <w:divBdr>
                <w:top w:val="none" w:sz="0" w:space="0" w:color="auto"/>
                <w:left w:val="none" w:sz="0" w:space="0" w:color="auto"/>
                <w:bottom w:val="none" w:sz="0" w:space="0" w:color="auto"/>
                <w:right w:val="none" w:sz="0" w:space="0" w:color="auto"/>
              </w:divBdr>
            </w:div>
            <w:div w:id="1368337074">
              <w:marLeft w:val="0"/>
              <w:marRight w:val="0"/>
              <w:marTop w:val="0"/>
              <w:marBottom w:val="0"/>
              <w:divBdr>
                <w:top w:val="none" w:sz="0" w:space="0" w:color="auto"/>
                <w:left w:val="none" w:sz="0" w:space="0" w:color="auto"/>
                <w:bottom w:val="none" w:sz="0" w:space="0" w:color="auto"/>
                <w:right w:val="none" w:sz="0" w:space="0" w:color="auto"/>
              </w:divBdr>
            </w:div>
            <w:div w:id="1908570468">
              <w:marLeft w:val="0"/>
              <w:marRight w:val="0"/>
              <w:marTop w:val="0"/>
              <w:marBottom w:val="0"/>
              <w:divBdr>
                <w:top w:val="none" w:sz="0" w:space="0" w:color="auto"/>
                <w:left w:val="none" w:sz="0" w:space="0" w:color="auto"/>
                <w:bottom w:val="none" w:sz="0" w:space="0" w:color="auto"/>
                <w:right w:val="none" w:sz="0" w:space="0" w:color="auto"/>
              </w:divBdr>
            </w:div>
            <w:div w:id="248776386">
              <w:marLeft w:val="0"/>
              <w:marRight w:val="0"/>
              <w:marTop w:val="0"/>
              <w:marBottom w:val="0"/>
              <w:divBdr>
                <w:top w:val="none" w:sz="0" w:space="0" w:color="auto"/>
                <w:left w:val="none" w:sz="0" w:space="0" w:color="auto"/>
                <w:bottom w:val="none" w:sz="0" w:space="0" w:color="auto"/>
                <w:right w:val="none" w:sz="0" w:space="0" w:color="auto"/>
              </w:divBdr>
            </w:div>
            <w:div w:id="996999519">
              <w:marLeft w:val="0"/>
              <w:marRight w:val="0"/>
              <w:marTop w:val="0"/>
              <w:marBottom w:val="0"/>
              <w:divBdr>
                <w:top w:val="none" w:sz="0" w:space="0" w:color="auto"/>
                <w:left w:val="none" w:sz="0" w:space="0" w:color="auto"/>
                <w:bottom w:val="none" w:sz="0" w:space="0" w:color="auto"/>
                <w:right w:val="none" w:sz="0" w:space="0" w:color="auto"/>
              </w:divBdr>
            </w:div>
            <w:div w:id="849758485">
              <w:marLeft w:val="0"/>
              <w:marRight w:val="0"/>
              <w:marTop w:val="0"/>
              <w:marBottom w:val="0"/>
              <w:divBdr>
                <w:top w:val="none" w:sz="0" w:space="0" w:color="auto"/>
                <w:left w:val="none" w:sz="0" w:space="0" w:color="auto"/>
                <w:bottom w:val="none" w:sz="0" w:space="0" w:color="auto"/>
                <w:right w:val="none" w:sz="0" w:space="0" w:color="auto"/>
              </w:divBdr>
            </w:div>
            <w:div w:id="1245068046">
              <w:marLeft w:val="0"/>
              <w:marRight w:val="0"/>
              <w:marTop w:val="0"/>
              <w:marBottom w:val="0"/>
              <w:divBdr>
                <w:top w:val="none" w:sz="0" w:space="0" w:color="auto"/>
                <w:left w:val="none" w:sz="0" w:space="0" w:color="auto"/>
                <w:bottom w:val="none" w:sz="0" w:space="0" w:color="auto"/>
                <w:right w:val="none" w:sz="0" w:space="0" w:color="auto"/>
              </w:divBdr>
            </w:div>
            <w:div w:id="697971778">
              <w:marLeft w:val="0"/>
              <w:marRight w:val="0"/>
              <w:marTop w:val="0"/>
              <w:marBottom w:val="0"/>
              <w:divBdr>
                <w:top w:val="none" w:sz="0" w:space="0" w:color="auto"/>
                <w:left w:val="none" w:sz="0" w:space="0" w:color="auto"/>
                <w:bottom w:val="none" w:sz="0" w:space="0" w:color="auto"/>
                <w:right w:val="none" w:sz="0" w:space="0" w:color="auto"/>
              </w:divBdr>
            </w:div>
            <w:div w:id="1429153874">
              <w:marLeft w:val="0"/>
              <w:marRight w:val="0"/>
              <w:marTop w:val="0"/>
              <w:marBottom w:val="0"/>
              <w:divBdr>
                <w:top w:val="none" w:sz="0" w:space="0" w:color="auto"/>
                <w:left w:val="none" w:sz="0" w:space="0" w:color="auto"/>
                <w:bottom w:val="none" w:sz="0" w:space="0" w:color="auto"/>
                <w:right w:val="none" w:sz="0" w:space="0" w:color="auto"/>
              </w:divBdr>
            </w:div>
            <w:div w:id="1695224295">
              <w:marLeft w:val="0"/>
              <w:marRight w:val="0"/>
              <w:marTop w:val="0"/>
              <w:marBottom w:val="0"/>
              <w:divBdr>
                <w:top w:val="none" w:sz="0" w:space="0" w:color="auto"/>
                <w:left w:val="none" w:sz="0" w:space="0" w:color="auto"/>
                <w:bottom w:val="none" w:sz="0" w:space="0" w:color="auto"/>
                <w:right w:val="none" w:sz="0" w:space="0" w:color="auto"/>
              </w:divBdr>
            </w:div>
            <w:div w:id="1560290131">
              <w:marLeft w:val="0"/>
              <w:marRight w:val="0"/>
              <w:marTop w:val="0"/>
              <w:marBottom w:val="0"/>
              <w:divBdr>
                <w:top w:val="none" w:sz="0" w:space="0" w:color="auto"/>
                <w:left w:val="none" w:sz="0" w:space="0" w:color="auto"/>
                <w:bottom w:val="none" w:sz="0" w:space="0" w:color="auto"/>
                <w:right w:val="none" w:sz="0" w:space="0" w:color="auto"/>
              </w:divBdr>
            </w:div>
            <w:div w:id="1047220158">
              <w:marLeft w:val="0"/>
              <w:marRight w:val="0"/>
              <w:marTop w:val="0"/>
              <w:marBottom w:val="0"/>
              <w:divBdr>
                <w:top w:val="none" w:sz="0" w:space="0" w:color="auto"/>
                <w:left w:val="none" w:sz="0" w:space="0" w:color="auto"/>
                <w:bottom w:val="none" w:sz="0" w:space="0" w:color="auto"/>
                <w:right w:val="none" w:sz="0" w:space="0" w:color="auto"/>
              </w:divBdr>
            </w:div>
            <w:div w:id="1450246169">
              <w:marLeft w:val="0"/>
              <w:marRight w:val="0"/>
              <w:marTop w:val="0"/>
              <w:marBottom w:val="0"/>
              <w:divBdr>
                <w:top w:val="none" w:sz="0" w:space="0" w:color="auto"/>
                <w:left w:val="none" w:sz="0" w:space="0" w:color="auto"/>
                <w:bottom w:val="none" w:sz="0" w:space="0" w:color="auto"/>
                <w:right w:val="none" w:sz="0" w:space="0" w:color="auto"/>
              </w:divBdr>
            </w:div>
            <w:div w:id="1369259571">
              <w:marLeft w:val="0"/>
              <w:marRight w:val="0"/>
              <w:marTop w:val="0"/>
              <w:marBottom w:val="0"/>
              <w:divBdr>
                <w:top w:val="none" w:sz="0" w:space="0" w:color="auto"/>
                <w:left w:val="none" w:sz="0" w:space="0" w:color="auto"/>
                <w:bottom w:val="none" w:sz="0" w:space="0" w:color="auto"/>
                <w:right w:val="none" w:sz="0" w:space="0" w:color="auto"/>
              </w:divBdr>
            </w:div>
            <w:div w:id="1417627992">
              <w:marLeft w:val="0"/>
              <w:marRight w:val="0"/>
              <w:marTop w:val="0"/>
              <w:marBottom w:val="0"/>
              <w:divBdr>
                <w:top w:val="none" w:sz="0" w:space="0" w:color="auto"/>
                <w:left w:val="none" w:sz="0" w:space="0" w:color="auto"/>
                <w:bottom w:val="none" w:sz="0" w:space="0" w:color="auto"/>
                <w:right w:val="none" w:sz="0" w:space="0" w:color="auto"/>
              </w:divBdr>
            </w:div>
            <w:div w:id="1342505784">
              <w:marLeft w:val="0"/>
              <w:marRight w:val="0"/>
              <w:marTop w:val="0"/>
              <w:marBottom w:val="0"/>
              <w:divBdr>
                <w:top w:val="none" w:sz="0" w:space="0" w:color="auto"/>
                <w:left w:val="none" w:sz="0" w:space="0" w:color="auto"/>
                <w:bottom w:val="none" w:sz="0" w:space="0" w:color="auto"/>
                <w:right w:val="none" w:sz="0" w:space="0" w:color="auto"/>
              </w:divBdr>
            </w:div>
            <w:div w:id="225923321">
              <w:marLeft w:val="0"/>
              <w:marRight w:val="0"/>
              <w:marTop w:val="0"/>
              <w:marBottom w:val="0"/>
              <w:divBdr>
                <w:top w:val="none" w:sz="0" w:space="0" w:color="auto"/>
                <w:left w:val="none" w:sz="0" w:space="0" w:color="auto"/>
                <w:bottom w:val="none" w:sz="0" w:space="0" w:color="auto"/>
                <w:right w:val="none" w:sz="0" w:space="0" w:color="auto"/>
              </w:divBdr>
            </w:div>
            <w:div w:id="215747112">
              <w:marLeft w:val="0"/>
              <w:marRight w:val="0"/>
              <w:marTop w:val="0"/>
              <w:marBottom w:val="0"/>
              <w:divBdr>
                <w:top w:val="none" w:sz="0" w:space="0" w:color="auto"/>
                <w:left w:val="none" w:sz="0" w:space="0" w:color="auto"/>
                <w:bottom w:val="none" w:sz="0" w:space="0" w:color="auto"/>
                <w:right w:val="none" w:sz="0" w:space="0" w:color="auto"/>
              </w:divBdr>
            </w:div>
            <w:div w:id="931163790">
              <w:marLeft w:val="0"/>
              <w:marRight w:val="0"/>
              <w:marTop w:val="0"/>
              <w:marBottom w:val="0"/>
              <w:divBdr>
                <w:top w:val="none" w:sz="0" w:space="0" w:color="auto"/>
                <w:left w:val="none" w:sz="0" w:space="0" w:color="auto"/>
                <w:bottom w:val="none" w:sz="0" w:space="0" w:color="auto"/>
                <w:right w:val="none" w:sz="0" w:space="0" w:color="auto"/>
              </w:divBdr>
            </w:div>
            <w:div w:id="1817259585">
              <w:marLeft w:val="0"/>
              <w:marRight w:val="0"/>
              <w:marTop w:val="0"/>
              <w:marBottom w:val="0"/>
              <w:divBdr>
                <w:top w:val="none" w:sz="0" w:space="0" w:color="auto"/>
                <w:left w:val="none" w:sz="0" w:space="0" w:color="auto"/>
                <w:bottom w:val="none" w:sz="0" w:space="0" w:color="auto"/>
                <w:right w:val="none" w:sz="0" w:space="0" w:color="auto"/>
              </w:divBdr>
            </w:div>
            <w:div w:id="2132163031">
              <w:marLeft w:val="0"/>
              <w:marRight w:val="0"/>
              <w:marTop w:val="0"/>
              <w:marBottom w:val="0"/>
              <w:divBdr>
                <w:top w:val="none" w:sz="0" w:space="0" w:color="auto"/>
                <w:left w:val="none" w:sz="0" w:space="0" w:color="auto"/>
                <w:bottom w:val="none" w:sz="0" w:space="0" w:color="auto"/>
                <w:right w:val="none" w:sz="0" w:space="0" w:color="auto"/>
              </w:divBdr>
            </w:div>
            <w:div w:id="285939380">
              <w:marLeft w:val="0"/>
              <w:marRight w:val="0"/>
              <w:marTop w:val="0"/>
              <w:marBottom w:val="0"/>
              <w:divBdr>
                <w:top w:val="none" w:sz="0" w:space="0" w:color="auto"/>
                <w:left w:val="none" w:sz="0" w:space="0" w:color="auto"/>
                <w:bottom w:val="none" w:sz="0" w:space="0" w:color="auto"/>
                <w:right w:val="none" w:sz="0" w:space="0" w:color="auto"/>
              </w:divBdr>
            </w:div>
            <w:div w:id="402263218">
              <w:marLeft w:val="0"/>
              <w:marRight w:val="0"/>
              <w:marTop w:val="0"/>
              <w:marBottom w:val="0"/>
              <w:divBdr>
                <w:top w:val="none" w:sz="0" w:space="0" w:color="auto"/>
                <w:left w:val="none" w:sz="0" w:space="0" w:color="auto"/>
                <w:bottom w:val="none" w:sz="0" w:space="0" w:color="auto"/>
                <w:right w:val="none" w:sz="0" w:space="0" w:color="auto"/>
              </w:divBdr>
            </w:div>
            <w:div w:id="81610722">
              <w:marLeft w:val="0"/>
              <w:marRight w:val="0"/>
              <w:marTop w:val="0"/>
              <w:marBottom w:val="0"/>
              <w:divBdr>
                <w:top w:val="none" w:sz="0" w:space="0" w:color="auto"/>
                <w:left w:val="none" w:sz="0" w:space="0" w:color="auto"/>
                <w:bottom w:val="none" w:sz="0" w:space="0" w:color="auto"/>
                <w:right w:val="none" w:sz="0" w:space="0" w:color="auto"/>
              </w:divBdr>
            </w:div>
            <w:div w:id="1033654663">
              <w:marLeft w:val="0"/>
              <w:marRight w:val="0"/>
              <w:marTop w:val="0"/>
              <w:marBottom w:val="0"/>
              <w:divBdr>
                <w:top w:val="none" w:sz="0" w:space="0" w:color="auto"/>
                <w:left w:val="none" w:sz="0" w:space="0" w:color="auto"/>
                <w:bottom w:val="none" w:sz="0" w:space="0" w:color="auto"/>
                <w:right w:val="none" w:sz="0" w:space="0" w:color="auto"/>
              </w:divBdr>
            </w:div>
            <w:div w:id="1054348081">
              <w:marLeft w:val="0"/>
              <w:marRight w:val="0"/>
              <w:marTop w:val="0"/>
              <w:marBottom w:val="0"/>
              <w:divBdr>
                <w:top w:val="none" w:sz="0" w:space="0" w:color="auto"/>
                <w:left w:val="none" w:sz="0" w:space="0" w:color="auto"/>
                <w:bottom w:val="none" w:sz="0" w:space="0" w:color="auto"/>
                <w:right w:val="none" w:sz="0" w:space="0" w:color="auto"/>
              </w:divBdr>
            </w:div>
            <w:div w:id="1256936193">
              <w:marLeft w:val="0"/>
              <w:marRight w:val="0"/>
              <w:marTop w:val="0"/>
              <w:marBottom w:val="0"/>
              <w:divBdr>
                <w:top w:val="none" w:sz="0" w:space="0" w:color="auto"/>
                <w:left w:val="none" w:sz="0" w:space="0" w:color="auto"/>
                <w:bottom w:val="none" w:sz="0" w:space="0" w:color="auto"/>
                <w:right w:val="none" w:sz="0" w:space="0" w:color="auto"/>
              </w:divBdr>
            </w:div>
            <w:div w:id="205226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57466">
      <w:bodyDiv w:val="1"/>
      <w:marLeft w:val="0"/>
      <w:marRight w:val="0"/>
      <w:marTop w:val="0"/>
      <w:marBottom w:val="0"/>
      <w:divBdr>
        <w:top w:val="none" w:sz="0" w:space="0" w:color="auto"/>
        <w:left w:val="none" w:sz="0" w:space="0" w:color="auto"/>
        <w:bottom w:val="none" w:sz="0" w:space="0" w:color="auto"/>
        <w:right w:val="none" w:sz="0" w:space="0" w:color="auto"/>
      </w:divBdr>
      <w:divsChild>
        <w:div w:id="123544429">
          <w:marLeft w:val="0"/>
          <w:marRight w:val="0"/>
          <w:marTop w:val="0"/>
          <w:marBottom w:val="0"/>
          <w:divBdr>
            <w:top w:val="none" w:sz="0" w:space="0" w:color="auto"/>
            <w:left w:val="none" w:sz="0" w:space="0" w:color="auto"/>
            <w:bottom w:val="none" w:sz="0" w:space="0" w:color="auto"/>
            <w:right w:val="none" w:sz="0" w:space="0" w:color="auto"/>
          </w:divBdr>
        </w:div>
        <w:div w:id="251091607">
          <w:marLeft w:val="0"/>
          <w:marRight w:val="0"/>
          <w:marTop w:val="0"/>
          <w:marBottom w:val="0"/>
          <w:divBdr>
            <w:top w:val="none" w:sz="0" w:space="0" w:color="auto"/>
            <w:left w:val="none" w:sz="0" w:space="0" w:color="auto"/>
            <w:bottom w:val="none" w:sz="0" w:space="0" w:color="auto"/>
            <w:right w:val="none" w:sz="0" w:space="0" w:color="auto"/>
          </w:divBdr>
        </w:div>
        <w:div w:id="1909028903">
          <w:marLeft w:val="0"/>
          <w:marRight w:val="0"/>
          <w:marTop w:val="0"/>
          <w:marBottom w:val="0"/>
          <w:divBdr>
            <w:top w:val="none" w:sz="0" w:space="0" w:color="auto"/>
            <w:left w:val="none" w:sz="0" w:space="0" w:color="auto"/>
            <w:bottom w:val="none" w:sz="0" w:space="0" w:color="auto"/>
            <w:right w:val="none" w:sz="0" w:space="0" w:color="auto"/>
          </w:divBdr>
        </w:div>
        <w:div w:id="745684774">
          <w:marLeft w:val="0"/>
          <w:marRight w:val="0"/>
          <w:marTop w:val="0"/>
          <w:marBottom w:val="0"/>
          <w:divBdr>
            <w:top w:val="none" w:sz="0" w:space="0" w:color="auto"/>
            <w:left w:val="none" w:sz="0" w:space="0" w:color="auto"/>
            <w:bottom w:val="none" w:sz="0" w:space="0" w:color="auto"/>
            <w:right w:val="none" w:sz="0" w:space="0" w:color="auto"/>
          </w:divBdr>
        </w:div>
      </w:divsChild>
    </w:div>
    <w:div w:id="193130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CB081-A6C1-4208-8942-1A5C8C79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46</Pages>
  <Words>18088</Words>
  <Characters>103105</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zion</dc:creator>
  <cp:lastModifiedBy>User</cp:lastModifiedBy>
  <cp:revision>27</cp:revision>
  <dcterms:created xsi:type="dcterms:W3CDTF">2022-08-24T13:58:00Z</dcterms:created>
  <dcterms:modified xsi:type="dcterms:W3CDTF">2023-02-01T05:07:00Z</dcterms:modified>
</cp:coreProperties>
</file>