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A97" w:rsidRDefault="005125B2" w:rsidP="005125B2">
      <w:pPr>
        <w:autoSpaceDE w:val="0"/>
        <w:autoSpaceDN w:val="0"/>
        <w:spacing w:after="78" w:line="220" w:lineRule="exact"/>
        <w:jc w:val="center"/>
      </w:pPr>
      <w:r>
        <w:rPr>
          <w:noProof/>
          <w:lang w:val="ru-RU" w:eastAsia="ru-RU"/>
        </w:rPr>
        <w:drawing>
          <wp:inline distT="0" distB="0" distL="0" distR="0" wp14:anchorId="398D5A57" wp14:editId="5353B4B0">
            <wp:extent cx="6546850" cy="925449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925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3149303B" wp14:editId="0500ECAA">
            <wp:extent cx="6546850" cy="9254490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6850" cy="925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13A" w:rsidRDefault="001F513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125B2" w:rsidRDefault="005125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9AF384D" wp14:editId="03D0C1D6">
            <wp:extent cx="6720840" cy="9500235"/>
            <wp:effectExtent l="0" t="0" r="381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950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5B2" w:rsidRDefault="005125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5125B2" w:rsidRDefault="005125B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bookmarkEnd w:id="0"/>
    </w:p>
    <w:p w:rsidR="00721A97" w:rsidRPr="00CA6265" w:rsidRDefault="00CA6265">
      <w:pPr>
        <w:autoSpaceDE w:val="0"/>
        <w:autoSpaceDN w:val="0"/>
        <w:spacing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21A97" w:rsidRPr="00CA6265" w:rsidRDefault="00CA6265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721A97" w:rsidRPr="00CA6265" w:rsidRDefault="00CA6265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721A97" w:rsidRPr="00CA6265" w:rsidRDefault="00AE2547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 содержательные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линии для обязательного изучения в каждом классе начальной школы. Содержание обучения в каждом классе завершается перечнем </w:t>
      </w:r>
      <w:r w:rsidR="00CA6265" w:rsidRPr="00CA6265">
        <w:rPr>
          <w:lang w:val="ru-RU"/>
        </w:rPr>
        <w:br/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универсальных учебных действий (УУД) — познавательных, коммуникативных и регулятивных, которые 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озможно ф</w:t>
      </w:r>
      <w:r w:rsidR="00313C42">
        <w:rPr>
          <w:rFonts w:ascii="Times New Roman" w:eastAsia="Times New Roman" w:hAnsi="Times New Roman"/>
          <w:color w:val="000000"/>
          <w:sz w:val="24"/>
          <w:lang w:val="ru-RU"/>
        </w:rPr>
        <w:t xml:space="preserve">ормировать средствами учебного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предмета </w:t>
      </w:r>
      <w:r w:rsidR="00313C42">
        <w:rPr>
          <w:rFonts w:ascii="Times New Roman" w:eastAsia="Times New Roman" w:hAnsi="Times New Roman"/>
          <w:color w:val="000000"/>
          <w:sz w:val="24"/>
          <w:lang w:val="ru-RU"/>
        </w:rPr>
        <w:t xml:space="preserve">«Окружающий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мир» с   учётом возрастных   особенностей   младших  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</w:t>
      </w:r>
      <w:r w:rsidR="00CA6265" w:rsidRPr="00CA6265">
        <w:rPr>
          <w:lang w:val="ru-RU"/>
        </w:rPr>
        <w:br/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строится на интеграции регулятивных (определенные волевые усилия, </w:t>
      </w:r>
      <w:proofErr w:type="spellStart"/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, самоконтроль, проявление терпения и доброжелательности при налаживании отношений) и </w:t>
      </w:r>
      <w:r w:rsidR="00CA6265" w:rsidRPr="00CA6265">
        <w:rPr>
          <w:lang w:val="ru-RU"/>
        </w:rPr>
        <w:br/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</w:t>
      </w:r>
      <w:r w:rsidR="00CA6265" w:rsidRPr="00CA6265">
        <w:rPr>
          <w:lang w:val="ru-RU"/>
        </w:rPr>
        <w:br/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деятельность».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 </w:t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В тематическом планировании описывается программное содержание по всем разделам содержания обучения каждого класса, а также раскрываются методы и формы организации обучения и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характеристика деятельностей, которые целесообразно использовать при изучении той или иной программной темы.</w:t>
      </w:r>
    </w:p>
    <w:p w:rsidR="00721A97" w:rsidRPr="00CA6265" w:rsidRDefault="00CA626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Представлены также способы организации дифференцированного обучения.</w:t>
      </w:r>
    </w:p>
    <w:p w:rsidR="00721A97" w:rsidRPr="00CA6265" w:rsidRDefault="00CA626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</w:t>
      </w:r>
      <w:r w:rsidR="00AE2547">
        <w:rPr>
          <w:rFonts w:ascii="Times New Roman" w:eastAsia="Times New Roman" w:hAnsi="Times New Roman"/>
          <w:color w:val="000000"/>
          <w:sz w:val="24"/>
          <w:lang w:val="ru-RU"/>
        </w:rPr>
        <w:t xml:space="preserve">урного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стандарта.</w:t>
      </w:r>
    </w:p>
    <w:p w:rsidR="00721A97" w:rsidRPr="00CA6265" w:rsidRDefault="00CA6265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721A97" w:rsidRPr="00CA6265" w:rsidRDefault="00AE2547">
      <w:pPr>
        <w:autoSpaceDE w:val="0"/>
        <w:autoSpaceDN w:val="0"/>
        <w:spacing w:before="178" w:after="0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721A97" w:rsidRPr="00CA6265" w:rsidRDefault="00AE2547">
      <w:pPr>
        <w:autoSpaceDE w:val="0"/>
        <w:autoSpaceDN w:val="0"/>
        <w:spacing w:before="190" w:after="0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развитие умений </w:t>
      </w:r>
      <w:r w:rsidR="00313C42">
        <w:rPr>
          <w:rFonts w:ascii="Times New Roman" w:eastAsia="Times New Roman" w:hAnsi="Times New Roman"/>
          <w:color w:val="000000"/>
          <w:sz w:val="24"/>
          <w:lang w:val="ru-RU"/>
        </w:rPr>
        <w:t xml:space="preserve">и </w:t>
      </w:r>
      <w:proofErr w:type="gramStart"/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навыков  применять</w:t>
      </w:r>
      <w:proofErr w:type="gramEnd"/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духовно-нравственное развитие и воспитание личности гражданина России, понимание своей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66" w:line="220" w:lineRule="exact"/>
        <w:rPr>
          <w:lang w:val="ru-RU"/>
        </w:rPr>
      </w:pPr>
    </w:p>
    <w:p w:rsidR="00721A97" w:rsidRPr="00CA6265" w:rsidRDefault="00CA6265">
      <w:pPr>
        <w:autoSpaceDE w:val="0"/>
        <w:autoSpaceDN w:val="0"/>
        <w:spacing w:after="0"/>
        <w:ind w:left="420" w:right="432"/>
        <w:rPr>
          <w:lang w:val="ru-RU"/>
        </w:rPr>
      </w:pPr>
      <w:proofErr w:type="gramStart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принадлежности</w:t>
      </w:r>
      <w:proofErr w:type="gramEnd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721A97" w:rsidRPr="00CA6265" w:rsidRDefault="00AE2547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развитие способности ребёнка к социализации на основе принятия гуманистических норм жизни, приобретение опыта эмоционально-положительного отнош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ения к природе в соответствии с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экологическими нормами поведения; становление навыков повседневного проявления культуры общения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гуманного отношения к людям, уважительного отношения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к их взглядам, мнению и индивидуальности</w:t>
      </w:r>
    </w:p>
    <w:p w:rsidR="00721A97" w:rsidRPr="00CA6265" w:rsidRDefault="00CA6265">
      <w:pPr>
        <w:autoSpaceDE w:val="0"/>
        <w:autoSpaceDN w:val="0"/>
        <w:spacing w:before="180" w:after="0" w:line="286" w:lineRule="auto"/>
        <w:ind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</w:t>
      </w:r>
      <w:r w:rsidR="00AE254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курса</w:t>
      </w:r>
      <w:r w:rsidR="00AE254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«Окружающий мир» осуществлён на основе следующих ведущих идей:</w:t>
      </w:r>
    </w:p>
    <w:p w:rsidR="00721A97" w:rsidRPr="00CA6265" w:rsidRDefault="00AE254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раскрытие роли человека в природе и обществе; </w:t>
      </w:r>
    </w:p>
    <w:p w:rsidR="00721A97" w:rsidRPr="00CA6265" w:rsidRDefault="00AE2547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освоение общечеловеческих ценностей взаимодействия в системах «Человек и природа»,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«Человек и общество», «Человек и другие люди», «Человек и его самость», «Человек и познание».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178" w:after="0" w:line="262" w:lineRule="auto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курса «Окружающий мир», — 270 ч (два часа в неделю в каждом классе): 1 класс — 66 ч, 2 класс — 68 ч, 3 класс — 68 ч, 4 класс — 68 ч.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86" w:right="686" w:bottom="1440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78" w:line="220" w:lineRule="exact"/>
        <w:rPr>
          <w:lang w:val="ru-RU"/>
        </w:rPr>
      </w:pPr>
    </w:p>
    <w:p w:rsidR="00721A97" w:rsidRPr="00CA6265" w:rsidRDefault="00CA6265">
      <w:pPr>
        <w:autoSpaceDE w:val="0"/>
        <w:autoSpaceDN w:val="0"/>
        <w:spacing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21A97" w:rsidRPr="00CA6265" w:rsidRDefault="00CA6265">
      <w:pPr>
        <w:autoSpaceDE w:val="0"/>
        <w:autoSpaceDN w:val="0"/>
        <w:spacing w:before="346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общество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деятельность с одноклассниками — учёба, игры, отдых. Рабочее место школьника: удобное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Семья.  Моя семья в прошлом и настоящем.  Имена и фамилии членов семьи, их профессии. Взаимоотношения и взаимопомощь в семье.  Совместный труд и отдых.  Домашний адрес.</w:t>
      </w:r>
    </w:p>
    <w:p w:rsidR="00721A97" w:rsidRPr="00CA6265" w:rsidRDefault="00CA6265">
      <w:pPr>
        <w:autoSpaceDE w:val="0"/>
        <w:autoSpaceDN w:val="0"/>
        <w:spacing w:before="72" w:after="0"/>
        <w:ind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</w:t>
      </w:r>
      <w:r w:rsidR="00AE2547">
        <w:rPr>
          <w:rFonts w:ascii="Times New Roman" w:eastAsia="Times New Roman" w:hAnsi="Times New Roman"/>
          <w:color w:val="000000"/>
          <w:sz w:val="24"/>
          <w:lang w:val="ru-RU"/>
        </w:rPr>
        <w:t xml:space="preserve">енность и красота рукотворного мира.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Правила поведения в социуме.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proofErr w:type="spellStart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Природа</w:t>
      </w:r>
      <w:proofErr w:type="spellEnd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721A97" w:rsidRPr="00CA6265" w:rsidRDefault="00CA6265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Мир животных Разные группы животных (звер</w:t>
      </w:r>
      <w:r w:rsidR="00313C42">
        <w:rPr>
          <w:rFonts w:ascii="Times New Roman" w:eastAsia="Times New Roman" w:hAnsi="Times New Roman"/>
          <w:color w:val="000000"/>
          <w:sz w:val="24"/>
          <w:lang w:val="ru-RU"/>
        </w:rPr>
        <w:t>и, насекомые, птицы, рыбы и др.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). Домашние и дикие животные (различия в условиях жизни). Забота о домашних питомцах.</w:t>
      </w:r>
    </w:p>
    <w:p w:rsidR="00721A97" w:rsidRPr="00CA6265" w:rsidRDefault="00CA6265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необходимости соблюдения режима дня, правил здорового питания и личной гигиены. </w:t>
      </w:r>
    </w:p>
    <w:p w:rsidR="00721A97" w:rsidRPr="00CA6265" w:rsidRDefault="00CA6265">
      <w:pPr>
        <w:autoSpaceDE w:val="0"/>
        <w:autoSpaceDN w:val="0"/>
        <w:spacing w:before="70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Правила безопасности в быту: пользование бытовыми электроприборами, газовыми плитами.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721A97" w:rsidRPr="00CA6265" w:rsidRDefault="00CA6265">
      <w:pPr>
        <w:autoSpaceDE w:val="0"/>
        <w:autoSpaceDN w:val="0"/>
        <w:spacing w:before="190" w:after="0" w:line="262" w:lineRule="auto"/>
        <w:ind w:left="180" w:right="3456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721A97" w:rsidRPr="00CA6265" w:rsidRDefault="00AE2547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721A97" w:rsidRPr="00CA6265" w:rsidRDefault="00AE254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понимать, что информация может быть представлена в разной форме — текста, иллюстраций,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98" w:right="650" w:bottom="4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66" w:line="220" w:lineRule="exact"/>
        <w:rPr>
          <w:lang w:val="ru-RU"/>
        </w:rPr>
      </w:pPr>
    </w:p>
    <w:p w:rsidR="00721A97" w:rsidRPr="00CA6265" w:rsidRDefault="00CA6265">
      <w:pPr>
        <w:autoSpaceDE w:val="0"/>
        <w:autoSpaceDN w:val="0"/>
        <w:spacing w:after="0" w:line="230" w:lineRule="auto"/>
        <w:ind w:left="420"/>
        <w:rPr>
          <w:lang w:val="ru-RU"/>
        </w:rPr>
      </w:pPr>
      <w:proofErr w:type="gramStart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видео</w:t>
      </w:r>
      <w:proofErr w:type="gramEnd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, таблицы;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соотносить иллюстрацию явления (объекта, предмета) с его названием.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721A97" w:rsidRPr="00CA6265" w:rsidRDefault="00AE2547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соотносить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предмет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ы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декоративно-прикладного   искусства с принадлежностью народу РФ, описывать предмет по предложенному плану; </w:t>
      </w:r>
    </w:p>
    <w:p w:rsidR="00721A97" w:rsidRPr="00CA6265" w:rsidRDefault="00AE2547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сравнивать домашних и диких животных, объяснять, чем они различаются.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</w:p>
    <w:p w:rsidR="00721A97" w:rsidRPr="00CA6265" w:rsidRDefault="00AE2547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721A97" w:rsidRPr="00CA6265" w:rsidRDefault="00AE2547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электро</w:t>
      </w:r>
      <w:proofErr w:type="spellEnd"/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и газовыми приборами.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721A97" w:rsidRPr="00CA6265" w:rsidRDefault="00AE2547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721A97" w:rsidRPr="00CA6265" w:rsidRDefault="00CA6265">
      <w:pPr>
        <w:autoSpaceDE w:val="0"/>
        <w:autoSpaceDN w:val="0"/>
        <w:spacing w:before="322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168" w:after="0" w:line="286" w:lineRule="auto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общество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="00AE2547">
        <w:rPr>
          <w:rFonts w:ascii="Times New Roman" w:eastAsia="Times New Roman" w:hAnsi="Times New Roman"/>
          <w:color w:val="000000"/>
          <w:sz w:val="24"/>
          <w:lang w:val="ru-RU"/>
        </w:rPr>
        <w:t xml:space="preserve">Наша Родина — Россия, </w:t>
      </w:r>
      <w:r w:rsidR="00313C42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</w:t>
      </w:r>
      <w:r w:rsidR="001F513A">
        <w:rPr>
          <w:rFonts w:ascii="Times New Roman" w:eastAsia="Times New Roman" w:hAnsi="Times New Roman"/>
          <w:color w:val="000000"/>
          <w:sz w:val="24"/>
          <w:lang w:val="ru-RU"/>
        </w:rPr>
        <w:t>Федерация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Россия  и</w:t>
      </w:r>
      <w:proofErr w:type="gramEnd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её столица на </w:t>
      </w:r>
      <w:r w:rsidR="00AE2547">
        <w:rPr>
          <w:rFonts w:ascii="Times New Roman" w:eastAsia="Times New Roman" w:hAnsi="Times New Roman"/>
          <w:color w:val="000000"/>
          <w:sz w:val="24"/>
          <w:lang w:val="ru-RU"/>
        </w:rPr>
        <w:t xml:space="preserve">карте. Государственные символы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России.  Москва — столица России. Святыни Москвы — святыни России: Кремль, Красная площадь, Большой театр и др.  Характеристика отдельных исторических событий, связанных с Москвой (основание Москвы, строительств</w:t>
      </w:r>
      <w:r w:rsidR="00AE2547">
        <w:rPr>
          <w:rFonts w:ascii="Times New Roman" w:eastAsia="Times New Roman" w:hAnsi="Times New Roman"/>
          <w:color w:val="000000"/>
          <w:sz w:val="24"/>
          <w:lang w:val="ru-RU"/>
        </w:rPr>
        <w:t xml:space="preserve">о Кремля и др.). Герб Москвы. Расположение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Моск</w:t>
      </w:r>
      <w:r w:rsidR="00AE2547">
        <w:rPr>
          <w:rFonts w:ascii="Times New Roman" w:eastAsia="Times New Roman" w:hAnsi="Times New Roman"/>
          <w:color w:val="000000"/>
          <w:sz w:val="24"/>
          <w:lang w:val="ru-RU"/>
        </w:rPr>
        <w:t xml:space="preserve">вы на карте.  Города России.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карте; символика своего региона.</w:t>
      </w:r>
    </w:p>
    <w:p w:rsidR="00721A97" w:rsidRPr="00CA6265" w:rsidRDefault="00CA6265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Хозяйственные занятия, профессии жителей родного края. Значение труда в жизни человека и общества.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721A97" w:rsidRPr="00CA6265" w:rsidRDefault="00CA626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общества.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86" w:right="746" w:bottom="362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78" w:line="220" w:lineRule="exact"/>
        <w:rPr>
          <w:lang w:val="ru-RU"/>
        </w:rPr>
      </w:pPr>
    </w:p>
    <w:p w:rsidR="00721A97" w:rsidRPr="00CA6265" w:rsidRDefault="00CA6265">
      <w:pPr>
        <w:tabs>
          <w:tab w:val="left" w:pos="180"/>
        </w:tabs>
        <w:autoSpaceDE w:val="0"/>
        <w:autoSpaceDN w:val="0"/>
        <w:spacing w:after="0" w:line="271" w:lineRule="auto"/>
        <w:ind w:right="720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Методы познания природы: наблюдения, опыты, измерения. Звёзды и созвездия, наблюдения звёздного неба. Планеты. Чем Земля отличается от других планет; условия жизни на Земле.</w:t>
      </w:r>
    </w:p>
    <w:p w:rsidR="00721A97" w:rsidRPr="00CA6265" w:rsidRDefault="00CA6265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721A97" w:rsidRPr="00CA6265" w:rsidRDefault="00CA6265">
      <w:pPr>
        <w:autoSpaceDE w:val="0"/>
        <w:autoSpaceDN w:val="0"/>
        <w:spacing w:before="70" w:after="0"/>
        <w:ind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Многообразие растений. Деревья, кустарники, травы. Дикорастущие и культурные растения.   Связи в природе.  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721A97" w:rsidRPr="00CA6265" w:rsidRDefault="00CA6265">
      <w:pPr>
        <w:autoSpaceDE w:val="0"/>
        <w:autoSpaceDN w:val="0"/>
        <w:spacing w:before="72" w:after="0" w:line="230" w:lineRule="auto"/>
        <w:jc w:val="center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Красная книга России, её значение, отдельные представители растений и животных Красной книги.</w:t>
      </w:r>
    </w:p>
    <w:p w:rsidR="00721A97" w:rsidRPr="00CA6265" w:rsidRDefault="00CA6265">
      <w:pPr>
        <w:autoSpaceDE w:val="0"/>
        <w:autoSpaceDN w:val="0"/>
        <w:spacing w:before="72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Заповедники, природные парки. Охрана природы. Правила нравственного поведения на природе.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721A97" w:rsidRPr="00CA6265" w:rsidRDefault="00CA6265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Интернет.</w:t>
      </w:r>
    </w:p>
    <w:p w:rsidR="00721A97" w:rsidRPr="00CA6265" w:rsidRDefault="00CA6265">
      <w:pPr>
        <w:autoSpaceDE w:val="0"/>
        <w:autoSpaceDN w:val="0"/>
        <w:spacing w:before="190" w:after="0" w:line="262" w:lineRule="auto"/>
        <w:ind w:left="180" w:right="3456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721A97" w:rsidRPr="00CA6265" w:rsidRDefault="00AE2547">
      <w:pPr>
        <w:autoSpaceDE w:val="0"/>
        <w:autoSpaceDN w:val="0"/>
        <w:spacing w:before="178"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наблюдения определять состояние вещества (жидкое, твёрдое, газообразное);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символы РФ;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721A97" w:rsidRPr="00CA6265" w:rsidRDefault="00AE254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различать прошлое, настоящее, будущее.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721A97" w:rsidRPr="00CA6265" w:rsidRDefault="00AE254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читать информацию, представленную в схеме, таблице;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используя текстовую информацию, заполнять таблицы; дополнять схемы;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соотносить пример (рисунок, предложенную ситуацию) со временем протекания.</w:t>
      </w:r>
    </w:p>
    <w:p w:rsidR="00721A97" w:rsidRPr="00CA6265" w:rsidRDefault="00CA6265">
      <w:pPr>
        <w:autoSpaceDE w:val="0"/>
        <w:autoSpaceDN w:val="0"/>
        <w:spacing w:before="178" w:after="0" w:line="262" w:lineRule="auto"/>
        <w:ind w:left="180" w:right="144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Коммуникативные универсальные учебные действия: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1. ориентироваться в терминах (понятиях), соотносить их с краткой характеристикой:</w:t>
      </w:r>
    </w:p>
    <w:p w:rsidR="00721A97" w:rsidRPr="00CA6265" w:rsidRDefault="00AE2547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98" w:right="672" w:bottom="458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108" w:line="220" w:lineRule="exact"/>
        <w:rPr>
          <w:lang w:val="ru-RU"/>
        </w:rPr>
      </w:pPr>
    </w:p>
    <w:p w:rsidR="00721A97" w:rsidRPr="00CA6265" w:rsidRDefault="00AE2547">
      <w:pPr>
        <w:autoSpaceDE w:val="0"/>
        <w:autoSpaceDN w:val="0"/>
        <w:spacing w:after="0" w:line="262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178" w:after="0" w:line="286" w:lineRule="auto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2. описывать условия жизни на Земле, отличие нашей планеты от других планет Солнечной системы;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3. создавать небольшие описания на предложенную тему (например, «Моя семья», «Какие бывают профессии?», «Что «умеют» органы чувств?», «Лес — природное сообщество» и др.);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4. 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5. приводить примеры растений и животных, занесённых в Красную книгу России (на примере своей местности);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6. описывать современные события от имени их участника.</w:t>
      </w:r>
    </w:p>
    <w:p w:rsidR="00721A97" w:rsidRPr="00CA6265" w:rsidRDefault="00CA626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</w:p>
    <w:p w:rsidR="00721A97" w:rsidRPr="00CA6265" w:rsidRDefault="00AE254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следовать образцу, предложенному плану и инструкции при решении учебной задачи;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721A97" w:rsidRPr="00CA6265" w:rsidRDefault="00AE2547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721A97" w:rsidRPr="00CA6265" w:rsidRDefault="00AE2547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721A97" w:rsidRPr="00CA6265" w:rsidRDefault="00AE2547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721A97" w:rsidRPr="00CA6265" w:rsidRDefault="00CA6265">
      <w:pPr>
        <w:autoSpaceDE w:val="0"/>
        <w:autoSpaceDN w:val="0"/>
        <w:spacing w:before="324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общество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proofErr w:type="spellStart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Общество</w:t>
      </w:r>
      <w:proofErr w:type="spellEnd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21A97" w:rsidRPr="00CA6265" w:rsidRDefault="00CA626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Семья — коллектив близких, родных людей. Семейный бюджет, доходы и расходы семьи.</w:t>
      </w:r>
    </w:p>
    <w:p w:rsidR="00721A97" w:rsidRPr="00CA6265" w:rsidRDefault="00CA6265">
      <w:pPr>
        <w:autoSpaceDE w:val="0"/>
        <w:autoSpaceDN w:val="0"/>
        <w:spacing w:before="70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Уважение к семейным ценностям.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21A97" w:rsidRPr="00CA6265" w:rsidRDefault="00CA6265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Значение труда в жизни человека и общества.   Трудолюбие как общественно значимая ценность в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328" w:right="766" w:bottom="428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66" w:line="220" w:lineRule="exact"/>
        <w:rPr>
          <w:lang w:val="ru-RU"/>
        </w:rPr>
      </w:pPr>
    </w:p>
    <w:p w:rsidR="00721A97" w:rsidRPr="00CA6265" w:rsidRDefault="00CA6265">
      <w:pPr>
        <w:tabs>
          <w:tab w:val="left" w:pos="180"/>
        </w:tabs>
        <w:autoSpaceDE w:val="0"/>
        <w:autoSpaceDN w:val="0"/>
        <w:spacing w:after="0" w:line="271" w:lineRule="auto"/>
        <w:ind w:right="1008"/>
        <w:rPr>
          <w:lang w:val="ru-RU"/>
        </w:rPr>
      </w:pPr>
      <w:proofErr w:type="gramStart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культуре</w:t>
      </w:r>
      <w:proofErr w:type="gramEnd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народов России. Особенности труда людей родного края, их профессии.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Страны и народы мира. Памятники природы и культуры — символы стран, в которых они находятся.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Методы изучения природы. Карта мира. Материки и части света. Вещество. Разнообразие веществ в окружающем мире.</w:t>
      </w:r>
    </w:p>
    <w:p w:rsidR="00721A97" w:rsidRPr="00CA6265" w:rsidRDefault="00CA6265">
      <w:pPr>
        <w:autoSpaceDE w:val="0"/>
        <w:autoSpaceDN w:val="0"/>
        <w:spacing w:before="70" w:after="0" w:line="262" w:lineRule="auto"/>
        <w:ind w:right="288"/>
        <w:jc w:val="center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 Воздух — смесь газов.  Свойства воздуха.</w:t>
      </w:r>
    </w:p>
    <w:p w:rsidR="00721A97" w:rsidRPr="00CA6265" w:rsidRDefault="00CA6265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Значение воздуха для растений, животных, человека. Вода.  Свойства воды.  Состояния воды, её распространение в природе, значение для живых организмов и хозяйственной жизни человека.</w:t>
      </w:r>
    </w:p>
    <w:p w:rsidR="00721A97" w:rsidRPr="00CA6265" w:rsidRDefault="00CA6265">
      <w:pPr>
        <w:autoSpaceDE w:val="0"/>
        <w:autoSpaceDN w:val="0"/>
        <w:spacing w:before="72" w:after="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Круговорот воды в природе. Охрана воздуха, воды. Горные породы и минералы. Полезные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ископаемые, их значение в хозяйстве человека, бережное отношение людей к полезным ископаемым. Полезные ископаемые родного края (2—3 примера).   Почва, её состав, значение для живой природы и хозяйственной жизни человека.</w:t>
      </w:r>
    </w:p>
    <w:p w:rsidR="00721A97" w:rsidRPr="00CA6265" w:rsidRDefault="00CA626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бактериях. Грибы: строение шляпочных грибов. Грибы съедобные и несъедобные.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</w:t>
      </w:r>
    </w:p>
    <w:p w:rsidR="00721A97" w:rsidRPr="00CA6265" w:rsidRDefault="00CA6265">
      <w:pPr>
        <w:autoSpaceDE w:val="0"/>
        <w:autoSpaceDN w:val="0"/>
        <w:spacing w:before="70" w:after="0"/>
        <w:ind w:right="144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Роль растений в природе и жизни людей, бережное отношение человека к растениям.  Условия, необходимые для жизни растения (свет, тепло, воздух, вода). Наблюдение роста растений, фиксация изм</w:t>
      </w:r>
      <w:r w:rsidR="00AE2547">
        <w:rPr>
          <w:rFonts w:ascii="Times New Roman" w:eastAsia="Times New Roman" w:hAnsi="Times New Roman"/>
          <w:color w:val="000000"/>
          <w:sz w:val="24"/>
          <w:lang w:val="ru-RU"/>
        </w:rPr>
        <w:t xml:space="preserve">енений. Растения родного края, названия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и краткая характеристика на основе наблюдений. Охрана растений.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</w:t>
      </w:r>
    </w:p>
    <w:p w:rsidR="00721A97" w:rsidRPr="00CA6265" w:rsidRDefault="00CA6265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721A97" w:rsidRPr="00CA6265" w:rsidRDefault="00CA6265">
      <w:pPr>
        <w:autoSpaceDE w:val="0"/>
        <w:autoSpaceDN w:val="0"/>
        <w:spacing w:before="70" w:after="0"/>
        <w:ind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Природные сообщества: лес, луг, пруд. Взаимосвязи в природном сообществе: растения — пища и укрытие для животных; живо</w:t>
      </w:r>
      <w:r w:rsidR="00AE2547">
        <w:rPr>
          <w:rFonts w:ascii="Times New Roman" w:eastAsia="Times New Roman" w:hAnsi="Times New Roman"/>
          <w:color w:val="000000"/>
          <w:sz w:val="24"/>
          <w:lang w:val="ru-RU"/>
        </w:rPr>
        <w:t xml:space="preserve">тные — распространители плодов и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семян растений. Влияние человека на природные сообщества. Природные сообщества родного края (2—3 примера на основе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наблюдений). Правила нравственного поведения в природных сообществах.</w:t>
      </w:r>
    </w:p>
    <w:p w:rsidR="00721A97" w:rsidRPr="00CA6265" w:rsidRDefault="00CA6265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</w:t>
      </w:r>
    </w:p>
    <w:p w:rsidR="00721A97" w:rsidRPr="00CA6265" w:rsidRDefault="00CA6265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</w:t>
      </w:r>
    </w:p>
    <w:p w:rsidR="00721A97" w:rsidRPr="00CA6265" w:rsidRDefault="00CA6265">
      <w:pPr>
        <w:autoSpaceDE w:val="0"/>
        <w:autoSpaceDN w:val="0"/>
        <w:spacing w:before="70" w:after="0" w:line="281" w:lineRule="auto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Интернет. 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86" w:right="674" w:bottom="488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78" w:line="220" w:lineRule="exact"/>
        <w:rPr>
          <w:lang w:val="ru-RU"/>
        </w:rPr>
      </w:pPr>
    </w:p>
    <w:p w:rsidR="00721A97" w:rsidRPr="00CA6265" w:rsidRDefault="00CA6265">
      <w:pPr>
        <w:autoSpaceDE w:val="0"/>
        <w:autoSpaceDN w:val="0"/>
        <w:spacing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действия.</w:t>
      </w:r>
    </w:p>
    <w:p w:rsidR="00721A97" w:rsidRPr="00CA6265" w:rsidRDefault="00CA6265">
      <w:pPr>
        <w:autoSpaceDE w:val="0"/>
        <w:autoSpaceDN w:val="0"/>
        <w:spacing w:before="70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721A97" w:rsidRPr="00CA6265" w:rsidRDefault="00AE2547">
      <w:pPr>
        <w:autoSpaceDE w:val="0"/>
        <w:autoSpaceDN w:val="0"/>
        <w:spacing w:before="178" w:after="0" w:line="271" w:lineRule="auto"/>
        <w:ind w:left="24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721A97" w:rsidRPr="00CA6265" w:rsidRDefault="00AE2547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моделировать цепи питания в природном сообществе; </w:t>
      </w:r>
    </w:p>
    <w:p w:rsidR="00721A97" w:rsidRPr="00CA6265" w:rsidRDefault="00AE2547">
      <w:pPr>
        <w:autoSpaceDE w:val="0"/>
        <w:autoSpaceDN w:val="0"/>
        <w:spacing w:before="192" w:after="0" w:line="262" w:lineRule="auto"/>
        <w:ind w:left="24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721A97" w:rsidRPr="00CA6265" w:rsidRDefault="00AE2547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находить на глобусе материки и океаны, воспроизводить их названия; находить на карте нашу страну, столицу, свой регион;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находить по предложению учителя информацию в разных источниках — текстах, таблицах, схемах, в том числе в Интернете (в условиях контролируемого входа);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 при работе в информационной среде. </w:t>
      </w:r>
    </w:p>
    <w:p w:rsidR="00721A97" w:rsidRPr="00CA6265" w:rsidRDefault="00CA6265">
      <w:pPr>
        <w:autoSpaceDE w:val="0"/>
        <w:autoSpaceDN w:val="0"/>
        <w:spacing w:before="298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721A97" w:rsidRPr="00CA6265" w:rsidRDefault="00AE2547">
      <w:pPr>
        <w:autoSpaceDE w:val="0"/>
        <w:autoSpaceDN w:val="0"/>
        <w:spacing w:before="178"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721A97" w:rsidRPr="00CA6265" w:rsidRDefault="00AE2547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 и термины, связанные с социальным миром (безопасность, семейный бюджет, памятник культуры); </w:t>
      </w:r>
    </w:p>
    <w:p w:rsidR="00721A97" w:rsidRPr="00CA6265" w:rsidRDefault="00AE2547">
      <w:pPr>
        <w:autoSpaceDE w:val="0"/>
        <w:autoSpaceDN w:val="0"/>
        <w:spacing w:before="192" w:after="0" w:line="262" w:lineRule="auto"/>
        <w:ind w:left="24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721A97" w:rsidRPr="00CA6265" w:rsidRDefault="00AE2547">
      <w:pPr>
        <w:autoSpaceDE w:val="0"/>
        <w:autoSpaceDN w:val="0"/>
        <w:spacing w:before="192" w:after="0" w:line="262" w:lineRule="auto"/>
        <w:ind w:left="240" w:right="100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721A97" w:rsidRPr="00CA6265" w:rsidRDefault="00AE2547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описывать (характеризовать) условия жизни на Земле;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сравнения объектов природы описывать схожие, различные, индивидуальные признаки;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</w:p>
    <w:p w:rsidR="00721A97" w:rsidRPr="00CA6265" w:rsidRDefault="00AE2547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планировать шаги по решению учебной задачи, контролировать свои действия (при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98" w:right="724" w:bottom="324" w:left="846" w:header="720" w:footer="720" w:gutter="0"/>
          <w:cols w:space="720" w:equalWidth="0">
            <w:col w:w="10330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66" w:line="220" w:lineRule="exact"/>
        <w:rPr>
          <w:lang w:val="ru-RU"/>
        </w:rPr>
      </w:pPr>
    </w:p>
    <w:p w:rsidR="00721A97" w:rsidRPr="00CA6265" w:rsidRDefault="00CA6265">
      <w:pPr>
        <w:autoSpaceDE w:val="0"/>
        <w:autoSpaceDN w:val="0"/>
        <w:spacing w:after="0" w:line="230" w:lineRule="auto"/>
        <w:ind w:left="420"/>
        <w:rPr>
          <w:lang w:val="ru-RU"/>
        </w:rPr>
      </w:pPr>
      <w:proofErr w:type="gramStart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небольшой</w:t>
      </w:r>
      <w:proofErr w:type="gramEnd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помощи учителя);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721A97" w:rsidRPr="00CA6265" w:rsidRDefault="00AE254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справедливо оценивать результаты деятельности участников, положительно реагировать на советы и замечания в свой адрес;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выполнять правила совместной деятельности, признавать право другого человека иметь собственное суждение, мнение; </w:t>
      </w:r>
    </w:p>
    <w:p w:rsidR="00721A97" w:rsidRPr="00CA6265" w:rsidRDefault="00AE254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721A97" w:rsidRPr="00CA6265" w:rsidRDefault="00CA6265">
      <w:pPr>
        <w:autoSpaceDE w:val="0"/>
        <w:autoSpaceDN w:val="0"/>
        <w:spacing w:before="324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166" w:after="0" w:line="281" w:lineRule="auto"/>
        <w:ind w:right="1008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общество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Конституция — Основной закон Российской Федерации. Права и обязанности гражданина Российской Федерации. Президент Российской Федерации — глава государства. Политико-административная карта России. Общая характеристика родного края, важнейшие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достопримечательности, знаменитые соотечественники.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721A97" w:rsidRPr="00CA6265" w:rsidRDefault="00CA6265">
      <w:pPr>
        <w:autoSpaceDE w:val="0"/>
        <w:autoSpaceDN w:val="0"/>
        <w:spacing w:before="70" w:after="0" w:line="281" w:lineRule="auto"/>
        <w:ind w:right="432"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721A97" w:rsidRPr="00CA6265" w:rsidRDefault="00CA6265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История Отечества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72" w:after="0" w:line="262" w:lineRule="auto"/>
        <w:ind w:right="1728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Методы познания окружающей природы: наблюдения, сравнения, измерения, опыты по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исследованию природных объектов и явлений. Солнце —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</w:t>
      </w:r>
      <w:r w:rsidR="00313C42">
        <w:rPr>
          <w:rFonts w:ascii="Times New Roman" w:eastAsia="Times New Roman" w:hAnsi="Times New Roman"/>
          <w:color w:val="000000"/>
          <w:sz w:val="24"/>
          <w:lang w:val="ru-RU"/>
        </w:rPr>
        <w:t xml:space="preserve">ие Земли как причина смены дня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и ночи. Обращение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России.</w:t>
      </w:r>
    </w:p>
    <w:p w:rsidR="00721A97" w:rsidRPr="00CA6265" w:rsidRDefault="00CA6265">
      <w:pPr>
        <w:autoSpaceDE w:val="0"/>
        <w:autoSpaceDN w:val="0"/>
        <w:spacing w:before="70" w:after="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Особенности поверхности родного края (краткая характеристика на основе наблюдений).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86" w:right="660" w:bottom="362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78" w:line="220" w:lineRule="exact"/>
        <w:rPr>
          <w:lang w:val="ru-RU"/>
        </w:rPr>
      </w:pPr>
    </w:p>
    <w:p w:rsidR="00721A97" w:rsidRPr="00CA6265" w:rsidRDefault="00CA6265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Наиболее значимые природные объекты списка Всемирного наследия в России и за рубежом (2—3 объекта).</w:t>
      </w:r>
    </w:p>
    <w:p w:rsidR="00721A97" w:rsidRPr="00CA6265" w:rsidRDefault="00CA626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721A97" w:rsidRPr="00CA6265" w:rsidRDefault="00CA6265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 Правила нравственного поведения в природе. Международная Красная книга (отдельные примеры).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192" w:after="0" w:line="281" w:lineRule="auto"/>
        <w:ind w:right="432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профилактика вредных привычек. 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велосипедиста.</w:t>
      </w:r>
    </w:p>
    <w:p w:rsidR="00721A97" w:rsidRPr="00CA6265" w:rsidRDefault="00CA6265">
      <w:pPr>
        <w:autoSpaceDE w:val="0"/>
        <w:autoSpaceDN w:val="0"/>
        <w:spacing w:before="70" w:after="0" w:line="271" w:lineRule="auto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Безопасность в Интернете (поиск достоверной информации, опознавание государственных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образовательных ресурсов и детских развлекательных порталов) в условиях контролируемого доступа в Интернет.</w:t>
      </w:r>
    </w:p>
    <w:p w:rsidR="00721A97" w:rsidRPr="00CA6265" w:rsidRDefault="00CA6265">
      <w:pPr>
        <w:autoSpaceDE w:val="0"/>
        <w:autoSpaceDN w:val="0"/>
        <w:spacing w:before="190" w:after="0" w:line="262" w:lineRule="auto"/>
        <w:ind w:left="180" w:right="5040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721A97" w:rsidRPr="00CA6265" w:rsidRDefault="00AE254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115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определять разрыв между реальным и желательным состоянием объекта (ситуации) на осн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ове предложенных учителем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вопросов.</w:t>
      </w:r>
    </w:p>
    <w:p w:rsidR="00721A97" w:rsidRPr="00CA6265" w:rsidRDefault="00CA6265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721A97" w:rsidRPr="00CA6265" w:rsidRDefault="00AE2547">
      <w:pPr>
        <w:autoSpaceDE w:val="0"/>
        <w:autoSpaceDN w:val="0"/>
        <w:spacing w:before="180" w:after="0" w:line="271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 </w:t>
      </w:r>
    </w:p>
    <w:p w:rsidR="00721A97" w:rsidRPr="00CA6265" w:rsidRDefault="00AE254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721A97" w:rsidRPr="00CA6265" w:rsidRDefault="00AE2547">
      <w:pPr>
        <w:autoSpaceDE w:val="0"/>
        <w:autoSpaceDN w:val="0"/>
        <w:spacing w:before="178" w:after="0" w:line="271" w:lineRule="auto"/>
        <w:ind w:left="420" w:right="115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нопись, объект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Всемирного природного и культурного наследия; </w:t>
      </w:r>
    </w:p>
    <w:p w:rsidR="00721A97" w:rsidRPr="00CA6265" w:rsidRDefault="00AE254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человека как живой организм: раскрывать функции различных систем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98" w:right="672" w:bottom="398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66" w:line="220" w:lineRule="exact"/>
        <w:rPr>
          <w:lang w:val="ru-RU"/>
        </w:rPr>
      </w:pPr>
    </w:p>
    <w:p w:rsidR="00721A97" w:rsidRPr="00CA6265" w:rsidRDefault="00CA6265">
      <w:pPr>
        <w:autoSpaceDE w:val="0"/>
        <w:autoSpaceDN w:val="0"/>
        <w:spacing w:after="0" w:line="338" w:lineRule="auto"/>
        <w:ind w:left="240" w:right="288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органов; объяснять особую роль нервной системы в деятельности организма;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текст-рассуждение:  объяснять  вред  для  здоровья и самочувствия организма вредных привычек;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ситуации проявления нравственных качеств — отзывчивости, доброты, справедливости и др.;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небольшие тексты «Права и обязанности гражданина РФ»;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—  создавать небольшие тексты о знаменательных страницах истории нашей страны (в рамках изученного).</w:t>
      </w:r>
    </w:p>
    <w:p w:rsidR="00721A97" w:rsidRPr="00CA6265" w:rsidRDefault="00CA6265">
      <w:pPr>
        <w:autoSpaceDE w:val="0"/>
        <w:autoSpaceDN w:val="0"/>
        <w:spacing w:before="180" w:after="0" w:line="341" w:lineRule="auto"/>
        <w:ind w:left="240" w:right="144" w:hanging="24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</w:t>
      </w:r>
      <w:r w:rsidR="0032094A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ерсальные учебные </w:t>
      </w:r>
      <w:proofErr w:type="gramStart"/>
      <w:r w:rsidR="0032094A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действия:</w:t>
      </w:r>
      <w:r w:rsidRPr="00CA6265">
        <w:rPr>
          <w:lang w:val="ru-RU"/>
        </w:rPr>
        <w:br/>
      </w:r>
      <w:r w:rsidR="0032094A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proofErr w:type="gramEnd"/>
      <w:r w:rsidR="0032094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контролировать процесс и результат выполнения задания, корректировать учебные действия при необходимости;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адекватно принимать оценку своей работы; планировать работу над ошибками;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ошибки в своей и чужих работах, устанавливать их причины.</w:t>
      </w:r>
    </w:p>
    <w:p w:rsidR="00721A97" w:rsidRPr="00CA6265" w:rsidRDefault="00CA6265">
      <w:pPr>
        <w:autoSpaceDE w:val="0"/>
        <w:autoSpaceDN w:val="0"/>
        <w:spacing w:before="178" w:after="0" w:line="326" w:lineRule="auto"/>
        <w:ind w:left="240" w:hanging="24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</w:t>
      </w:r>
      <w:proofErr w:type="gramStart"/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деятельность:</w:t>
      </w:r>
      <w:r w:rsidRPr="00CA6265">
        <w:rPr>
          <w:lang w:val="ru-RU"/>
        </w:rPr>
        <w:br/>
      </w:r>
      <w:r w:rsidR="001F513A">
        <w:rPr>
          <w:rFonts w:ascii="Times New Roman" w:eastAsia="Times New Roman" w:hAnsi="Times New Roman"/>
          <w:color w:val="000000"/>
          <w:sz w:val="24"/>
          <w:lang w:val="ru-RU"/>
        </w:rPr>
        <w:t>--</w:t>
      </w:r>
      <w:proofErr w:type="gramEnd"/>
      <w:r w:rsidR="001F513A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совместной деятельности при выполнении разных ролей — руководитель, подчинённый, напарник, член большого коллектива;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ответственно относиться к своим обязанностям в процессе совместной деятельности, объективно оценивать свой вклад в общее дело;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86" w:right="754" w:bottom="1440" w:left="846" w:header="720" w:footer="720" w:gutter="0"/>
          <w:cols w:space="720" w:equalWidth="0">
            <w:col w:w="10300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78" w:line="220" w:lineRule="exact"/>
        <w:rPr>
          <w:lang w:val="ru-RU"/>
        </w:rPr>
      </w:pPr>
    </w:p>
    <w:p w:rsidR="00721A97" w:rsidRPr="00CA6265" w:rsidRDefault="00CA6265">
      <w:pPr>
        <w:autoSpaceDE w:val="0"/>
        <w:autoSpaceDN w:val="0"/>
        <w:spacing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21A97" w:rsidRPr="00CA6265" w:rsidRDefault="00CA6265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"Окружающий мир" на уровне начального общего образования направлено на достижение обучающимися личностных, </w:t>
      </w:r>
      <w:proofErr w:type="spellStart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721A97" w:rsidRPr="00CA6265" w:rsidRDefault="00CA6265">
      <w:pPr>
        <w:autoSpaceDE w:val="0"/>
        <w:autoSpaceDN w:val="0"/>
        <w:spacing w:before="226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721A97" w:rsidRPr="00CA6265" w:rsidRDefault="00CA6265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</w:p>
    <w:p w:rsidR="00721A97" w:rsidRPr="00CA6265" w:rsidRDefault="0032094A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России; понимание особой роли многонациональной России в современном мире; </w:t>
      </w:r>
    </w:p>
    <w:p w:rsidR="00721A97" w:rsidRPr="00CA6265" w:rsidRDefault="0032094A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721A97" w:rsidRPr="00CA6265" w:rsidRDefault="0032094A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721A97" w:rsidRPr="00CA6265" w:rsidRDefault="0032094A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721A97" w:rsidRPr="00CA6265" w:rsidRDefault="00313C42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721A97" w:rsidRPr="00CA6265" w:rsidRDefault="00313C42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721A97" w:rsidRPr="00CA6265" w:rsidRDefault="00313C42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721A97" w:rsidRPr="00CA6265" w:rsidRDefault="00CA6265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721A97" w:rsidRPr="00CA6265" w:rsidRDefault="00313C42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21A97" w:rsidRPr="00CA6265" w:rsidRDefault="00313C42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  <w:r w:rsidR="00CA6265" w:rsidRPr="00CA6265">
        <w:rPr>
          <w:lang w:val="ru-RU"/>
        </w:rPr>
        <w:br/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информационной); </w:t>
      </w:r>
    </w:p>
    <w:p w:rsidR="00721A97" w:rsidRPr="00CA6265" w:rsidRDefault="00313C4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приобретение опыта эмоционального отношения к среде обитания, бережное отношение к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98" w:right="648" w:bottom="45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66" w:line="220" w:lineRule="exact"/>
        <w:rPr>
          <w:lang w:val="ru-RU"/>
        </w:rPr>
      </w:pPr>
    </w:p>
    <w:p w:rsidR="00721A97" w:rsidRPr="00CA6265" w:rsidRDefault="00CA6265">
      <w:pPr>
        <w:autoSpaceDE w:val="0"/>
        <w:autoSpaceDN w:val="0"/>
        <w:spacing w:after="0" w:line="230" w:lineRule="auto"/>
        <w:ind w:left="420"/>
        <w:rPr>
          <w:lang w:val="ru-RU"/>
        </w:rPr>
      </w:pPr>
      <w:proofErr w:type="gramStart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физическому</w:t>
      </w:r>
      <w:proofErr w:type="gramEnd"/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и психическому здоровью.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721A97" w:rsidRPr="00CA6265" w:rsidRDefault="00313C42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721A97" w:rsidRPr="00CA6265" w:rsidRDefault="00313C42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721A97" w:rsidRPr="00CA6265" w:rsidRDefault="00CA6265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721A97" w:rsidRPr="00CA6265" w:rsidRDefault="00313C42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первоначальные представления о научной картине мира; </w:t>
      </w:r>
    </w:p>
    <w:p w:rsidR="00721A97" w:rsidRPr="00CA6265" w:rsidRDefault="00313C42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721A97" w:rsidRPr="00CA6265" w:rsidRDefault="00CA6265">
      <w:pPr>
        <w:autoSpaceDE w:val="0"/>
        <w:autoSpaceDN w:val="0"/>
        <w:spacing w:before="286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1F513A" w:rsidRDefault="00CA6265">
      <w:pPr>
        <w:autoSpaceDE w:val="0"/>
        <w:autoSpaceDN w:val="0"/>
        <w:spacing w:before="346" w:after="0" w:line="262" w:lineRule="auto"/>
        <w:ind w:left="180" w:right="475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</w:t>
      </w:r>
      <w:r w:rsidR="001F513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действия: </w:t>
      </w:r>
    </w:p>
    <w:p w:rsidR="00721A97" w:rsidRPr="00CA6265" w:rsidRDefault="00313C42">
      <w:pPr>
        <w:autoSpaceDE w:val="0"/>
        <w:autoSpaceDN w:val="0"/>
        <w:spacing w:before="346" w:after="0" w:line="262" w:lineRule="auto"/>
        <w:ind w:left="180" w:right="4752"/>
        <w:rPr>
          <w:lang w:val="ru-RU"/>
        </w:rPr>
      </w:pPr>
      <w:r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</w:t>
      </w:r>
      <w:r w:rsidR="00CA6265"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721A97" w:rsidRPr="00CA6265" w:rsidRDefault="00313C42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721A97" w:rsidRPr="00CA6265" w:rsidRDefault="00313C42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721A97" w:rsidRPr="00CA6265" w:rsidRDefault="00313C4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части объекта (объекты) по определённому признаку;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721A97" w:rsidRPr="00CA6265" w:rsidRDefault="00313C42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721A97" w:rsidRPr="00CA6265" w:rsidRDefault="00CA6265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— выявлять недостаток информации для решения учебной (практической) задачи на основе предложенного алгоритма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721A97" w:rsidRPr="00CA6265" w:rsidRDefault="00313C42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формулировать с помощью учителя цель предстоящей работ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ы, прогнозировать возможное раз</w:t>
      </w:r>
      <w:r w:rsidR="001F513A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итие процессов, событий и последствия в аналогичных или сходных ситуациях; 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86" w:right="650" w:bottom="5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108" w:line="220" w:lineRule="exact"/>
        <w:rPr>
          <w:lang w:val="ru-RU"/>
        </w:rPr>
      </w:pPr>
    </w:p>
    <w:p w:rsidR="00721A97" w:rsidRPr="00CA6265" w:rsidRDefault="00313C42">
      <w:pPr>
        <w:autoSpaceDE w:val="0"/>
        <w:autoSpaceDN w:val="0"/>
        <w:spacing w:after="0" w:line="271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ный труд и его результаты и др.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721A97" w:rsidRPr="00CA6265" w:rsidRDefault="00313C42">
      <w:pPr>
        <w:autoSpaceDE w:val="0"/>
        <w:autoSpaceDN w:val="0"/>
        <w:spacing w:before="190" w:after="0" w:line="271" w:lineRule="auto"/>
        <w:ind w:left="240"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—следствие);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 w:right="115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3)  Работа с информацией:</w:t>
      </w:r>
    </w:p>
    <w:p w:rsidR="00721A97" w:rsidRPr="00CA6265" w:rsidRDefault="00313C42">
      <w:pPr>
        <w:autoSpaceDE w:val="0"/>
        <w:autoSpaceDN w:val="0"/>
        <w:spacing w:before="180" w:after="0" w:line="262" w:lineRule="auto"/>
        <w:ind w:left="24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использовать различные источники для поиска информации, выбирать источник получения информации с учётом учебной задачи;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 w:right="115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находить и использовать для решения учебных задач текстовую, графическую, аудиовизуальную информацию;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информационной безопасности в условиях контролируемого доступа в Интернет (с помощью учителя);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действия:</w:t>
      </w:r>
    </w:p>
    <w:p w:rsidR="00721A97" w:rsidRPr="00CA6265" w:rsidRDefault="00313C42">
      <w:pPr>
        <w:autoSpaceDE w:val="0"/>
        <w:autoSpaceDN w:val="0"/>
        <w:spacing w:before="180" w:after="0" w:line="262" w:lineRule="auto"/>
        <w:ind w:left="24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721A97" w:rsidRPr="00CA6265" w:rsidRDefault="00313C42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721A97" w:rsidRPr="00CA6265" w:rsidRDefault="00313C42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328" w:right="766" w:bottom="458" w:left="846" w:header="720" w:footer="720" w:gutter="0"/>
          <w:cols w:space="720" w:equalWidth="0">
            <w:col w:w="10288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108" w:line="220" w:lineRule="exact"/>
        <w:rPr>
          <w:lang w:val="ru-RU"/>
        </w:rPr>
      </w:pPr>
    </w:p>
    <w:p w:rsidR="00721A97" w:rsidRPr="00CA6265" w:rsidRDefault="00313C42">
      <w:pPr>
        <w:autoSpaceDE w:val="0"/>
        <w:autoSpaceDN w:val="0"/>
        <w:spacing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готовить небольшие публичные выступления с возможной презентацией (текс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т, рисунки, фото, плакаты и др.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) к тексту выступления.</w:t>
      </w:r>
    </w:p>
    <w:p w:rsidR="00721A97" w:rsidRPr="00CA6265" w:rsidRDefault="00CA6265">
      <w:pPr>
        <w:autoSpaceDE w:val="0"/>
        <w:autoSpaceDN w:val="0"/>
        <w:spacing w:before="178" w:after="0" w:line="262" w:lineRule="auto"/>
        <w:ind w:left="180" w:right="4896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универсальные учебные действия: </w:t>
      </w:r>
      <w:r w:rsidR="00313C4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</w:t>
      </w: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Самоорганизация:</w:t>
      </w:r>
    </w:p>
    <w:p w:rsidR="00721A97" w:rsidRPr="00CA6265" w:rsidRDefault="00313C42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721A97" w:rsidRPr="00CA6265" w:rsidRDefault="00CA626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— выстраивать последовательность выбранных действий и операций.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721A97" w:rsidRPr="00CA6265" w:rsidRDefault="00313C42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контроль процесса и результата своей деятельности; </w:t>
      </w:r>
    </w:p>
    <w:p w:rsidR="00721A97" w:rsidRPr="00CA6265" w:rsidRDefault="00313C42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721A97" w:rsidRPr="00CA6265" w:rsidRDefault="00313C42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объективно оценивать результаты своей деятельности, соотносить свою оценку с оценкой учителя;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оценивать целесообразность выбранных способов действия, при необходимости корректировать их.</w:t>
      </w:r>
    </w:p>
    <w:p w:rsidR="00721A97" w:rsidRPr="00CA6265" w:rsidRDefault="00CA6265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721A97" w:rsidRPr="00CA6265" w:rsidRDefault="00313C42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значение коллективной деятельности для успешного решения учебной </w:t>
      </w:r>
      <w:r w:rsidR="00CA6265" w:rsidRPr="00CA6265">
        <w:rPr>
          <w:lang w:val="ru-RU"/>
        </w:rPr>
        <w:br/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721A97" w:rsidRPr="00CA6265" w:rsidRDefault="00313C4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подчиняться; </w:t>
      </w:r>
    </w:p>
    <w:p w:rsidR="00721A97" w:rsidRPr="00CA6265" w:rsidRDefault="00313C42">
      <w:pPr>
        <w:autoSpaceDE w:val="0"/>
        <w:autoSpaceDN w:val="0"/>
        <w:spacing w:before="190" w:after="0" w:line="274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</w:t>
      </w:r>
      <w:proofErr w:type="gramStart"/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допускать  конфликтов</w:t>
      </w:r>
      <w:proofErr w:type="gramEnd"/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, при их возникновении мирно разрешать без участия взрослого; </w:t>
      </w:r>
    </w:p>
    <w:p w:rsidR="00721A97" w:rsidRPr="00CA6265" w:rsidRDefault="00313C4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ответственно выполнять свою часть работы.</w:t>
      </w:r>
    </w:p>
    <w:p w:rsidR="00721A97" w:rsidRPr="00CA6265" w:rsidRDefault="00CA6265">
      <w:pPr>
        <w:autoSpaceDE w:val="0"/>
        <w:autoSpaceDN w:val="0"/>
        <w:spacing w:before="286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21A97" w:rsidRPr="00CA6265" w:rsidRDefault="00CA6265">
      <w:pPr>
        <w:autoSpaceDE w:val="0"/>
        <w:autoSpaceDN w:val="0"/>
        <w:spacing w:before="346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721A97" w:rsidRPr="00CA6265" w:rsidRDefault="00CA6265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классе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</w:p>
    <w:p w:rsidR="00721A97" w:rsidRPr="00CA6265" w:rsidRDefault="00313C42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721A97" w:rsidRPr="00CA6265" w:rsidRDefault="00313C4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воспроизводить название своего населённого пункта, региона, страны;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328" w:right="650" w:bottom="3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84" w:line="220" w:lineRule="exact"/>
        <w:rPr>
          <w:lang w:val="ru-RU"/>
        </w:rPr>
      </w:pPr>
    </w:p>
    <w:p w:rsidR="00721A97" w:rsidRPr="00CA6265" w:rsidRDefault="00313C42">
      <w:pPr>
        <w:autoSpaceDE w:val="0"/>
        <w:autoSpaceDN w:val="0"/>
        <w:spacing w:after="0" w:line="27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  <w:r w:rsidR="00CA6265" w:rsidRPr="00CA6265">
        <w:rPr>
          <w:lang w:val="ru-RU"/>
        </w:rPr>
        <w:br/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животных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насекомые, рыбы, птицы, звери); </w:t>
      </w:r>
    </w:p>
    <w:p w:rsidR="00721A97" w:rsidRPr="00CA6265" w:rsidRDefault="00313C42">
      <w:pPr>
        <w:autoSpaceDE w:val="0"/>
        <w:autoSpaceDN w:val="0"/>
        <w:spacing w:before="190" w:after="0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721A97" w:rsidRPr="00CA6265" w:rsidRDefault="00313C4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721A97" w:rsidRPr="00CA6265" w:rsidRDefault="00313C42">
      <w:pPr>
        <w:autoSpaceDE w:val="0"/>
        <w:autoSpaceDN w:val="0"/>
        <w:spacing w:before="190" w:after="0" w:line="278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721A97" w:rsidRPr="00CA6265" w:rsidRDefault="00313C4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721A97" w:rsidRPr="00CA6265" w:rsidRDefault="00313C4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здорового питания и личной гигиены; </w:t>
      </w:r>
    </w:p>
    <w:p w:rsidR="00721A97" w:rsidRPr="00CA6265" w:rsidRDefault="00313C4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безопасного поведения пешехода; </w:t>
      </w:r>
    </w:p>
    <w:p w:rsidR="00721A97" w:rsidRPr="00CA6265" w:rsidRDefault="00CA6265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—соблюдать правила безопасного поведения в природе;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721A97" w:rsidRPr="00CA6265" w:rsidRDefault="00CA6265">
      <w:pPr>
        <w:autoSpaceDE w:val="0"/>
        <w:autoSpaceDN w:val="0"/>
        <w:spacing w:before="322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721A97" w:rsidRPr="00CA6265" w:rsidRDefault="00CA6265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во </w:t>
      </w: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классе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</w:p>
    <w:p w:rsidR="00721A97" w:rsidRPr="00CA6265" w:rsidRDefault="00313C42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721A97" w:rsidRPr="00CA6265" w:rsidRDefault="00313C42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721A97" w:rsidRPr="00CA6265" w:rsidRDefault="00313C42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изучен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ных взаимосвязей в природе, при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меры, иллюстрирующие значение природы в жизни человека; 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304" w:right="834" w:bottom="408" w:left="666" w:header="720" w:footer="720" w:gutter="0"/>
          <w:cols w:space="720" w:equalWidth="0">
            <w:col w:w="10400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108" w:line="220" w:lineRule="exact"/>
        <w:rPr>
          <w:lang w:val="ru-RU"/>
        </w:rPr>
      </w:pPr>
    </w:p>
    <w:p w:rsidR="00721A97" w:rsidRPr="00CA6265" w:rsidRDefault="00313C42">
      <w:pPr>
        <w:autoSpaceDE w:val="0"/>
        <w:autoSpaceDN w:val="0"/>
        <w:spacing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721A97" w:rsidRPr="00CA6265" w:rsidRDefault="00313C42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721A97" w:rsidRPr="00CA6265" w:rsidRDefault="00313C4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721A97" w:rsidRPr="00CA6265" w:rsidRDefault="005823A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721A97" w:rsidRPr="00CA6265" w:rsidRDefault="005823A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ориентироваться на мес</w:t>
      </w:r>
      <w:r w:rsidR="00313C42">
        <w:rPr>
          <w:rFonts w:ascii="Times New Roman" w:eastAsia="Times New Roman" w:hAnsi="Times New Roman"/>
          <w:color w:val="000000"/>
          <w:sz w:val="24"/>
          <w:lang w:val="ru-RU"/>
        </w:rPr>
        <w:t>тности по местным природным при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знакам, Солнцу, компасу; </w:t>
      </w:r>
    </w:p>
    <w:p w:rsidR="00721A97" w:rsidRPr="00CA6265" w:rsidRDefault="005823A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313C42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по заданному </w:t>
      </w:r>
      <w:proofErr w:type="gramStart"/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плану  развёрнутые</w:t>
      </w:r>
      <w:proofErr w:type="gramEnd"/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 высказывания о природе и обществе; </w:t>
      </w:r>
    </w:p>
    <w:p w:rsidR="00721A97" w:rsidRPr="00CA6265" w:rsidRDefault="005823AD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721A97" w:rsidRPr="00CA6265" w:rsidRDefault="005823AD">
      <w:pPr>
        <w:autoSpaceDE w:val="0"/>
        <w:autoSpaceDN w:val="0"/>
        <w:spacing w:before="192" w:after="0"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721A97" w:rsidRPr="00CA6265" w:rsidRDefault="005823AD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721A97" w:rsidRPr="00CA6265" w:rsidRDefault="005823A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режим дня и питания; </w:t>
      </w:r>
    </w:p>
    <w:p w:rsidR="00721A97" w:rsidRPr="00CA6265" w:rsidRDefault="005823AD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безопасно использовать мессенджеры Интернета в условиях контролируемого доступа в Интернет; </w:t>
      </w:r>
    </w:p>
    <w:p w:rsidR="00721A97" w:rsidRPr="00CA6265" w:rsidRDefault="005823AD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>безопасно осуществлять коммуникацию в школьных сообществах с помощью учителя в случае необходимости.</w:t>
      </w:r>
    </w:p>
    <w:p w:rsidR="00721A97" w:rsidRPr="00CA6265" w:rsidRDefault="00CA6265">
      <w:pPr>
        <w:autoSpaceDE w:val="0"/>
        <w:autoSpaceDN w:val="0"/>
        <w:spacing w:before="322" w:after="0" w:line="230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721A97" w:rsidRPr="00CA6265" w:rsidRDefault="00CA6265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3</w:t>
      </w: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классе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</w:p>
    <w:p w:rsidR="00721A97" w:rsidRPr="00CA6265" w:rsidRDefault="005823AD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721A97" w:rsidRPr="00CA6265" w:rsidRDefault="005823AD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721A97" w:rsidRPr="00CA6265" w:rsidRDefault="005823AD">
      <w:pPr>
        <w:autoSpaceDE w:val="0"/>
        <w:autoSpaceDN w:val="0"/>
        <w:spacing w:before="192" w:after="0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721A97" w:rsidRPr="00CA6265" w:rsidRDefault="005823A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показывать на карте мира материки, изученные страны мира; </w:t>
      </w:r>
    </w:p>
    <w:p w:rsidR="00721A97" w:rsidRPr="00CA6265" w:rsidRDefault="005823A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расходы и доходы семейного бюджета; </w:t>
      </w:r>
    </w:p>
    <w:p w:rsidR="00721A97" w:rsidRPr="00CA6265" w:rsidRDefault="005823AD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721A97" w:rsidRPr="00CA6265" w:rsidRDefault="005823AD">
      <w:pPr>
        <w:autoSpaceDE w:val="0"/>
        <w:autoSpaceDN w:val="0"/>
        <w:spacing w:before="190" w:after="0" w:line="271" w:lineRule="auto"/>
        <w:ind w:left="420" w:right="792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721A97" w:rsidRPr="00CA6265" w:rsidRDefault="005823AD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="00CA6265"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328" w:right="760" w:bottom="432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108" w:line="220" w:lineRule="exact"/>
        <w:rPr>
          <w:lang w:val="ru-RU"/>
        </w:rPr>
      </w:pPr>
    </w:p>
    <w:p w:rsidR="00721A97" w:rsidRPr="00CA6265" w:rsidRDefault="00CA6265">
      <w:pPr>
        <w:autoSpaceDE w:val="0"/>
        <w:autoSpaceDN w:val="0"/>
        <w:spacing w:after="0" w:line="343" w:lineRule="auto"/>
        <w:ind w:left="420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по заданному количеству признаков объекты живой и неживой природы; —  описывать на основе предложенного плана изученные объекты и явления природы, выделяя их существенные признаки и характерные свойства;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 источники  информации  о  природе и обществе для поиска и извлечения информации, ответов на вопросы;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фиксировать результаты наблюдений, опытной работы, в процессе коллективной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обобщать полученные результаты и делать выводы;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пассажира железнодорожного, водного и авиатранспорта;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периодичность двигательной активности и профилактики заболеваний;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во дворе жилого дома;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нравственного поведения на природе;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мессенджерах.</w:t>
      </w:r>
    </w:p>
    <w:p w:rsidR="00721A97" w:rsidRPr="00CA6265" w:rsidRDefault="00CA6265">
      <w:pPr>
        <w:tabs>
          <w:tab w:val="left" w:pos="180"/>
          <w:tab w:val="left" w:pos="420"/>
        </w:tabs>
        <w:autoSpaceDE w:val="0"/>
        <w:autoSpaceDN w:val="0"/>
        <w:spacing w:before="322" w:after="0" w:line="343" w:lineRule="auto"/>
        <w:rPr>
          <w:lang w:val="ru-RU"/>
        </w:rPr>
      </w:pP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CA626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классе </w:t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уважение к семейным ценностям и традициям, традициям своего народа и других </w:t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народов, государственным символам России; соблюдать правила нравственного поведения в </w:t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социуме;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показывать на физической карте изученные крупные географические объекты России (горы, </w:t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равнины, реки, озёра, моря, омывающие территорию России);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показывать на исторической карте места изученных исторических событий;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место изученных событий на «ленте времени»;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основные права и обязанности гражданина Российской Федерации;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соотносить изученные исторические события и исторических деятелей с веками и периодами </w:t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истории России;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рассказывать о государственных праздниках России, наиболее важных событиях истории </w:t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России, наиболее известных российских исторических деятелях разных периодов,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достопримечательностях столицы России и родного края;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на основе предложенного плана изученные объекты, выделяя их существенные </w:t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признаки, в том числе государственную символику России и своего региона; </w:t>
      </w:r>
      <w:r w:rsidRPr="00CA6265">
        <w:rPr>
          <w:lang w:val="ru-RU"/>
        </w:rPr>
        <w:br/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предложенному/самостоятельно составленному плану или выдвинутому </w:t>
      </w:r>
      <w:r w:rsidRPr="00CA6265">
        <w:rPr>
          <w:lang w:val="ru-RU"/>
        </w:rPr>
        <w:tab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предположению несложные наблюдения, опыты с объектами природы с использованием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328" w:right="822" w:bottom="432" w:left="666" w:header="720" w:footer="720" w:gutter="0"/>
          <w:cols w:space="720" w:equalWidth="0">
            <w:col w:w="10412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66" w:line="220" w:lineRule="exact"/>
        <w:rPr>
          <w:lang w:val="ru-RU"/>
        </w:rPr>
      </w:pPr>
    </w:p>
    <w:p w:rsidR="00721A97" w:rsidRPr="00CA6265" w:rsidRDefault="00CA6265">
      <w:pPr>
        <w:autoSpaceDE w:val="0"/>
        <w:autoSpaceDN w:val="0"/>
        <w:spacing w:after="0" w:line="343" w:lineRule="auto"/>
        <w:rPr>
          <w:lang w:val="ru-RU"/>
        </w:rPr>
      </w:pP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простейшего лабораторного оборудования и измерительных приборов, следуя правилам безопасного труда;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изученные объекты и явления живой и неживой природы по их описанию, рисункам и фотографиям, различать их в окружающем мире;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живой и неживой природы на основе их внешних признаков и известных характерных свойств;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—  называть наиболее значимые природные объекты Всемирного наследия в России и за рубежом (в пределах изученного);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экологические проблемы и определять пути их решения;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по заданному плану собственные развёрнутые высказывания о природе и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источники информации для поиска и извлечения информации, ответов на вопросы;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нравственного поведения на природе;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возможные последствия вредных привычек для здоровья и жизни человека; —  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при езде на велосипеде, самокате; </w:t>
      </w:r>
      <w:r w:rsidRPr="00CA6265">
        <w:rPr>
          <w:lang w:val="ru-RU"/>
        </w:rPr>
        <w:br/>
      </w:r>
      <w:r w:rsidRPr="00CA6265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безопасный  поиск  образовательных  ресурсов и достоверной информации в Интернете.</w:t>
      </w:r>
    </w:p>
    <w:p w:rsidR="00721A97" w:rsidRPr="00CA6265" w:rsidRDefault="00721A97">
      <w:pPr>
        <w:rPr>
          <w:lang w:val="ru-RU"/>
        </w:rPr>
        <w:sectPr w:rsidR="00721A97" w:rsidRPr="00CA6265">
          <w:pgSz w:w="11900" w:h="16840"/>
          <w:pgMar w:top="286" w:right="808" w:bottom="1440" w:left="1086" w:header="720" w:footer="720" w:gutter="0"/>
          <w:cols w:space="720" w:equalWidth="0">
            <w:col w:w="10006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64" w:line="220" w:lineRule="exact"/>
        <w:rPr>
          <w:lang w:val="ru-RU"/>
        </w:rPr>
      </w:pPr>
    </w:p>
    <w:p w:rsidR="00721A97" w:rsidRDefault="00CA6265">
      <w:pPr>
        <w:autoSpaceDE w:val="0"/>
        <w:autoSpaceDN w:val="0"/>
        <w:spacing w:after="92" w:line="374" w:lineRule="auto"/>
        <w:ind w:right="11952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18"/>
        </w:rPr>
        <w:t>1 КЛАСС</w:t>
      </w:r>
    </w:p>
    <w:tbl>
      <w:tblPr>
        <w:tblW w:w="0" w:type="auto"/>
        <w:tblInd w:w="572" w:type="dxa"/>
        <w:tblLayout w:type="fixed"/>
        <w:tblLook w:val="04A0" w:firstRow="1" w:lastRow="0" w:firstColumn="1" w:lastColumn="0" w:noHBand="0" w:noVBand="1"/>
      </w:tblPr>
      <w:tblGrid>
        <w:gridCol w:w="567"/>
        <w:gridCol w:w="4091"/>
        <w:gridCol w:w="528"/>
        <w:gridCol w:w="1104"/>
        <w:gridCol w:w="1140"/>
        <w:gridCol w:w="7312"/>
      </w:tblGrid>
      <w:tr w:rsidR="00721A97" w:rsidTr="005823AD">
        <w:trPr>
          <w:trHeight w:hRule="exact" w:val="34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7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721A97" w:rsidTr="005823AD">
        <w:trPr>
          <w:trHeight w:hRule="exact" w:val="54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97" w:rsidRDefault="00721A97"/>
        </w:tc>
        <w:tc>
          <w:tcPr>
            <w:tcW w:w="4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21A97" w:rsidRDefault="00721A97"/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7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97" w:rsidRDefault="00721A97"/>
        </w:tc>
      </w:tr>
      <w:tr w:rsidR="00721A97" w:rsidTr="005823AD">
        <w:trPr>
          <w:trHeight w:hRule="exact" w:val="350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8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Человек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общество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  <w:tr w:rsidR="00721A97" w:rsidRPr="005125B2" w:rsidTr="005823AD">
        <w:trPr>
          <w:trHeight w:hRule="exact" w:val="1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Школьные традиции и праздники. Классный, школьный коллектив, совместная деятельность.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52" w:lineRule="auto"/>
              <w:ind w:left="72" w:right="1296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/43/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-5135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kogda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proiskhodit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-728427/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zhizn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nashei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-5943226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CA6265">
              <w:rPr>
                <w:lang w:val="ru-RU"/>
              </w:rPr>
              <w:br/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startovyi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kontrol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-6633663</w:t>
            </w:r>
          </w:p>
        </w:tc>
      </w:tr>
      <w:tr w:rsidR="00721A97" w:rsidRPr="00CA6265" w:rsidTr="005823AD">
        <w:trPr>
          <w:trHeight w:hRule="exact" w:val="8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23AD" w:rsidRDefault="00CA626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/5963/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/157361/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/3773/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/157393/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-57466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hyperlink r:id="rId7" w:history="1"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https</w:t>
              </w:r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  <w:lang w:val="ru-RU"/>
                </w:rPr>
                <w:t>://</w:t>
              </w:r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www</w:t>
              </w:r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  <w:lang w:val="ru-RU"/>
                </w:rPr>
                <w:t>.</w:t>
              </w:r>
              <w:proofErr w:type="spellStart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yaklass</w:t>
              </w:r>
              <w:proofErr w:type="spellEnd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  <w:lang w:val="ru-RU"/>
                </w:rPr>
                <w:t>.</w:t>
              </w:r>
              <w:proofErr w:type="spellStart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ru</w:t>
              </w:r>
              <w:proofErr w:type="spellEnd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  <w:lang w:val="ru-RU"/>
                </w:rPr>
                <w:t>/</w:t>
              </w:r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p</w:t>
              </w:r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  <w:lang w:val="ru-RU"/>
                </w:rPr>
                <w:t>/</w:t>
              </w:r>
              <w:proofErr w:type="spellStart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okruzhayushchij</w:t>
              </w:r>
              <w:proofErr w:type="spellEnd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  <w:lang w:val="ru-RU"/>
                </w:rPr>
                <w:t>-</w:t>
              </w:r>
              <w:proofErr w:type="spellStart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mir</w:t>
              </w:r>
              <w:proofErr w:type="spellEnd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  <w:lang w:val="ru-RU"/>
                </w:rPr>
                <w:t>/2-</w:t>
              </w:r>
              <w:proofErr w:type="spellStart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klass</w:t>
              </w:r>
              <w:proofErr w:type="spellEnd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  <w:lang w:val="ru-RU"/>
                </w:rPr>
                <w:t>/</w:t>
              </w:r>
              <w:proofErr w:type="spellStart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pravila</w:t>
              </w:r>
              <w:proofErr w:type="spellEnd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  <w:lang w:val="ru-RU"/>
                </w:rPr>
                <w:t>-</w:t>
              </w:r>
              <w:proofErr w:type="spellStart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obshcheniia</w:t>
              </w:r>
              <w:proofErr w:type="spellEnd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  <w:lang w:val="ru-RU"/>
                </w:rPr>
                <w:t>-546146/</w:t>
              </w:r>
              <w:proofErr w:type="spellStart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</w:rPr>
                <w:t>moiashkola</w:t>
              </w:r>
              <w:proofErr w:type="spellEnd"/>
              <w:r w:rsidR="005823AD" w:rsidRPr="00FF05A8">
                <w:rPr>
                  <w:rStyle w:val="aff8"/>
                  <w:rFonts w:ascii="Times New Roman" w:eastAsia="Times New Roman" w:hAnsi="Times New Roman"/>
                  <w:w w:val="97"/>
                  <w:sz w:val="16"/>
                  <w:lang w:val="ru-RU"/>
                </w:rPr>
                <w:t>-</w:t>
              </w:r>
            </w:hyperlink>
          </w:p>
          <w:p w:rsidR="005823AD" w:rsidRDefault="005823AD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  <w:p w:rsidR="005823AD" w:rsidRDefault="005823AD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  <w:p w:rsidR="00721A97" w:rsidRPr="00CA6265" w:rsidRDefault="00CA6265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545626</w:t>
            </w:r>
          </w:p>
        </w:tc>
      </w:tr>
      <w:tr w:rsidR="00721A97" w:rsidTr="005823AD">
        <w:trPr>
          <w:trHeight w:hRule="exact"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https://www.youtube.com/watch?v=iM851yHku70</w:t>
            </w:r>
          </w:p>
        </w:tc>
      </w:tr>
      <w:tr w:rsidR="00721A97" w:rsidTr="005823AD">
        <w:trPr>
          <w:trHeight w:hRule="exact" w:val="1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Россия Москва — столица России. Народы России.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 https://resh.edu.ru/subject/lesson/5091/start/118888/ https://resh.edu.ru/subject/lesson/5164/start/273959/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https://uchi.ru/catalog/env/1-klass/lesson-6596 https://uchi.ru/catalog/env/1-klass/lesson-6597 https://uchi.ru/catalog/env/1-klass/lesson-5137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https://www.yaklass.ru/p/okruzhayushchij-mir/2-klass/rodina-322852/rossiia-nasha-rodina322853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Яндекс.Учебник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https://education.yandex.ru/lab/classes/689866/library/nature/tab/timeline/lesson/3726031</w:t>
            </w:r>
          </w:p>
        </w:tc>
      </w:tr>
      <w:tr w:rsidR="00721A97" w:rsidRPr="005125B2" w:rsidTr="005823AD">
        <w:trPr>
          <w:trHeight w:hRule="exact"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tabs>
                <w:tab w:val="left" w:pos="112"/>
              </w:tabs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Первоначальные сведения о родном крае. Название своего населённого пункта (города, села), региона.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-5137</w:t>
            </w:r>
          </w:p>
        </w:tc>
      </w:tr>
      <w:tr w:rsidR="00721A97" w:rsidTr="005823AD">
        <w:trPr>
          <w:trHeight w:hRule="exact" w:val="7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https://www.youtube.com/watch?time_continue=9&amp;v=fs21tlAyhYw&amp;feature=emb_logo https://kopilkaurokov.ru/doshkolnoeObrazovanie/presentacii/ir</w:t>
            </w:r>
            <w:r w:rsidR="005823AD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kutskaia_oblast_nash_krai_rodno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</w:t>
            </w:r>
          </w:p>
        </w:tc>
      </w:tr>
      <w:tr w:rsidR="00721A97" w:rsidRPr="005125B2" w:rsidTr="005823AD">
        <w:trPr>
          <w:trHeight w:hRule="exact" w:val="11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поведения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социуме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/3749/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/295983/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pravila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obshcheniia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-546146/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kakvesti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sebia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obshchestvennykh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mestakh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-545649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pravila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obshcheniia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-546146/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bud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dobrym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ispravedlivym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-643655</w:t>
            </w:r>
          </w:p>
        </w:tc>
      </w:tr>
      <w:tr w:rsidR="00721A97" w:rsidRPr="005125B2" w:rsidTr="005823AD">
        <w:trPr>
          <w:trHeight w:hRule="exact" w:val="10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Моя семья в прошлом и настоящем. Имена и фамилии членов семьи, их профессии.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/5564/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/157330/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-32832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pravila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obshcheniia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-546146/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moiasemia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-536737</w:t>
            </w:r>
          </w:p>
        </w:tc>
      </w:tr>
      <w:tr w:rsidR="00721A97" w:rsidTr="005823AD">
        <w:trPr>
          <w:trHeight w:hRule="exact" w:val="540"/>
        </w:trPr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409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45" w:lineRule="auto"/>
              <w:ind w:left="72" w:right="144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Взаимоотношения и взаимопомощь в семье.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Совместный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труд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отдых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3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https://www.youtube.com/watch?v=wO08YH8BSGI&amp;feature=emb_logo</w:t>
            </w:r>
          </w:p>
        </w:tc>
      </w:tr>
      <w:tr w:rsidR="00721A97" w:rsidRPr="005125B2" w:rsidTr="005823AD">
        <w:trPr>
          <w:trHeight w:hRule="exact" w:val="8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Домашний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адрес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45" w:lineRule="auto"/>
              <w:ind w:left="72" w:right="3888"/>
              <w:rPr>
                <w:lang w:val="ru-RU"/>
              </w:rPr>
            </w:pP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-10153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-57465</w:t>
            </w:r>
          </w:p>
        </w:tc>
      </w:tr>
      <w:tr w:rsidR="00721A97" w:rsidTr="005823AD">
        <w:trPr>
          <w:trHeight w:hRule="exact" w:val="348"/>
        </w:trPr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9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28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Человек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</w:tbl>
    <w:p w:rsidR="00721A97" w:rsidRDefault="00721A97">
      <w:pPr>
        <w:autoSpaceDE w:val="0"/>
        <w:autoSpaceDN w:val="0"/>
        <w:spacing w:after="0" w:line="14" w:lineRule="exact"/>
      </w:pPr>
    </w:p>
    <w:p w:rsidR="00721A97" w:rsidRDefault="00721A97">
      <w:pPr>
        <w:sectPr w:rsidR="00721A97">
          <w:pgSz w:w="16840" w:h="11900"/>
          <w:pgMar w:top="282" w:right="640" w:bottom="36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21A97" w:rsidRDefault="00721A97">
      <w:pPr>
        <w:autoSpaceDE w:val="0"/>
        <w:autoSpaceDN w:val="0"/>
        <w:spacing w:after="66" w:line="220" w:lineRule="exact"/>
      </w:pPr>
    </w:p>
    <w:tbl>
      <w:tblPr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425"/>
        <w:gridCol w:w="4516"/>
        <w:gridCol w:w="528"/>
        <w:gridCol w:w="1104"/>
        <w:gridCol w:w="1140"/>
        <w:gridCol w:w="7506"/>
      </w:tblGrid>
      <w:tr w:rsidR="00721A97" w:rsidRPr="005125B2" w:rsidTr="005823AD">
        <w:trPr>
          <w:trHeight w:hRule="exact" w:val="9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47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Природа и предметы, созданные человеком. Природные </w:t>
            </w:r>
            <w:r w:rsidRPr="00CA6265">
              <w:rPr>
                <w:lang w:val="ru-RU"/>
              </w:rPr>
              <w:br/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матери</w:t>
            </w:r>
            <w:r w:rsidR="00313C4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алы. Бережное отношение к пред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метам, вещам, уход за ними.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/5625/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/154922/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obektyprirody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rukotvornogo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-322882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-11239</w:t>
            </w:r>
          </w:p>
        </w:tc>
      </w:tr>
      <w:tr w:rsidR="00721A97" w:rsidRPr="005125B2" w:rsidTr="005823AD">
        <w:trPr>
          <w:trHeight w:hRule="exact" w:val="73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6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Неживая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живая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/5531/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/155077/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-11240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kakaiabyvaet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-320112</w:t>
            </w:r>
          </w:p>
        </w:tc>
      </w:tr>
      <w:tr w:rsidR="00721A97" w:rsidRPr="005125B2" w:rsidTr="005823AD">
        <w:trPr>
          <w:trHeight w:hRule="exact" w:val="1308"/>
        </w:trPr>
        <w:tc>
          <w:tcPr>
            <w:tcW w:w="42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5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45" w:lineRule="auto"/>
              <w:ind w:left="72" w:right="576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Погода и термометр. Наблюдение за погодой своего края.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Сезонные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изменения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5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4" w:after="0" w:line="252" w:lineRule="auto"/>
              <w:ind w:left="72" w:right="144"/>
              <w:rPr>
                <w:lang w:val="ru-RU"/>
              </w:rPr>
            </w:pP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prirodnyeiavleniia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-320613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iz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chegoskladyvaetsia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pogoda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-321250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osennieizmeneniia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-321438</w:t>
            </w:r>
          </w:p>
        </w:tc>
      </w:tr>
      <w:tr w:rsidR="00721A97" w:rsidTr="005823AD">
        <w:trPr>
          <w:trHeight w:hRule="exact" w:val="12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 https://resh.edu.ru/subject/lesson/3675/start/97796/ https://resh.edu.ru/subject/lesson/5539/start/122515/ https://resh.edu.ru/subject/lesson/3920/start/158175/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www.yaklass.ru/p/okruzhayushchij-mir/1-klass/uznaem-pochemu-tak-proiskhodit728429/pravila-povedeniia-v-prirode-5919428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Яндекс.Учебник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https://uchi.ru/catalog/env/2-klass/lesson-34873</w:t>
            </w:r>
          </w:p>
        </w:tc>
      </w:tr>
      <w:tr w:rsidR="00721A97" w:rsidRPr="005125B2" w:rsidTr="005823AD">
        <w:trPr>
          <w:trHeight w:hRule="exact" w:val="7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52" w:lineRule="auto"/>
              <w:ind w:left="72" w:right="576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Растения ближайшего окружения </w:t>
            </w:r>
            <w:r w:rsidR="0032094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(узнавание, называние, краткое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описание).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/3610/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train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/154052/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-13270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rastenii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-323123</w:t>
            </w:r>
          </w:p>
        </w:tc>
      </w:tr>
      <w:tr w:rsidR="00721A97" w:rsidRPr="005125B2" w:rsidTr="005823AD">
        <w:trPr>
          <w:trHeight w:hRule="exact" w:val="13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/4043/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/117455/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-14602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kakiebyvaiut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derevia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-634907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kakiebyvaiut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listia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-634904</w:t>
            </w:r>
          </w:p>
        </w:tc>
      </w:tr>
      <w:tr w:rsidR="00721A97" w:rsidRPr="005125B2" w:rsidTr="005823AD">
        <w:trPr>
          <w:trHeight w:hRule="exact" w:val="7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-6598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chtoobshchego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tcvetkovykh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rastenii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-562691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Яндекс.Учебник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lab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classes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/689866/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library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nature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tab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timeline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/1267834</w:t>
            </w:r>
          </w:p>
        </w:tc>
      </w:tr>
      <w:tr w:rsidR="00721A97" w:rsidRPr="005125B2" w:rsidTr="005823AD">
        <w:trPr>
          <w:trHeight w:hRule="exact" w:val="5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Комнатные растения, правила содержания и ухода.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-7016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chto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okruzhaet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638762/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tcvety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dome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-565399</w:t>
            </w:r>
          </w:p>
        </w:tc>
      </w:tr>
      <w:tr w:rsidR="00721A97" w:rsidTr="005823AD">
        <w:trPr>
          <w:trHeight w:hRule="exact" w:val="18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Разные группы животных (звери, насекомые, птицы, рыбы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54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 https://uchi.ru/catalog/env/1-klass/lesson-7016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https://uchi.ru/catalog/env/1-klass/chapter-1621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Яндекс.Учебник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https://education.yandex.ru/lab/classes/689866/library/nature/tab/timeline/lesson/1269591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https://www.yaklass.ru/p/okruzhayushchij-mir/1-klass/uznaem-chto-nas-okruzhaet-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638762/nasekomye-684179 https://www.yaklass.ru/p/okruzhayushchij-mir/1-klass/uznaem-chto-nas-okruzhaet-638762/ryby-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685781 https://www.yaklass.ru/p/okruzhayushchij-mir/1-klass/uznaem-chto-nas-okruzhaet-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638762/ptitcy-686268 https://www.yaklass.ru/p/okruzhayushchij-mir/1-klass/uznaem-chto-nas-okruzhaet-638762/zveri845795</w:t>
            </w:r>
          </w:p>
        </w:tc>
      </w:tr>
      <w:tr w:rsidR="00721A97" w:rsidRPr="005125B2" w:rsidTr="005823AD">
        <w:trPr>
          <w:trHeight w:hRule="exact" w:val="1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Домашние и дикие животные (различия в условиях жизни).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/5532/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/156826/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-27056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uznaem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pochemu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tak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proiskhodit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CA6265">
              <w:rPr>
                <w:lang w:val="ru-RU"/>
              </w:rPr>
              <w:br/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728429/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liubov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domashnim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pitomtcam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-5919425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znakomimsia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dikimi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domashnimi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zhivotnymi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-323127</w:t>
            </w:r>
          </w:p>
        </w:tc>
      </w:tr>
    </w:tbl>
    <w:p w:rsidR="00721A97" w:rsidRPr="00CA6265" w:rsidRDefault="00721A97">
      <w:pPr>
        <w:autoSpaceDE w:val="0"/>
        <w:autoSpaceDN w:val="0"/>
        <w:spacing w:after="0" w:line="14" w:lineRule="exact"/>
        <w:rPr>
          <w:lang w:val="ru-RU"/>
        </w:rPr>
      </w:pPr>
    </w:p>
    <w:p w:rsidR="00721A97" w:rsidRPr="00CA6265" w:rsidRDefault="00721A97">
      <w:pPr>
        <w:rPr>
          <w:lang w:val="ru-RU"/>
        </w:rPr>
        <w:sectPr w:rsidR="00721A97" w:rsidRPr="00CA6265">
          <w:pgSz w:w="16840" w:h="11900"/>
          <w:pgMar w:top="284" w:right="640" w:bottom="31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425"/>
        <w:gridCol w:w="4516"/>
        <w:gridCol w:w="528"/>
        <w:gridCol w:w="1104"/>
        <w:gridCol w:w="1140"/>
        <w:gridCol w:w="7506"/>
      </w:tblGrid>
      <w:tr w:rsidR="00721A97" w:rsidRPr="005125B2" w:rsidTr="005823AD">
        <w:trPr>
          <w:trHeight w:hRule="exact" w:val="7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Забота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домашних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питомцах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-27057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-32831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raznoobrazie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prirody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-320111/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ktozhivet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zhivom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ugolke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-348567</w:t>
            </w:r>
          </w:p>
        </w:tc>
      </w:tr>
      <w:tr w:rsidR="00721A97" w:rsidTr="005823AD">
        <w:trPr>
          <w:trHeight w:hRule="exact" w:val="348"/>
        </w:trPr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37</w:t>
            </w:r>
          </w:p>
        </w:tc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15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безопасной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  <w:tr w:rsidR="00721A97" w:rsidTr="005823AD">
        <w:trPr>
          <w:trHeight w:hRule="exact" w:val="16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54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РЭШ https://resh.edu.ru/subject/lesson/5562/start/224516/ https://resh.edu.ru/subject/lesson/3839/train/155817/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https://uchi.ru/catalog/env/2-klass/lesson-39461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Якласс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https://www.yaklass.ru/p/okruzhayushchij-mir/2-klass/o-zdorove-i-bezopasnosti425638/sokhraniaem-zdorove-386155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Яндекс.Учебник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https://education.yandex.ru/lab/classes/689866/library/nature/tab/timeline/lesson/44621971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https://education.yandex.ru/lab/classes/689866/library/nature/tab/timeline/lesson/44622048</w:t>
            </w:r>
          </w:p>
        </w:tc>
      </w:tr>
      <w:tr w:rsidR="00721A97" w:rsidRPr="005125B2" w:rsidTr="005823AD">
        <w:trPr>
          <w:trHeight w:hRule="exact" w:val="13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безопасности в быт</w:t>
            </w:r>
            <w:r w:rsidR="00313C4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у: пользование бытовыми электро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приборами, газовыми плитами.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/4451/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/155842/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/3729/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/157229/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/4062/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/81551/ </w:t>
            </w:r>
            <w:r w:rsidRPr="00CA6265">
              <w:rPr>
                <w:lang w:val="ru-RU"/>
              </w:rPr>
              <w:br/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-50382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-51463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zdorove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bezopasnosti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425638/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opasnosti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tvoem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dome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-386159</w:t>
            </w:r>
          </w:p>
        </w:tc>
      </w:tr>
      <w:tr w:rsidR="00721A97" w:rsidRPr="005125B2" w:rsidTr="005823AD">
        <w:trPr>
          <w:trHeight w:hRule="exact" w:val="18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7" w:lineRule="auto"/>
              <w:ind w:left="72" w:right="496"/>
              <w:jc w:val="both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/6074/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/155872/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/3499/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/157198/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Учи.Ру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-36909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-92140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env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-54337 </w:t>
            </w:r>
            <w:proofErr w:type="spell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Якласс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bezopasnosti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raznykh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mestakh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 w:rsidRPr="00CA6265">
              <w:rPr>
                <w:lang w:val="ru-RU"/>
              </w:rPr>
              <w:br/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386744/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pravila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bezopasnogo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povedeniia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doroge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-386746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zdorove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bezopasnosti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-425638/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kakvesti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sebia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doroge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-386157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okruzhayushchij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mir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klass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bezopasnosti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raznykh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mestakh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386744/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razbiraemsia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dorozhnykh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znakakh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-386747</w:t>
            </w:r>
          </w:p>
        </w:tc>
      </w:tr>
      <w:tr w:rsidR="00721A97" w:rsidTr="005823AD">
        <w:trPr>
          <w:trHeight w:hRule="exact" w:val="7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Интернет.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172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https://uchi.ru/catalog/env/1-klass/lesson-31315 https://www.youtube.com/watch? v=Q61MGqk9NVo&amp;feature=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emb_logo</w:t>
            </w:r>
            <w:proofErr w:type="spellEnd"/>
          </w:p>
        </w:tc>
      </w:tr>
      <w:tr w:rsidR="00721A97" w:rsidTr="005823AD">
        <w:trPr>
          <w:trHeight w:hRule="exact" w:val="348"/>
        </w:trPr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</w:tbl>
    <w:p w:rsidR="00721A97" w:rsidRDefault="005823AD">
      <w:pPr>
        <w:autoSpaceDE w:val="0"/>
        <w:autoSpaceDN w:val="0"/>
        <w:spacing w:before="188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         </w:t>
      </w:r>
      <w:proofErr w:type="gramStart"/>
      <w:r w:rsidR="00CA6265">
        <w:rPr>
          <w:rFonts w:ascii="Times New Roman" w:eastAsia="Times New Roman" w:hAnsi="Times New Roman"/>
          <w:b/>
          <w:color w:val="000000"/>
          <w:sz w:val="18"/>
        </w:rPr>
        <w:t>2</w:t>
      </w:r>
      <w:proofErr w:type="gramEnd"/>
      <w:r w:rsidR="00CA6265">
        <w:rPr>
          <w:rFonts w:ascii="Times New Roman" w:eastAsia="Times New Roman" w:hAnsi="Times New Roman"/>
          <w:b/>
          <w:color w:val="000000"/>
          <w:sz w:val="18"/>
        </w:rPr>
        <w:t xml:space="preserve"> КЛАСС</w:t>
      </w:r>
    </w:p>
    <w:tbl>
      <w:tblPr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425"/>
        <w:gridCol w:w="8538"/>
        <w:gridCol w:w="528"/>
        <w:gridCol w:w="1140"/>
        <w:gridCol w:w="1164"/>
        <w:gridCol w:w="3089"/>
      </w:tblGrid>
      <w:tr w:rsidR="00721A97" w:rsidTr="005823AD">
        <w:trPr>
          <w:trHeight w:hRule="exact" w:val="34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3089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4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721A97" w:rsidTr="005823AD">
        <w:trPr>
          <w:trHeight w:hRule="exact" w:val="54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97" w:rsidRDefault="00721A97"/>
        </w:tc>
        <w:tc>
          <w:tcPr>
            <w:tcW w:w="8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97" w:rsidRDefault="00721A97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3089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14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Человек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общество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  <w:tr w:rsidR="00721A97" w:rsidRPr="005125B2" w:rsidTr="005823AD">
        <w:trPr>
          <w:trHeight w:hRule="exact" w:val="9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Наша Родина — Россия, Российская Федерация. Россия и её столица на карте.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45" w:lineRule="auto"/>
              <w:ind w:left="74" w:right="576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proofErr w:type="gramStart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учебнику«</w:t>
            </w:r>
            <w:proofErr w:type="gram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Окружающий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 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);</w:t>
            </w:r>
          </w:p>
          <w:p w:rsidR="00721A97" w:rsidRPr="00CA6265" w:rsidRDefault="00CA6265">
            <w:pPr>
              <w:autoSpaceDE w:val="0"/>
              <w:autoSpaceDN w:val="0"/>
              <w:spacing w:before="210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/6071/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/154856/</w:t>
            </w:r>
          </w:p>
        </w:tc>
      </w:tr>
    </w:tbl>
    <w:p w:rsidR="00721A97" w:rsidRPr="00CA6265" w:rsidRDefault="00721A97">
      <w:pPr>
        <w:autoSpaceDE w:val="0"/>
        <w:autoSpaceDN w:val="0"/>
        <w:spacing w:after="0" w:line="14" w:lineRule="exact"/>
        <w:rPr>
          <w:lang w:val="ru-RU"/>
        </w:rPr>
      </w:pPr>
    </w:p>
    <w:p w:rsidR="00721A97" w:rsidRPr="00CA6265" w:rsidRDefault="00721A97">
      <w:pPr>
        <w:rPr>
          <w:lang w:val="ru-RU"/>
        </w:rPr>
        <w:sectPr w:rsidR="00721A97" w:rsidRPr="00CA6265">
          <w:pgSz w:w="16840" w:h="11900"/>
          <w:pgMar w:top="284" w:right="640" w:bottom="28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21A97" w:rsidRPr="00CA6265" w:rsidRDefault="00721A9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567"/>
        <w:gridCol w:w="8396"/>
        <w:gridCol w:w="528"/>
        <w:gridCol w:w="1140"/>
        <w:gridCol w:w="1164"/>
        <w:gridCol w:w="3424"/>
      </w:tblGrid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Государственные си</w:t>
            </w:r>
            <w:r w:rsidR="0032094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мволы России, символика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своего региона.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https://resh.edu.ru/subject/lesson/5538/start/292072/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5823AD" w:rsidRDefault="0032094A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Москва — столи</w:t>
            </w:r>
            <w:r w:rsidR="00CA6265"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ца. Достопримечательности Москвы. </w:t>
            </w:r>
            <w:r w:rsidR="00CA6265" w:rsidRPr="005823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Страницы истории Москвы.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https://resh.edu.ru/subject/lesson/5164/start/273959/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Города России. Свой регион и его столица на карте РФ.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https://resh.edu.ru/subject/lesson/3873/start/156153/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Россия — многонациональное государство. Народы России, их традиции, обычаи, праздники.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https://resh.edu.ru/subject/lesson/4593/start/160311/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Родной край, его природные и культурные достопримечательности.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https://resh.edu.ru/subject/lesson/4599/start/158702/</w:t>
            </w:r>
          </w:p>
        </w:tc>
      </w:tr>
      <w:tr w:rsidR="00721A97" w:rsidTr="005823AD">
        <w:trPr>
          <w:trHeight w:hRule="exact" w:val="350"/>
        </w:trPr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8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Значимые события истории родного края. Свой регион и его главный город   на карте.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2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https://resh.edu.ru/subject/lesson/3929/start/159201/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32094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Хозяйственные </w:t>
            </w:r>
            <w:r w:rsidR="00CA6265"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заня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тия, профессии жителей родного </w:t>
            </w:r>
            <w:r w:rsidR="00CA6265"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края. Значение труда в жизни человека и общества.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https://resh.edu.ru/subject/lesson/6071/start/154856/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Семья </w:t>
            </w:r>
            <w:r w:rsidRPr="00CA6265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—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коллектив. Семейн</w:t>
            </w:r>
            <w:r w:rsidR="0032094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ое древо. Семейные ценности</w:t>
            </w:r>
            <w:proofErr w:type="gramStart"/>
            <w:r w:rsidR="0032094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и</w:t>
            </w:r>
            <w:proofErr w:type="gramEnd"/>
            <w:r w:rsidR="0032094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традиции.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https://resh.edu.ru/subject/lesson/5564/start/157330/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32094A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Совместный </w:t>
            </w:r>
            <w:r w:rsidR="00CA6265"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труд и отдых. Участие детей в делах семьи.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https://resh.edu.ru/subject/lesson/5564/start/157330/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культурного поведения в общественных местах.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https://resh.edu.ru/subject/lesson/5963/start/157361/</w:t>
            </w:r>
          </w:p>
        </w:tc>
      </w:tr>
      <w:tr w:rsidR="00721A97" w:rsidTr="005823AD">
        <w:trPr>
          <w:trHeight w:hRule="exact"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52" w:lineRule="auto"/>
              <w:ind w:left="72" w:right="2448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Доброта, справедливость, честность, уважение к чужому мнению </w:t>
            </w:r>
            <w:r w:rsidRPr="00CA6265">
              <w:rPr>
                <w:lang w:val="ru-RU"/>
              </w:rPr>
              <w:br/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 особенностям других людей — главные правила взаимоотношений членов общества.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https://resh.edu.ru/subject/lesson/37</w:t>
            </w:r>
          </w:p>
        </w:tc>
      </w:tr>
      <w:tr w:rsidR="00721A97" w:rsidTr="005823AD">
        <w:trPr>
          <w:trHeight w:hRule="exact" w:val="348"/>
        </w:trPr>
        <w:tc>
          <w:tcPr>
            <w:tcW w:w="8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5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15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Человек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66" w:after="0" w:line="230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Наблюдения, опыты, измерения. Звёзды и созвездия, наблюдения звёздного неба.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Планеты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https://resh.edu.ru/subject/lesson/444/</w:t>
            </w:r>
          </w:p>
        </w:tc>
      </w:tr>
      <w:tr w:rsidR="00721A97" w:rsidTr="005823AD">
        <w:trPr>
          <w:trHeight w:hRule="exact"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66" w:after="0" w:line="230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Чем Земля отличается от других планет.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Условия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Земле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https://resh.edu.ru/subject/lesson/444/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Изображения Земли: глобус, карта, план.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https://resh.edu.ru/subject/lesson/445/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Карта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мира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Материки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океаны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https://resh.edu.ru/subject/lesson/3761/start/157671/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https://resh.edu.ru/subject/lesson/624/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Многообразие растений. Деревья, кустарники, травы.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https://resh.edu.ru/subject/lesson/3610/start/154046/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64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Дикорастущие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растения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https://resh.edu.ru/subject/lesson/3610/start/154046/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Связи в природе. Годовой ход изменений в жизни растения.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https://resh.edu.ru/subject/lesson/5531/start/155077/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Мир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животных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фауна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https://resh.edu.ru/subject/lesson/3940/start/154258/</w:t>
            </w:r>
          </w:p>
        </w:tc>
      </w:tr>
      <w:tr w:rsidR="00721A97" w:rsidTr="005823AD">
        <w:trPr>
          <w:trHeight w:hRule="exact"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Насекомые, рыбы, птицы, звери, земноводные, пресмыкающиеся: общая характеристика (особен</w:t>
            </w:r>
            <w:r w:rsidR="0032094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ности внешнего вида, движений, </w:t>
            </w:r>
            <w:r w:rsidR="004F379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питания,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размножения).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https://resh.edu.ru/subject/lesson/5560/start/289965/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Сезонная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жизнь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животных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https://resh.edu.ru/subject/lesson/5560/start/289965/</w:t>
            </w:r>
          </w:p>
        </w:tc>
      </w:tr>
      <w:tr w:rsidR="00721A97" w:rsidTr="005823AD">
        <w:trPr>
          <w:trHeight w:hRule="exact"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Красная книга России, её значение, отдельные представители растений и животных Красной книги.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https://resh.edu.ru/subject/lesson/5536/start/156857/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Заповедники, природные парки. Охрана природы. Правила нравственного поведения на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https://resh.edu.ru/subject/lesson/5536/start/156857/</w:t>
            </w:r>
          </w:p>
        </w:tc>
      </w:tr>
      <w:tr w:rsidR="00721A97" w:rsidTr="005823AD">
        <w:trPr>
          <w:trHeight w:hRule="exact" w:val="348"/>
        </w:trPr>
        <w:tc>
          <w:tcPr>
            <w:tcW w:w="8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5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15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безопасной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  <w:tr w:rsidR="00721A97" w:rsidTr="005823AD">
        <w:trPr>
          <w:trHeight w:hRule="exact" w:val="5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52" w:lineRule="auto"/>
              <w:ind w:left="72" w:right="43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https://resh.edu.ru/subject/lesson/4817/start/104475/</w:t>
            </w:r>
          </w:p>
        </w:tc>
      </w:tr>
    </w:tbl>
    <w:p w:rsidR="00721A97" w:rsidRDefault="00721A97">
      <w:pPr>
        <w:autoSpaceDE w:val="0"/>
        <w:autoSpaceDN w:val="0"/>
        <w:spacing w:after="0" w:line="14" w:lineRule="exact"/>
      </w:pPr>
    </w:p>
    <w:p w:rsidR="00721A97" w:rsidRDefault="00721A97">
      <w:pPr>
        <w:sectPr w:rsidR="00721A97">
          <w:pgSz w:w="16840" w:h="11900"/>
          <w:pgMar w:top="284" w:right="640" w:bottom="3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21A97" w:rsidRDefault="00721A97">
      <w:pPr>
        <w:autoSpaceDE w:val="0"/>
        <w:autoSpaceDN w:val="0"/>
        <w:spacing w:after="66" w:line="220" w:lineRule="exact"/>
      </w:pPr>
    </w:p>
    <w:tbl>
      <w:tblPr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567"/>
        <w:gridCol w:w="8396"/>
        <w:gridCol w:w="528"/>
        <w:gridCol w:w="1140"/>
        <w:gridCol w:w="1164"/>
        <w:gridCol w:w="3424"/>
      </w:tblGrid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https://resh.edu.ru/subject/lesson/4817/start/104475/</w:t>
            </w:r>
          </w:p>
        </w:tc>
      </w:tr>
      <w:tr w:rsidR="00721A97" w:rsidTr="005823AD">
        <w:trPr>
          <w:trHeight w:hRule="exact"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32094A">
            <w:pPr>
              <w:autoSpaceDE w:val="0"/>
              <w:autoSpaceDN w:val="0"/>
              <w:spacing w:before="66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Правила </w:t>
            </w:r>
            <w:r w:rsidR="00CA6265"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безопасности в школе (маршрут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до школы, правила поведения на </w:t>
            </w:r>
            <w:r w:rsidR="00CA6265"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занятиях, переменах, при приёмах пищи, а также на пришкольной территории).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https://resh.edu.ru/subject/lesson/4062/start/81551/</w:t>
            </w:r>
          </w:p>
        </w:tc>
      </w:tr>
      <w:tr w:rsidR="00721A97" w:rsidTr="005823AD">
        <w:trPr>
          <w:trHeight w:hRule="exact"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Правила безопасного поведения пассажира наземного транспорта и метро.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Номера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телефонов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экстренной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помощи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https://resh.edu.ru/subject/lesson/3729/start/157229/</w:t>
            </w:r>
          </w:p>
        </w:tc>
      </w:tr>
      <w:tr w:rsidR="00721A97" w:rsidTr="005823AD">
        <w:trPr>
          <w:trHeight w:hRule="exact"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8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поведения при пользовании компьютером. Безопасн</w:t>
            </w:r>
            <w:r w:rsidR="0032094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ость в Интернете (коммуникация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 мессенджерах и социальных группах) в условиях контролируемого доступа в Интернет.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https://resh.edu.ru/subject/lesson/5537/start/223713/</w:t>
            </w:r>
          </w:p>
        </w:tc>
      </w:tr>
      <w:tr w:rsidR="00721A97" w:rsidTr="005823AD">
        <w:trPr>
          <w:trHeight w:hRule="exact" w:val="348"/>
        </w:trPr>
        <w:tc>
          <w:tcPr>
            <w:tcW w:w="8963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5728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8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5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8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</w:tbl>
    <w:p w:rsidR="00721A97" w:rsidRDefault="005823AD">
      <w:pPr>
        <w:autoSpaceDE w:val="0"/>
        <w:autoSpaceDN w:val="0"/>
        <w:spacing w:before="188" w:after="94" w:line="230" w:lineRule="auto"/>
      </w:pPr>
      <w:r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         </w:t>
      </w:r>
      <w:proofErr w:type="gramStart"/>
      <w:r w:rsidR="00CA6265">
        <w:rPr>
          <w:rFonts w:ascii="Times New Roman" w:eastAsia="Times New Roman" w:hAnsi="Times New Roman"/>
          <w:b/>
          <w:color w:val="000000"/>
          <w:sz w:val="18"/>
        </w:rPr>
        <w:t>3</w:t>
      </w:r>
      <w:proofErr w:type="gramEnd"/>
      <w:r w:rsidR="00CA6265">
        <w:rPr>
          <w:rFonts w:ascii="Times New Roman" w:eastAsia="Times New Roman" w:hAnsi="Times New Roman"/>
          <w:b/>
          <w:color w:val="000000"/>
          <w:sz w:val="18"/>
        </w:rPr>
        <w:t xml:space="preserve"> КЛАСС</w:t>
      </w:r>
    </w:p>
    <w:tbl>
      <w:tblPr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709"/>
        <w:gridCol w:w="8221"/>
        <w:gridCol w:w="567"/>
        <w:gridCol w:w="1276"/>
        <w:gridCol w:w="1276"/>
        <w:gridCol w:w="3118"/>
      </w:tblGrid>
      <w:tr w:rsidR="00721A97" w:rsidTr="005823AD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97" w:rsidRDefault="00721A97"/>
        </w:tc>
        <w:tc>
          <w:tcPr>
            <w:tcW w:w="8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97" w:rsidRDefault="00721A9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5823AD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</w:t>
            </w:r>
            <w:r w:rsid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</w:t>
            </w:r>
            <w:proofErr w:type="spellEnd"/>
            <w:r w:rsid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 w:rsid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15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Человек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общество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  <w:tr w:rsidR="00721A97" w:rsidTr="005823AD">
        <w:trPr>
          <w:trHeight w:hRule="exact"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45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Наша Родина — Российская Федерация — многонациональная страна.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Особенности жизни, быта, культуры народов РФ.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Уникальные памятники культуры (социальные и природные объекты) России, родного края.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Города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Золотого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кольца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России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Государственная символика Российской Федерации (гимн, герб, флаг) и своего региона.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Уважение к культуре, истории, традициям своего народа и других народов.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Семья </w:t>
            </w:r>
            <w:r w:rsidRPr="00CA6265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—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коллектив близких, родных людей</w:t>
            </w:r>
            <w:r w:rsidRPr="00CA6265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.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Поколения в семье.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822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2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Взаимоотношения в семье: любовь, доброта, внимание, поддержка.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Семейный бюджет, доходы и расходы семьи.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Страны и народы мира на карте.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</w:tbl>
    <w:p w:rsidR="00721A97" w:rsidRDefault="00721A97">
      <w:pPr>
        <w:autoSpaceDE w:val="0"/>
        <w:autoSpaceDN w:val="0"/>
        <w:spacing w:after="0" w:line="14" w:lineRule="exact"/>
      </w:pPr>
    </w:p>
    <w:p w:rsidR="00721A97" w:rsidRDefault="00721A97">
      <w:pPr>
        <w:sectPr w:rsidR="00721A97">
          <w:pgSz w:w="16840" w:h="11900"/>
          <w:pgMar w:top="284" w:right="640" w:bottom="4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21A97" w:rsidRDefault="00721A97">
      <w:pPr>
        <w:autoSpaceDE w:val="0"/>
        <w:autoSpaceDN w:val="0"/>
        <w:spacing w:after="66" w:line="220" w:lineRule="exact"/>
      </w:pPr>
    </w:p>
    <w:tbl>
      <w:tblPr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709"/>
        <w:gridCol w:w="8686"/>
        <w:gridCol w:w="528"/>
        <w:gridCol w:w="1212"/>
        <w:gridCol w:w="1238"/>
        <w:gridCol w:w="2846"/>
      </w:tblGrid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Памятники природы и культуры — символы стран, в которых они находятся.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348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5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15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Человек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  <w:tr w:rsidR="00721A97" w:rsidTr="005823AD">
        <w:trPr>
          <w:trHeight w:hRule="exact"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Вещество.  Разнообразие веществ в окружающем мире. Твёрдые тела, жидкости, газы, их свойства.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6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5823AD" w:rsidRDefault="00CA6265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Воздух — смесь газов. Свойств</w:t>
            </w:r>
            <w:r w:rsidR="005823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воздуха. </w:t>
            </w:r>
            <w:r w:rsidRPr="005823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Значение для жизни.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64" w:after="0" w:line="250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Вода. Свойства </w:t>
            </w:r>
            <w:proofErr w:type="spellStart"/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воды.Состояния</w:t>
            </w:r>
            <w:proofErr w:type="spellEnd"/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воды, её распространение в природе, значение для жизни.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Круговорот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Охрана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воздуха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Горные породы и минералы. Полезные ископаемые, их значение в хозяйстве </w:t>
            </w:r>
            <w:proofErr w:type="spellStart"/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человека.Полезные</w:t>
            </w:r>
            <w:proofErr w:type="spellEnd"/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ископаемые родного края.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Почва, её состав, значение для живой природ</w:t>
            </w:r>
            <w:r w:rsidR="005823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ы и хозяйственной деятельности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человека.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102"/>
                <w:sz w:val="14"/>
                <w:lang w:val="ru-RU"/>
              </w:rPr>
              <w:t>Царства природы. Бактерии, общее представление.  Грибы: строение шляпочного гриба; съедобные и несъедобные грибы.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Разнообразие растений. Зависимость жизненного цикла организмов от условий окружающ</w:t>
            </w:r>
            <w:r w:rsidR="005823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ей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среды.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Размножение и развитие растений. Особенности питания и дыхания растений.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5823AD">
            <w:pPr>
              <w:autoSpaceDE w:val="0"/>
              <w:autoSpaceDN w:val="0"/>
              <w:spacing w:before="64" w:after="0" w:line="252" w:lineRule="auto"/>
              <w:ind w:left="72" w:right="5328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Роль растений </w:t>
            </w:r>
            <w:proofErr w:type="gramStart"/>
            <w:r w:rsidR="004F379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 </w:t>
            </w:r>
            <w:r w:rsidR="00CA6265"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природе</w:t>
            </w:r>
            <w:proofErr w:type="gramEnd"/>
            <w:r w:rsidR="00CA6265"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 жизни людей, бережное </w:t>
            </w:r>
            <w:r w:rsidR="00CA6265" w:rsidRPr="00CA6265">
              <w:rPr>
                <w:lang w:val="ru-RU"/>
              </w:rPr>
              <w:br/>
            </w:r>
            <w:r w:rsidR="00CA6265"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отношение человека к растениям.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Условия, необходимые для жизни растения (свет, тепло, воздух, вода).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Наблюдение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растений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фиксация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изменений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Растения родного края, названия и краткая характеристика.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Охрана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растений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Разнообразие животных. Зависимость жизненного цикла организмов от условий окружаю щей среды.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2.14.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Размножение и развитие животных (рыбы, птицы, звери, пресмыкающиеся, земноводные).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2.15.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2.16.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Охрана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животных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2.17.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Животные родного края, их названия.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</w:tbl>
    <w:p w:rsidR="00721A97" w:rsidRDefault="00721A97">
      <w:pPr>
        <w:autoSpaceDE w:val="0"/>
        <w:autoSpaceDN w:val="0"/>
        <w:spacing w:after="0" w:line="14" w:lineRule="exact"/>
      </w:pPr>
    </w:p>
    <w:p w:rsidR="00721A97" w:rsidRDefault="00721A97">
      <w:pPr>
        <w:sectPr w:rsidR="00721A97">
          <w:pgSz w:w="16840" w:h="11900"/>
          <w:pgMar w:top="284" w:right="640" w:bottom="4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21A97" w:rsidRDefault="00721A97">
      <w:pPr>
        <w:autoSpaceDE w:val="0"/>
        <w:autoSpaceDN w:val="0"/>
        <w:spacing w:after="66" w:line="220" w:lineRule="exact"/>
      </w:pPr>
    </w:p>
    <w:tbl>
      <w:tblPr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709"/>
        <w:gridCol w:w="8686"/>
        <w:gridCol w:w="528"/>
        <w:gridCol w:w="1212"/>
        <w:gridCol w:w="1238"/>
        <w:gridCol w:w="2846"/>
      </w:tblGrid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2.18.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Природные сообщества: лес, луг, пруд.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Взаимосвязи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природном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сообществе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2.19.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Создание человеком природных сообществ для хозяйственной деятельности, получения продуктов питания (поле, сад, огород).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2.20.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сообщества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родного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2"/>
        </w:trPr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2.21.</w:t>
            </w:r>
          </w:p>
        </w:tc>
        <w:tc>
          <w:tcPr>
            <w:tcW w:w="86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поведения в лесу, на водоёме, на лугу.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2.22.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5823A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Человек — часть </w:t>
            </w:r>
            <w:r w:rsidR="00CA6265"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природы. Общее представление о строении тела человека.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2.23.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Системы органов (опорно-двигательная, пищеварительная, дыхательная, кровено</w:t>
            </w:r>
            <w:r w:rsidR="005823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сная, нервная, органы чувств),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их роль в жизнедеятельности организма.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2.24.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Гигиена отдельных органов и систем органов человека.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2.25.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Измерение температуры тела человека, частоты пульса.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348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35</w:t>
            </w:r>
          </w:p>
        </w:tc>
        <w:tc>
          <w:tcPr>
            <w:tcW w:w="5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15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безопасной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  <w:tr w:rsidR="00721A97" w:rsidTr="005823AD">
        <w:trPr>
          <w:trHeight w:hRule="exact"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5823AD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Здоровый образ жизни;</w:t>
            </w:r>
            <w:r w:rsidR="00CA6265"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забота о здоровье и безопасности окружающих людей.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45" w:lineRule="auto"/>
              <w:ind w:left="72" w:right="576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52" w:lineRule="auto"/>
              <w:ind w:left="72" w:right="43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Транспортная безопасность пассажира разных видов транспорта, правила поведения на вокзалах, в аэропортах, на борту самолёта, судна.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52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Безопасность в Интернете (ориентировка в признаках мошенничества в сети; защита персональной информации) в условиях контролируемого доступа в Интернет.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 https://resh.edu.ru/subject/8/2/</w:t>
            </w:r>
          </w:p>
        </w:tc>
      </w:tr>
      <w:tr w:rsidR="00721A97" w:rsidTr="005823AD">
        <w:trPr>
          <w:trHeight w:hRule="exact" w:val="348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5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5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</w:tbl>
    <w:p w:rsidR="00721A97" w:rsidRDefault="005823AD">
      <w:pPr>
        <w:autoSpaceDE w:val="0"/>
        <w:autoSpaceDN w:val="0"/>
        <w:spacing w:before="188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  <w:lang w:val="ru-RU"/>
        </w:rPr>
        <w:t xml:space="preserve">         </w:t>
      </w:r>
      <w:proofErr w:type="gramStart"/>
      <w:r w:rsidR="00CA6265">
        <w:rPr>
          <w:rFonts w:ascii="Times New Roman" w:eastAsia="Times New Roman" w:hAnsi="Times New Roman"/>
          <w:b/>
          <w:color w:val="000000"/>
          <w:sz w:val="18"/>
        </w:rPr>
        <w:t>4</w:t>
      </w:r>
      <w:proofErr w:type="gramEnd"/>
      <w:r w:rsidR="00CA6265">
        <w:rPr>
          <w:rFonts w:ascii="Times New Roman" w:eastAsia="Times New Roman" w:hAnsi="Times New Roman"/>
          <w:b/>
          <w:color w:val="000000"/>
          <w:sz w:val="18"/>
        </w:rPr>
        <w:t xml:space="preserve"> КЛАСС</w:t>
      </w:r>
    </w:p>
    <w:tbl>
      <w:tblPr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709"/>
        <w:gridCol w:w="8646"/>
        <w:gridCol w:w="567"/>
        <w:gridCol w:w="1134"/>
        <w:gridCol w:w="1276"/>
        <w:gridCol w:w="2887"/>
      </w:tblGrid>
      <w:tr w:rsidR="00721A97" w:rsidTr="005823AD">
        <w:trPr>
          <w:trHeight w:hRule="exact" w:val="3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 w:rsidP="005823AD">
            <w:pPr>
              <w:autoSpaceDE w:val="0"/>
              <w:autoSpaceDN w:val="0"/>
              <w:spacing w:before="78" w:after="0" w:line="245" w:lineRule="auto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721A97" w:rsidTr="005823AD">
        <w:trPr>
          <w:trHeight w:hRule="exact" w:val="54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97" w:rsidRDefault="00721A97"/>
        </w:tc>
        <w:tc>
          <w:tcPr>
            <w:tcW w:w="8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97" w:rsidRDefault="00721A9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15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Человек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общество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  <w:tr w:rsidR="00721A97" w:rsidTr="005823AD">
        <w:trPr>
          <w:trHeight w:hRule="exact"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Государственное устройство РФ (общее представление).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721A97" w:rsidRDefault="00721A97">
      <w:pPr>
        <w:autoSpaceDE w:val="0"/>
        <w:autoSpaceDN w:val="0"/>
        <w:spacing w:after="0" w:line="14" w:lineRule="exact"/>
      </w:pPr>
    </w:p>
    <w:p w:rsidR="00721A97" w:rsidRDefault="00721A97">
      <w:pPr>
        <w:sectPr w:rsidR="00721A97">
          <w:pgSz w:w="16840" w:h="11900"/>
          <w:pgMar w:top="284" w:right="640" w:bottom="5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21A97" w:rsidRDefault="00721A97">
      <w:pPr>
        <w:autoSpaceDE w:val="0"/>
        <w:autoSpaceDN w:val="0"/>
        <w:spacing w:after="66" w:line="220" w:lineRule="exact"/>
      </w:pPr>
    </w:p>
    <w:tbl>
      <w:tblPr>
        <w:tblW w:w="0" w:type="auto"/>
        <w:tblInd w:w="289" w:type="dxa"/>
        <w:tblLayout w:type="fixed"/>
        <w:tblLook w:val="04A0" w:firstRow="1" w:lastRow="0" w:firstColumn="1" w:lastColumn="0" w:noHBand="0" w:noVBand="1"/>
      </w:tblPr>
      <w:tblGrid>
        <w:gridCol w:w="709"/>
        <w:gridCol w:w="8636"/>
        <w:gridCol w:w="567"/>
        <w:gridCol w:w="1134"/>
        <w:gridCol w:w="1276"/>
        <w:gridCol w:w="2897"/>
      </w:tblGrid>
      <w:tr w:rsidR="00721A97" w:rsidTr="001F513A">
        <w:trPr>
          <w:trHeight w:hRule="exact" w:val="6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Конституц</w:t>
            </w:r>
            <w:r w:rsidR="00095024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ия — основной закон Российской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Федерации.    Права и обязанности гражданина РФ.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https://yandex.ru/</w:t>
            </w:r>
          </w:p>
        </w:tc>
      </w:tr>
      <w:tr w:rsidR="00721A97" w:rsidTr="001F513A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Президент РФ — глава государства. Политико-административная карта России.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Города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России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</w:t>
            </w:r>
          </w:p>
        </w:tc>
      </w:tr>
      <w:tr w:rsidR="00721A97" w:rsidTr="001F513A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Общая характеристика родного края: природа, главный город, важнейшие достопримечательности, знаменитые соотечественники.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</w:t>
            </w:r>
          </w:p>
        </w:tc>
      </w:tr>
      <w:tr w:rsidR="00721A97" w:rsidTr="001F513A">
        <w:trPr>
          <w:trHeight w:hRule="exact"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80" w:after="0" w:line="245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Государственные 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80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</w:t>
            </w:r>
          </w:p>
        </w:tc>
      </w:tr>
      <w:tr w:rsidR="00721A97" w:rsidTr="001F513A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Праздники и памятные даты своего региона. Характеристика отдельных исторических событий, связанных с ним.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</w:t>
            </w:r>
          </w:p>
        </w:tc>
      </w:tr>
      <w:tr w:rsidR="00721A97" w:rsidTr="001F513A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История Отечества «Лента времени» и историческая карта.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</w:t>
            </w:r>
          </w:p>
        </w:tc>
      </w:tr>
      <w:tr w:rsidR="00721A97" w:rsidTr="001F513A">
        <w:trPr>
          <w:trHeight w:hRule="exact" w:val="7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50" w:lineRule="auto"/>
              <w:ind w:left="72" w:right="786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 https://yandex.ru/</w:t>
            </w:r>
          </w:p>
        </w:tc>
      </w:tr>
      <w:tr w:rsidR="00721A97" w:rsidTr="001F513A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Картины быта, труда; духовно-нравственные и культурные традиции людей в разные исторические времена.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</w:t>
            </w:r>
          </w:p>
        </w:tc>
      </w:tr>
      <w:tr w:rsidR="00721A97" w:rsidTr="001F513A">
        <w:trPr>
          <w:trHeight w:hRule="exact"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Выдающиеся люди разных эпох как носители базовых национальных ценностей.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</w:t>
            </w:r>
          </w:p>
        </w:tc>
      </w:tr>
      <w:tr w:rsidR="00721A97" w:rsidTr="001F513A">
        <w:trPr>
          <w:trHeight w:hRule="exact" w:val="540"/>
        </w:trPr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86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45" w:lineRule="auto"/>
              <w:ind w:left="72" w:right="144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Наиболее значимые объекты списка Всемирного культурного наследия в России и </w:t>
            </w:r>
            <w:proofErr w:type="spellStart"/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зарубежом</w:t>
            </w:r>
            <w:proofErr w:type="spellEnd"/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(3—4 объекта).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Охрана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памятников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истории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</w:t>
            </w:r>
          </w:p>
        </w:tc>
      </w:tr>
      <w:tr w:rsidR="00721A97" w:rsidTr="001F513A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Посильное участ</w:t>
            </w:r>
            <w:r w:rsidR="005823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ие в охране памятников истории </w:t>
            </w:r>
            <w:r w:rsidR="004F379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культуры своего края.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 https://resh.edu.ru/</w:t>
            </w:r>
          </w:p>
        </w:tc>
      </w:tr>
      <w:tr w:rsidR="00721A97" w:rsidTr="001F513A">
        <w:trPr>
          <w:trHeight w:hRule="exact" w:val="3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1.13.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нравственного поведения, культурные традиции людей в разные исторические времена.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</w:t>
            </w:r>
          </w:p>
        </w:tc>
      </w:tr>
      <w:tr w:rsidR="00721A97" w:rsidTr="001F513A">
        <w:trPr>
          <w:trHeight w:hRule="exact" w:val="348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5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 w:rsidTr="005823AD">
        <w:trPr>
          <w:trHeight w:hRule="exact" w:val="348"/>
        </w:trPr>
        <w:tc>
          <w:tcPr>
            <w:tcW w:w="15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Человек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  <w:tr w:rsidR="00721A97" w:rsidRPr="005125B2" w:rsidTr="001F513A">
        <w:trPr>
          <w:trHeight w:hRule="exact" w:val="9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Солнце — ближайшая к нам звезда, источник света и тепла для всего живого на Земле.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учебнику для 4 класса (диск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CD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</w:t>
            </w:r>
            <w:r w:rsidRPr="00CA6265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721A97" w:rsidTr="001F513A">
        <w:trPr>
          <w:trHeight w:hRule="exact" w:val="3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Характеристика планет Солнечной системы. Естественные спутники планет.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</w:t>
            </w:r>
          </w:p>
        </w:tc>
      </w:tr>
      <w:tr w:rsidR="00721A97" w:rsidTr="001F513A">
        <w:trPr>
          <w:trHeight w:hRule="exact"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Смена дня и ночи на Земле. Вращение Земли как причина смены дня и ночи.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</w:t>
            </w:r>
          </w:p>
        </w:tc>
      </w:tr>
      <w:tr w:rsidR="00721A97" w:rsidTr="001F513A">
        <w:trPr>
          <w:trHeight w:hRule="exact" w:val="3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Обращение Земли вокруг Солнца и смена времён года.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</w:t>
            </w:r>
          </w:p>
        </w:tc>
      </w:tr>
      <w:tr w:rsidR="00721A97" w:rsidTr="001F513A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64" w:after="0" w:line="245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Равнины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России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721A97" w:rsidTr="001F513A">
        <w:trPr>
          <w:trHeight w:hRule="exact"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Особенности поверхности родного края (краткая характеристика на основе наблюдений).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721A97" w:rsidTr="001F513A">
        <w:trPr>
          <w:trHeight w:hRule="exact" w:val="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8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Водоёмы, их разнообразие (океан, море, озеро, пруд); река как водный поток.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721A97" w:rsidRDefault="00721A97">
      <w:pPr>
        <w:autoSpaceDE w:val="0"/>
        <w:autoSpaceDN w:val="0"/>
        <w:spacing w:after="0" w:line="14" w:lineRule="exact"/>
      </w:pPr>
    </w:p>
    <w:p w:rsidR="00721A97" w:rsidRDefault="00721A97">
      <w:pPr>
        <w:sectPr w:rsidR="00721A97">
          <w:pgSz w:w="16840" w:h="11900"/>
          <w:pgMar w:top="284" w:right="640" w:bottom="2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21A97" w:rsidRDefault="00721A9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0206"/>
        <w:gridCol w:w="528"/>
        <w:gridCol w:w="1106"/>
        <w:gridCol w:w="1140"/>
        <w:gridCol w:w="2054"/>
      </w:tblGrid>
      <w:tr w:rsidR="00721A9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Крупнейшие реки и озёра России, моря, омывающие её берега, океаны.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человеком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водоёмов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</w:t>
            </w:r>
          </w:p>
        </w:tc>
      </w:tr>
      <w:tr w:rsidR="00721A9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Водоёмы и реки родного края: названия, краткая характеристика.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https://uchitelya.com/</w:t>
            </w:r>
          </w:p>
        </w:tc>
      </w:tr>
      <w:tr w:rsidR="00721A9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Наиболее значимые природные объекты списка Всемирного наследия в России и </w:t>
            </w:r>
            <w:proofErr w:type="spellStart"/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зарубежом</w:t>
            </w:r>
            <w:proofErr w:type="spellEnd"/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</w:t>
            </w:r>
          </w:p>
        </w:tc>
      </w:tr>
      <w:tr w:rsidR="00721A9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5" w:lineRule="auto"/>
              <w:ind w:left="72"/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Охрана природных богатств: воды, воздуха, полезных ископаемых, растительного и животного мира.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Международная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Красная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книга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(3—4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примера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</w:t>
            </w:r>
          </w:p>
        </w:tc>
      </w:tr>
      <w:tr w:rsidR="00721A97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</w:t>
            </w:r>
          </w:p>
        </w:tc>
        <w:tc>
          <w:tcPr>
            <w:tcW w:w="102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нравственного поведения в природе.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4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</w:t>
            </w:r>
          </w:p>
        </w:tc>
      </w:tr>
      <w:tr w:rsidR="00721A97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4" w:after="0" w:line="245" w:lineRule="auto"/>
              <w:ind w:left="72" w:right="144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</w:t>
            </w:r>
          </w:p>
        </w:tc>
      </w:tr>
      <w:tr w:rsidR="00721A9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2.14.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Связи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зоне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721A97">
        <w:trPr>
          <w:trHeight w:hRule="exact" w:val="348"/>
        </w:trPr>
        <w:tc>
          <w:tcPr>
            <w:tcW w:w="10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</w:t>
            </w:r>
          </w:p>
        </w:tc>
        <w:tc>
          <w:tcPr>
            <w:tcW w:w="4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безопасной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  <w:tr w:rsidR="00721A97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Здоровый образ жизни: профилактика вредных привычек.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</w:t>
            </w:r>
          </w:p>
        </w:tc>
      </w:tr>
      <w:tr w:rsidR="00721A97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102"/>
                <w:sz w:val="14"/>
                <w:lang w:val="ru-RU"/>
              </w:rPr>
              <w:t xml:space="preserve">дорожная разметка, сигналы </w:t>
            </w: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 средства защиты велосипедиста).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47" w:lineRule="auto"/>
              <w:ind w:left="72" w:right="786"/>
              <w:jc w:val="both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 https://infourok.ru/ https://yandex.ru/</w:t>
            </w:r>
          </w:p>
        </w:tc>
      </w:tr>
      <w:tr w:rsidR="00721A97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66" w:after="0" w:line="252" w:lineRule="auto"/>
              <w:ind w:left="72" w:right="115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Безопасность в Интернете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Интернет.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https://uchitelya.com/</w:t>
            </w:r>
          </w:p>
        </w:tc>
      </w:tr>
      <w:tr w:rsidR="00721A97">
        <w:trPr>
          <w:trHeight w:hRule="exact" w:val="348"/>
        </w:trPr>
        <w:tc>
          <w:tcPr>
            <w:tcW w:w="10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4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>
        <w:trPr>
          <w:trHeight w:hRule="exact" w:val="348"/>
        </w:trPr>
        <w:tc>
          <w:tcPr>
            <w:tcW w:w="10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4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  <w:tr w:rsidR="00721A97">
        <w:trPr>
          <w:trHeight w:hRule="exact" w:val="328"/>
        </w:trPr>
        <w:tc>
          <w:tcPr>
            <w:tcW w:w="10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Pr="00CA6265" w:rsidRDefault="00CA626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626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CA626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21A97" w:rsidRDefault="00721A97"/>
        </w:tc>
      </w:tr>
    </w:tbl>
    <w:p w:rsidR="00721A97" w:rsidRDefault="00721A97">
      <w:pPr>
        <w:autoSpaceDE w:val="0"/>
        <w:autoSpaceDN w:val="0"/>
        <w:spacing w:after="0" w:line="14" w:lineRule="exact"/>
      </w:pPr>
    </w:p>
    <w:p w:rsidR="00721A97" w:rsidRDefault="00721A97"/>
    <w:p w:rsidR="00601BCB" w:rsidRDefault="00601BCB"/>
    <w:p w:rsidR="00601BCB" w:rsidRDefault="00601BCB"/>
    <w:p w:rsidR="00095024" w:rsidRDefault="00095024"/>
    <w:p w:rsidR="00095024" w:rsidRDefault="00095024"/>
    <w:p w:rsidR="00095024" w:rsidRDefault="00095024"/>
    <w:p w:rsidR="00095024" w:rsidRDefault="00095024"/>
    <w:p w:rsidR="00095024" w:rsidRDefault="00095024"/>
    <w:p w:rsidR="00095024" w:rsidRDefault="00095024"/>
    <w:p w:rsidR="00601BCB" w:rsidRPr="00601BCB" w:rsidRDefault="00601BCB" w:rsidP="00601BCB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b/>
          <w:sz w:val="19"/>
          <w:lang w:val="ru-RU"/>
        </w:rPr>
      </w:pPr>
      <w:r w:rsidRPr="00601BCB">
        <w:rPr>
          <w:rFonts w:ascii="Times New Roman" w:eastAsia="Times New Roman" w:hAnsi="Times New Roman" w:cs="Times New Roman"/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3810" t="0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EFBA0" id="Прямоугольник 2" o:spid="_x0000_s1026" style="position:absolute;margin-left:33.3pt;margin-top:17.65pt;width:775.6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601BCB">
        <w:rPr>
          <w:rFonts w:ascii="Times New Roman" w:eastAsia="Times New Roman" w:hAnsi="Times New Roman" w:cs="Times New Roman"/>
          <w:b/>
          <w:sz w:val="19"/>
          <w:lang w:val="ru-RU"/>
        </w:rPr>
        <w:t>ТЕМАТИЧЕСКОЕ</w:t>
      </w:r>
      <w:r w:rsidRPr="00601BCB">
        <w:rPr>
          <w:rFonts w:ascii="Times New Roman" w:eastAsia="Times New Roman" w:hAnsi="Times New Roman" w:cs="Times New Roman"/>
          <w:b/>
          <w:spacing w:val="9"/>
          <w:sz w:val="19"/>
          <w:lang w:val="ru-RU"/>
        </w:rPr>
        <w:t xml:space="preserve"> </w:t>
      </w:r>
      <w:r w:rsidRPr="00601BCB">
        <w:rPr>
          <w:rFonts w:ascii="Times New Roman" w:eastAsia="Times New Roman" w:hAnsi="Times New Roman" w:cs="Times New Roman"/>
          <w:b/>
          <w:sz w:val="19"/>
          <w:lang w:val="ru-RU"/>
        </w:rPr>
        <w:t>ПЛАНИРОВАНИЕ</w:t>
      </w:r>
      <w:r w:rsidR="00095024">
        <w:rPr>
          <w:rFonts w:ascii="Times New Roman" w:eastAsia="Times New Roman" w:hAnsi="Times New Roman" w:cs="Times New Roman"/>
          <w:b/>
          <w:sz w:val="19"/>
          <w:lang w:val="ru-RU"/>
        </w:rPr>
        <w:t xml:space="preserve"> 4 класс</w:t>
      </w:r>
    </w:p>
    <w:p w:rsidR="00601BCB" w:rsidRPr="00601BCB" w:rsidRDefault="00601BCB" w:rsidP="00601BC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val="ru-RU"/>
        </w:rPr>
      </w:pPr>
    </w:p>
    <w:tbl>
      <w:tblPr>
        <w:tblStyle w:val="TableNormal"/>
        <w:tblW w:w="0" w:type="auto"/>
        <w:tblInd w:w="1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0"/>
        <w:gridCol w:w="708"/>
        <w:gridCol w:w="1134"/>
        <w:gridCol w:w="1134"/>
        <w:gridCol w:w="1985"/>
      </w:tblGrid>
      <w:tr w:rsidR="00601BCB" w:rsidRPr="00601BCB" w:rsidTr="00095024">
        <w:trPr>
          <w:trHeight w:val="333"/>
        </w:trPr>
        <w:tc>
          <w:tcPr>
            <w:tcW w:w="567" w:type="dxa"/>
            <w:vMerge w:val="restart"/>
          </w:tcPr>
          <w:p w:rsidR="00601BCB" w:rsidRPr="00601BCB" w:rsidRDefault="00601BCB" w:rsidP="00601BCB">
            <w:pPr>
              <w:spacing w:before="74" w:line="266" w:lineRule="auto"/>
              <w:ind w:right="13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№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п/п</w:t>
            </w:r>
          </w:p>
        </w:tc>
        <w:tc>
          <w:tcPr>
            <w:tcW w:w="8080" w:type="dxa"/>
            <w:vMerge w:val="restart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Наименование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разделов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тем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976" w:type="dxa"/>
            <w:gridSpan w:val="3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Количество</w:t>
            </w:r>
            <w:r w:rsidRPr="00601BCB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часов</w:t>
            </w:r>
          </w:p>
        </w:tc>
        <w:tc>
          <w:tcPr>
            <w:tcW w:w="1985" w:type="dxa"/>
            <w:vMerge w:val="restart"/>
          </w:tcPr>
          <w:p w:rsidR="00601BCB" w:rsidRPr="00601BCB" w:rsidRDefault="00601BCB" w:rsidP="00601BCB">
            <w:pPr>
              <w:spacing w:before="74" w:line="266" w:lineRule="auto"/>
              <w:ind w:right="179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Электронные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(цифровые)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образовательные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ресурсы</w:t>
            </w:r>
          </w:p>
        </w:tc>
      </w:tr>
      <w:tr w:rsidR="00601BCB" w:rsidRPr="00601BCB" w:rsidTr="00095024">
        <w:trPr>
          <w:trHeight w:val="561"/>
        </w:trPr>
        <w:tc>
          <w:tcPr>
            <w:tcW w:w="567" w:type="dxa"/>
            <w:vMerge/>
            <w:tcBorders>
              <w:top w:val="nil"/>
            </w:tcBorders>
          </w:tcPr>
          <w:p w:rsidR="00601BCB" w:rsidRPr="00601BCB" w:rsidRDefault="00601BCB" w:rsidP="00601BC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8080" w:type="dxa"/>
            <w:vMerge/>
            <w:tcBorders>
              <w:top w:val="nil"/>
            </w:tcBorders>
          </w:tcPr>
          <w:p w:rsidR="00601BCB" w:rsidRPr="00601BCB" w:rsidRDefault="00601BCB" w:rsidP="00601BC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proofErr w:type="gramStart"/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всего</w:t>
            </w:r>
            <w:proofErr w:type="gramEnd"/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 w:line="266" w:lineRule="auto"/>
              <w:ind w:right="43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proofErr w:type="gramStart"/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контрольные</w:t>
            </w:r>
            <w:proofErr w:type="gramEnd"/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работы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 w:line="266" w:lineRule="auto"/>
              <w:ind w:right="43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proofErr w:type="gramStart"/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практические</w:t>
            </w:r>
            <w:proofErr w:type="gramEnd"/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работы</w:t>
            </w:r>
          </w:p>
        </w:tc>
        <w:tc>
          <w:tcPr>
            <w:tcW w:w="1985" w:type="dxa"/>
            <w:vMerge/>
          </w:tcPr>
          <w:p w:rsidR="00601BCB" w:rsidRPr="00601BCB" w:rsidRDefault="00601BCB" w:rsidP="00601BCB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601BCB" w:rsidRPr="00601BCB" w:rsidTr="00095024">
        <w:trPr>
          <w:trHeight w:val="333"/>
        </w:trPr>
        <w:tc>
          <w:tcPr>
            <w:tcW w:w="13608" w:type="dxa"/>
            <w:gridSpan w:val="6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</w:t>
            </w:r>
            <w:r w:rsidRPr="00601BCB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</w:t>
            </w:r>
            <w:r w:rsidRPr="00601BCB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Человек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природа.</w:t>
            </w:r>
          </w:p>
        </w:tc>
      </w:tr>
      <w:tr w:rsidR="00601BCB" w:rsidRPr="00601BCB" w:rsidTr="00095024">
        <w:trPr>
          <w:trHeight w:val="909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1.1.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62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Солнце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—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ближайшая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нам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звезда,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источник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света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тепла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для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всего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живого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Земле.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/>
              <w:ind w:right="206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</w:t>
            </w:r>
          </w:p>
        </w:tc>
      </w:tr>
      <w:tr w:rsidR="00601BCB" w:rsidRPr="00601BCB" w:rsidTr="00095024">
        <w:trPr>
          <w:trHeight w:val="525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1.2.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64" w:line="249" w:lineRule="auto"/>
              <w:ind w:right="94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position w:val="1"/>
                <w:sz w:val="15"/>
                <w:lang w:val="ru-RU"/>
              </w:rPr>
              <w:t>Характеристика планет Солнечной системы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.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Естественные</w:t>
            </w:r>
            <w:r w:rsidRPr="00601BCB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спутники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планет.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/>
              <w:ind w:right="20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https://infourok.ru/</w:t>
            </w:r>
          </w:p>
        </w:tc>
      </w:tr>
      <w:tr w:rsidR="00601BCB" w:rsidRPr="00601BCB" w:rsidTr="00095024">
        <w:trPr>
          <w:trHeight w:val="717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1.3.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74" w:line="266" w:lineRule="auto"/>
              <w:ind w:right="160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  <w:t>Смена</w:t>
            </w:r>
            <w:r w:rsidRPr="00601BCB">
              <w:rPr>
                <w:rFonts w:ascii="Times New Roman" w:eastAsia="Times New Roman" w:hAnsi="Times New Roman" w:cs="Times New Roman"/>
                <w:b/>
                <w:spacing w:val="12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  <w:t>дня</w:t>
            </w:r>
            <w:r w:rsidRPr="00601BCB">
              <w:rPr>
                <w:rFonts w:ascii="Times New Roman" w:eastAsia="Times New Roman" w:hAnsi="Times New Roman" w:cs="Times New Roman"/>
                <w:b/>
                <w:spacing w:val="3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13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  <w:t>ночи</w:t>
            </w:r>
            <w:r w:rsidRPr="00601BCB">
              <w:rPr>
                <w:rFonts w:ascii="Times New Roman" w:eastAsia="Times New Roman" w:hAnsi="Times New Roman" w:cs="Times New Roman"/>
                <w:b/>
                <w:spacing w:val="13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  <w:t>на</w:t>
            </w:r>
            <w:r w:rsidRPr="00601BCB">
              <w:rPr>
                <w:rFonts w:ascii="Times New Roman" w:eastAsia="Times New Roman" w:hAnsi="Times New Roman" w:cs="Times New Roman"/>
                <w:b/>
                <w:spacing w:val="12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  <w:t>Земле.</w:t>
            </w:r>
            <w:r w:rsidRPr="00601BCB">
              <w:rPr>
                <w:rFonts w:ascii="Times New Roman" w:eastAsia="Times New Roman" w:hAnsi="Times New Roman" w:cs="Times New Roman"/>
                <w:b/>
                <w:spacing w:val="13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  <w:t>Вращение</w:t>
            </w:r>
            <w:r w:rsidRPr="00601BCB">
              <w:rPr>
                <w:rFonts w:ascii="Times New Roman" w:eastAsia="Times New Roman" w:hAnsi="Times New Roman" w:cs="Times New Roman"/>
                <w:b/>
                <w:spacing w:val="12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  <w:t>Земли</w:t>
            </w:r>
            <w:r w:rsidRPr="00601BCB">
              <w:rPr>
                <w:rFonts w:ascii="Times New Roman" w:eastAsia="Times New Roman" w:hAnsi="Times New Roman" w:cs="Times New Roman"/>
                <w:b/>
                <w:spacing w:val="13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  <w:t>как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причина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смены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дня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ночи.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/>
              <w:ind w:right="20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https://infourok.ru/</w:t>
            </w:r>
          </w:p>
        </w:tc>
      </w:tr>
      <w:tr w:rsidR="00601BCB" w:rsidRPr="00601BCB" w:rsidTr="00095024">
        <w:trPr>
          <w:trHeight w:val="525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1.4.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62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Обращение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Земли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вокруг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Солнца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смена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времён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года.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/>
              <w:ind w:right="20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https://infourok.ru/</w:t>
            </w:r>
          </w:p>
        </w:tc>
      </w:tr>
      <w:tr w:rsidR="00601BCB" w:rsidRPr="00601BCB" w:rsidTr="00095024">
        <w:trPr>
          <w:trHeight w:val="717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1.5.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62" w:line="266" w:lineRule="auto"/>
              <w:ind w:right="410"/>
              <w:jc w:val="both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Формы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земной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поверхности: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равнины,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горы,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холмы,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овраги (общее представление,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условное обозначение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равнин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гор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карте).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Равнины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горы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России.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/>
              <w:ind w:right="3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https://urok.1sept.ru/</w:t>
            </w:r>
          </w:p>
        </w:tc>
      </w:tr>
      <w:tr w:rsidR="00601BCB" w:rsidRPr="00601BCB" w:rsidTr="00095024">
        <w:trPr>
          <w:trHeight w:val="717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1.6.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7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Особенности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поверхности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родного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края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(краткая</w:t>
            </w:r>
            <w:r w:rsidRPr="00601BCB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характеристика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</w:t>
            </w:r>
            <w:r w:rsidRPr="00601BCB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основе</w:t>
            </w:r>
            <w:r w:rsidRPr="00601BCB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наблюдений).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/>
              <w:ind w:right="206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</w:t>
            </w:r>
          </w:p>
        </w:tc>
      </w:tr>
      <w:tr w:rsidR="00601BCB" w:rsidRPr="00601BCB" w:rsidTr="00095024">
        <w:trPr>
          <w:trHeight w:val="525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1.7.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74" w:line="266" w:lineRule="auto"/>
              <w:ind w:right="160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Водоёмы,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их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разнообразие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(океан,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море,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озеро,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пруд);</w:t>
            </w:r>
            <w:r w:rsidRPr="00601BCB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река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как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водный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поток.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/>
              <w:ind w:right="206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https://resh.edu.ru/</w:t>
            </w:r>
          </w:p>
        </w:tc>
      </w:tr>
      <w:tr w:rsidR="00601BCB" w:rsidRPr="00601BCB" w:rsidTr="00095024">
        <w:trPr>
          <w:trHeight w:val="717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1.8.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74" w:line="266" w:lineRule="auto"/>
              <w:ind w:right="160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Крупнейшие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реки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озёра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России,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моря,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омывающие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её</w:t>
            </w:r>
            <w:r w:rsidRPr="00601BCB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берега, океаны. Использование человеком водоёмов и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рек.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/>
              <w:ind w:right="20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https://infourok.ru/</w:t>
            </w:r>
          </w:p>
        </w:tc>
      </w:tr>
      <w:tr w:rsidR="00601BCB" w:rsidRPr="00601BCB" w:rsidTr="00095024">
        <w:trPr>
          <w:trHeight w:val="717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1.9.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7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Водоёмы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реки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родного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края: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названия,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краткая</w:t>
            </w:r>
            <w:r w:rsidRPr="00601BCB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характеристика.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/>
              <w:ind w:right="3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https://uchitelya.com/</w:t>
            </w:r>
          </w:p>
        </w:tc>
      </w:tr>
      <w:tr w:rsidR="00601BCB" w:rsidRPr="00601BCB" w:rsidTr="00095024">
        <w:trPr>
          <w:trHeight w:val="1293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4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1.10.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7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Наиболее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значимые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природные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объекты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списка</w:t>
            </w:r>
            <w:r w:rsidRPr="00601BCB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Всемирного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наследия</w:t>
            </w:r>
            <w:r w:rsidRPr="00601BC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601BC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России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5"/>
                <w:lang w:val="ru-RU"/>
              </w:rPr>
              <w:t xml:space="preserve"> </w:t>
            </w:r>
            <w:proofErr w:type="spellStart"/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зарубежом</w:t>
            </w:r>
            <w:proofErr w:type="spellEnd"/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/>
              <w:ind w:right="20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https://infourok.ru/</w:t>
            </w:r>
          </w:p>
        </w:tc>
      </w:tr>
      <w:tr w:rsidR="00601BCB" w:rsidRPr="00601BCB" w:rsidTr="00095024">
        <w:trPr>
          <w:trHeight w:val="717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4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1.11.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7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Охрана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природных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богатств: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воды,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воздуха,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полезных</w:t>
            </w:r>
            <w:r w:rsidRPr="00601BCB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ископаемых,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растительного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животного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мира.</w:t>
            </w:r>
          </w:p>
          <w:p w:rsidR="00601BCB" w:rsidRPr="00601BCB" w:rsidRDefault="00601BCB" w:rsidP="00601BCB">
            <w:pPr>
              <w:spacing w:before="2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Международная</w:t>
            </w:r>
            <w:r w:rsidRPr="00601BCB">
              <w:rPr>
                <w:rFonts w:ascii="Times New Roman" w:eastAsia="Times New Roman" w:hAnsi="Times New Roman" w:cs="Times New Roman"/>
                <w:b/>
                <w:spacing w:val="23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Красная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книга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(3—4</w:t>
            </w:r>
            <w:r w:rsidRPr="00601BCB">
              <w:rPr>
                <w:rFonts w:ascii="Times New Roman" w:eastAsia="Times New Roman" w:hAnsi="Times New Roman" w:cs="Times New Roman"/>
                <w:b/>
                <w:spacing w:val="2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примера).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3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/>
              <w:ind w:right="20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https://infourok.ru/</w:t>
            </w:r>
          </w:p>
        </w:tc>
      </w:tr>
      <w:tr w:rsidR="00601BCB" w:rsidRPr="005125B2" w:rsidTr="00095024">
        <w:trPr>
          <w:trHeight w:val="561"/>
        </w:trPr>
        <w:tc>
          <w:tcPr>
            <w:tcW w:w="567" w:type="dxa"/>
          </w:tcPr>
          <w:p w:rsidR="00601BCB" w:rsidRPr="00601BCB" w:rsidRDefault="00601BCB" w:rsidP="00601BCB">
            <w:pPr>
              <w:spacing w:before="74"/>
              <w:ind w:right="4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1.12.</w:t>
            </w:r>
          </w:p>
        </w:tc>
        <w:tc>
          <w:tcPr>
            <w:tcW w:w="8080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Правила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нравственного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поведения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природе.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601BCB" w:rsidRPr="00601BCB" w:rsidRDefault="00601BCB" w:rsidP="00601BCB">
            <w:pPr>
              <w:spacing w:before="7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601BCB" w:rsidRPr="00601BCB" w:rsidRDefault="00601BCB" w:rsidP="00601BCB">
            <w:pPr>
              <w:spacing w:before="7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</w:tbl>
    <w:p w:rsidR="00601BCB" w:rsidRPr="00601BCB" w:rsidRDefault="00601BCB" w:rsidP="00601BCB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601BCB" w:rsidRPr="00601BCB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0"/>
        <w:gridCol w:w="708"/>
        <w:gridCol w:w="1134"/>
        <w:gridCol w:w="1134"/>
        <w:gridCol w:w="1985"/>
      </w:tblGrid>
      <w:tr w:rsidR="00095024" w:rsidRPr="005125B2" w:rsidTr="00095024">
        <w:trPr>
          <w:trHeight w:val="1101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4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1.13.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56" w:lineRule="auto"/>
              <w:ind w:right="160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Природные зоны России: общее представление об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 xml:space="preserve">основных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position w:val="1"/>
                <w:sz w:val="15"/>
                <w:lang w:val="ru-RU"/>
              </w:rPr>
              <w:t>природных зонах России: климат,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position w:val="1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растительный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животный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мир,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особенности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труда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быта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людей,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охрана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природы.</w:t>
            </w:r>
          </w:p>
        </w:tc>
        <w:tc>
          <w:tcPr>
            <w:tcW w:w="708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8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6</w:t>
            </w:r>
          </w:p>
        </w:tc>
        <w:tc>
          <w:tcPr>
            <w:tcW w:w="1985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  <w:tr w:rsidR="00095024" w:rsidRPr="005125B2" w:rsidTr="00095024">
        <w:trPr>
          <w:trHeight w:val="1101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4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1.14.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Связи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природной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зоне.</w:t>
            </w:r>
          </w:p>
        </w:tc>
        <w:tc>
          <w:tcPr>
            <w:tcW w:w="708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4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  <w:tr w:rsidR="00601BCB" w:rsidRPr="00601BCB" w:rsidTr="00095024">
        <w:trPr>
          <w:trHeight w:val="333"/>
        </w:trPr>
        <w:tc>
          <w:tcPr>
            <w:tcW w:w="8647" w:type="dxa"/>
            <w:gridSpan w:val="2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601BCB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601BCB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26</w:t>
            </w:r>
          </w:p>
        </w:tc>
        <w:tc>
          <w:tcPr>
            <w:tcW w:w="4253" w:type="dxa"/>
            <w:gridSpan w:val="3"/>
          </w:tcPr>
          <w:p w:rsidR="00601BCB" w:rsidRPr="00601BCB" w:rsidRDefault="00601BCB" w:rsidP="00601BCB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601BCB" w:rsidRPr="00601BCB" w:rsidTr="00095024">
        <w:trPr>
          <w:trHeight w:val="333"/>
        </w:trPr>
        <w:tc>
          <w:tcPr>
            <w:tcW w:w="13608" w:type="dxa"/>
            <w:gridSpan w:val="6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Раздел</w:t>
            </w:r>
            <w:r w:rsidRPr="00601BCB">
              <w:rPr>
                <w:rFonts w:ascii="Times New Roman" w:eastAsia="Times New Roman" w:hAnsi="Times New Roman" w:cs="Times New Roman"/>
                <w:spacing w:val="-5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2.</w:t>
            </w:r>
            <w:r w:rsidRPr="00601BCB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Правила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безопасной</w:t>
            </w:r>
            <w:r w:rsidRPr="00601BCB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жизни.</w:t>
            </w:r>
          </w:p>
        </w:tc>
      </w:tr>
      <w:tr w:rsidR="00095024" w:rsidRPr="00601BCB" w:rsidTr="00095024">
        <w:trPr>
          <w:trHeight w:val="1101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2.1.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52" w:line="266" w:lineRule="auto"/>
              <w:ind w:right="160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Здоровый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образ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жизни: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профилактика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вредных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привычек.</w:t>
            </w:r>
          </w:p>
        </w:tc>
        <w:tc>
          <w:tcPr>
            <w:tcW w:w="708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https://nsportal.ru/</w:t>
            </w:r>
          </w:p>
        </w:tc>
      </w:tr>
      <w:tr w:rsidR="00095024" w:rsidRPr="00601BCB" w:rsidTr="00095024">
        <w:trPr>
          <w:trHeight w:val="1497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2.2.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59" w:lineRule="auto"/>
              <w:ind w:right="160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Безопасность в городе. Планирование безопасных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маршрутов с учётом транспортной инфраструктуры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города; правила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безопасного поведения велосипедиста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(дорожные знаки,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4"/>
                <w:lang w:val="ru-RU"/>
              </w:rPr>
              <w:t xml:space="preserve">дорожная разметка, сигналы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position w:val="1"/>
                <w:sz w:val="15"/>
                <w:lang w:val="ru-RU"/>
              </w:rPr>
              <w:t>и средства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position w:val="1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защиты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велосипедиста).</w:t>
            </w:r>
          </w:p>
        </w:tc>
        <w:tc>
          <w:tcPr>
            <w:tcW w:w="708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985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https://infourok.ru/</w:t>
            </w:r>
          </w:p>
        </w:tc>
      </w:tr>
      <w:tr w:rsidR="00095024" w:rsidRPr="00601BCB" w:rsidTr="00095024">
        <w:trPr>
          <w:trHeight w:val="1101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2.3.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52" w:line="268" w:lineRule="auto"/>
              <w:ind w:right="24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Безопасность в Интернете (поиск достоверной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информации опознание государственных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position w:val="1"/>
                <w:sz w:val="15"/>
                <w:lang w:val="ru-RU"/>
              </w:rPr>
              <w:t xml:space="preserve">образовательных ресурсов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и детских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развлекательных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порталов) в условиях контролируемого доступа в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Интернет.</w:t>
            </w:r>
          </w:p>
        </w:tc>
        <w:tc>
          <w:tcPr>
            <w:tcW w:w="708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2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https://uchitelya.com/</w:t>
            </w:r>
          </w:p>
        </w:tc>
      </w:tr>
      <w:tr w:rsidR="00601BCB" w:rsidRPr="00601BCB" w:rsidTr="00095024">
        <w:trPr>
          <w:trHeight w:val="333"/>
        </w:trPr>
        <w:tc>
          <w:tcPr>
            <w:tcW w:w="8647" w:type="dxa"/>
            <w:gridSpan w:val="2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Итого</w:t>
            </w:r>
            <w:r w:rsidRPr="00601BCB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601BCB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708" w:type="dxa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4253" w:type="dxa"/>
            <w:gridSpan w:val="3"/>
          </w:tcPr>
          <w:p w:rsidR="00601BCB" w:rsidRPr="00601BCB" w:rsidRDefault="00601BCB" w:rsidP="00601BCB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601BCB" w:rsidRPr="00601BCB" w:rsidTr="00095024">
        <w:trPr>
          <w:trHeight w:val="333"/>
        </w:trPr>
        <w:tc>
          <w:tcPr>
            <w:tcW w:w="13608" w:type="dxa"/>
            <w:gridSpan w:val="6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</w:t>
            </w:r>
            <w:r w:rsidRPr="00601BCB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</w:t>
            </w:r>
            <w:r w:rsidRPr="00601BCB">
              <w:rPr>
                <w:rFonts w:ascii="Times New Roman" w:eastAsia="Times New Roman" w:hAnsi="Times New Roman" w:cs="Times New Roman"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Человек</w:t>
            </w:r>
            <w:r w:rsidRPr="00601BCB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общество.</w:t>
            </w:r>
          </w:p>
        </w:tc>
      </w:tr>
      <w:tr w:rsidR="00095024" w:rsidRPr="005125B2" w:rsidTr="00095024">
        <w:trPr>
          <w:trHeight w:val="717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3.1.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Государственное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устройство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РФ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(общее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представление).</w:t>
            </w:r>
          </w:p>
        </w:tc>
        <w:tc>
          <w:tcPr>
            <w:tcW w:w="708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  <w:tr w:rsidR="00095024" w:rsidRPr="005125B2" w:rsidTr="00095024">
        <w:trPr>
          <w:trHeight w:val="909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3.2.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66" w:lineRule="auto"/>
              <w:ind w:right="246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Конституция — основной закон Российской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Федерации.</w:t>
            </w:r>
            <w:r w:rsidRPr="00601BCB">
              <w:rPr>
                <w:rFonts w:ascii="Times New Roman" w:eastAsia="Times New Roman" w:hAnsi="Times New Roman" w:cs="Times New Roman"/>
                <w:b/>
                <w:spacing w:val="13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Права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обязанности</w:t>
            </w:r>
            <w:r w:rsidRPr="00601BCB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гражданина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РФ.</w:t>
            </w:r>
          </w:p>
        </w:tc>
        <w:tc>
          <w:tcPr>
            <w:tcW w:w="708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985" w:type="dxa"/>
          </w:tcPr>
          <w:p w:rsidR="00095024" w:rsidRPr="00601BCB" w:rsidRDefault="00095024" w:rsidP="00601BCB">
            <w:pPr>
              <w:spacing w:before="64" w:line="266" w:lineRule="auto"/>
              <w:ind w:right="231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https://yandex.ru/</w:t>
            </w:r>
          </w:p>
        </w:tc>
      </w:tr>
      <w:tr w:rsidR="00095024" w:rsidRPr="005125B2" w:rsidTr="00095024">
        <w:trPr>
          <w:trHeight w:val="909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3.3.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Президент РФ — глава государства. Политико-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административная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карта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России.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Города</w:t>
            </w:r>
            <w:r w:rsidRPr="00601BCB">
              <w:rPr>
                <w:rFonts w:ascii="Times New Roman" w:eastAsia="Times New Roman" w:hAnsi="Times New Roman" w:cs="Times New Roman"/>
                <w:b/>
                <w:spacing w:val="24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России.</w:t>
            </w:r>
          </w:p>
        </w:tc>
        <w:tc>
          <w:tcPr>
            <w:tcW w:w="708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1134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1985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</w:tbl>
    <w:p w:rsidR="00601BCB" w:rsidRPr="00601BCB" w:rsidRDefault="00601BCB" w:rsidP="00601BCB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601BCB" w:rsidRPr="00601BC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0"/>
        <w:gridCol w:w="850"/>
        <w:gridCol w:w="992"/>
        <w:gridCol w:w="993"/>
        <w:gridCol w:w="2126"/>
      </w:tblGrid>
      <w:tr w:rsidR="00095024" w:rsidRPr="005125B2" w:rsidTr="00095024">
        <w:trPr>
          <w:trHeight w:val="801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3.4.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Общая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характеристика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родного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края: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природа,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главный</w:t>
            </w:r>
            <w:r w:rsidRPr="00601BCB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город, важнейшие достопримечательности,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знаменитые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соотечественники.</w:t>
            </w:r>
          </w:p>
        </w:tc>
        <w:tc>
          <w:tcPr>
            <w:tcW w:w="85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992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993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2126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  <w:tr w:rsidR="00095024" w:rsidRPr="005125B2" w:rsidTr="00095024">
        <w:trPr>
          <w:trHeight w:val="1101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3.5.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Государственные праздники в жизни российского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общества: Новый год, День защитника Отечества,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Международный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женский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день,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День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весны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труда,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День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Победы, День России, День народного единства, День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Конституции.</w:t>
            </w:r>
          </w:p>
        </w:tc>
        <w:tc>
          <w:tcPr>
            <w:tcW w:w="85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992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993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2126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  <w:tr w:rsidR="00095024" w:rsidRPr="005125B2" w:rsidTr="00095024">
        <w:trPr>
          <w:trHeight w:val="717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3.6.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66" w:lineRule="auto"/>
              <w:ind w:right="473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Праздники и памятные даты своего региона.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Характеристика отдельных исторических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событий,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связанных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ним.</w:t>
            </w:r>
          </w:p>
        </w:tc>
        <w:tc>
          <w:tcPr>
            <w:tcW w:w="85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992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993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2126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  <w:tr w:rsidR="00095024" w:rsidRPr="005125B2" w:rsidTr="00095024">
        <w:trPr>
          <w:trHeight w:val="1101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3.7.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История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Отечества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«Лента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времени»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историческая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карта.</w:t>
            </w:r>
          </w:p>
        </w:tc>
        <w:tc>
          <w:tcPr>
            <w:tcW w:w="85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7</w:t>
            </w:r>
          </w:p>
        </w:tc>
        <w:tc>
          <w:tcPr>
            <w:tcW w:w="992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993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2126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  <w:tr w:rsidR="00095024" w:rsidRPr="005125B2" w:rsidTr="00095024">
        <w:trPr>
          <w:trHeight w:val="717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3.8.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Картины быта, труда; духовно-нравственные и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культурные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традиции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людей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разные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исторические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времена.</w:t>
            </w:r>
          </w:p>
        </w:tc>
        <w:tc>
          <w:tcPr>
            <w:tcW w:w="85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5</w:t>
            </w:r>
          </w:p>
        </w:tc>
        <w:tc>
          <w:tcPr>
            <w:tcW w:w="992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993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2126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  <w:tr w:rsidR="00095024" w:rsidRPr="005125B2" w:rsidTr="00095024">
        <w:trPr>
          <w:trHeight w:val="1485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118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3.9.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Наиболее важные и яркие события общественной и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культурной жизни страны в разные исторические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периоды: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государство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Русь,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Московское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государство,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Российская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империя,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СССР,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Российская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Федерация.</w:t>
            </w:r>
          </w:p>
        </w:tc>
        <w:tc>
          <w:tcPr>
            <w:tcW w:w="85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9</w:t>
            </w:r>
          </w:p>
        </w:tc>
        <w:tc>
          <w:tcPr>
            <w:tcW w:w="992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993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2126" w:type="dxa"/>
          </w:tcPr>
          <w:p w:rsidR="00095024" w:rsidRPr="00601BCB" w:rsidRDefault="00095024" w:rsidP="00601BCB">
            <w:pPr>
              <w:spacing w:before="64" w:line="266" w:lineRule="auto"/>
              <w:ind w:right="231"/>
              <w:jc w:val="both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https://yandex.ru</w:t>
            </w:r>
          </w:p>
        </w:tc>
      </w:tr>
      <w:tr w:rsidR="00095024" w:rsidRPr="005125B2" w:rsidTr="00095024">
        <w:trPr>
          <w:trHeight w:val="1677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4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3.10.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Выдающиеся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люди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разных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эпох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как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носители</w:t>
            </w:r>
            <w:r w:rsidRPr="00601BCB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базовых</w:t>
            </w:r>
            <w:r w:rsidRPr="00601BCB">
              <w:rPr>
                <w:rFonts w:ascii="Times New Roman" w:eastAsia="Times New Roman" w:hAnsi="Times New Roman" w:cs="Times New Roman"/>
                <w:b/>
                <w:spacing w:val="-36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национальных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ценностей.</w:t>
            </w:r>
          </w:p>
        </w:tc>
        <w:tc>
          <w:tcPr>
            <w:tcW w:w="85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7</w:t>
            </w:r>
          </w:p>
        </w:tc>
        <w:tc>
          <w:tcPr>
            <w:tcW w:w="992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993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2126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  <w:tr w:rsidR="00095024" w:rsidRPr="005125B2" w:rsidTr="00095024">
        <w:trPr>
          <w:trHeight w:val="909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4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3.11.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Наиболее значимые объекты списка Всемирного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 xml:space="preserve">культурного наследия в России и </w:t>
            </w:r>
            <w:proofErr w:type="spellStart"/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зарубежом</w:t>
            </w:r>
            <w:proofErr w:type="spellEnd"/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 xml:space="preserve"> (3—4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объекта).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Охрана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памятников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истории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культуры.</w:t>
            </w:r>
          </w:p>
        </w:tc>
        <w:tc>
          <w:tcPr>
            <w:tcW w:w="85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992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993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2126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  <w:tr w:rsidR="00095024" w:rsidRPr="005125B2" w:rsidTr="00095024">
        <w:trPr>
          <w:trHeight w:val="909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4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3.12.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52" w:line="266" w:lineRule="auto"/>
              <w:ind w:right="453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Посильное участие в охране памятников истории и</w:t>
            </w:r>
            <w:r w:rsidRPr="00601BCB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культуры</w:t>
            </w:r>
            <w:r w:rsidRPr="00601BCB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своего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края.</w:t>
            </w:r>
          </w:p>
        </w:tc>
        <w:tc>
          <w:tcPr>
            <w:tcW w:w="85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992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993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2126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  <w:tr w:rsidR="00095024" w:rsidRPr="005125B2" w:rsidTr="00095024">
        <w:trPr>
          <w:trHeight w:val="909"/>
        </w:trPr>
        <w:tc>
          <w:tcPr>
            <w:tcW w:w="567" w:type="dxa"/>
          </w:tcPr>
          <w:p w:rsidR="00095024" w:rsidRPr="00601BCB" w:rsidRDefault="00095024" w:rsidP="00601BCB">
            <w:pPr>
              <w:spacing w:before="64"/>
              <w:ind w:right="43"/>
              <w:jc w:val="center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3.13.</w:t>
            </w:r>
          </w:p>
        </w:tc>
        <w:tc>
          <w:tcPr>
            <w:tcW w:w="8080" w:type="dxa"/>
          </w:tcPr>
          <w:p w:rsidR="00095024" w:rsidRPr="00601BCB" w:rsidRDefault="00095024" w:rsidP="00601BCB">
            <w:pPr>
              <w:spacing w:before="64" w:line="266" w:lineRule="auto"/>
              <w:ind w:right="160"/>
              <w:rPr>
                <w:rFonts w:ascii="Times New Roman" w:eastAsia="Times New Roman" w:hAnsi="Times New Roman" w:cs="Times New Roman"/>
                <w:b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 xml:space="preserve">Правила нравственного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поведения, культурные</w:t>
            </w:r>
            <w:r w:rsidRPr="00601BCB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традиции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людей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15"/>
                <w:lang w:val="ru-RU"/>
              </w:rPr>
              <w:t>в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разные</w:t>
            </w:r>
            <w:r w:rsidRPr="00601BCB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исторические</w:t>
            </w:r>
            <w:r w:rsidRPr="00601BCB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b/>
                <w:w w:val="105"/>
                <w:sz w:val="15"/>
                <w:lang w:val="ru-RU"/>
              </w:rPr>
              <w:t>времена.</w:t>
            </w:r>
          </w:p>
        </w:tc>
        <w:tc>
          <w:tcPr>
            <w:tcW w:w="850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1</w:t>
            </w:r>
          </w:p>
        </w:tc>
        <w:tc>
          <w:tcPr>
            <w:tcW w:w="992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993" w:type="dxa"/>
          </w:tcPr>
          <w:p w:rsidR="00095024" w:rsidRPr="00601BCB" w:rsidRDefault="00095024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2126" w:type="dxa"/>
          </w:tcPr>
          <w:p w:rsidR="00095024" w:rsidRPr="00601BCB" w:rsidRDefault="00095024" w:rsidP="00601BCB">
            <w:pPr>
              <w:spacing w:before="64" w:line="266" w:lineRule="auto"/>
              <w:ind w:right="222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https://resh.edu.ru/</w:t>
            </w:r>
            <w:r w:rsidRPr="00601BCB">
              <w:rPr>
                <w:rFonts w:ascii="Times New Roman" w:eastAsia="Times New Roman" w:hAnsi="Times New Roman" w:cs="Times New Roman"/>
                <w:spacing w:val="-3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https://infourok.ru/</w:t>
            </w:r>
          </w:p>
        </w:tc>
      </w:tr>
    </w:tbl>
    <w:p w:rsidR="00601BCB" w:rsidRPr="00601BCB" w:rsidRDefault="00601BCB" w:rsidP="00601BCB">
      <w:pPr>
        <w:widowControl w:val="0"/>
        <w:autoSpaceDE w:val="0"/>
        <w:autoSpaceDN w:val="0"/>
        <w:spacing w:after="0" w:line="266" w:lineRule="auto"/>
        <w:rPr>
          <w:rFonts w:ascii="Times New Roman" w:eastAsia="Times New Roman" w:hAnsi="Times New Roman" w:cs="Times New Roman"/>
          <w:sz w:val="15"/>
          <w:lang w:val="ru-RU"/>
        </w:rPr>
        <w:sectPr w:rsidR="00601BCB" w:rsidRPr="00601BC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7"/>
        <w:gridCol w:w="850"/>
        <w:gridCol w:w="992"/>
        <w:gridCol w:w="993"/>
        <w:gridCol w:w="2126"/>
      </w:tblGrid>
      <w:tr w:rsidR="00601BCB" w:rsidRPr="00601BCB" w:rsidTr="00095024">
        <w:trPr>
          <w:trHeight w:val="333"/>
        </w:trPr>
        <w:tc>
          <w:tcPr>
            <w:tcW w:w="8647" w:type="dxa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lastRenderedPageBreak/>
              <w:t>Итого</w:t>
            </w:r>
            <w:r w:rsidRPr="00601BCB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601BCB">
              <w:rPr>
                <w:rFonts w:ascii="Times New Roman" w:eastAsia="Times New Roman" w:hAnsi="Times New Roman" w:cs="Times New Roman"/>
                <w:spacing w:val="-7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разделу</w:t>
            </w:r>
          </w:p>
        </w:tc>
        <w:tc>
          <w:tcPr>
            <w:tcW w:w="850" w:type="dxa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37</w:t>
            </w:r>
          </w:p>
        </w:tc>
        <w:tc>
          <w:tcPr>
            <w:tcW w:w="4111" w:type="dxa"/>
            <w:gridSpan w:val="3"/>
          </w:tcPr>
          <w:p w:rsidR="00601BCB" w:rsidRPr="00601BCB" w:rsidRDefault="00601BCB" w:rsidP="00601BCB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601BCB" w:rsidRPr="00601BCB" w:rsidTr="00095024">
        <w:trPr>
          <w:trHeight w:val="333"/>
        </w:trPr>
        <w:tc>
          <w:tcPr>
            <w:tcW w:w="8647" w:type="dxa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Резервное</w:t>
            </w:r>
            <w:r w:rsidRPr="00601BCB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время</w:t>
            </w:r>
          </w:p>
        </w:tc>
        <w:tc>
          <w:tcPr>
            <w:tcW w:w="850" w:type="dxa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0</w:t>
            </w:r>
          </w:p>
        </w:tc>
        <w:tc>
          <w:tcPr>
            <w:tcW w:w="4111" w:type="dxa"/>
            <w:gridSpan w:val="3"/>
          </w:tcPr>
          <w:p w:rsidR="00601BCB" w:rsidRPr="00601BCB" w:rsidRDefault="00601BCB" w:rsidP="00601BCB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  <w:tr w:rsidR="00601BCB" w:rsidRPr="00601BCB" w:rsidTr="00095024">
        <w:trPr>
          <w:trHeight w:val="333"/>
        </w:trPr>
        <w:tc>
          <w:tcPr>
            <w:tcW w:w="8647" w:type="dxa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ОБЩЕЕ</w:t>
            </w:r>
            <w:r w:rsidRPr="00601BCB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spacing w:val="-1"/>
                <w:w w:val="105"/>
                <w:sz w:val="15"/>
                <w:lang w:val="ru-RU"/>
              </w:rPr>
              <w:t>КОЛИЧЕСТВО</w:t>
            </w:r>
            <w:r w:rsidRPr="00601BCB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ЧАСОВ</w:t>
            </w:r>
            <w:r w:rsidRPr="00601BCB">
              <w:rPr>
                <w:rFonts w:ascii="Times New Roman" w:eastAsia="Times New Roman" w:hAnsi="Times New Roman" w:cs="Times New Roman"/>
                <w:spacing w:val="-9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ПО</w:t>
            </w:r>
            <w:r w:rsidRPr="00601BCB">
              <w:rPr>
                <w:rFonts w:ascii="Times New Roman" w:eastAsia="Times New Roman" w:hAnsi="Times New Roman" w:cs="Times New Roman"/>
                <w:spacing w:val="-8"/>
                <w:w w:val="105"/>
                <w:sz w:val="15"/>
                <w:lang w:val="ru-RU"/>
              </w:rPr>
              <w:t xml:space="preserve"> </w:t>
            </w: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850" w:type="dxa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68</w:t>
            </w:r>
          </w:p>
        </w:tc>
        <w:tc>
          <w:tcPr>
            <w:tcW w:w="992" w:type="dxa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4"/>
                <w:sz w:val="15"/>
                <w:lang w:val="ru-RU"/>
              </w:rPr>
              <w:t>4</w:t>
            </w:r>
          </w:p>
        </w:tc>
        <w:tc>
          <w:tcPr>
            <w:tcW w:w="993" w:type="dxa"/>
          </w:tcPr>
          <w:p w:rsidR="00601BCB" w:rsidRPr="00601BCB" w:rsidRDefault="00601BCB" w:rsidP="00601BCB">
            <w:pPr>
              <w:spacing w:before="64"/>
              <w:rPr>
                <w:rFonts w:ascii="Times New Roman" w:eastAsia="Times New Roman" w:hAnsi="Times New Roman" w:cs="Times New Roman"/>
                <w:sz w:val="15"/>
                <w:lang w:val="ru-RU"/>
              </w:rPr>
            </w:pPr>
            <w:r w:rsidRPr="00601BCB">
              <w:rPr>
                <w:rFonts w:ascii="Times New Roman" w:eastAsia="Times New Roman" w:hAnsi="Times New Roman" w:cs="Times New Roman"/>
                <w:w w:val="105"/>
                <w:sz w:val="15"/>
                <w:lang w:val="ru-RU"/>
              </w:rPr>
              <w:t>19</w:t>
            </w:r>
          </w:p>
        </w:tc>
        <w:tc>
          <w:tcPr>
            <w:tcW w:w="2126" w:type="dxa"/>
          </w:tcPr>
          <w:p w:rsidR="00601BCB" w:rsidRPr="00601BCB" w:rsidRDefault="00601BCB" w:rsidP="00601BCB">
            <w:pPr>
              <w:rPr>
                <w:rFonts w:ascii="Times New Roman" w:eastAsia="Times New Roman" w:hAnsi="Times New Roman" w:cs="Times New Roman"/>
                <w:sz w:val="14"/>
                <w:lang w:val="ru-RU"/>
              </w:rPr>
            </w:pPr>
          </w:p>
        </w:tc>
      </w:tr>
    </w:tbl>
    <w:p w:rsidR="00601BCB" w:rsidRDefault="00601BCB" w:rsidP="00601B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lang w:val="ru-RU"/>
        </w:rPr>
      </w:pPr>
    </w:p>
    <w:p w:rsidR="00095024" w:rsidRPr="00601BCB" w:rsidRDefault="00095024" w:rsidP="00601B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lang w:val="ru-RU"/>
        </w:rPr>
        <w:sectPr w:rsidR="00095024" w:rsidRPr="00601BC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601BCB" w:rsidRDefault="00601BCB">
      <w:pPr>
        <w:sectPr w:rsidR="00601BCB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2094A" w:rsidRDefault="0032094A" w:rsidP="00095024">
      <w:pPr>
        <w:spacing w:after="0" w:line="22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2094A" w:rsidRDefault="0032094A" w:rsidP="0032094A">
      <w:pPr>
        <w:spacing w:after="0" w:line="22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2094A" w:rsidRPr="0032094A" w:rsidRDefault="0032094A" w:rsidP="0032094A">
      <w:pPr>
        <w:spacing w:after="0" w:line="22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СВЯЗЬ С ПРОГРАММОЙ ВОСПИТАНИЯ</w:t>
      </w:r>
    </w:p>
    <w:p w:rsidR="0032094A" w:rsidRPr="0032094A" w:rsidRDefault="0032094A" w:rsidP="0032094A">
      <w:pPr>
        <w:spacing w:after="0" w:line="220" w:lineRule="exact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2094A" w:rsidRPr="0032094A" w:rsidRDefault="0032094A" w:rsidP="00320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Реализация воспитательного потенциала урока ориентирована на целевые приоритеты, связанные с возрастными особенностями обучающихся и предполагает следующее:</w:t>
      </w:r>
    </w:p>
    <w:p w:rsidR="0032094A" w:rsidRPr="0032094A" w:rsidRDefault="0032094A" w:rsidP="00320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повышение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функциональной читательской компетенции обучающихся;</w:t>
      </w:r>
    </w:p>
    <w:p w:rsidR="0032094A" w:rsidRPr="0032094A" w:rsidRDefault="0032094A" w:rsidP="00320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установление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деятельности, использование занимательных элементов, историй из жизни современников;</w:t>
      </w:r>
    </w:p>
    <w:p w:rsidR="0032094A" w:rsidRPr="0032094A" w:rsidRDefault="0032094A" w:rsidP="00320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побуждение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32094A" w:rsidRPr="0032094A" w:rsidRDefault="0032094A" w:rsidP="00320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привлечение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32094A" w:rsidRPr="0032094A" w:rsidRDefault="0032094A" w:rsidP="00320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2094A" w:rsidRPr="0032094A" w:rsidRDefault="0032094A" w:rsidP="00320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применение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2094A" w:rsidRPr="0032094A" w:rsidRDefault="0032094A" w:rsidP="00320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включение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2094A" w:rsidRPr="0032094A" w:rsidRDefault="0032094A" w:rsidP="00320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2094A" w:rsidRPr="0032094A" w:rsidRDefault="0032094A" w:rsidP="00320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инициирование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32094A" w:rsidRPr="0032094A" w:rsidRDefault="0032094A" w:rsidP="00320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создание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гибкой среды обучения и воспитания с использованием гаджетов, открытых образовательных ресурсов, систем управления, что позволит получать образование постоянно;</w:t>
      </w:r>
    </w:p>
    <w:p w:rsidR="0032094A" w:rsidRPr="0032094A" w:rsidRDefault="0032094A" w:rsidP="003209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навыков сотрудничества, коммуникации, социальной ответственности, способности критически мыслить, оперативно и качественно решать проблемы.</w:t>
      </w:r>
    </w:p>
    <w:p w:rsidR="0032094A" w:rsidRPr="0032094A" w:rsidRDefault="0032094A" w:rsidP="003209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Формы деятельности для реализации воспитательного потенциала урока:</w:t>
      </w:r>
    </w:p>
    <w:p w:rsidR="0032094A" w:rsidRPr="0032094A" w:rsidRDefault="0032094A" w:rsidP="003209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образовательные события на уровне школы, района, республики;</w:t>
      </w:r>
    </w:p>
    <w:p w:rsidR="0032094A" w:rsidRPr="0032094A" w:rsidRDefault="0032094A" w:rsidP="003209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предметных стенгазет в рамках предметных недель;</w:t>
      </w:r>
    </w:p>
    <w:p w:rsidR="0032094A" w:rsidRPr="0032094A" w:rsidRDefault="0032094A" w:rsidP="003209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видеоуроки</w:t>
      </w:r>
      <w:proofErr w:type="spellEnd"/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, лекции, семинары, практикумы, мультимедийные презентации, цифровые платформы, тесты в онлайн - режиме;</w:t>
      </w:r>
    </w:p>
    <w:p w:rsidR="0032094A" w:rsidRPr="0032094A" w:rsidRDefault="0032094A" w:rsidP="0032094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интерактивные</w:t>
      </w:r>
      <w:proofErr w:type="gramEnd"/>
      <w:r w:rsidRPr="0032094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формы работы на уроке - деловые игры, работа в группах, предметные дискуссии конструктивного диалога, интеллектуальные игры, дидактический театр.</w:t>
      </w:r>
    </w:p>
    <w:p w:rsidR="0032094A" w:rsidRPr="0032094A" w:rsidRDefault="0032094A" w:rsidP="0032094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2094A" w:rsidRPr="0032094A" w:rsidRDefault="0032094A" w:rsidP="0032094A">
      <w:pPr>
        <w:spacing w:after="0" w:line="220" w:lineRule="exact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2094A" w:rsidRPr="0032094A" w:rsidRDefault="0032094A" w:rsidP="0032094A">
      <w:pPr>
        <w:spacing w:after="0" w:line="220" w:lineRule="exact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2094A" w:rsidRDefault="0032094A" w:rsidP="0032094A">
      <w:pPr>
        <w:spacing w:after="0" w:line="238" w:lineRule="auto"/>
        <w:ind w:right="8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94A" w:rsidRDefault="0032094A" w:rsidP="0032094A">
      <w:pPr>
        <w:spacing w:after="0" w:line="238" w:lineRule="auto"/>
        <w:ind w:right="8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94A" w:rsidRDefault="0032094A" w:rsidP="0032094A">
      <w:pPr>
        <w:spacing w:after="0" w:line="238" w:lineRule="auto"/>
        <w:ind w:right="8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F513A" w:rsidRDefault="001F513A" w:rsidP="0032094A">
      <w:pPr>
        <w:spacing w:after="0" w:line="238" w:lineRule="auto"/>
        <w:ind w:right="8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F513A" w:rsidRDefault="001F513A" w:rsidP="0032094A">
      <w:pPr>
        <w:spacing w:after="0" w:line="238" w:lineRule="auto"/>
        <w:ind w:right="8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2094A" w:rsidRPr="0032094A" w:rsidRDefault="0032094A" w:rsidP="0032094A">
      <w:pPr>
        <w:spacing w:after="0" w:line="238" w:lineRule="auto"/>
        <w:ind w:right="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УЧЕБНО-МЕТОДИЧЕСКОЕ ОБЕСПЕЧЕНИЕ ОБРАЗОВАТЕЛЬНОГО ПРОЦЕССА </w:t>
      </w:r>
    </w:p>
    <w:p w:rsidR="0032094A" w:rsidRPr="0032094A" w:rsidRDefault="0032094A" w:rsidP="0032094A">
      <w:pPr>
        <w:spacing w:after="270" w:line="259" w:lineRule="auto"/>
        <w:ind w:right="-5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2094A" w:rsidRPr="0032094A" w:rsidRDefault="0032094A" w:rsidP="0032094A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32094A" w:rsidRPr="0032094A" w:rsidRDefault="0032094A" w:rsidP="0032094A">
      <w:pPr>
        <w:spacing w:after="0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Окружающий мир (в 2 частях), 1, 2, 3, 4 классы /Плешаков А.А., Акционерное общество «Издательство «Просвещение»;</w:t>
      </w:r>
    </w:p>
    <w:p w:rsidR="0032094A" w:rsidRPr="0032094A" w:rsidRDefault="0032094A" w:rsidP="0032094A">
      <w:pPr>
        <w:spacing w:after="0" w:line="240" w:lineRule="auto"/>
        <w:ind w:left="10" w:right="1148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Рабочие тетради (1. 2 части) А.А. Плешаков Издательство "</w:t>
      </w:r>
      <w:proofErr w:type="spellStart"/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Просвещение"А.А</w:t>
      </w:r>
      <w:proofErr w:type="spellEnd"/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Плешаков. </w:t>
      </w:r>
    </w:p>
    <w:p w:rsidR="0032094A" w:rsidRPr="0032094A" w:rsidRDefault="0032094A" w:rsidP="0032094A">
      <w:pPr>
        <w:spacing w:after="0" w:line="240" w:lineRule="auto"/>
        <w:ind w:left="10" w:right="1148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Атлас- определитель для начальных классов. М. Просвещение</w:t>
      </w:r>
    </w:p>
    <w:p w:rsidR="0032094A" w:rsidRPr="0032094A" w:rsidRDefault="0032094A" w:rsidP="0032094A">
      <w:pPr>
        <w:spacing w:after="0" w:line="240" w:lineRule="auto"/>
        <w:ind w:left="10" w:right="1148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А.А. Плешаков «Зеленые страницы». Книга для учащихся нач. классов. М. Просвещение</w:t>
      </w:r>
    </w:p>
    <w:p w:rsidR="0032094A" w:rsidRPr="0032094A" w:rsidRDefault="0032094A" w:rsidP="0032094A">
      <w:pPr>
        <w:spacing w:after="197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2094A" w:rsidRPr="0032094A" w:rsidRDefault="0032094A" w:rsidP="0032094A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2094A" w:rsidRPr="0032094A" w:rsidRDefault="0032094A" w:rsidP="0032094A">
      <w:pPr>
        <w:spacing w:after="5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Поурочные материалы</w:t>
      </w:r>
    </w:p>
    <w:p w:rsidR="0032094A" w:rsidRPr="0032094A" w:rsidRDefault="0032094A" w:rsidP="0032094A">
      <w:pPr>
        <w:spacing w:after="197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Библиотека электронных ресурсов</w:t>
      </w:r>
    </w:p>
    <w:p w:rsidR="0032094A" w:rsidRPr="0032094A" w:rsidRDefault="0032094A" w:rsidP="0032094A">
      <w:pPr>
        <w:spacing w:after="135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823AD" w:rsidRDefault="0032094A" w:rsidP="005823AD">
      <w:pPr>
        <w:spacing w:after="0" w:line="265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РЭШ, </w:t>
      </w:r>
      <w:proofErr w:type="spellStart"/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Яндекс.Учебник</w:t>
      </w:r>
      <w:proofErr w:type="spellEnd"/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ЯКласс</w:t>
      </w:r>
      <w:proofErr w:type="spellEnd"/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Электронное приложение к учебнику</w:t>
      </w:r>
      <w:r w:rsidR="005823AD" w:rsidRPr="00582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5823AD" w:rsidRDefault="005823AD" w:rsidP="005823AD">
      <w:pPr>
        <w:spacing w:after="0" w:line="265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823AD" w:rsidRPr="005823AD" w:rsidRDefault="005823AD" w:rsidP="005823AD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582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5823AD" w:rsidRPr="0032094A" w:rsidRDefault="005823AD" w:rsidP="005823AD">
      <w:pPr>
        <w:spacing w:after="270" w:line="259" w:lineRule="auto"/>
        <w:ind w:right="-5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94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g">
            <w:drawing>
              <wp:inline distT="0" distB="0" distL="0" distR="0" wp14:anchorId="6B6DBEF3" wp14:editId="6C434FCF">
                <wp:extent cx="6707505" cy="7620"/>
                <wp:effectExtent l="0" t="0" r="0" b="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7620"/>
                          <a:chOff x="0" y="0"/>
                          <a:chExt cx="6707471" cy="7622"/>
                        </a:xfrm>
                      </wpg:grpSpPr>
                      <wps:wsp>
                        <wps:cNvPr id="4" name="Shape 4944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AF8904" id="Группа 3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">
                <v:shape id="Shape 49443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sNcMA&#10;AADaAAAADwAAAGRycy9kb3ducmV2LnhtbESPQYvCMBSE7wv+h/AEL6KpRVatpiKC4EGWrXrx9mie&#10;bWnzUpqo3X+/ERb2OMzMN8xm25tGPKlzlWUFs2kEgji3uuJCwfVymCxBOI+ssbFMCn7IwTYdfGww&#10;0fbFGT3PvhABwi5BBaX3bSKly0sy6Ka2JQ7e3XYGfZBdIXWHrwA3jYyj6FMarDgslNjSvqS8Pj+M&#10;glvRzrKxM6fvRbOK66MZz6/xl1KjYb9bg/DU+//wX/uoFczhfSXcA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sNcMAAADaAAAADwAAAAAAAAAAAAAAAACYAgAAZHJzL2Rv&#10;d25yZXYueG1sUEsFBgAAAAAEAAQA9QAAAIg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5823AD" w:rsidRPr="0032094A" w:rsidRDefault="005823AD" w:rsidP="005823AD">
      <w:pPr>
        <w:spacing w:after="0" w:line="240" w:lineRule="auto"/>
        <w:ind w:right="114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УЧЕБНОЕ ОБОРУДОВАНИЕ </w:t>
      </w:r>
    </w:p>
    <w:p w:rsidR="005823AD" w:rsidRPr="0032094A" w:rsidRDefault="005823AD" w:rsidP="005823AD">
      <w:pPr>
        <w:spacing w:after="0" w:line="240" w:lineRule="auto"/>
        <w:ind w:right="1148"/>
        <w:rPr>
          <w:rFonts w:ascii="Times New Roman" w:eastAsia="Cambria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Проектор, таблицы, плакаты, мультимедийный компьютер</w:t>
      </w:r>
      <w:r w:rsidRPr="0032094A">
        <w:rPr>
          <w:rFonts w:ascii="Times New Roman" w:eastAsia="Cambria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823AD" w:rsidRPr="0032094A" w:rsidRDefault="005823AD" w:rsidP="005823AD">
      <w:pPr>
        <w:spacing w:after="0" w:line="240" w:lineRule="auto"/>
        <w:ind w:right="114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823AD" w:rsidRPr="0032094A" w:rsidRDefault="005823AD" w:rsidP="005823AD">
      <w:pPr>
        <w:spacing w:after="30" w:line="265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ОБОРУДОВАНИЕ ДЛЯ ПРОВЕДЕНИЯ ЛАБОРАТОРНЫХ, ПРАКТИЧЕСКИХ РАБОТ,</w:t>
      </w:r>
    </w:p>
    <w:p w:rsidR="005823AD" w:rsidRPr="0032094A" w:rsidRDefault="005823AD" w:rsidP="005823AD">
      <w:pPr>
        <w:spacing w:after="122" w:line="290" w:lineRule="auto"/>
        <w:ind w:right="19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ДЕМОНСТРАЦИЙ</w:t>
      </w:r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823AD" w:rsidRPr="0032094A" w:rsidRDefault="005823AD" w:rsidP="005823AD">
      <w:pPr>
        <w:rPr>
          <w:lang w:val="ru-RU"/>
        </w:rPr>
        <w:sectPr w:rsidR="005823AD" w:rsidRPr="0032094A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Гербарий, набор горных пород, плакаты, муляжи, глобус, карты (физическая, географическая, природные зоны)</w:t>
      </w:r>
      <w:r w:rsidRPr="0032094A">
        <w:rPr>
          <w:rFonts w:ascii="Times New Roman" w:eastAsia="Cambria" w:hAnsi="Times New Roman" w:cs="Times New Roman"/>
          <w:color w:val="000000"/>
          <w:sz w:val="24"/>
          <w:szCs w:val="24"/>
          <w:lang w:val="ru-RU"/>
        </w:rPr>
        <w:t>; термометр</w:t>
      </w:r>
    </w:p>
    <w:p w:rsidR="005823AD" w:rsidRDefault="005823AD" w:rsidP="0032094A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2094A" w:rsidRPr="0032094A" w:rsidRDefault="0032094A" w:rsidP="0032094A">
      <w:pPr>
        <w:spacing w:after="122" w:line="290" w:lineRule="auto"/>
        <w:ind w:right="6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209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721A97" w:rsidRPr="0032094A" w:rsidRDefault="00721A97">
      <w:pPr>
        <w:autoSpaceDE w:val="0"/>
        <w:autoSpaceDN w:val="0"/>
        <w:spacing w:after="78" w:line="220" w:lineRule="exact"/>
        <w:rPr>
          <w:lang w:val="ru-RU"/>
        </w:rPr>
      </w:pPr>
    </w:p>
    <w:p w:rsidR="00CA6265" w:rsidRPr="00CA6265" w:rsidRDefault="00CA6265">
      <w:pPr>
        <w:rPr>
          <w:lang w:val="ru-RU"/>
        </w:rPr>
      </w:pPr>
    </w:p>
    <w:sectPr w:rsidR="00CA6265" w:rsidRPr="00CA626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9D7A93"/>
    <w:multiLevelType w:val="hybridMultilevel"/>
    <w:tmpl w:val="5D2275CC"/>
    <w:lvl w:ilvl="0" w:tplc="7EC27172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8705AB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13C7DF2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3EA2526E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C528326E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F912D0AA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C862EABE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3782C626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1DC6AAD2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10">
    <w:nsid w:val="06017840"/>
    <w:multiLevelType w:val="hybridMultilevel"/>
    <w:tmpl w:val="041C17F6"/>
    <w:lvl w:ilvl="0" w:tplc="79263E3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4C844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51800B3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7B0C28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220ED0D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55AC14F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A306AD6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0D889D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26CF77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1">
    <w:nsid w:val="76683792"/>
    <w:multiLevelType w:val="hybridMultilevel"/>
    <w:tmpl w:val="4A82D6E8"/>
    <w:lvl w:ilvl="0" w:tplc="2DC0A0A6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8A0CBB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383124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C02CDA84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AD5895EC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14824778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17A8C8FE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2E54D272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045225C2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95024"/>
    <w:rsid w:val="0015074B"/>
    <w:rsid w:val="001F513A"/>
    <w:rsid w:val="0021762F"/>
    <w:rsid w:val="0029639D"/>
    <w:rsid w:val="00313C42"/>
    <w:rsid w:val="00315AC9"/>
    <w:rsid w:val="0032094A"/>
    <w:rsid w:val="00326F90"/>
    <w:rsid w:val="004F3796"/>
    <w:rsid w:val="005125B2"/>
    <w:rsid w:val="005823AD"/>
    <w:rsid w:val="00601BCB"/>
    <w:rsid w:val="006D0882"/>
    <w:rsid w:val="00721A97"/>
    <w:rsid w:val="00AA1D8D"/>
    <w:rsid w:val="00AE2547"/>
    <w:rsid w:val="00B47730"/>
    <w:rsid w:val="00CA6265"/>
    <w:rsid w:val="00CB0664"/>
    <w:rsid w:val="00E717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904D147-E294-4692-8B77-F51822B1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14">
    <w:name w:val="Нет списка1"/>
    <w:next w:val="a4"/>
    <w:uiPriority w:val="99"/>
    <w:semiHidden/>
    <w:unhideWhenUsed/>
    <w:rsid w:val="00601BCB"/>
  </w:style>
  <w:style w:type="table" w:customStyle="1" w:styleId="TableNormal">
    <w:name w:val="Table Normal"/>
    <w:uiPriority w:val="2"/>
    <w:semiHidden/>
    <w:unhideWhenUsed/>
    <w:qFormat/>
    <w:rsid w:val="00601BCB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601BCB"/>
    <w:pPr>
      <w:widowControl w:val="0"/>
      <w:autoSpaceDE w:val="0"/>
      <w:autoSpaceDN w:val="0"/>
      <w:spacing w:before="83" w:after="0" w:line="240" w:lineRule="auto"/>
      <w:ind w:left="74"/>
    </w:pPr>
    <w:rPr>
      <w:rFonts w:ascii="Times New Roman" w:eastAsia="Times New Roman" w:hAnsi="Times New Roman" w:cs="Times New Roman"/>
      <w:lang w:val="ru-RU"/>
    </w:rPr>
  </w:style>
  <w:style w:type="character" w:styleId="aff8">
    <w:name w:val="Hyperlink"/>
    <w:basedOn w:val="a2"/>
    <w:uiPriority w:val="99"/>
    <w:unhideWhenUsed/>
    <w:rsid w:val="005823AD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6D0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6D0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aklass.ru/p/okruzhayushchij-mir/2-klass/pravila-obshcheniia-546146/moiashkola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135A5A-7A28-4AF8-9F33-F5D4A5C0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12514</Words>
  <Characters>71335</Characters>
  <Application>Microsoft Office Word</Application>
  <DocSecurity>0</DocSecurity>
  <Lines>594</Lines>
  <Paragraphs>167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83682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Учетная запись Майкрософт</cp:lastModifiedBy>
  <cp:revision>11</cp:revision>
  <cp:lastPrinted>2023-01-25T05:34:00Z</cp:lastPrinted>
  <dcterms:created xsi:type="dcterms:W3CDTF">2022-10-30T20:41:00Z</dcterms:created>
  <dcterms:modified xsi:type="dcterms:W3CDTF">2023-01-25T06:41:00Z</dcterms:modified>
  <cp:category/>
</cp:coreProperties>
</file>